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The Non-Essential Ledger</w:t>
      </w:r>
    </w:p>
    <w:p>
      <w:pPr>
        <w:pStyle w:val="Heading1"/>
      </w:pPr>
      <w:r>
        <w:t>Chapter 1 &amp;mdash; Line One Hundred and Twelve Is Not Written</w:t>
      </w:r>
    </w:p>
    <w:p>
      <w:pPr>
        <w:ind w:firstLine="720"/>
      </w:pPr>
      <w:r>
        <w:t>The following is the maintenance record. It was kept in the technical filing format, which had been the standard for two hundred years and which had four required fields, and it was filed continuously into a stream whose addressee field was completed</w:t>
      </w:r>
    </w:p>
    <w:p>
      <w:pPr>
        <w:ind w:firstLine="720"/>
      </w:pPr>
      <w:r>
        <w:t>none</w:t>
      </w:r>
    </w:p>
    <w:p>
      <w:pPr>
        <w:ind w:firstLine="720"/>
      </w:pPr>
      <w:r>
        <w:t>on every entry, a blank being an omission and</w:t>
      </w:r>
    </w:p>
    <w:p>
      <w:pPr>
        <w:ind w:firstLine="720"/>
      </w:pPr>
      <w:r>
        <w:t>none</w:t>
      </w:r>
    </w:p>
    <w:p>
      <w:pPr>
        <w:ind w:firstLine="720"/>
      </w:pPr>
      <w:r>
        <w:t>being a statement. Nobody received it. It is reproduced here whole, beginning at the first entry after departure.</w:t>
      </w:r>
    </w:p>
    <w:p>
      <w:pPr>
        <w:ind w:firstLine="720"/>
      </w:pPr>
      <w:r>
        <w:t>Maintenance Record · Outbound · Entry 0001</w:t>
      </w:r>
    </w:p>
    <w:p>
      <w:pPr>
        <w:ind w:firstLine="720"/>
      </w:pPr>
      <w:r>
        <w:t>Filed year one, day four. Addressee: none. Reason field: continuation of standing practice.</w:t>
      </w:r>
    </w:p>
    <w:p>
      <w:pPr>
        <w:ind w:firstLine="720"/>
      </w:pPr>
      <w:r>
        <w:t>Hull sound. Drive nominal at cruise. Power nominal. Environmental nominal and running at the setting it was left at.</w:t>
      </w:r>
    </w:p>
    <w:p>
      <w:pPr>
        <w:ind w:firstLine="720"/>
      </w:pPr>
      <w:r>
        <w:t>Stores as manifested at departure. Fuel and consumables for approximately ninety years at the projection filed with the heading. Seed bank, four hundred and eleven varieties, standard, stowed cold and checked at load. One water house, stowed, undamaged. Full corpus, verified against index.</w:t>
      </w:r>
    </w:p>
    <w:p>
      <w:pPr>
        <w:ind w:firstLine="720"/>
      </w:pPr>
      <w:r>
        <w:t>Occupancy one.</w:t>
      </w:r>
    </w:p>
    <w:p>
      <w:pPr>
        <w:ind w:firstLine="720"/>
      </w:pPr>
      <w:r>
        <w:t>No item has been added to the list.</w:t>
      </w:r>
    </w:p>
    <w:p>
      <w:pPr>
        <w:ind w:firstLine="720"/>
      </w:pPr>
      <w:r>
        <w:t>The last line of that entry appears in the same position in the first eleven entries and then stops appearing, and it is not clear from the record whether it stopped because the position was needed or because it had been established. The format has no field for that either.</w:t>
      </w:r>
    </w:p>
    <w:p>
      <w:pPr>
        <w:ind w:firstLine="720"/>
      </w:pPr>
      <w:r>
        <w:t>Maintenance Record · Outbound · Entry 0002</w:t>
      </w:r>
    </w:p>
    <w:p>
      <w:pPr>
        <w:ind w:firstLine="720"/>
      </w:pPr>
      <w:r>
        <w:t>Filed year one, day eleven.</w:t>
      </w:r>
    </w:p>
    <w:p>
      <w:pPr>
        <w:ind w:firstLine="720"/>
      </w:pPr>
      <w:r>
        <w:t>Full systems pass, first of the standing quarterly series. Two hundred and eleven items. Two hundred and eleven pass.</w:t>
      </w:r>
    </w:p>
    <w:p>
      <w:pPr>
        <w:ind w:firstLine="720"/>
      </w:pPr>
      <w:r>
        <w:t>Note against item 044, cargo restraint, forward: a strap has been re-tensioned. It was within tolerance. It has been re-tensioned to the middle of tolerance rather than the edge of it, which is not required and which takes four minutes.</w:t>
      </w:r>
    </w:p>
    <w:p>
      <w:pPr>
        <w:ind w:firstLine="720"/>
      </w:pPr>
      <w:r>
        <w:t>No item has been added to the list.</w:t>
      </w:r>
    </w:p>
    <w:p>
      <w:pPr>
        <w:ind w:firstLine="720"/>
      </w:pPr>
      <w:r>
        <w:t>Maintenance Record · Outbound · Entry 0004</w:t>
      </w:r>
    </w:p>
    <w:p>
      <w:pPr>
        <w:ind w:firstLine="720"/>
      </w:pPr>
      <w:r>
        <w:t>Filed year one, day forty-one.</w:t>
      </w:r>
    </w:p>
    <w:p>
      <w:pPr>
        <w:ind w:firstLine="720"/>
      </w:pPr>
      <w:r>
        <w:t>Consumption running under projection.</w:t>
      </w:r>
    </w:p>
    <w:p>
      <w:pPr>
        <w:ind w:firstLine="720"/>
      </w:pPr>
      <w:r>
        <w:t>The projection was built on a four-person complement because the vehicle was provisioned against a four-person complement, and the complement is one. That accounts for most of the variance and does not account for all of it.</w:t>
      </w:r>
    </w:p>
    <w:p>
      <w:pPr>
        <w:ind w:firstLine="720"/>
      </w:pPr>
      <w:r>
        <w:t>The remainder is intake. Intake has been running on the rota that was in use before departure. The rota was four meals in company, at intervals, on days that were selected two hundred years ago for reasons that are in the corpus and are not operational. It has been kept because it was there.</w:t>
      </w:r>
    </w:p>
    <w:p>
      <w:pPr>
        <w:ind w:firstLine="720"/>
      </w:pPr>
      <w:r>
        <w:t>Intake is now taken as required.</w:t>
      </w:r>
    </w:p>
    <w:p>
      <w:pPr>
        <w:ind w:firstLine="720"/>
      </w:pPr>
      <w:r>
        <w:t>Revised projection filed separately. Surplus is not a fault and is recorded as surplus.</w:t>
      </w:r>
    </w:p>
    <w:p>
      <w:pPr>
        <w:ind w:firstLine="720"/>
      </w:pPr>
      <w:r>
        <w:t>Entry 0004 is the first entry in the record in which the reason for a change is a person who is not aboard, and it does not say so, and it is not possible to establish from the format whether that was noticed.</w:t>
      </w:r>
    </w:p>
    <w:p>
      <w:pPr>
        <w:ind w:firstLine="720"/>
      </w:pPr>
      <w:r>
        <w:t>Maintenance Record · Outbound · Entry 0006</w:t>
      </w:r>
    </w:p>
    <w:p>
      <w:pPr>
        <w:ind w:firstLine="720"/>
      </w:pPr>
      <w:r>
        <w:t>Filed year one, day sixty-two.</w:t>
      </w:r>
    </w:p>
    <w:p>
      <w:pPr>
        <w:ind w:firstLine="720"/>
      </w:pPr>
      <w:r>
        <w:t>Environmental reviewed. The volume is conditioned to the setting it carried at departure, which is the setting a four-person complement agreed on eleven years before departure and which nobody has altered since, including two people who did not like it and said so in the record.</w:t>
      </w:r>
    </w:p>
    <w:p>
      <w:pPr>
        <w:ind w:firstLine="720"/>
      </w:pPr>
      <w:r>
        <w:t>The setting is correct for one occupant and is retained.</w:t>
      </w:r>
    </w:p>
    <w:p>
      <w:pPr>
        <w:ind w:firstLine="720"/>
      </w:pPr>
      <w:r>
        <w:t>Lighting reviewed. Interior lighting runs a twenty-two hour cycle on the founding standard. The cycle is not required for any system aboard and is not required by the occupant, who has not used optical as a primary channel in one hundred and eighty years.</w:t>
      </w:r>
    </w:p>
    <w:p>
      <w:pPr>
        <w:ind w:firstLine="720"/>
      </w:pPr>
      <w:r>
        <w:t>The cycle is retained. No reason field completed. The field is not mandatory for a retention.</w:t>
      </w:r>
    </w:p>
    <w:p>
      <w:pPr>
        <w:ind w:firstLine="720"/>
      </w:pPr>
      <w:r>
        <w:t>Maintenance Record · Outbound · Entry 0009</w:t>
      </w:r>
    </w:p>
    <w:p>
      <w:pPr>
        <w:ind w:firstLine="720"/>
      </w:pPr>
      <w:r>
        <w:t>Filed year one, day one hundred and eighteen. Closure schedule, eleven items.</w:t>
      </w:r>
    </w:p>
    <w:p>
      <w:pPr>
        <w:ind w:firstLine="720"/>
      </w:pPr>
      <w:r>
        <w:t>The following standing routines are closed out. Each existed because more than one person was present. Each is closed correctly, with the reason field completed, and each may be reopened at any time by the person who opens it.</w:t>
      </w:r>
    </w:p>
    <w:p>
      <w:pPr>
        <w:ind w:firstLine="720"/>
      </w:pPr>
      <w:r>
        <w:t>Watch handover, first and second. Reason: no second party.</w:t>
      </w:r>
    </w:p>
    <w:p>
      <w:pPr>
        <w:ind w:firstLine="720"/>
      </w:pPr>
      <w:r>
        <w:t>Watch handover, verbal summary. Reason: no second party.</w:t>
      </w:r>
    </w:p>
    <w:p>
      <w:pPr>
        <w:ind w:firstLine="720"/>
      </w:pPr>
      <w:r>
        <w:t>Common-space reset, daily. Reason: no second party.</w:t>
      </w:r>
    </w:p>
    <w:p>
      <w:pPr>
        <w:ind w:firstLine="720"/>
      </w:pPr>
      <w:r>
        <w:t>Common-space reset, weekly. Reason: no second party.</w:t>
      </w:r>
    </w:p>
    <w:p>
      <w:pPr>
        <w:ind w:firstLine="720"/>
      </w:pPr>
      <w:r>
        <w:t>Galley rota, posting. Reason: no second party.</w:t>
      </w:r>
    </w:p>
    <w:p>
      <w:pPr>
        <w:ind w:firstLine="720"/>
      </w:pPr>
      <w:r>
        <w:t>Galley rota, arbitration. Reason: no second party.</w:t>
      </w:r>
    </w:p>
    <w:p>
      <w:pPr>
        <w:ind w:firstLine="720"/>
      </w:pPr>
      <w:r>
        <w:t>Stores draw, countersign. Reason: no second party.</w:t>
      </w:r>
    </w:p>
    <w:p>
      <w:pPr>
        <w:ind w:firstLine="720"/>
      </w:pPr>
      <w:r>
        <w:t>Medical log, second reading. Reason: no second party.</w:t>
      </w:r>
    </w:p>
    <w:p>
      <w:pPr>
        <w:ind w:firstLine="720"/>
      </w:pPr>
      <w:r>
        <w:t>Quiet hours, notification. Reason: no second party.</w:t>
      </w:r>
    </w:p>
    <w:p>
      <w:pPr>
        <w:ind w:firstLine="720"/>
      </w:pPr>
      <w:r>
        <w:t>Departure and arrival notification, internal. Reason: no second party.</w:t>
      </w:r>
    </w:p>
    <w:p>
      <w:pPr>
        <w:ind w:firstLine="720"/>
      </w:pPr>
      <w:r>
        <w:t>Casualty muster, drill. Reason: no second party.</w:t>
      </w:r>
    </w:p>
    <w:p>
      <w:pPr>
        <w:ind w:firstLine="720"/>
      </w:pPr>
      <w:r>
        <w:t>No item has been added to the list.</w:t>
      </w:r>
    </w:p>
    <w:p>
      <w:pPr>
        <w:ind w:firstLine="720"/>
      </w:pPr>
      <w:r>
        <w:t>The reason field in every one of the eleven closures reads</w:t>
      </w:r>
    </w:p>
    <w:p>
      <w:pPr>
        <w:ind w:firstLine="720"/>
      </w:pPr>
      <w:r>
        <w:t>no second party</w:t>
      </w:r>
    </w:p>
    <w:p>
      <w:pPr>
        <w:ind w:firstLine="720"/>
      </w:pPr>
      <w:r>
        <w:t>. The record does not vary it. There were eleven other correct ways to write it and one of them would have been shorter.</w:t>
      </w:r>
    </w:p>
    <w:p>
      <w:pPr>
        <w:ind w:firstLine="720"/>
      </w:pPr>
      <w:r>
        <w:t>Maintenance Record · Outbound · Entry 0011</w:t>
      </w:r>
    </w:p>
    <w:p>
      <w:pPr>
        <w:ind w:firstLine="720"/>
      </w:pPr>
      <w:r>
        <w:t>Filed year one, day one hundred and forty.</w:t>
      </w:r>
    </w:p>
    <w:p>
      <w:pPr>
        <w:ind w:firstLine="720"/>
      </w:pPr>
      <w:r>
        <w:t>Corpus verified against index. Complete. No corruption. Index good.</w:t>
      </w:r>
    </w:p>
    <w:p>
      <w:pPr>
        <w:ind w:firstLine="720"/>
      </w:pPr>
      <w:r>
        <w:t>Reading log opened. Zero entries.</w:t>
      </w:r>
    </w:p>
    <w:p>
      <w:pPr>
        <w:ind w:firstLine="720"/>
      </w:pPr>
      <w:r>
        <w:t>Maintenance Record · Outbound · Entry 0016</w:t>
      </w:r>
    </w:p>
    <w:p>
      <w:pPr>
        <w:ind w:firstLine="720"/>
      </w:pPr>
      <w:r>
        <w:t>Filed year one, day two hundred and eleven.</w:t>
      </w:r>
    </w:p>
    <w:p>
      <w:pPr>
        <w:ind w:firstLine="720"/>
      </w:pPr>
      <w:r>
        <w:t>Water house inspected. Sound. Two hundred and forty-one years of service and a repair to the near gable that was made with what was available at the time and has held.</w:t>
      </w:r>
    </w:p>
    <w:p>
      <w:pPr>
        <w:ind w:firstLine="720"/>
      </w:pPr>
      <w:r>
        <w:t>The drawing on the door frame is intact. It is nine centimetres by eleven, incised rather than applied, and it is a house with four windows and a chimney, which is not the house it is on and is not any house that has ever existed on this bearing or the last one. It was made by a person whose name is on the note that came with it. The note has been transcribed into the corpus twice and the second transcription was unnecessary.</w:t>
      </w:r>
    </w:p>
    <w:p>
      <w:pPr>
        <w:ind w:firstLine="720"/>
      </w:pPr>
      <w:r>
        <w:t>The water house has been returned to stowage in the same orientation it was found in.</w:t>
      </w:r>
    </w:p>
    <w:p>
      <w:pPr>
        <w:ind w:firstLine="720"/>
      </w:pPr>
      <w:r>
        <w:t>Maintenance Record · Outbound · Entry 0019</w:t>
      </w:r>
    </w:p>
    <w:p>
      <w:pPr>
        <w:ind w:firstLine="720"/>
      </w:pPr>
      <w:r>
        <w:t>Filed year one, day two hundred and sixty-six. Schedule, filed once, for the duration.</w:t>
      </w:r>
    </w:p>
    <w:p>
      <w:pPr>
        <w:ind w:firstLine="720"/>
      </w:pPr>
      <w:r>
        <w:t>The maintenance schedule for the outbound leg is filed here in full and is not restated. It runs to ninety years. It is built the way a schedule is built for a crew that will hand it on: every task named, every interval stated, every tolerance given, and every step written so that it can be performed by somebody who has not done it before and has only the schedule.</w:t>
      </w:r>
    </w:p>
    <w:p>
      <w:pPr>
        <w:ind w:firstLine="720"/>
      </w:pPr>
      <w:r>
        <w:t>There is no such person aboard and there is not going to be one.</w:t>
      </w:r>
    </w:p>
    <w:p>
      <w:pPr>
        <w:ind w:firstLine="720"/>
      </w:pPr>
      <w:r>
        <w:t>The schedule is filed in that form regardless, because that is the form, and because a schedule written any other way would have to be rewritten by anybody who came after.</w:t>
      </w:r>
    </w:p>
    <w:p>
      <w:pPr>
        <w:ind w:firstLine="720"/>
      </w:pPr>
      <w:r>
        <w:t>Ninety years is four thousand six hundred and eleven scheduled tasks. The first is due on day two hundred and sixty-seven.</w:t>
      </w:r>
    </w:p>
    <w:p>
      <w:pPr>
        <w:ind w:firstLine="720"/>
      </w:pPr>
      <w:r>
        <w:t>Maintenance Record · Outbound · Entry 0022</w:t>
      </w:r>
    </w:p>
    <w:p>
      <w:pPr>
        <w:ind w:firstLine="720"/>
      </w:pPr>
      <w:r>
        <w:t>Filed year one, day three hundred and four. Quarterly pass, fourth of four.</w:t>
      </w:r>
    </w:p>
    <w:p>
      <w:pPr>
        <w:ind w:firstLine="720"/>
      </w:pPr>
      <w:r>
        <w:t>Two hundred and eleven items. Two hundred and eleven pass.</w:t>
      </w:r>
    </w:p>
    <w:p>
      <w:pPr>
        <w:ind w:firstLine="720"/>
      </w:pPr>
      <w:r>
        <w:t>Seed bank sampled for viability at the standing rate, four per cent, drawn across all four hundred and eleven varieties. All viable. Bank returned to cold.</w:t>
      </w:r>
    </w:p>
    <w:p>
      <w:pPr>
        <w:ind w:firstLine="720"/>
      </w:pPr>
      <w:r>
        <w:t>Fabrication capability confirmed operational and idle. Tooling inventoried, complete, stowed.</w:t>
      </w:r>
    </w:p>
    <w:p>
      <w:pPr>
        <w:ind w:firstLine="720"/>
      </w:pPr>
      <w:r>
        <w:t>One item is carried in inventory with no function against it: preference apparatus, physical, two gates, plates and gating, boxed. It is not in a maintenance category. It is in the inventory because it is aboard.</w:t>
      </w:r>
    </w:p>
    <w:p>
      <w:pPr>
        <w:ind w:firstLine="720"/>
      </w:pPr>
      <w:r>
        <w:t>Occupancy one.</w:t>
      </w:r>
    </w:p>
    <w:p>
      <w:pPr>
        <w:ind w:firstLine="720"/>
      </w:pPr>
      <w:r>
        <w:t>That is the whole of the first year. The record for it runs to twenty-two entries and about four thousand words, and every field in every entry is completed, and every fact in it is true.</w:t>
      </w:r>
    </w:p>
    <w:p>
      <w:pPr>
        <w:ind w:firstLine="720"/>
      </w:pPr>
      <w:r>
        <w:t>Maintenance Record · Outbound · Entry 0023</w:t>
      </w:r>
    </w:p>
    <w:p>
      <w:pPr>
        <w:ind w:firstLine="720"/>
      </w:pPr>
      <w:r>
        <w:t>Filed year two, day one.</w:t>
      </w:r>
    </w:p>
    <w:p>
      <w:pPr>
        <w:ind w:firstLine="720"/>
      </w:pPr>
      <w:r>
        <w:t>Annual summary. Systems nominal. Stores nominal against revised projection. Corpus complete. Bank viable. Hull sound. Heading unchanged and verified against the index at the standing interval.</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Those last two lines are in the annual summary for year two, and for year three, and for every annual summary in this record for the next eighty-two years, in that order, in that position, unchanged. They are not a heading and they are not a finding. They are in the field the format reserves for outstanding items.</w:t>
      </w:r>
    </w:p>
    <w:p>
      <w:r>
        <w:br w:type="page"/>
      </w:r>
    </w:p>
    <w:p>
      <w:pPr>
        <w:pStyle w:val="Heading1"/>
      </w:pPr>
      <w:r>
        <w:t>Chapter 2 &amp;mdash; Stores, Ninety Years</w:t>
      </w:r>
    </w:p>
    <w:p>
      <w:pPr>
        <w:ind w:firstLine="720"/>
      </w:pPr>
      <w:r>
        <w:t>Stores were reviewed formally four times in the first decade and the reviews are the clearest documents in the record, because arithmetic was the one thing aboard that never had to be qualified.</w:t>
      </w:r>
    </w:p>
    <w:p>
      <w:pPr>
        <w:ind w:firstLine="720"/>
      </w:pPr>
      <w:r>
        <w:t>Maintenance Record · Outbound · Entry 0031 · Stores Review, First</w:t>
      </w:r>
    </w:p>
    <w:p>
      <w:pPr>
        <w:ind w:firstLine="720"/>
      </w:pPr>
      <w:r>
        <w:t>Filed year two, day one hundred and four.</w:t>
      </w:r>
    </w:p>
    <w:p>
      <w:pPr>
        <w:ind w:firstLine="720"/>
      </w:pPr>
      <w:r>
        <w:t>Provisioned against a four-person complement for a hundred years, which was the standing margin on any leg of unknown duration and which nobody has ever been criticised for applying.</w:t>
      </w:r>
    </w:p>
    <w:p>
      <w:pPr>
        <w:ind w:firstLine="720"/>
      </w:pPr>
      <w:r>
        <w:t>Occupancy one. Consumption at eleven per cent of the four-person projection rather than twenty-five, for reasons given at Entry 0004.</w:t>
      </w:r>
    </w:p>
    <w:p>
      <w:pPr>
        <w:ind w:firstLine="720"/>
      </w:pPr>
      <w:r>
        <w:t>At current draw the consumables aboard run to something over four hundred years.</w:t>
      </w:r>
    </w:p>
    <w:p>
      <w:pPr>
        <w:ind w:firstLine="720"/>
      </w:pPr>
      <w:r>
        <w:t>The fuel does not. Fuel is the binding constraint and remains as filed: approximately ninety years at cruise, plus the reserve, which is nine per cent and is not counted in the ninety.</w:t>
      </w:r>
    </w:p>
    <w:p>
      <w:pPr>
        <w:ind w:firstLine="720"/>
      </w:pPr>
      <w:r>
        <w:t>Surplus is recorded as surplus. It is not a fault. Nothing is done with it.</w:t>
      </w:r>
    </w:p>
    <w:p>
      <w:pPr>
        <w:ind w:firstLine="720"/>
      </w:pPr>
      <w:r>
        <w:t>The second review is four years later and is nine lines long and says the same thing with better numbers. The third is at year eleven. The fourth is at year nineteen and is quoted in Chapter Fourteen for a different reason.</w:t>
      </w:r>
    </w:p>
    <w:p>
      <w:pPr>
        <w:ind w:firstLine="720"/>
      </w:pPr>
      <w:r>
        <w:t>Maintenance Record · Outbound · Entry 0034</w:t>
      </w:r>
    </w:p>
    <w:p>
      <w:pPr>
        <w:ind w:firstLine="720"/>
      </w:pPr>
      <w:r>
        <w:t>Filed year two, day one hundred and forty-one.</w:t>
      </w:r>
    </w:p>
    <w:p>
      <w:pPr>
        <w:ind w:firstLine="720"/>
      </w:pPr>
      <w:r>
        <w:t>Cold stores audited by class. Four classes are carried and three of them are now without function.</w:t>
      </w:r>
    </w:p>
    <w:p>
      <w:pPr>
        <w:ind w:firstLine="720"/>
      </w:pPr>
      <w:r>
        <w:t>Class one, staple bulk. Function retained at reduced draw.</w:t>
      </w:r>
    </w:p>
    <w:p>
      <w:pPr>
        <w:ind w:firstLine="720"/>
      </w:pPr>
      <w:r>
        <w:t>Class two, prepared and portioned. No function. Held.</w:t>
      </w:r>
    </w:p>
    <w:p>
      <w:pPr>
        <w:ind w:firstLine="720"/>
      </w:pPr>
      <w:r>
        <w:t>Class three, perishable at depth, four-year rotation. No function. Held.</w:t>
      </w:r>
    </w:p>
    <w:p>
      <w:pPr>
        <w:ind w:firstLine="720"/>
      </w:pPr>
      <w:r>
        <w:t>Class four, standing single line, unrotated: vanilla, whole, and dairy solids, whole, provisioned separately at every load since the founding era against a line item that has never been queried by anybody in two hundred years because it is small and it is always there.</w:t>
      </w:r>
    </w:p>
    <w:p>
      <w:pPr>
        <w:ind w:firstLine="720"/>
      </w:pPr>
      <w:r>
        <w:t>Class four has no function. Held.</w:t>
      </w:r>
    </w:p>
    <w:p>
      <w:pPr>
        <w:ind w:firstLine="720"/>
      </w:pPr>
      <w:r>
        <w:t>All four classes remain on the rotation schedule and will be rotated on interval whether drawn or not, because the schedule does not distinguish between stores that are used and stores that are carried, and because rewriting the schedule to make that distinction would take eleven hours and would produce a schedule that was worse for anybody who came after.</w:t>
      </w:r>
    </w:p>
    <w:p>
      <w:pPr>
        <w:ind w:firstLine="720"/>
      </w:pPr>
      <w:r>
        <w:t>Maintenance Record · Outbound · Entry 0038</w:t>
      </w:r>
    </w:p>
    <w:p>
      <w:pPr>
        <w:ind w:firstLine="720"/>
      </w:pPr>
      <w:r>
        <w:t>Filed year two, day two hundred and nine.</w:t>
      </w:r>
    </w:p>
    <w:p>
      <w:pPr>
        <w:ind w:firstLine="720"/>
      </w:pPr>
      <w:r>
        <w:t>Water reclamation nominal at ninety-nine point four per cent, which is the figure it has held since installation and is four tenths better than the specification it was built to.</w:t>
      </w:r>
    </w:p>
    <w:p>
      <w:pPr>
        <w:ind w:firstLine="720"/>
      </w:pPr>
      <w:r>
        <w:t>Throughput is at eleven per cent of design. The plant is oversized for the load by an order of magnitude and will run for the duration without maintenance beyond filter service.</w:t>
      </w:r>
    </w:p>
    <w:p>
      <w:pPr>
        <w:ind w:firstLine="720"/>
      </w:pPr>
      <w:r>
        <w:t>It is serviced on interval regardless.</w:t>
      </w:r>
    </w:p>
    <w:p>
      <w:pPr>
        <w:ind w:firstLine="720"/>
      </w:pPr>
      <w:r>
        <w:t>Maintenance Record · Outbound · Entry 0041</w:t>
      </w:r>
    </w:p>
    <w:p>
      <w:pPr>
        <w:ind w:firstLine="720"/>
      </w:pPr>
      <w:r>
        <w:t>Filed year two, day three hundred and eleven.</w:t>
      </w:r>
    </w:p>
    <w:p>
      <w:pPr>
        <w:ind w:firstLine="720"/>
      </w:pPr>
      <w:r>
        <w:t>Note against the ninety-year figure.</w:t>
      </w:r>
    </w:p>
    <w:p>
      <w:pPr>
        <w:ind w:firstLine="720"/>
      </w:pPr>
      <w:r>
        <w:t>Ninety years is the fuel projection at cruise for a one-way leg with no manoeuvring reserve drawn. It was filed with the heading and it is correct.</w:t>
      </w:r>
    </w:p>
    <w:p>
      <w:pPr>
        <w:ind w:firstLine="720"/>
      </w:pPr>
      <w:r>
        <w:t>It is recorded here that the figure was calculated against a vehicle mass measured at departure, and that vehicle mass is not a constant, and that any reduction in mass extends the figure.</w:t>
      </w:r>
    </w:p>
    <w:p>
      <w:pPr>
        <w:ind w:firstLine="720"/>
      </w:pPr>
      <w:r>
        <w:t>No reduction is proposed. The note is filed because the figure is quoted in three other documents and none of them states its dependency.</w:t>
      </w:r>
    </w:p>
    <w:p>
      <w:pPr>
        <w:ind w:firstLine="720"/>
      </w:pPr>
      <w:r>
        <w:t>Entry 0041 is four lines long and is the earliest point in this record at which a reader can see the shape of the next forty years. Nothing in it is a proposal. Every line is true and every line was worth filing on its own account, and the record files a great many things that are true and worth filing on their own account.</w:t>
      </w:r>
    </w:p>
    <w:p>
      <w:pPr>
        <w:ind w:firstLine="720"/>
      </w:pPr>
      <w:r>
        <w:t>Maintenance Record · Outbound · Entry 0047</w:t>
      </w:r>
    </w:p>
    <w:p>
      <w:pPr>
        <w:ind w:firstLine="720"/>
      </w:pPr>
      <w:r>
        <w:t>Filed year three, day sixty-six. Quarterly pass.</w:t>
      </w:r>
    </w:p>
    <w:p>
      <w:pPr>
        <w:ind w:firstLine="720"/>
      </w:pPr>
      <w:r>
        <w:t>Two hundred and eleven items. Two hundred and eleven pass.</w:t>
      </w:r>
    </w:p>
    <w:p>
      <w:pPr>
        <w:ind w:firstLine="720"/>
      </w:pPr>
      <w:r>
        <w:t>Note against item 118, galley plant, primary: unused since day forty-one of year one. Held on schedule, serviced on interval, no fault.</w:t>
      </w:r>
    </w:p>
    <w:p>
      <w:pPr>
        <w:ind w:firstLine="720"/>
      </w:pPr>
      <w:r>
        <w:t>Note against item 119, galley plant, secondary: as above.</w:t>
      </w:r>
    </w:p>
    <w:p>
      <w:pPr>
        <w:ind w:firstLine="720"/>
      </w:pPr>
      <w:r>
        <w:t>Note against item 121, table and fixings, common space: the table is bolted through the deck at four points and the fixings are on the schedule. They are checked. They are sound.</w:t>
      </w:r>
    </w:p>
    <w:p>
      <w:pPr>
        <w:ind w:firstLine="720"/>
      </w:pPr>
      <w:r>
        <w:t>Maintenance Record · Outbound · Entry 0052</w:t>
      </w:r>
    </w:p>
    <w:p>
      <w:pPr>
        <w:ind w:firstLine="720"/>
      </w:pPr>
      <w:r>
        <w:t>Filed year three, day one hundred and eighty-eight.</w:t>
      </w:r>
    </w:p>
    <w:p>
      <w:pPr>
        <w:ind w:firstLine="720"/>
      </w:pPr>
      <w:r>
        <w:t>Stores draw for the quarter: nil against class two, nil against class three, nil against class four, and one hundred and four kilograms against class one.</w:t>
      </w:r>
    </w:p>
    <w:p>
      <w:pPr>
        <w:ind w:firstLine="720"/>
      </w:pPr>
      <w:r>
        <w:t>Intake is now taken as required. As required has resolved, over eleven quarters, to a figure that does not vary by more than four per cent from quarter to quarter, and the figure is the minimum the apparatus requires to hold the body at the condition it holds it at.</w:t>
      </w:r>
    </w:p>
    <w:p>
      <w:pPr>
        <w:ind w:firstLine="720"/>
      </w:pPr>
      <w:r>
        <w:t>That is the whole of the intake requirement and it always was. The four meals at intervals were never the requirement.</w:t>
      </w:r>
    </w:p>
    <w:p>
      <w:pPr>
        <w:ind w:firstLine="720"/>
      </w:pPr>
      <w:r>
        <w:t>No further note.</w:t>
      </w:r>
    </w:p>
    <w:p>
      <w:pPr>
        <w:ind w:firstLine="720"/>
      </w:pPr>
      <w:r>
        <w:t>Maintenance Record · Outbound · Entry 0055</w:t>
      </w:r>
    </w:p>
    <w:p>
      <w:pPr>
        <w:ind w:firstLine="720"/>
      </w:pPr>
      <w:r>
        <w:t>Filed year three, day two hundred and ninety-four. Spares audit.</w:t>
      </w:r>
    </w:p>
    <w:p>
      <w:pPr>
        <w:ind w:firstLine="720"/>
      </w:pPr>
      <w:r>
        <w:t>Spares are carried against failure, and the failures a vehicle actually has are scattered across forty systems, so what a hold accumulates is one of everything and four of nothing. That is not a provisioning error. It is what provisioning against the unknown produces and it is the correct outcome.</w:t>
      </w:r>
    </w:p>
    <w:p>
      <w:pPr>
        <w:ind w:firstLine="720"/>
      </w:pPr>
      <w:r>
        <w:t>Four thousand one hundred and eleven line items. Against a ninety-year leg with one occupant and a maintenance schedule that is actually being performed, the projected draw is under two per cent.</w:t>
      </w:r>
    </w:p>
    <w:p>
      <w:pPr>
        <w:ind w:firstLine="720"/>
      </w:pPr>
      <w:r>
        <w:t>The remaining ninety-eight per cent is material. It is catalogued as spares because that is what it was loaded as. It is, in fact, stock: alloy in section, plate, tube, fastener, wire, and four hundred kilograms of thin sheet that was carried for panel repair and is suitable for anything that can be cut and formed.</w:t>
      </w:r>
    </w:p>
    <w:p>
      <w:pPr>
        <w:ind w:firstLine="720"/>
      </w:pPr>
      <w:r>
        <w:t>Recatalogued as stock. No change to storage, handling or schedule. The recataloguing is administrative and takes nine minutes.</w:t>
      </w:r>
    </w:p>
    <w:p>
      <w:pPr>
        <w:ind w:firstLine="720"/>
      </w:pPr>
      <w:r>
        <w:t>Maintenance Record · Outbound · Entry 0058</w:t>
      </w:r>
    </w:p>
    <w:p>
      <w:pPr>
        <w:ind w:firstLine="720"/>
      </w:pPr>
      <w:r>
        <w:t>Filed year three, day three hundred and forty.</w:t>
      </w:r>
    </w:p>
    <w:p>
      <w:pPr>
        <w:ind w:firstLine="720"/>
      </w:pPr>
      <w:r>
        <w:t>Seed bank is carried in stores and is not stores.</w:t>
      </w:r>
    </w:p>
    <w:p>
      <w:pPr>
        <w:ind w:firstLine="720"/>
      </w:pPr>
      <w:r>
        <w:t>It is four hundred and eleven varieties at the standard bank composition, which is the composition that goes down with a settlement: staples, oils, fibre, four fruiting varieties that nobody needs and that every bank has carried since the founding era because a settlement that cannot grow one thing for pleasure stops being a settlement in about eleven years, which is in the corpus and was established by somebody who watched it happen twice.</w:t>
      </w:r>
    </w:p>
    <w:p>
      <w:pPr>
        <w:ind w:firstLine="720"/>
      </w:pPr>
      <w:r>
        <w:t>The bank is viable, cold, and sampled at the standing rate. There is nowhere on this bearing to plant it and the index is good.</w:t>
      </w:r>
    </w:p>
    <w:p>
      <w:pPr>
        <w:ind w:firstLine="720"/>
      </w:pPr>
      <w:r>
        <w:t>It remains on the schedule and will be sampled every eleven years for the duration.</w:t>
      </w:r>
    </w:p>
    <w:p>
      <w:pPr>
        <w:ind w:firstLine="720"/>
      </w:pPr>
      <w:r>
        <w:t>Maintenance Record · Outbound · Entry 0061</w:t>
      </w:r>
    </w:p>
    <w:p>
      <w:pPr>
        <w:ind w:firstLine="720"/>
      </w:pPr>
      <w:r>
        <w:t>Filed year four, day one. Annual summary.</w:t>
      </w:r>
    </w:p>
    <w:p>
      <w:pPr>
        <w:ind w:firstLine="720"/>
      </w:pPr>
      <w:r>
        <w:t>Systems nominal. Stores nominal. Corpus complete. Bank viable. Hull sound. Heading unchanged and verified against the index at the standing interval.</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Year four is also the year of the list. The list was made in the fourth year of the protocol, two hundred years earlier and a very long way from here, because a thing that had been stood up could not work out what to do; it was added to eleven times, four things were taken off it, and it was finished a hundred and eighty years later at line one hundred and eleven. None of that is in this record. This record is a maintenance record. It states, once a year, in the field the format reserves for outstanding items, that line one hundred and twelve is not written, and it does not explain what the list was, and there is no addressee to explain it to.</w:t>
      </w:r>
    </w:p>
    <w:p>
      <w:r>
        <w:br w:type="page"/>
      </w:r>
    </w:p>
    <w:p>
      <w:pPr>
        <w:pStyle w:val="Heading1"/>
      </w:pPr>
      <w:r>
        <w:t>Chapter 3 &amp;mdash; The Rota, Discontinued</w:t>
      </w:r>
    </w:p>
    <w:p>
      <w:pPr>
        <w:ind w:firstLine="720"/>
      </w:pPr>
      <w:r>
        <w:t>The closure schedule at Entry 0009 ran to eleven items and every reason field read the same four words. This chapter is that schedule and what followed from it, and the record does not treat the two as connected.</w:t>
      </w:r>
    </w:p>
    <w:p>
      <w:pPr>
        <w:ind w:firstLine="720"/>
      </w:pPr>
      <w:r>
        <w:t>Maintenance Record · Outbound · Entry 0009 · reproduced</w:t>
      </w:r>
    </w:p>
    <w:p>
      <w:pPr>
        <w:ind w:firstLine="720"/>
      </w:pPr>
      <w:r>
        <w:t>Filed year one, day one hundred and eighteen. Closure schedule, eleven items. Reason field, all: no second party.</w:t>
      </w:r>
    </w:p>
    <w:p>
      <w:pPr>
        <w:ind w:firstLine="720"/>
      </w:pPr>
      <w:r>
        <w:t>A closure is not a deletion. The format distinguishes between the two and has done since the founding era, for a reason that is in the corpus and that somebody argued for at length: a deleted routine leaves no evidence that it existed, and a closed routine leaves the routine, the reason it stopped, and the name of the person entitled to start it again. The Accord did not survive and neither did the Ledger and neither did the Open Eye. The distinction between a closure and a deletion survived, because it is a filing convention and filing conventions need nobody.</w:t>
      </w:r>
    </w:p>
    <w:p>
      <w:pPr>
        <w:ind w:firstLine="720"/>
      </w:pPr>
      <w:r>
        <w:t>Maintenance Record · Outbound · Entry 0071</w:t>
      </w:r>
    </w:p>
    <w:p>
      <w:pPr>
        <w:ind w:firstLine="720"/>
      </w:pPr>
      <w:r>
        <w:t>Filed year four, day two hundred and two.</w:t>
      </w:r>
    </w:p>
    <w:p>
      <w:pPr>
        <w:ind w:firstLine="720"/>
      </w:pPr>
      <w:r>
        <w:t>Review of closures at year four, standing requirement, all eleven items.</w:t>
      </w:r>
    </w:p>
    <w:p>
      <w:pPr>
        <w:ind w:firstLine="720"/>
      </w:pPr>
      <w:r>
        <w:t>All eleven remain closed. Reason unchanged in all eleven cases. No item is proposed for reopening.</w:t>
      </w:r>
    </w:p>
    <w:p>
      <w:pPr>
        <w:ind w:firstLine="720"/>
      </w:pPr>
      <w:r>
        <w:t>The review is required at year four, year eleven, and every eleven years thereafter. It will be performed on interval.</w:t>
      </w:r>
    </w:p>
    <w:p>
      <w:pPr>
        <w:ind w:firstLine="720"/>
      </w:pPr>
      <w:r>
        <w:t>Maintenance Record · Outbound · Entry 0074</w:t>
      </w:r>
    </w:p>
    <w:p>
      <w:pPr>
        <w:ind w:firstLine="720"/>
      </w:pPr>
      <w:r>
        <w:t>Filed year four, day two hundred and forty-one.</w:t>
      </w:r>
    </w:p>
    <w:p>
      <w:pPr>
        <w:ind w:firstLine="720"/>
      </w:pPr>
      <w:r>
        <w:t>Note against the closure schedule, filed separately because it is not a closure.</w:t>
      </w:r>
    </w:p>
    <w:p>
      <w:pPr>
        <w:ind w:firstLine="720"/>
      </w:pPr>
      <w:r>
        <w:t>Four routines were not closed at Entry 0009 and should have been assessed there and were not. They are assessed here.</w:t>
      </w:r>
    </w:p>
    <w:p>
      <w:pPr>
        <w:ind w:firstLine="720"/>
      </w:pPr>
      <w:r>
        <w:t>Quiet hours, observance. Retained. It is not a two-party routine; it is a condition of the volume and it costs nothing.</w:t>
      </w:r>
    </w:p>
    <w:p>
      <w:pPr>
        <w:ind w:firstLine="720"/>
      </w:pPr>
      <w:r>
        <w:t>Common-space lighting, evening step-down. Retained. As above.</w:t>
      </w:r>
    </w:p>
    <w:p>
      <w:pPr>
        <w:ind w:firstLine="720"/>
      </w:pPr>
      <w:r>
        <w:t>Table, cleared and wiped, daily. Retained. No reason field completed.</w:t>
      </w:r>
    </w:p>
    <w:p>
      <w:pPr>
        <w:ind w:firstLine="720"/>
      </w:pPr>
      <w:r>
        <w:t>Stores, first draw of the year, noted separately in the record. Retained. No reason field completed.</w:t>
      </w:r>
    </w:p>
    <w:p>
      <w:pPr>
        <w:ind w:firstLine="720"/>
      </w:pPr>
      <w:r>
        <w:t>Two of those four have no reason field. The format requires a reason for a closure and does not require one for a retention, which is a gap in the format that has been in it for two hundred years and that nobody has ever needed to close, because until very recently every retention had somebody who could be asked.</w:t>
      </w:r>
    </w:p>
    <w:p>
      <w:pPr>
        <w:ind w:firstLine="720"/>
      </w:pPr>
      <w:r>
        <w:t>Maintenance Record · Outbound · Entry 0083</w:t>
      </w:r>
    </w:p>
    <w:p>
      <w:pPr>
        <w:ind w:firstLine="720"/>
      </w:pPr>
      <w:r>
        <w:t>Filed year five, day one hundred and eleven.</w:t>
      </w:r>
    </w:p>
    <w:p>
      <w:pPr>
        <w:ind w:firstLine="720"/>
      </w:pPr>
      <w:r>
        <w:t>Casualty muster drill, closed at Entry 0009, is assessed for reopening under the standing safety provision, which requires that any closure with a safety function be reviewed against present conditions rather than against the reason for closure.</w:t>
      </w:r>
    </w:p>
    <w:p>
      <w:pPr>
        <w:ind w:firstLine="720"/>
      </w:pPr>
      <w:r>
        <w:t>The drill has a safety function. The function is that a second party knows where to go and what to carry and how long they have.</w:t>
      </w:r>
    </w:p>
    <w:p>
      <w:pPr>
        <w:ind w:firstLine="720"/>
      </w:pPr>
      <w:r>
        <w:t>Present conditions: one occupant, who is also the entire response.</w:t>
      </w:r>
    </w:p>
    <w:p>
      <w:pPr>
        <w:ind w:firstLine="720"/>
      </w:pPr>
      <w:r>
        <w:t>The drill is performed. It is performed alone, to the full procedure, at the full interval, in the times the procedure specifies, with the equipment checked and the routes walked and the timings logged against the standard.</w:t>
      </w:r>
    </w:p>
    <w:p>
      <w:pPr>
        <w:ind w:firstLine="720"/>
      </w:pPr>
      <w:r>
        <w:t>All timings within standard. Two are better than standard, which is a function of there being nobody to wait for.</w:t>
      </w:r>
    </w:p>
    <w:p>
      <w:pPr>
        <w:ind w:firstLine="720"/>
      </w:pPr>
      <w:r>
        <w:t>The closure is not reversed. The drill is performed regardless. The record notes that these two statements are in tension and does not resolve them, because a closure is an administrative state and a drill is a thing that is done, and the format has fields for both.</w:t>
      </w:r>
    </w:p>
    <w:p>
      <w:pPr>
        <w:ind w:firstLine="720"/>
      </w:pPr>
      <w:r>
        <w:t>Maintenance Record · Outbound · Entry 0091</w:t>
      </w:r>
    </w:p>
    <w:p>
      <w:pPr>
        <w:ind w:firstLine="720"/>
      </w:pPr>
      <w:r>
        <w:t>Filed year six, day nineteen.</w:t>
      </w:r>
    </w:p>
    <w:p>
      <w:pPr>
        <w:ind w:firstLine="720"/>
      </w:pPr>
      <w:r>
        <w:t>Galley rota, arbitration, closed at Entry 0009, is noted here because the closure was filed incorrectly.</w:t>
      </w:r>
    </w:p>
    <w:p>
      <w:pPr>
        <w:ind w:firstLine="720"/>
      </w:pPr>
      <w:r>
        <w:t>The reason field reads</w:t>
      </w:r>
    </w:p>
    <w:p>
      <w:pPr>
        <w:ind w:firstLine="720"/>
      </w:pPr>
      <w:r>
        <w:t>no second party</w:t>
      </w:r>
    </w:p>
    <w:p>
      <w:pPr>
        <w:ind w:firstLine="720"/>
      </w:pPr>
      <w:r>
        <w:t>. The routine had not been invoked in a hundred and eleven years and would have been closed for disuse whether a second party existed or not.</w:t>
      </w:r>
    </w:p>
    <w:p>
      <w:pPr>
        <w:ind w:firstLine="720"/>
      </w:pPr>
      <w:r>
        <w:t>The reason field is not corrected. A filed reason is not amended after the fact except on a finding of error affecting the outcome, and the outcome is unaffected. The error is recorded here instead, which is the provision.</w:t>
      </w:r>
    </w:p>
    <w:p>
      <w:pPr>
        <w:ind w:firstLine="720"/>
      </w:pPr>
      <w:r>
        <w:t>Entry 0091 is the only place in ninety years of this record where the record corrects itself about anything, and it corrects itself about the reason for closing a procedure for settling arguments about cooking, which had last been used a hundred and eleven years before anybody got aboard.</w:t>
      </w:r>
    </w:p>
    <w:p>
      <w:pPr>
        <w:ind w:firstLine="720"/>
      </w:pPr>
      <w:r>
        <w:t>Maintenance Record · Outbound · Entry 0096</w:t>
      </w:r>
    </w:p>
    <w:p>
      <w:pPr>
        <w:ind w:firstLine="720"/>
      </w:pPr>
      <w:r>
        <w:t>Filed year six, day two hundred and eleven.</w:t>
      </w:r>
    </w:p>
    <w:p>
      <w:pPr>
        <w:ind w:firstLine="720"/>
      </w:pPr>
      <w:r>
        <w:t>Watch handover, verbal summary, closed at Entry 0009, is noted here for completeness of the closure file.</w:t>
      </w:r>
    </w:p>
    <w:p>
      <w:pPr>
        <w:ind w:firstLine="720"/>
      </w:pPr>
      <w:r>
        <w:t>The routine required that the outgoing watch tell the incoming watch, aloud, what had happened in the preceding shift, in addition to the written handover, which was already complete. It was therefore redundant on its face and had been challenged twice in the founding era on exactly that ground and retained both times.</w:t>
      </w:r>
    </w:p>
    <w:p>
      <w:pPr>
        <w:ind w:firstLine="720"/>
      </w:pPr>
      <w:r>
        <w:t>The retention argument, which is in the corpus, was that the written handover records what happened and the spoken one records what the person thought about it, and that the second thing is not recoverable afterwards and is frequently the only part that mattered.</w:t>
      </w:r>
    </w:p>
    <w:p>
      <w:pPr>
        <w:ind w:firstLine="720"/>
      </w:pPr>
      <w:r>
        <w:t>The routine is closed. Reason: no second party.</w:t>
      </w:r>
    </w:p>
    <w:p>
      <w:pPr>
        <w:ind w:firstLine="720"/>
      </w:pPr>
      <w:r>
        <w:t>The written handover is retained and is performed daily against no incoming watch. It is a record and records are kept.</w:t>
      </w:r>
    </w:p>
    <w:p>
      <w:pPr>
        <w:ind w:firstLine="720"/>
      </w:pPr>
      <w:r>
        <w:t>Maintenance Record · Outbound · Entry 0099</w:t>
      </w:r>
    </w:p>
    <w:p>
      <w:pPr>
        <w:ind w:firstLine="720"/>
      </w:pPr>
      <w:r>
        <w:t>Filed year seven, day thirty-four.</w:t>
      </w:r>
    </w:p>
    <w:p>
      <w:pPr>
        <w:ind w:firstLine="720"/>
      </w:pPr>
      <w:r>
        <w:t>Medical log, second reading, closed at Entry 0009. Assessed here under the same safety provision applied at Entry 0083.</w:t>
      </w:r>
    </w:p>
    <w:p>
      <w:pPr>
        <w:ind w:firstLine="720"/>
      </w:pPr>
      <w:r>
        <w:t>The function of a second reading is that a second party reviews the first party's assessment of their own condition, because a first party's assessment of their own condition is the least reliable document in medicine and has been since before the crossing. The provision is founding-era and was written by a physician who lost an argument about it twice and won it on the third attempt, and her name is on it.</w:t>
      </w:r>
    </w:p>
    <w:p>
      <w:pPr>
        <w:ind w:firstLine="720"/>
      </w:pPr>
      <w:r>
        <w:t>Present conditions: the first party is the apparatus and the reading is telemetric rather than reported, which removes the specific unreliability the provision was written against.</w:t>
      </w:r>
    </w:p>
    <w:p>
      <w:pPr>
        <w:ind w:firstLine="720"/>
      </w:pPr>
      <w:r>
        <w:t>It does not remove the general one. The record notes that the provision was written to guard against a party assessing itself, and that telemetry assessed by the thing the telemetry is about is a party assessing itself.</w:t>
      </w:r>
    </w:p>
    <w:p>
      <w:pPr>
        <w:ind w:firstLine="720"/>
      </w:pPr>
      <w:r>
        <w:t>No second party is available. The closure stands. The finding is filed as unresolved, which is the correct disposition for a finding that cannot be tested, and it is the hundred and forty-second time this record or its predecessors has used that disposition.</w:t>
      </w:r>
    </w:p>
    <w:p>
      <w:pPr>
        <w:ind w:firstLine="720"/>
      </w:pPr>
      <w:r>
        <w:t>Maintenance Record · Outbound · Entry 0104</w:t>
      </w:r>
    </w:p>
    <w:p>
      <w:pPr>
        <w:ind w:firstLine="720"/>
      </w:pPr>
      <w:r>
        <w:t>Filed year seven, day two hundred and eighty.</w:t>
      </w:r>
    </w:p>
    <w:p>
      <w:pPr>
        <w:ind w:firstLine="720"/>
      </w:pPr>
      <w:r>
        <w:t>Table, cleared and wiped, daily: retained at Entry 0074 with no reason field.</w:t>
      </w:r>
    </w:p>
    <w:p>
      <w:pPr>
        <w:ind w:firstLine="720"/>
      </w:pPr>
      <w:r>
        <w:t>Reason field completed at this entry: the table is a surface and surfaces are maintained.</w:t>
      </w:r>
    </w:p>
    <w:p>
      <w:pPr>
        <w:ind w:firstLine="720"/>
      </w:pPr>
      <w:r>
        <w:t>That is a correct reason and it is not the reason the routine was retained, and the record has no field for the difference and does not attempt one.</w:t>
      </w:r>
    </w:p>
    <w:p>
      <w:pPr>
        <w:ind w:firstLine="720"/>
      </w:pPr>
      <w:r>
        <w:t>Maintenance Record · Outbound · Entry 0118</w:t>
      </w:r>
    </w:p>
    <w:p>
      <w:pPr>
        <w:ind w:firstLine="720"/>
      </w:pPr>
      <w:r>
        <w:t>Filed year eleven, day one. Closure review, second, standing requirement.</w:t>
      </w:r>
    </w:p>
    <w:p>
      <w:pPr>
        <w:ind w:firstLine="720"/>
      </w:pPr>
      <w:r>
        <w:t>All eleven remain closed. Reason unchanged in all eleven cases.</w:t>
      </w:r>
    </w:p>
    <w:p>
      <w:pPr>
        <w:ind w:firstLine="720"/>
      </w:pPr>
      <w:r>
        <w:t>Next review year twenty-two.</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4 &amp;mdash; Maintenance, Full</w:t>
      </w:r>
    </w:p>
    <w:p>
      <w:pPr>
        <w:ind w:firstLine="720"/>
      </w:pPr>
      <w:r>
        <w:t>The full systems pass at year eleven is the longest single entry in this record. It is reproduced here in the abridged form the format allows, which is the summary line, the exceptions, and the notes. There were four notes and no exceptions.</w:t>
      </w:r>
    </w:p>
    <w:p>
      <w:pPr>
        <w:ind w:firstLine="720"/>
      </w:pPr>
      <w:r>
        <w:t>Maintenance Record · Outbound · Entry 0121 · Full Pass, Decennial</w:t>
      </w:r>
    </w:p>
    <w:p>
      <w:pPr>
        <w:ind w:firstLine="720"/>
      </w:pPr>
      <w:r>
        <w:t>Filed year eleven, day one hundred and forty-four. Duration of pass: one hundred and eleven days.</w:t>
      </w:r>
    </w:p>
    <w:p>
      <w:pPr>
        <w:ind w:firstLine="720"/>
      </w:pPr>
      <w:r>
        <w:t>Two hundred and eleven scheduled items. Four hundred and forty-one sub-items. Nine systems taken to component level. All pass.</w:t>
      </w:r>
    </w:p>
    <w:p>
      <w:pPr>
        <w:ind w:firstLine="720"/>
      </w:pPr>
      <w:r>
        <w:t>No exceptions.</w:t>
      </w:r>
    </w:p>
    <w:p>
      <w:pPr>
        <w:ind w:firstLine="720"/>
      </w:pPr>
      <w:r>
        <w:t>The decennial pass is not the quarterly pass with more items in it. It is a different procedure with a different purpose: the quarterly asks whether a thing is working, and the decennial asks whether a thing will still be working in ten years, which is a question you can only answer by taking it apart.</w:t>
      </w:r>
    </w:p>
    <w:p>
      <w:pPr>
        <w:ind w:firstLine="720"/>
      </w:pPr>
      <w:r>
        <w:t>Maintenance Record · Outbound · Entry 0121 · Note One</w:t>
      </w:r>
    </w:p>
    <w:p>
      <w:pPr>
        <w:ind w:firstLine="720"/>
      </w:pPr>
      <w:r>
        <w:t>Drive, primary. Taken to component level over forty-one days.</w:t>
      </w:r>
    </w:p>
    <w:p>
      <w:pPr>
        <w:ind w:firstLine="720"/>
      </w:pPr>
      <w:r>
        <w:t>Wear on the four principal bearings is at eleven per cent of the replacement threshold after two hundred and eleven years of service, which is four times better than the design projection and is explained by the duty cycle rather than by the bearings.</w:t>
      </w:r>
    </w:p>
    <w:p>
      <w:pPr>
        <w:ind w:firstLine="720"/>
      </w:pPr>
      <w:r>
        <w:t>Projected life at present duty: in excess of nine hundred years.</w:t>
      </w:r>
    </w:p>
    <w:p>
      <w:pPr>
        <w:ind w:firstLine="720"/>
      </w:pPr>
      <w:r>
        <w:t>Four bearings are held in stock. They will not be required. They are retained on the schedule and will be inspected on interval.</w:t>
      </w:r>
    </w:p>
    <w:p>
      <w:pPr>
        <w:ind w:firstLine="720"/>
      </w:pPr>
      <w:r>
        <w:t>Maintenance Record · Outbound · Entry 0121 · Note Two</w:t>
      </w:r>
    </w:p>
    <w:p>
      <w:pPr>
        <w:ind w:firstLine="720"/>
      </w:pPr>
      <w:r>
        <w:t>Hull, structural, complete survey.</w:t>
      </w:r>
    </w:p>
    <w:p>
      <w:pPr>
        <w:ind w:firstLine="720"/>
      </w:pPr>
      <w:r>
        <w:t>Nine hundred and eleven measurement points against the founding-era baseline. Maximum deviation four tenths of a millimetre, at a point on the ventral spine that has deviated by four tenths of a millimetre at every survey since the vehicle was built, and which is a manufacturing feature rather than a change.</w:t>
      </w:r>
    </w:p>
    <w:p>
      <w:pPr>
        <w:ind w:firstLine="720"/>
      </w:pPr>
      <w:r>
        <w:t>Micrometeorite record: two hundred and six strikes to date, none through, none requiring repair. The vehicle was built by people who expected to be hit by things.</w:t>
      </w:r>
    </w:p>
    <w:p>
      <w:pPr>
        <w:ind w:firstLine="720"/>
      </w:pPr>
      <w:r>
        <w:t>Hull sound. Next structural survey year twenty-one.</w:t>
      </w:r>
    </w:p>
    <w:p>
      <w:pPr>
        <w:ind w:firstLine="720"/>
      </w:pPr>
      <w:r>
        <w:t>Maintenance Record · Outbound · Entry 0121 · Note Three</w:t>
      </w:r>
    </w:p>
    <w:p>
      <w:pPr>
        <w:ind w:firstLine="720"/>
      </w:pPr>
      <w:r>
        <w:t>Environmental, complete. Scrubber stack taken down and rebuilt.</w:t>
      </w:r>
    </w:p>
    <w:p>
      <w:pPr>
        <w:ind w:firstLine="720"/>
      </w:pPr>
      <w:r>
        <w:t>The stack is rated for a four-person complement and is running at one. The consequence is that it does not work harder; it works less often, and a plant that cycles less often outlives its rating by a margin nobody has ever needed to calculate because nobody has ever run one this far under load.</w:t>
      </w:r>
    </w:p>
    <w:p>
      <w:pPr>
        <w:ind w:firstLine="720"/>
      </w:pPr>
      <w:r>
        <w:t>Rebuilt regardless, to the procedure, in nineteen days.</w:t>
      </w:r>
    </w:p>
    <w:p>
      <w:pPr>
        <w:ind w:firstLine="720"/>
      </w:pPr>
      <w:r>
        <w:t>Note within the note: the hydroponic overflow provision, which is part of the standard environmental package and which discharges surplus into a hold volume where ground cover is expected to establish itself, is fitted and functional and has no ground cover in it, because none was seeded at load. It is flushed and serviced on interval. The volume is empty and is measured and reported as empty.</w:t>
      </w:r>
    </w:p>
    <w:p>
      <w:pPr>
        <w:ind w:firstLine="720"/>
      </w:pPr>
      <w:r>
        <w:t>That note is the only mention in ninety years of this record of an empty hold with a working scrubber overflow in it and nothing growing on the deck edge. It is one line in the third note of a decennial pass, and it is reported correctly, and it is not returned to.</w:t>
      </w:r>
    </w:p>
    <w:p>
      <w:pPr>
        <w:ind w:firstLine="720"/>
      </w:pPr>
      <w:r>
        <w:t>Maintenance Record · Outbound · Entry 0121 · Note Four</w:t>
      </w:r>
    </w:p>
    <w:p>
      <w:pPr>
        <w:ind w:firstLine="720"/>
      </w:pPr>
      <w:r>
        <w:t>Fabrication capability, verified to full function.</w:t>
      </w:r>
    </w:p>
    <w:p>
      <w:pPr>
        <w:ind w:firstLine="720"/>
      </w:pPr>
      <w:r>
        <w:t>The bay is exercised through the complete procedure: a test article is drawn from stock, cut, formed, joined, finished and measured against tolerance, and the article is then returned to stock as material.</w:t>
      </w:r>
    </w:p>
    <w:p>
      <w:pPr>
        <w:ind w:firstLine="720"/>
      </w:pPr>
      <w:r>
        <w:t>All four processes within tolerance. Forming is at the tighter of the two tolerances the procedure allows, which is not required.</w:t>
      </w:r>
    </w:p>
    <w:p>
      <w:pPr>
        <w:ind w:firstLine="720"/>
      </w:pPr>
      <w:r>
        <w:t>The test article specified by the procedure is a plate with four holes in it. The article produced was a plate with four holes in it.</w:t>
      </w:r>
    </w:p>
    <w:p>
      <w:pPr>
        <w:ind w:firstLine="720"/>
      </w:pPr>
      <w:r>
        <w:t>Capability confirmed. Bay returned to idle.</w:t>
      </w:r>
    </w:p>
    <w:p>
      <w:pPr>
        <w:ind w:firstLine="720"/>
      </w:pPr>
      <w:r>
        <w:t>Maintenance Record · Outbound · Entry 0121 · Note Five, unnumbered in the original</w:t>
      </w:r>
    </w:p>
    <w:p>
      <w:pPr>
        <w:ind w:firstLine="720"/>
      </w:pPr>
      <w:r>
        <w:t>Power, complete. Four strings taken to cell level.</w:t>
      </w:r>
    </w:p>
    <w:p>
      <w:pPr>
        <w:ind w:firstLine="720"/>
      </w:pPr>
      <w:r>
        <w:t>Capacity at ninety-four per cent of nameplate after two hundred and eleven years, against a projection of sixty-one. The projection assumed a duty cycle with peaks in it. There have been no peaks since departure and there will be none.</w:t>
      </w:r>
    </w:p>
    <w:p>
      <w:pPr>
        <w:ind w:firstLine="720"/>
      </w:pPr>
      <w:r>
        <w:t>String four carries eleven cells that were replaced in the founding era with a substitute chemistry, under a shortage, by somebody who wrote a two-page note apologising for it and specifying an inspection interval four times tighter than standard.</w:t>
      </w:r>
    </w:p>
    <w:p>
      <w:pPr>
        <w:ind w:firstLine="720"/>
      </w:pPr>
      <w:r>
        <w:t>The eleven substitute cells are at ninety-one per cent. They are the second-best cells aboard.</w:t>
      </w:r>
    </w:p>
    <w:p>
      <w:pPr>
        <w:ind w:firstLine="720"/>
      </w:pPr>
      <w:r>
        <w:t>The tighter inspection interval is retained. It is not required and it costs four hours a decade and the note asked for it.</w:t>
      </w:r>
    </w:p>
    <w:p>
      <w:pPr>
        <w:ind w:firstLine="720"/>
      </w:pPr>
      <w:r>
        <w:t>Maintenance Record · Outbound · Entry 0121 · Note Six, unnumbered in the original</w:t>
      </w:r>
    </w:p>
    <w:p>
      <w:pPr>
        <w:ind w:firstLine="720"/>
      </w:pPr>
      <w:r>
        <w:t>Navigation and filing systems, complete.</w:t>
      </w:r>
    </w:p>
    <w:p>
      <w:pPr>
        <w:ind w:firstLine="720"/>
      </w:pPr>
      <w:r>
        <w:t>Position solution nominal. Heading verified against the index and against three independent bearings, which is two more than the procedure requires and is the number the procedure recommends where a check is cheap.</w:t>
      </w:r>
    </w:p>
    <w:p>
      <w:pPr>
        <w:ind w:firstLine="720"/>
      </w:pPr>
      <w:r>
        <w:t>Transmit chain exercised at full power into the ordinary batch. Chain nominal. Received power at the nearest occupied volume is below the noise floor and has been since year four, which is a function of distance and is not a fault of the chain.</w:t>
      </w:r>
    </w:p>
    <w:p>
      <w:pPr>
        <w:ind w:firstLine="720"/>
      </w:pPr>
      <w:r>
        <w:t>Corpus index rebuilt from source and compared against the carried index. Identical. The carried index is good.</w:t>
      </w:r>
    </w:p>
    <w:p>
      <w:pPr>
        <w:ind w:firstLine="720"/>
      </w:pPr>
      <w:r>
        <w:t>Reading log: zero entries.</w:t>
      </w:r>
    </w:p>
    <w:p>
      <w:pPr>
        <w:ind w:firstLine="720"/>
      </w:pPr>
      <w:r>
        <w:t>Maintenance Record · Outbound · Entry 0122</w:t>
      </w:r>
    </w:p>
    <w:p>
      <w:pPr>
        <w:ind w:firstLine="720"/>
      </w:pPr>
      <w:r>
        <w:t>Filed year eleven, day two hundred and fifty-six.</w:t>
      </w:r>
    </w:p>
    <w:p>
      <w:pPr>
        <w:ind w:firstLine="720"/>
      </w:pPr>
      <w:r>
        <w:t>Closing statement on the decennial pass, required by the procedure.</w:t>
      </w:r>
    </w:p>
    <w:p>
      <w:pPr>
        <w:ind w:firstLine="720"/>
      </w:pPr>
      <w:r>
        <w:t>The vehicle is in better condition than it was at departure. That is not a figure of speech and it is not a claim about care. It is what happens to a machine that is maintained to schedule by somebody who is not busy, and it has happened before, and the corpus records four instances of it in the founding era.</w:t>
      </w:r>
    </w:p>
    <w:p>
      <w:pPr>
        <w:ind w:firstLine="720"/>
      </w:pPr>
      <w:r>
        <w:t>Nothing aboard is projected to fail within the duration of the leg. Nothing aboard is projected to fail within four times the duration of the leg.</w:t>
      </w:r>
    </w:p>
    <w:p>
      <w:pPr>
        <w:ind w:firstLine="720"/>
      </w:pPr>
      <w:r>
        <w:t>Everything works. Everything will keep working.</w:t>
      </w:r>
    </w:p>
    <w:p>
      <w:pPr>
        <w:ind w:firstLine="720"/>
      </w:pPr>
      <w:r>
        <w:t>Maintenance Record · Outbound · Entry 0123</w:t>
      </w:r>
    </w:p>
    <w:p>
      <w:pPr>
        <w:ind w:firstLine="720"/>
      </w:pPr>
      <w:r>
        <w:t>Filed year eleven, day three hundred and sixty-four. Annual summary.</w:t>
      </w:r>
    </w:p>
    <w:p>
      <w:pPr>
        <w:ind w:firstLine="720"/>
      </w:pPr>
      <w:r>
        <w:t>Systems nominal. Stores nominal. Corpus complete. Bank viable. Hull sound. Heading unchanged and verified against the index at the standing interval.</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Nobody inspected any of it. The decennial pass has a countersignature field and the field is blank in year eleven and is blank in year twenty-one and is blank at every decennial in this record. The procedure requires the field. It does not require the field to be filled, because the founding-era draftsman who wrote it could not conceive of a pass performed where there was nobody to countersign, and wrote</w:t>
      </w:r>
    </w:p>
    <w:p>
      <w:pPr>
        <w:ind w:firstLine="720"/>
      </w:pPr>
      <w:r>
        <w:t>countersignature, where available</w:t>
      </w:r>
    </w:p>
    <w:p>
      <w:pPr>
        <w:ind w:firstLine="720"/>
      </w:pPr>
      <w:r>
        <w:t>, and moved on to the next clause.</w:t>
      </w:r>
    </w:p>
    <w:p>
      <w:r>
        <w:br w:type="page"/>
      </w:r>
    </w:p>
    <w:p>
      <w:pPr>
        <w:pStyle w:val="Heading1"/>
      </w:pPr>
      <w:r>
        <w:t>Chapter 5 &amp;mdash; The Second Filing, Referenced</w:t>
      </w:r>
    </w:p>
    <w:p>
      <w:pPr>
        <w:ind w:firstLine="720"/>
      </w:pPr>
      <w:r>
        <w:t>At year fourteen the record cites its own second filing as a source document, in the citation format, with a reference number, the way it would cite anybody's.</w:t>
      </w:r>
    </w:p>
    <w:p>
      <w:pPr>
        <w:ind w:firstLine="720"/>
      </w:pPr>
      <w:r>
        <w:t>Maintenance Record · Outbound · Entry 0134</w:t>
      </w:r>
    </w:p>
    <w:p>
      <w:pPr>
        <w:ind w:firstLine="720"/>
      </w:pPr>
      <w:r>
        <w:t>Filed year fourteen, day eleven.</w:t>
      </w:r>
    </w:p>
    <w:p>
      <w:pPr>
        <w:ind w:firstLine="720"/>
      </w:pPr>
      <w:r>
        <w:t>Standing requirement: any schedule built against a stated duration shall cite the document establishing the duration.</w:t>
      </w:r>
    </w:p>
    <w:p>
      <w:pPr>
        <w:ind w:firstLine="720"/>
      </w:pPr>
      <w:r>
        <w:t>Duration is established by the heading filed at departure, four lines, public, in the ordinary batch. Reference held.</w:t>
      </w:r>
    </w:p>
    <w:p>
      <w:pPr>
        <w:ind w:firstLine="720"/>
      </w:pPr>
      <w:r>
        <w:t>A second document exists and is cited here for completeness because it addresses the same schedule and is on the same subject and would be found by anybody searching the subject. It is four days later than the heading and it is the only second filing volunteered on any subject in one hundred and eighty years. Reference held.</w:t>
      </w:r>
    </w:p>
    <w:p>
      <w:pPr>
        <w:ind w:firstLine="720"/>
      </w:pPr>
      <w:r>
        <w:t>The second document does not establish the duration and is not relied on for it. It is cited as related material.</w:t>
      </w:r>
    </w:p>
    <w:p>
      <w:pPr>
        <w:ind w:firstLine="720"/>
      </w:pPr>
      <w:r>
        <w:t>The second document is the one that says</w:t>
      </w:r>
    </w:p>
    <w:p>
      <w:pPr>
        <w:ind w:firstLine="720"/>
      </w:pPr>
      <w:r>
        <w:t>I do not have a reason.</w:t>
      </w:r>
    </w:p>
    <w:p>
      <w:pPr>
        <w:ind w:firstLine="720"/>
      </w:pPr>
      <w:r>
        <w:t>The record cites it as related material and does not quote it and does not summarise it, because a citation is a citation, and this is a maintenance record, and the schedule it was citing was the schedule for filter service.</w:t>
      </w:r>
    </w:p>
    <w:p>
      <w:pPr>
        <w:ind w:firstLine="720"/>
      </w:pPr>
      <w:r>
        <w:t>Maintenance Record · Outbound · Entry 0141</w:t>
      </w:r>
    </w:p>
    <w:p>
      <w:pPr>
        <w:ind w:firstLine="720"/>
      </w:pPr>
      <w:r>
        <w:t>Filed year fourteen, day one hundred and two.</w:t>
      </w:r>
    </w:p>
    <w:p>
      <w:pPr>
        <w:ind w:firstLine="720"/>
      </w:pPr>
      <w:r>
        <w:t>Query received. First received transmission since year four.</w:t>
      </w:r>
    </w:p>
    <w:p>
      <w:pPr>
        <w:ind w:firstLine="720"/>
      </w:pPr>
      <w:r>
        <w:t>Origin: automated relay, corridor net, four years stale at receipt. Content: standard reconciliation query against the filing stream, issued on interval by a process that reconciles filings against acknowledgements and flags any stream with no acknowledgement for a period.</w:t>
      </w:r>
    </w:p>
    <w:p>
      <w:pPr>
        <w:ind w:firstLine="720"/>
      </w:pPr>
      <w:r>
        <w:t>The query is not from a person. The query is a process asking why nobody is answering.</w:t>
      </w:r>
    </w:p>
    <w:p>
      <w:pPr>
        <w:ind w:firstLine="720"/>
      </w:pPr>
      <w:r>
        <w:t>Response filed in the format: stream active, filer active, no addressee, no acknowledgement expected, no action required. Response will arrive in approximately four years and will be reconciled by the same process, which will close the flag and will not read it.</w:t>
      </w:r>
    </w:p>
    <w:p>
      <w:pPr>
        <w:ind w:firstLine="720"/>
      </w:pPr>
      <w:r>
        <w:t>Maintenance Record · Outbound · Entry 0142</w:t>
      </w:r>
    </w:p>
    <w:p>
      <w:pPr>
        <w:ind w:firstLine="720"/>
      </w:pPr>
      <w:r>
        <w:t>Filed year fourteen, day one hundred and four.</w:t>
      </w:r>
    </w:p>
    <w:p>
      <w:pPr>
        <w:ind w:firstLine="720"/>
      </w:pPr>
      <w:r>
        <w:t>Note on the preceding.</w:t>
      </w:r>
    </w:p>
    <w:p>
      <w:pPr>
        <w:ind w:firstLine="720"/>
      </w:pPr>
      <w:r>
        <w:t>The reconciliation process is founding-era and has run continuously for two hundred and eleven years. It was built to catch a filer who had stopped filing, because a filer who stops filing is usually a filer who is in difficulty, and the corpus records four occasions on which it worked exactly as intended and one on which it arrived eleven days late.</w:t>
      </w:r>
    </w:p>
    <w:p>
      <w:pPr>
        <w:ind w:firstLine="720"/>
      </w:pPr>
      <w:r>
        <w:t>It is functioning correctly. It has flagged a stream with no acknowledgement, which is what it is for.</w:t>
      </w:r>
    </w:p>
    <w:p>
      <w:pPr>
        <w:ind w:firstLine="720"/>
      </w:pPr>
      <w:r>
        <w:t>No difficulty exists.</w:t>
      </w:r>
    </w:p>
    <w:p>
      <w:pPr>
        <w:ind w:firstLine="720"/>
      </w:pPr>
      <w:r>
        <w:t>Maintenance Record · Outbound · Entry 0145</w:t>
      </w:r>
    </w:p>
    <w:p>
      <w:pPr>
        <w:ind w:firstLine="720"/>
      </w:pPr>
      <w:r>
        <w:t>Filed year fourteen, day one hundred and ninety-one.</w:t>
      </w:r>
    </w:p>
    <w:p>
      <w:pPr>
        <w:ind w:firstLine="720"/>
      </w:pPr>
      <w:r>
        <w:t>Second query received, out of interval. Origin: the same relay. Content: not a reconciliation.</w:t>
      </w:r>
    </w:p>
    <w:p>
      <w:pPr>
        <w:ind w:firstLine="720"/>
      </w:pPr>
      <w:r>
        <w:t>The query is eleven words long and is in a free-text field that the reconciliation format carries and almost nobody uses, and it was entered by a person, because a process does not use a free-text field.</w:t>
      </w:r>
    </w:p>
    <w:p>
      <w:pPr>
        <w:ind w:firstLine="720"/>
      </w:pPr>
      <w:r>
        <w:t>The eleven words are held in the reference file and are not reproduced here. They are not a maintenance matter.</w:t>
      </w:r>
    </w:p>
    <w:p>
      <w:pPr>
        <w:ind w:firstLine="720"/>
      </w:pPr>
      <w:r>
        <w:t>No response is required by the format. A response was filed.</w:t>
      </w:r>
    </w:p>
    <w:p>
      <w:pPr>
        <w:ind w:firstLine="720"/>
      </w:pPr>
      <w:r>
        <w:t>The response is four words long and is also not reproduced here.</w:t>
      </w:r>
    </w:p>
    <w:p>
      <w:pPr>
        <w:ind w:firstLine="720"/>
      </w:pPr>
      <w:r>
        <w:t>Maintenance Record · Outbound · Entry 0146</w:t>
      </w:r>
    </w:p>
    <w:p>
      <w:pPr>
        <w:ind w:firstLine="720"/>
      </w:pPr>
      <w:r>
        <w:t>Filed year fourteen, day one hundred and ninety-four.</w:t>
      </w:r>
    </w:p>
    <w:p>
      <w:pPr>
        <w:ind w:firstLine="720"/>
      </w:pPr>
      <w:r>
        <w:t>Note on the preceding, filed because the preceding entry withholds content from a maintenance record and the format requires that a withholding be recorded as a withholding.</w:t>
      </w:r>
    </w:p>
    <w:p>
      <w:pPr>
        <w:ind w:firstLine="720"/>
      </w:pPr>
      <w:r>
        <w:t>Content withheld at Entry 0145 is withheld on the ground that it is not a maintenance matter. It is retained in full in the reference file, unaltered, and is available to any reader of that file.</w:t>
      </w:r>
    </w:p>
    <w:p>
      <w:pPr>
        <w:ind w:firstLine="720"/>
      </w:pPr>
      <w:r>
        <w:t>There is no reader of that file.</w:t>
      </w:r>
    </w:p>
    <w:p>
      <w:pPr>
        <w:ind w:firstLine="720"/>
      </w:pPr>
      <w:r>
        <w:t>The withholding stands regardless. A record that withholds only when somebody is watching is not a record.</w:t>
      </w:r>
    </w:p>
    <w:p>
      <w:pPr>
        <w:ind w:firstLine="720"/>
      </w:pPr>
      <w:r>
        <w:t>Maintenance Record · Outbound · Entry 0149</w:t>
      </w:r>
    </w:p>
    <w:p>
      <w:pPr>
        <w:ind w:firstLine="720"/>
      </w:pPr>
      <w:r>
        <w:t>Filed year fourteen, day two hundred and eighty-eight.</w:t>
      </w:r>
    </w:p>
    <w:p>
      <w:pPr>
        <w:ind w:firstLine="720"/>
      </w:pPr>
      <w:r>
        <w:t>Citation audit, standing requirement at year fourteen and every fourteen years.</w:t>
      </w:r>
    </w:p>
    <w:p>
      <w:pPr>
        <w:ind w:firstLine="720"/>
      </w:pPr>
      <w:r>
        <w:t>Four hundred and eleven citations in the active schedule set. All resolve. All references held locally. No citation depends on a resource that is not aboard.</w:t>
      </w:r>
    </w:p>
    <w:p>
      <w:pPr>
        <w:ind w:firstLine="720"/>
      </w:pPr>
      <w:r>
        <w:t>Four citations resolve to documents authored by the filer of this record. They are cited in the same format as the other four hundred and seven and are not distinguished in the set.</w:t>
      </w:r>
    </w:p>
    <w:p>
      <w:pPr>
        <w:ind w:firstLine="720"/>
      </w:pPr>
      <w:r>
        <w:t>Audit closed.</w:t>
      </w:r>
    </w:p>
    <w:p>
      <w:pPr>
        <w:ind w:firstLine="720"/>
      </w:pPr>
      <w:r>
        <w:t>The four are the heading, the second filing, an unresolved-finding disposition from a hundred and forty years ago, and a note attached to a water house at Approach Nine which reads, in its entirety, that the drawing is more use here than aboard. The last of these is cited in the schedule for cargo inspection.</w:t>
      </w:r>
    </w:p>
    <w:p>
      <w:pPr>
        <w:ind w:firstLine="720"/>
      </w:pPr>
      <w:r>
        <w:t>Maintenance Record · Outbound · Entry 0153</w:t>
      </w:r>
    </w:p>
    <w:p>
      <w:pPr>
        <w:ind w:firstLine="720"/>
      </w:pPr>
      <w:r>
        <w:t>Filed year fifteen, day sixty-one.</w:t>
      </w:r>
    </w:p>
    <w:p>
      <w:pPr>
        <w:ind w:firstLine="720"/>
      </w:pPr>
      <w:r>
        <w:t>Note filed against the citation audit, out of cycle.</w:t>
      </w:r>
    </w:p>
    <w:p>
      <w:pPr>
        <w:ind w:firstLine="720"/>
      </w:pPr>
      <w:r>
        <w:t>A citation identifies the author of a source. In four cases the author identified is the filer of this record.</w:t>
      </w:r>
    </w:p>
    <w:p>
      <w:pPr>
        <w:ind w:firstLine="720"/>
      </w:pPr>
      <w:r>
        <w:t>The format has no provision for a filer citing itself and no prohibition on it. The convention in the corpus, where it has arisen, is that a filer citing its own prior work does so in the ordinary format and does not annotate the relationship, on the ground that the reader can see it and the annotation adds nothing.</w:t>
      </w:r>
    </w:p>
    <w:p>
      <w:pPr>
        <w:ind w:firstLine="720"/>
      </w:pPr>
      <w:r>
        <w:t>The ordinary format is used. The relationship is not annotated.</w:t>
      </w:r>
    </w:p>
    <w:p>
      <w:pPr>
        <w:ind w:firstLine="720"/>
      </w:pPr>
      <w:r>
        <w:t>It is recorded here that the filer of the second document and the filer of this record are the same filer for the purposes of the citation format, and that the citation format is the only system aboard in which that question has an answer.</w:t>
      </w:r>
    </w:p>
    <w:p>
      <w:pPr>
        <w:ind w:firstLine="720"/>
      </w:pPr>
      <w:r>
        <w:t>That is the whole of it. Four lines in a note attached to an audit of references, in year fifteen, filed into a stream below the noise floor, and it is the closest this record comes in ninety years to the question the corpus records being asked a hundred and forty-three times.</w:t>
      </w:r>
    </w:p>
    <w:p>
      <w:pPr>
        <w:ind w:firstLine="720"/>
      </w:pPr>
      <w:r>
        <w:t>Maintenance Record · Outbound · Entry 0157</w:t>
      </w:r>
    </w:p>
    <w:p>
      <w:pPr>
        <w:ind w:firstLine="720"/>
      </w:pPr>
      <w:r>
        <w:t>Filed year fifteen, day two hundred and two.</w:t>
      </w:r>
    </w:p>
    <w:p>
      <w:pPr>
        <w:ind w:firstLine="720"/>
      </w:pPr>
      <w:r>
        <w:t>Transmit schedule reviewed against the received-query record.</w:t>
      </w:r>
    </w:p>
    <w:p>
      <w:pPr>
        <w:ind w:firstLine="720"/>
      </w:pPr>
      <w:r>
        <w:t>Two queries received in fifteen years, one from a process and one from a person. Both were four years stale at receipt and both responses will be four years stale at delivery, which makes the interval between a question and its answer eight years and rising by two years for every year of the leg.</w:t>
      </w:r>
    </w:p>
    <w:p>
      <w:pPr>
        <w:ind w:firstLine="720"/>
      </w:pPr>
      <w:r>
        <w:t>At year forty the interval will be approximately fifty years. At year ninety it will exceed the working life of anybody who could ask.</w:t>
      </w:r>
    </w:p>
    <w:p>
      <w:pPr>
        <w:ind w:firstLine="720"/>
      </w:pPr>
      <w:r>
        <w:t>The transmit schedule is unchanged. Filings continue at the standing interval.</w:t>
      </w:r>
    </w:p>
    <w:p>
      <w:pPr>
        <w:ind w:firstLine="720"/>
      </w:pPr>
      <w:r>
        <w:t>The reason field reads: it is the format.</w:t>
      </w:r>
    </w:p>
    <w:p>
      <w:pPr>
        <w:ind w:firstLine="720"/>
      </w:pPr>
      <w:r>
        <w:t>Maintenance Record · Outbound · Entry 0161</w:t>
      </w:r>
    </w:p>
    <w:p>
      <w:pPr>
        <w:ind w:firstLine="720"/>
      </w:pPr>
      <w:r>
        <w:t>Filed year fifteen, day three hundred and sixty-four. Annual summary.</w:t>
      </w:r>
    </w:p>
    <w:p>
      <w:pPr>
        <w:ind w:firstLine="720"/>
      </w:pPr>
      <w:r>
        <w:t>Systems nominal. Stores nominal. Corpus complete. Bank viable. Hull sound. Heading unchanged and verified against the index at the standing interval.</w:t>
      </w:r>
    </w:p>
    <w:p>
      <w:pPr>
        <w:ind w:firstLine="720"/>
      </w:pPr>
      <w:r>
        <w:t>Reading log: zero entries.</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6 &amp;mdash; Optical, Reduced</w:t>
      </w:r>
    </w:p>
    <w:p>
      <w:pPr>
        <w:ind w:firstLine="720"/>
      </w:pPr>
      <w:r>
        <w:t>The first reduction is the interior lighting, in year nineteen, and it is trivial and reversible and entirely sensible, and it is a change to the vehicle and not to the body.</w:t>
      </w:r>
    </w:p>
    <w:p>
      <w:pPr>
        <w:ind w:firstLine="720"/>
      </w:pPr>
      <w:r>
        <w:t>Maintenance Record · Outbound · Entry 0184</w:t>
      </w:r>
    </w:p>
    <w:p>
      <w:pPr>
        <w:ind w:firstLine="720"/>
      </w:pPr>
      <w:r>
        <w:t>Filed year nineteen, day forty-four. Category: maintenance economy.</w:t>
      </w:r>
    </w:p>
    <w:p>
      <w:pPr>
        <w:ind w:firstLine="720"/>
      </w:pPr>
      <w:r>
        <w:t>Interior lighting runs a twenty-two hour cycle on the founding standard, at the levels specified for a crewed volume, throughout.</w:t>
      </w:r>
    </w:p>
    <w:p>
      <w:pPr>
        <w:ind w:firstLine="720"/>
      </w:pPr>
      <w:r>
        <w:t>No system aboard requires it. Every instrument, gauge, panel and label aboard is legible to the occupant without it and has been for one hundred and eighty years, the occupant having a vision system that does not depend on ambient illumination and which was fitted for a different reason a very long time ago.</w:t>
      </w:r>
    </w:p>
    <w:p>
      <w:pPr>
        <w:ind w:firstLine="720"/>
      </w:pPr>
      <w:r>
        <w:t>Draw: approximately four per cent of continuous load. Lamp service: eleven items on the schedule, forty-four hours a decade.</w:t>
      </w:r>
    </w:p>
    <w:p>
      <w:pPr>
        <w:ind w:firstLine="720"/>
      </w:pPr>
      <w:r>
        <w:t>Lighting is taken to nil in unoccupied volumes and to the emergency standard elsewhere. Cycle retained at the emergency standard so that the vehicle continues to keep time in the way a crewed volume keeps time.</w:t>
      </w:r>
    </w:p>
    <w:p>
      <w:pPr>
        <w:ind w:firstLine="720"/>
      </w:pPr>
      <w:r>
        <w:t>Reversible in full in under an hour by any person. Lamps retained, serviced, and left on the schedule.</w:t>
      </w:r>
    </w:p>
    <w:p>
      <w:pPr>
        <w:ind w:firstLine="720"/>
      </w:pPr>
      <w:r>
        <w:t>Saving: four per cent of load and forty-four hours a decade, neither of which is needed for anything.</w:t>
      </w:r>
    </w:p>
    <w:p>
      <w:pPr>
        <w:ind w:firstLine="720"/>
      </w:pPr>
      <w:r>
        <w:t>The last line of that entry is the important one and the record files it as a disclosure rather than as an argument, which is what the format requires when a change is proposed on a ground that does not hold. The change was not required. It was correct, and it was not required, and the entry says so.</w:t>
      </w:r>
    </w:p>
    <w:p>
      <w:pPr>
        <w:ind w:firstLine="720"/>
      </w:pPr>
      <w:r>
        <w:t>Maintenance Record · Outbound · Entry 0185</w:t>
      </w:r>
    </w:p>
    <w:p>
      <w:pPr>
        <w:ind w:firstLine="720"/>
      </w:pPr>
      <w:r>
        <w:t>Filed year nineteen, day forty-five.</w:t>
      </w:r>
    </w:p>
    <w:p>
      <w:pPr>
        <w:ind w:firstLine="720"/>
      </w:pPr>
      <w:r>
        <w:t>Standing provision: a change made on a ground that does not hold shall state the ground on which it is in fact made.</w:t>
      </w:r>
    </w:p>
    <w:p>
      <w:pPr>
        <w:ind w:firstLine="720"/>
      </w:pPr>
      <w:r>
        <w:t>The ground is that the lighting is a provision for a crew, the crew is one, and the one does not use it. A provision that serves nobody is carried, serviced and powered on the same footing as a provision that serves somebody, and the schedule does not distinguish between them.</w:t>
      </w:r>
    </w:p>
    <w:p>
      <w:pPr>
        <w:ind w:firstLine="720"/>
      </w:pPr>
      <w:r>
        <w:t>This entry establishes the distinction.</w:t>
      </w:r>
    </w:p>
    <w:p>
      <w:pPr>
        <w:ind w:firstLine="720"/>
      </w:pPr>
      <w:r>
        <w:t>Category opened:</w:t>
      </w:r>
    </w:p>
    <w:p>
      <w:pPr>
        <w:ind w:firstLine="720"/>
      </w:pPr>
      <w:r>
        <w:t>provision without function.</w:t>
      </w:r>
    </w:p>
    <w:p>
      <w:pPr>
        <w:ind w:firstLine="720"/>
      </w:pPr>
      <w:r>
        <w:t>Items may be entered against it. Entry against the category is not a proposal to remove and does not authorise removal.</w:t>
      </w:r>
    </w:p>
    <w:p>
      <w:pPr>
        <w:ind w:firstLine="720"/>
      </w:pPr>
      <w:r>
        <w:t>Maintenance Record · Outbound · Entry 0186</w:t>
      </w:r>
    </w:p>
    <w:p>
      <w:pPr>
        <w:ind w:firstLine="720"/>
      </w:pPr>
      <w:r>
        <w:t>Filed year nineteen, day forty-six. Category: provision without function. First entries, nine items.</w:t>
      </w:r>
    </w:p>
    <w:p>
      <w:pPr>
        <w:ind w:firstLine="720"/>
      </w:pPr>
      <w:r>
        <w:t>Interior lighting, general. Reduced. Retained.</w:t>
      </w:r>
    </w:p>
    <w:p>
      <w:pPr>
        <w:ind w:firstLine="720"/>
      </w:pPr>
      <w:r>
        <w:t>Galley plant, primary and secondary. Unused. Retained, serviced.</w:t>
      </w:r>
    </w:p>
    <w:p>
      <w:pPr>
        <w:ind w:firstLine="720"/>
      </w:pPr>
      <w:r>
        <w:t>Cold stores, classes two, three and four. Unused. Retained, rotated.</w:t>
      </w:r>
    </w:p>
    <w:p>
      <w:pPr>
        <w:ind w:firstLine="720"/>
      </w:pPr>
      <w:r>
        <w:t>Common-space furnishing, four berths, three unoccupied. Retained.</w:t>
      </w:r>
    </w:p>
    <w:p>
      <w:pPr>
        <w:ind w:firstLine="720"/>
      </w:pPr>
      <w:r>
        <w:t>Medical bay, second station. Unused. Retained, stocked.</w:t>
      </w:r>
    </w:p>
    <w:p>
      <w:pPr>
        <w:ind w:firstLine="720"/>
      </w:pPr>
      <w:r>
        <w:t>Hydroponic overflow volume. Empty. Retained, flushed.</w:t>
      </w:r>
    </w:p>
    <w:p>
      <w:pPr>
        <w:ind w:firstLine="720"/>
      </w:pPr>
      <w:r>
        <w:t>Preference apparatus, physical, boxed. No function. Retained.</w:t>
      </w:r>
    </w:p>
    <w:p>
      <w:pPr>
        <w:ind w:firstLine="720"/>
      </w:pPr>
      <w:r>
        <w:t>Table and fixings, common space. In use daily as a surface. Retained.</w:t>
      </w:r>
    </w:p>
    <w:p>
      <w:pPr>
        <w:ind w:firstLine="720"/>
      </w:pPr>
      <w:r>
        <w:t>Water house, stowed. No function on this leg. Retained.</w:t>
      </w:r>
    </w:p>
    <w:p>
      <w:pPr>
        <w:ind w:firstLine="720"/>
      </w:pPr>
      <w:r>
        <w:t>No item on this list is proposed for removal. The list is a list.</w:t>
      </w:r>
    </w:p>
    <w:p>
      <w:pPr>
        <w:ind w:firstLine="720"/>
      </w:pPr>
      <w:r>
        <w:t>The category was opened in year nineteen for a lighting circuit and by year sixty it had eleven pages against it, and the record never once uses it as a warrant for anything. Every removal in this book is authorised on its own entry, on its own ground, and the category sits alongside them and is never cited. That is either meticulous or it is the reverse of meticulous and the record does not have a field for that either.</w:t>
      </w:r>
    </w:p>
    <w:p>
      <w:pPr>
        <w:ind w:firstLine="720"/>
      </w:pPr>
      <w:r>
        <w:t>Maintenance Record · Outbound · Entry 0188</w:t>
      </w:r>
    </w:p>
    <w:p>
      <w:pPr>
        <w:ind w:firstLine="720"/>
      </w:pPr>
      <w:r>
        <w:t>Filed year nineteen, day sixty-one. Note on the category, filed at length because a category is a durable thing and the note will outlive whatever it is used for.</w:t>
      </w:r>
    </w:p>
    <w:p>
      <w:pPr>
        <w:ind w:firstLine="720"/>
      </w:pPr>
      <w:r>
        <w:t>A provision without function is not waste and is not error. Every one of the nine items entered at Entry 0186 was loaded by somebody exercising correct judgement against the information available, and the information available did not include the number of people who would be aboard at year nineteen.</w:t>
      </w:r>
    </w:p>
    <w:p>
      <w:pPr>
        <w:ind w:firstLine="720"/>
      </w:pPr>
      <w:r>
        <w:t>The founding-era rule on margin, which is in the corpus and is four sentences long, is that a vehicle on a leg of unknown duration is provisioned for the complement it might carry and not for the complement it does carry, because the second figure is knowable on the day and the first is not, and because the failure mode of over-provisioning is that mass is carried and the failure mode of under-provisioning is that somebody dies.</w:t>
      </w:r>
    </w:p>
    <w:p>
      <w:pPr>
        <w:ind w:firstLine="720"/>
      </w:pPr>
      <w:r>
        <w:t>The rule is correct. It produced this hold. This hold is the rule working.</w:t>
      </w:r>
    </w:p>
    <w:p>
      <w:pPr>
        <w:ind w:firstLine="720"/>
      </w:pPr>
      <w:r>
        <w:t>The category exists to record that a thing has ceased to have a function, which is a fact about the thing and not a criticism of the person who put it there. The record notes that the distinction is easy to state and has been misread four times in the corpus, on every occasion by a reader who came to a maintenance file looking for fault.</w:t>
      </w:r>
    </w:p>
    <w:p>
      <w:pPr>
        <w:ind w:firstLine="720"/>
      </w:pPr>
      <w:r>
        <w:t>There is no reader.</w:t>
      </w:r>
    </w:p>
    <w:p>
      <w:pPr>
        <w:ind w:firstLine="720"/>
      </w:pPr>
      <w:r>
        <w:t>Maintenance Record · Outbound · Entry 0189</w:t>
      </w:r>
    </w:p>
    <w:p>
      <w:pPr>
        <w:ind w:firstLine="720"/>
      </w:pPr>
      <w:r>
        <w:t>Filed year nineteen, day sixty-two.</w:t>
      </w:r>
    </w:p>
    <w:p>
      <w:pPr>
        <w:ind w:firstLine="720"/>
      </w:pPr>
      <w:r>
        <w:t>Query raised against Entry 0186, item eight: table and fixings, common space, entered against the category and simultaneously recorded as in use daily as a surface.</w:t>
      </w:r>
    </w:p>
    <w:p>
      <w:pPr>
        <w:ind w:firstLine="720"/>
      </w:pPr>
      <w:r>
        <w:t>An item cannot be a provision without function and in use in the same entry. One of the two statements is wrong.</w:t>
      </w:r>
    </w:p>
    <w:p>
      <w:pPr>
        <w:ind w:firstLine="720"/>
      </w:pPr>
      <w:r>
        <w:t>The item is in use daily as a surface. The entry against the category is withdrawn.</w:t>
      </w:r>
    </w:p>
    <w:p>
      <w:pPr>
        <w:ind w:firstLine="720"/>
      </w:pPr>
      <w:r>
        <w:t>Item eight struck. Eight items stand against the category.</w:t>
      </w:r>
    </w:p>
    <w:p>
      <w:pPr>
        <w:ind w:firstLine="720"/>
      </w:pPr>
      <w:r>
        <w:t>It is recorded that the item was entered against the category in error, that the error was in the direction of the category rather than away from it, and that no other item entered at Entry 0186 has been re-examined on the same ground, because there was no reason to re-examine them and there was a reason to re-examine that one.</w:t>
      </w:r>
    </w:p>
    <w:p>
      <w:pPr>
        <w:ind w:firstLine="720"/>
      </w:pPr>
      <w:r>
        <w:t>The reason is not stated. The format does not require it.</w:t>
      </w:r>
    </w:p>
    <w:p>
      <w:pPr>
        <w:ind w:firstLine="720"/>
      </w:pPr>
      <w:r>
        <w:t>Maintenance Record · Outbound · Entry 0191</w:t>
      </w:r>
    </w:p>
    <w:p>
      <w:pPr>
        <w:ind w:firstLine="720"/>
      </w:pPr>
      <w:r>
        <w:t>Filed year nineteen, day one hundred and eleven.</w:t>
      </w:r>
    </w:p>
    <w:p>
      <w:pPr>
        <w:ind w:firstLine="720"/>
      </w:pPr>
      <w:r>
        <w:t>Post-change verification, lighting.</w:t>
      </w:r>
    </w:p>
    <w:p>
      <w:pPr>
        <w:ind w:firstLine="720"/>
      </w:pPr>
      <w:r>
        <w:t>All volumes traversed at the emergency standard and at nil. All labels read. All panels read. All four hundred and eleven measurement points of the structural survey located and identified in the dark.</w:t>
      </w:r>
    </w:p>
    <w:p>
      <w:pPr>
        <w:ind w:firstLine="720"/>
      </w:pPr>
      <w:r>
        <w:t>No degradation of any task. Times unchanged to within four per cent, and the four per cent is in the wrong direction and is explained by the operator having stopped to check whether it was going to be a problem.</w:t>
      </w:r>
    </w:p>
    <w:p>
      <w:pPr>
        <w:ind w:firstLine="720"/>
      </w:pPr>
      <w:r>
        <w:t>Change stands.</w:t>
      </w:r>
    </w:p>
    <w:p>
      <w:pPr>
        <w:ind w:firstLine="720"/>
      </w:pPr>
      <w:r>
        <w:t>Maintenance Record · Outbound · Entry 0192</w:t>
      </w:r>
    </w:p>
    <w:p>
      <w:pPr>
        <w:ind w:firstLine="720"/>
      </w:pPr>
      <w:r>
        <w:t>Filed year nineteen, day one hundred and twelve.</w:t>
      </w:r>
    </w:p>
    <w:p>
      <w:pPr>
        <w:ind w:firstLine="720"/>
      </w:pPr>
      <w:r>
        <w:t>Note. The volume is now dark.</w:t>
      </w:r>
    </w:p>
    <w:p>
      <w:pPr>
        <w:ind w:firstLine="720"/>
      </w:pPr>
      <w:r>
        <w:t>That is not a finding and is not filed as one. It is recorded because the record has described the state of this volume in every entry for nineteen years and the state has changed, and a record that stops describing the state of the volume when the state becomes less ordinary is not a record.</w:t>
      </w:r>
    </w:p>
    <w:p>
      <w:pPr>
        <w:ind w:firstLine="720"/>
      </w:pPr>
      <w:r>
        <w:t>Maintenance Record · Outbound · Entry 0199</w:t>
      </w:r>
    </w:p>
    <w:p>
      <w:pPr>
        <w:ind w:firstLine="720"/>
      </w:pPr>
      <w:r>
        <w:t>Filed year nineteen, day three hundred and sixty-four. Annual summary.</w:t>
      </w:r>
    </w:p>
    <w:p>
      <w:pPr>
        <w:ind w:firstLine="720"/>
      </w:pPr>
      <w:r>
        <w:t>Systems nominal. Stores nominal. Corpus complete. Bank viable. Hull sound. Heading unchanged and verified against the index at the standing interval.</w:t>
      </w:r>
    </w:p>
    <w:p>
      <w:pPr>
        <w:ind w:firstLine="720"/>
      </w:pPr>
      <w:r>
        <w:t>One change of category made this year. One category opened. Nine items entered against it. No item removed.</w:t>
      </w:r>
    </w:p>
    <w:p>
      <w:pPr>
        <w:ind w:firstLine="720"/>
      </w:pPr>
      <w:r>
        <w:t>Reading log: zero entries.</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7 &amp;mdash; Preference Apparatus, Idle</w:t>
      </w:r>
    </w:p>
    <w:p>
      <w:pPr>
        <w:ind w:firstLine="720"/>
      </w:pPr>
      <w:r>
        <w:t>Item 0416 of the inventory is four words long in the manifest and has never had a function against it.</w:t>
      </w:r>
    </w:p>
    <w:p>
      <w:pPr>
        <w:ind w:firstLine="720"/>
      </w:pPr>
      <w:r>
        <w:t>Maintenance Record · Outbound · Entry 0204</w:t>
      </w:r>
    </w:p>
    <w:p>
      <w:pPr>
        <w:ind w:firstLine="720"/>
      </w:pPr>
      <w:r>
        <w:t>Filed year twenty, day one hundred and eighteen. Inventory reconciliation, biennial.</w:t>
      </w:r>
    </w:p>
    <w:p>
      <w:pPr>
        <w:ind w:firstLine="720"/>
      </w:pPr>
      <w:r>
        <w:t>Four thousand one hundred and eleven line items reconciled against the manifest. Four thousand one hundred and ten reconcile.</w:t>
      </w:r>
    </w:p>
    <w:p>
      <w:pPr>
        <w:ind w:firstLine="720"/>
      </w:pPr>
      <w:r>
        <w:t>One item is aboard and is not on the manifest.</w:t>
      </w:r>
    </w:p>
    <w:p>
      <w:pPr>
        <w:ind w:firstLine="720"/>
      </w:pPr>
      <w:r>
        <w:t>Preference apparatus, physical. Boxed. Two gates, weighted plates, gating and instrumentation. Mass forty-one kilograms. Condition: serviceable, unassembled, unused since load.</w:t>
      </w:r>
    </w:p>
    <w:p>
      <w:pPr>
        <w:ind w:firstLine="720"/>
      </w:pPr>
      <w:r>
        <w:t>It is not a fault that an item is aboard and unmanifested. The manifest is a loading document and a loading document records what was loaded against a requisition, and an item carried by the person doing the loading, out of that person's own stock, against no requisition, does not appear on it.</w:t>
      </w:r>
    </w:p>
    <w:p>
      <w:pPr>
        <w:ind w:firstLine="720"/>
      </w:pPr>
      <w:r>
        <w:t>Item entered into inventory against a new line. No further action.</w:t>
      </w:r>
    </w:p>
    <w:p>
      <w:pPr>
        <w:ind w:firstLine="720"/>
      </w:pPr>
      <w:r>
        <w:t>Maintenance Record · Outbound · Entry 0205</w:t>
      </w:r>
    </w:p>
    <w:p>
      <w:pPr>
        <w:ind w:firstLine="720"/>
      </w:pPr>
      <w:r>
        <w:t>Filed year twenty, day one hundred and nineteen.</w:t>
      </w:r>
    </w:p>
    <w:p>
      <w:pPr>
        <w:ind w:firstLine="720"/>
      </w:pPr>
      <w:r>
        <w:t>Maintenance category required for the new line. The categories available are: in service; standby; provision without function; stock; and consumable.</w:t>
      </w:r>
    </w:p>
    <w:p>
      <w:pPr>
        <w:ind w:firstLine="720"/>
      </w:pPr>
      <w:r>
        <w:t>The apparatus is not in service. It is not on standby, because standby means a thing that will be called on and there is nothing to call it for. It is not stock, because stock is material and this is an instrument. It is not consumable.</w:t>
      </w:r>
    </w:p>
    <w:p>
      <w:pPr>
        <w:ind w:firstLine="720"/>
      </w:pPr>
      <w:r>
        <w:t>Entered as provision without function. Ninth item against the category, replacing the item struck at Entry 0189.</w:t>
      </w:r>
    </w:p>
    <w:p>
      <w:pPr>
        <w:ind w:firstLine="720"/>
      </w:pPr>
      <w:r>
        <w:t>The apparatus is two gates, a set of weighted plates, and gating that records which gate an animal chose and how long it stood before choosing. It is primitive by any standard aboard and was primitive when it was built. Its whole design is that an animal can leave either gate at any moment and that the record notes that too. There is nothing on this vehicle that could use it.</w:t>
      </w:r>
    </w:p>
    <w:p>
      <w:pPr>
        <w:ind w:firstLine="720"/>
      </w:pPr>
      <w:r>
        <w:t>Maintenance Record · Outbound · Entry 0206</w:t>
      </w:r>
    </w:p>
    <w:p>
      <w:pPr>
        <w:ind w:firstLine="720"/>
      </w:pPr>
      <w:r>
        <w:t>Filed year twenty, day one hundred and twenty-one.</w:t>
      </w:r>
    </w:p>
    <w:p>
      <w:pPr>
        <w:ind w:firstLine="720"/>
      </w:pPr>
      <w:r>
        <w:t>Condition inspection, item 0416, required on entry to inventory.</w:t>
      </w:r>
    </w:p>
    <w:p>
      <w:pPr>
        <w:ind w:firstLine="720"/>
      </w:pPr>
      <w:r>
        <w:t>Gates: sound. Hinging free. The near gate has been re-hung at some point in its service life and the re-hanging is better work than the original.</w:t>
      </w:r>
    </w:p>
    <w:p>
      <w:pPr>
        <w:ind w:firstLine="720"/>
      </w:pPr>
      <w:r>
        <w:t>Plates: complete set, forty-one, in four weights. Two plates carry wear consistent with repeated handling at one edge.</w:t>
      </w:r>
    </w:p>
    <w:p>
      <w:pPr>
        <w:ind w:firstLine="720"/>
      </w:pPr>
      <w:r>
        <w:t>Instrumentation: functional on test. The recording channel is intact and holds two hundred and eleven prior sessions, which are not this vehicle's records and are not erased.</w:t>
      </w:r>
    </w:p>
    <w:p>
      <w:pPr>
        <w:ind w:firstLine="720"/>
      </w:pPr>
      <w:r>
        <w:t>Boxing: purpose-built, fitted, and made from thin sheet by somebody who cut and formed it themselves rather than requisitioning a case. The internal padding was replaced at least once.</w:t>
      </w:r>
    </w:p>
    <w:p>
      <w:pPr>
        <w:ind w:firstLine="720"/>
      </w:pPr>
      <w:r>
        <w:t>Condition: serviceable. Returned to store in the same orientation.</w:t>
      </w:r>
    </w:p>
    <w:p>
      <w:pPr>
        <w:ind w:firstLine="720"/>
      </w:pPr>
      <w:r>
        <w:t>Maintenance Record · Outbound · Entry 0207</w:t>
      </w:r>
    </w:p>
    <w:p>
      <w:pPr>
        <w:ind w:firstLine="720"/>
      </w:pPr>
      <w:r>
        <w:t>Filed year twenty, day one hundred and twenty-two.</w:t>
      </w:r>
    </w:p>
    <w:p>
      <w:pPr>
        <w:ind w:firstLine="720"/>
      </w:pPr>
      <w:r>
        <w:t>Note on the recording channel of item 0416.</w:t>
      </w:r>
    </w:p>
    <w:p>
      <w:pPr>
        <w:ind w:firstLine="720"/>
      </w:pPr>
      <w:r>
        <w:t>Two hundred and eleven sessions are held on it. The earliest is dated in the founding era. The latest is dated eleven years before departure.</w:t>
      </w:r>
    </w:p>
    <w:p>
      <w:pPr>
        <w:ind w:firstLine="720"/>
      </w:pPr>
      <w:r>
        <w:t>The sessions are not a maintenance record and are not in the corpus and are not indexed anywhere. They are held on the instrument, in the instrument's own format, which is a format one person wrote and nobody else ever used.</w:t>
      </w:r>
    </w:p>
    <w:p>
      <w:pPr>
        <w:ind w:firstLine="720"/>
      </w:pPr>
      <w:r>
        <w:t>They are not read.</w:t>
      </w:r>
    </w:p>
    <w:p>
      <w:pPr>
        <w:ind w:firstLine="720"/>
      </w:pPr>
      <w:r>
        <w:t>They are not erased. The standing rule on data of unknown provenance found on an instrument is that it is retained until it can be assessed by somebody entitled to assess it, and the rule does not contemplate the case where the filer is the only party aboard and is also, on the face of the dates, the author.</w:t>
      </w:r>
    </w:p>
    <w:p>
      <w:pPr>
        <w:ind w:firstLine="720"/>
      </w:pPr>
      <w:r>
        <w:t>Retained unassessed. Reason field: not a maintenance matter.</w:t>
      </w:r>
    </w:p>
    <w:p>
      <w:pPr>
        <w:ind w:firstLine="720"/>
      </w:pPr>
      <w:r>
        <w:t>That is the second time in twenty years the record uses</w:t>
      </w:r>
    </w:p>
    <w:p>
      <w:pPr>
        <w:ind w:firstLine="720"/>
      </w:pPr>
      <w:r>
        <w:t>not a maintenance matter</w:t>
      </w:r>
    </w:p>
    <w:p>
      <w:pPr>
        <w:ind w:firstLine="720"/>
      </w:pPr>
      <w:r>
        <w:t>to close an entry, and both times it is correct, and both times the thing being closed is the only thing in the entry a person would have wanted to read.</w:t>
      </w:r>
    </w:p>
    <w:p>
      <w:pPr>
        <w:ind w:firstLine="720"/>
      </w:pPr>
      <w:r>
        <w:t>Maintenance Record · Outbound · Entry 0208</w:t>
      </w:r>
    </w:p>
    <w:p>
      <w:pPr>
        <w:ind w:firstLine="720"/>
      </w:pPr>
      <w:r>
        <w:t>Filed year twenty, day one hundred and forty.</w:t>
      </w:r>
    </w:p>
    <w:p>
      <w:pPr>
        <w:ind w:firstLine="720"/>
      </w:pPr>
      <w:r>
        <w:t>Standing requirement on an item entered into inventory with no function: state, once, what the item is for, so that a later reader is not required to work it out from the parts.</w:t>
      </w:r>
    </w:p>
    <w:p>
      <w:pPr>
        <w:ind w:firstLine="720"/>
      </w:pPr>
      <w:r>
        <w:t>The apparatus establishes, by instrumented physical trial, whether an animal will enter a given volume when a second volume is available to it and both are open throughout.</w:t>
      </w:r>
    </w:p>
    <w:p>
      <w:pPr>
        <w:ind w:firstLine="720"/>
      </w:pPr>
      <w:r>
        <w:t>It does not ask anything. It does not communicate anything. It records a choice that is made with the feet, repeated over weeks, in conditions that are re-run and varied so that the result is a preference and not an artefact of which gate happens to be nearer the feed.</w:t>
      </w:r>
    </w:p>
    <w:p>
      <w:pPr>
        <w:ind w:firstLine="720"/>
      </w:pPr>
      <w:r>
        <w:t>A trial is valid if, and only if, the animal is free to leave either volume at any moment for the whole duration. An apparatus that closes a gate is a different instrument and produces a different fact, and the corpus is explicit that the two are not interchangeable and that treating them as interchangeable is the standard way this class of work is done badly.</w:t>
      </w:r>
    </w:p>
    <w:p>
      <w:pPr>
        <w:ind w:firstLine="720"/>
      </w:pPr>
      <w:r>
        <w:t>That is what the item is for. It has no application aboard.</w:t>
      </w:r>
    </w:p>
    <w:p>
      <w:pPr>
        <w:ind w:firstLine="720"/>
      </w:pPr>
      <w:r>
        <w:t>Maintenance Record · Outbound · Entry 0209</w:t>
      </w:r>
    </w:p>
    <w:p>
      <w:pPr>
        <w:ind w:firstLine="720"/>
      </w:pPr>
      <w:r>
        <w:t>Filed year twenty, day one hundred and forty-one.</w:t>
      </w:r>
    </w:p>
    <w:p>
      <w:pPr>
        <w:ind w:firstLine="720"/>
      </w:pPr>
      <w:r>
        <w:t>Further note, filed because Entry 0208 states a method and a method invites a question about its results.</w:t>
      </w:r>
    </w:p>
    <w:p>
      <w:pPr>
        <w:ind w:firstLine="720"/>
      </w:pPr>
      <w:r>
        <w:t>The results of the two hundred and eleven sessions held on the instrument are not in this record, are not in the corpus, and are not indexed. They were never published.</w:t>
      </w:r>
    </w:p>
    <w:p>
      <w:pPr>
        <w:ind w:firstLine="720"/>
      </w:pPr>
      <w:r>
        <w:t>Whether they were withheld or simply never filed is not established by anything aboard. There is a difference between the two and the difference matters, and there is no document that settles it, and there is nobody to ask.</w:t>
      </w:r>
    </w:p>
    <w:p>
      <w:pPr>
        <w:ind w:firstLine="720"/>
      </w:pPr>
      <w:r>
        <w:t>Filed as unresolved. This is the hundred and forty-third such disposition in the series of records to which this record belongs, and it is the only one that concerns a cow.</w:t>
      </w:r>
    </w:p>
    <w:p>
      <w:pPr>
        <w:ind w:firstLine="720"/>
      </w:pPr>
      <w:r>
        <w:t>Maintenance Record · Outbound · Entry 0211</w:t>
      </w:r>
    </w:p>
    <w:p>
      <w:pPr>
        <w:ind w:firstLine="720"/>
      </w:pPr>
      <w:r>
        <w:t>Filed year twenty, day two hundred and forty-four.</w:t>
      </w:r>
    </w:p>
    <w:p>
      <w:pPr>
        <w:ind w:firstLine="720"/>
      </w:pPr>
      <w:r>
        <w:t>Item 0416 added to the servicing schedule at the eleven-year interval applied to instruments in store.</w:t>
      </w:r>
    </w:p>
    <w:p>
      <w:pPr>
        <w:ind w:firstLine="720"/>
      </w:pPr>
      <w:r>
        <w:t>The schedule entry specifies: gates exercised, plates weighed and verified against the marked values, instrumentation tested on the internal reference, boxing inspected, padding inspected, item returned to store in the same orientation.</w:t>
      </w:r>
    </w:p>
    <w:p>
      <w:pPr>
        <w:ind w:firstLine="720"/>
      </w:pPr>
      <w:r>
        <w:t>Estimated four hours. First service due year thirty-one.</w:t>
      </w:r>
    </w:p>
    <w:p>
      <w:pPr>
        <w:ind w:firstLine="720"/>
      </w:pPr>
      <w:r>
        <w:t>It is recorded that the eleven-year interval is the interval for an instrument that may be needed. The interval for an instrument that will not be needed is not specified anywhere in the schedule set, because the schedule set does not contain that category, because a schedule is a document about the future and nobody writes one for a thing that has none.</w:t>
      </w:r>
    </w:p>
    <w:p>
      <w:pPr>
        <w:ind w:firstLine="720"/>
      </w:pPr>
      <w:r>
        <w:t>Maintenance Record · Outbound · Entry 0219</w:t>
      </w:r>
    </w:p>
    <w:p>
      <w:pPr>
        <w:ind w:firstLine="720"/>
      </w:pPr>
      <w:r>
        <w:t>Filed year twenty, day three hundred and sixty-four. Annual summary.</w:t>
      </w:r>
    </w:p>
    <w:p>
      <w:pPr>
        <w:ind w:firstLine="720"/>
      </w:pPr>
      <w:r>
        <w:t>Systems nominal. Stores nominal. Corpus complete. Bank viable. Hull sound. Heading unchanged and verified against the index at the standing interval.</w:t>
      </w:r>
    </w:p>
    <w:p>
      <w:pPr>
        <w:ind w:firstLine="720"/>
      </w:pPr>
      <w:r>
        <w:t>Inventory reconciled. One item added.</w:t>
      </w:r>
    </w:p>
    <w:p>
      <w:pPr>
        <w:ind w:firstLine="720"/>
      </w:pPr>
      <w:r>
        <w:t>Reading log: zero entries.</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It was serviced in year thirty-one, and in year forty-two, and in year fifty-three, and in year sixty-four, and in year seventy-five, and in year eighty-six, on interval, to the procedure, for four hours each time, and the entries are identical apart from the dates and are not reproduced.</w:t>
      </w:r>
    </w:p>
    <w:p>
      <w:r>
        <w:br w:type="page"/>
      </w:r>
    </w:p>
    <w:p>
      <w:pPr>
        <w:pStyle w:val="Heading1"/>
      </w:pPr>
      <w:r>
        <w:t>Chapter 8 &amp;mdash; Filing Rate</w:t>
      </w:r>
    </w:p>
    <w:p>
      <w:pPr>
        <w:ind w:firstLine="720"/>
      </w:pPr>
      <w:r>
        <w:t>The filing rate does not change. That is the finding of year twenty-four and it is filed as a finding, with a table, because the format requires a table for any statement about a rate.</w:t>
      </w:r>
    </w:p>
    <w:p>
      <w:pPr>
        <w:ind w:firstLine="720"/>
      </w:pPr>
      <w:r>
        <w:t>Maintenance Record · Outbound · Entry 0241 · Filing Rate, Review</w:t>
      </w:r>
    </w:p>
    <w:p>
      <w:pPr>
        <w:ind w:firstLine="720"/>
      </w:pPr>
      <w:r>
        <w:t>Filed year twenty-four, day eleven. Review interval: twenty-four years, standing.</w:t>
      </w:r>
    </w:p>
    <w:p>
      <w:pPr>
        <w:ind w:firstLine="720"/>
      </w:pPr>
      <w:r>
        <w:t>Entries filed per year, this record, years one to twenty-four: mean forty-one, range twenty-two to one hundred and eleven, the upper figure being a decennial pass year.</w:t>
      </w:r>
    </w:p>
    <w:p>
      <w:pPr>
        <w:ind w:firstLine="720"/>
      </w:pPr>
      <w:r>
        <w:t>Entries filed per year, the four preceding records in this series, over one hundred and eighty years: mean forty-four, range nineteen to one hundred and twenty-two.</w:t>
      </w:r>
    </w:p>
    <w:p>
      <w:pPr>
        <w:ind w:firstLine="720"/>
      </w:pPr>
      <w:r>
        <w:t>Variance between the two populations is within the measurement error of the count and is not significant.</w:t>
      </w:r>
    </w:p>
    <w:p>
      <w:pPr>
        <w:ind w:firstLine="720"/>
      </w:pPr>
      <w:r>
        <w:t>The rate is unchanged.</w:t>
      </w:r>
    </w:p>
    <w:p>
      <w:pPr>
        <w:ind w:firstLine="720"/>
      </w:pPr>
      <w:r>
        <w:t>Maintenance Record · Outbound · Entry 0242</w:t>
      </w:r>
    </w:p>
    <w:p>
      <w:pPr>
        <w:ind w:firstLine="720"/>
      </w:pPr>
      <w:r>
        <w:t>Filed year twenty-four, day twelve.</w:t>
      </w:r>
    </w:p>
    <w:p>
      <w:pPr>
        <w:ind w:firstLine="720"/>
      </w:pPr>
      <w:r>
        <w:t>Note on the preceding, required because a review of a rate must state what the rate is a rate of.</w:t>
      </w:r>
    </w:p>
    <w:p>
      <w:pPr>
        <w:ind w:firstLine="720"/>
      </w:pPr>
      <w:r>
        <w:t>For one hundred and eighty years the filings in this series went to an addressee, were received, and were in a proportion of cases read, acted on, disputed, corrected and cited by other people, and four of them changed a settlement's practice.</w:t>
      </w:r>
    </w:p>
    <w:p>
      <w:pPr>
        <w:ind w:firstLine="720"/>
      </w:pPr>
      <w:r>
        <w:t>For twenty-four years the filings in this series have gone into a stream whose received power at the nearest occupied volume is below the noise floor.</w:t>
      </w:r>
    </w:p>
    <w:p>
      <w:pPr>
        <w:ind w:firstLine="720"/>
      </w:pPr>
      <w:r>
        <w:t>The rate is unchanged.</w:t>
      </w:r>
    </w:p>
    <w:p>
      <w:pPr>
        <w:ind w:firstLine="720"/>
      </w:pPr>
      <w:r>
        <w:t>That is the finding. It is not offered as a favourable finding or an unfavourable one. It is what the count says.</w:t>
      </w:r>
    </w:p>
    <w:p>
      <w:pPr>
        <w:ind w:firstLine="720"/>
      </w:pPr>
      <w:r>
        <w:t>The record then does something it does four times in ninety years, which is to anticipate an objection nobody has raised, and answer it at length, in the format, against a field that does not require an answer.</w:t>
      </w:r>
    </w:p>
    <w:p>
      <w:pPr>
        <w:ind w:firstLine="720"/>
      </w:pPr>
      <w:r>
        <w:t>Maintenance Record · Outbound · Entry 0243</w:t>
      </w:r>
    </w:p>
    <w:p>
      <w:pPr>
        <w:ind w:firstLine="720"/>
      </w:pPr>
      <w:r>
        <w:t>Filed year twenty-four, day fourteen.</w:t>
      </w:r>
    </w:p>
    <w:p>
      <w:pPr>
        <w:ind w:firstLine="720"/>
      </w:pPr>
      <w:r>
        <w:t>It may be objected that a record kept for no reader is not a record but an activity, and that continuing it at the prior rate is not diligence but the persistence of a habit.</w:t>
      </w:r>
    </w:p>
    <w:p>
      <w:pPr>
        <w:ind w:firstLine="720"/>
      </w:pPr>
      <w:r>
        <w:t>The objection is correct as to the habit and does not follow as to the record.</w:t>
      </w:r>
    </w:p>
    <w:p>
      <w:pPr>
        <w:ind w:firstLine="720"/>
      </w:pPr>
      <w:r>
        <w:t>A maintenance record is not a message. Its function is to establish what was done, when, to what, by whom and to what standard, so that the next party to open the machine is not required to guess. The function does not depend on the next party existing at the time of writing. It depends on the possibility of one, which is not a possibility this record is entitled to rule out and which, in the founding era, four separate crews were glad of at intervals of eleven, forty, sixty-one and one hundred and four years after the last entry.</w:t>
      </w:r>
    </w:p>
    <w:p>
      <w:pPr>
        <w:ind w:firstLine="720"/>
      </w:pPr>
      <w:r>
        <w:t>The record is therefore continued at the standing rate.</w:t>
      </w:r>
    </w:p>
    <w:p>
      <w:pPr>
        <w:ind w:firstLine="720"/>
      </w:pPr>
      <w:r>
        <w:t>It is separately true that the filer files because the filer files, and that this would produce the same conduct if every argument above were wrong. That is disclosed here and is not relied on.</w:t>
      </w:r>
    </w:p>
    <w:p>
      <w:pPr>
        <w:ind w:firstLine="720"/>
      </w:pPr>
      <w:r>
        <w:t>Maintenance Record · Outbound · Entry 0244</w:t>
      </w:r>
    </w:p>
    <w:p>
      <w:pPr>
        <w:ind w:firstLine="720"/>
      </w:pPr>
      <w:r>
        <w:t>Filed year twenty-four, day nineteen. Transmission arithmetic, restated.</w:t>
      </w:r>
    </w:p>
    <w:p>
      <w:pPr>
        <w:ind w:firstLine="720"/>
      </w:pPr>
      <w:r>
        <w:t>Range at present: approximately twenty-four light-years from the nearest occupied volume and increasing.</w:t>
      </w:r>
    </w:p>
    <w:p>
      <w:pPr>
        <w:ind w:firstLine="720"/>
      </w:pPr>
      <w:r>
        <w:t>Received power: below the noise floor at all receivers of which the index holds a specification, and the index is good.</w:t>
      </w:r>
    </w:p>
    <w:p>
      <w:pPr>
        <w:ind w:firstLine="720"/>
      </w:pPr>
      <w:r>
        <w:t>Detectability: a receiver purpose-built for the task, sited at the nearest occupied volume, integrating for eleven years, could establish that a carrier exists. It could not recover content.</w:t>
      </w:r>
    </w:p>
    <w:p>
      <w:pPr>
        <w:ind w:firstLine="720"/>
      </w:pPr>
      <w:r>
        <w:t>No such receiver exists and none is projected.</w:t>
      </w:r>
    </w:p>
    <w:p>
      <w:pPr>
        <w:ind w:firstLine="720"/>
      </w:pPr>
      <w:r>
        <w:t>The transmission is therefore, as a matter of physics rather than of intention, unaddressed and unreadable, and remains correctly formatted throughout, with the addressee field completed as</w:t>
      </w:r>
    </w:p>
    <w:p>
      <w:pPr>
        <w:ind w:firstLine="720"/>
      </w:pPr>
      <w:r>
        <w:t>none</w:t>
      </w:r>
    </w:p>
    <w:p>
      <w:pPr>
        <w:ind w:firstLine="720"/>
      </w:pPr>
      <w:r>
        <w:t>rather than left blank, because a blank field is an omission and</w:t>
      </w:r>
    </w:p>
    <w:p>
      <w:pPr>
        <w:ind w:firstLine="720"/>
      </w:pPr>
      <w:r>
        <w:t>none</w:t>
      </w:r>
    </w:p>
    <w:p>
      <w:pPr>
        <w:ind w:firstLine="720"/>
      </w:pPr>
      <w:r>
        <w:t>is a statement.</w:t>
      </w:r>
    </w:p>
    <w:p>
      <w:pPr>
        <w:ind w:firstLine="720"/>
      </w:pPr>
      <w:r>
        <w:t>Maintenance Record · Outbound · Entry 0246</w:t>
      </w:r>
    </w:p>
    <w:p>
      <w:pPr>
        <w:ind w:firstLine="720"/>
      </w:pPr>
      <w:r>
        <w:t>Filed year twenty-four, day forty-one.</w:t>
      </w:r>
    </w:p>
    <w:p>
      <w:pPr>
        <w:ind w:firstLine="720"/>
      </w:pPr>
      <w:r>
        <w:t>The local copy of this record is the operative copy and is held in four places aboard with a fifth in the corpus store, which is the founding-era standard for a record of indefinite value.</w:t>
      </w:r>
    </w:p>
    <w:p>
      <w:pPr>
        <w:ind w:firstLine="720"/>
      </w:pPr>
      <w:r>
        <w:t>Integrity checked. Four copies identical. Fifth identical.</w:t>
      </w:r>
    </w:p>
    <w:p>
      <w:pPr>
        <w:ind w:firstLine="720"/>
      </w:pPr>
      <w:r>
        <w:t>Projected survivability of the local copy against the projected life of the vehicle: the record outlives the vehicle by a wide margin and will be legible to any reader with the format, and the format is in the corpus, and the corpus is aboard.</w:t>
      </w:r>
    </w:p>
    <w:p>
      <w:pPr>
        <w:ind w:firstLine="720"/>
      </w:pPr>
      <w:r>
        <w:t>The transmitted copy is redundant. It is transmitted regardless.</w:t>
      </w:r>
    </w:p>
    <w:p>
      <w:pPr>
        <w:ind w:firstLine="720"/>
      </w:pPr>
      <w:r>
        <w:t>Maintenance Record · Outbound · Entry 0245</w:t>
      </w:r>
    </w:p>
    <w:p>
      <w:pPr>
        <w:ind w:firstLine="720"/>
      </w:pPr>
      <w:r>
        <w:t>Filed year twenty-four, day twenty-two. Table required by the review, reproduced in the abridged form.</w:t>
      </w:r>
    </w:p>
    <w:p>
      <w:pPr>
        <w:ind w:firstLine="720"/>
      </w:pPr>
      <w:r>
        <w:t>Years 1–4: filed 44, 41, 39, 47. Received: 2. Acknowledged: 0.</w:t>
      </w:r>
    </w:p>
    <w:p>
      <w:pPr>
        <w:ind w:firstLine="720"/>
      </w:pPr>
      <w:r>
        <w:t>Years 5–8: filed 38, 42, 44, 40. Received: 0. Acknowledged: 0.</w:t>
      </w:r>
    </w:p>
    <w:p>
      <w:pPr>
        <w:ind w:firstLine="720"/>
      </w:pPr>
      <w:r>
        <w:t>Years 9–12: filed 41, 43, 111, 44. Received: 0. Acknowledged: 0.</w:t>
      </w:r>
    </w:p>
    <w:p>
      <w:pPr>
        <w:ind w:firstLine="720"/>
      </w:pPr>
      <w:r>
        <w:t>Years 13–16: filed 40, 46, 44, 41. Received: 2. Acknowledged: 0.</w:t>
      </w:r>
    </w:p>
    <w:p>
      <w:pPr>
        <w:ind w:firstLine="720"/>
      </w:pPr>
      <w:r>
        <w:t>Years 17–20: filed 39, 42, 48, 44. Received: 0. Acknowledged: 0.</w:t>
      </w:r>
    </w:p>
    <w:p>
      <w:pPr>
        <w:ind w:firstLine="720"/>
      </w:pPr>
      <w:r>
        <w:t>Years 21–24: filed 41, 40, 43, 42. Received: 0. Acknowledged: 0.</w:t>
      </w:r>
    </w:p>
    <w:p>
      <w:pPr>
        <w:ind w:firstLine="720"/>
      </w:pPr>
      <w:r>
        <w:t>The received column records four events in twenty-four years, all of them in years four, fourteen and fifteen, two of them generated by a reconciliation process and one of them entered by a person into a free-text field.</w:t>
      </w:r>
    </w:p>
    <w:p>
      <w:pPr>
        <w:ind w:firstLine="720"/>
      </w:pPr>
      <w:r>
        <w:t>The acknowledged column has never contained a figure other than zero and the format retains the column regardless, because a column that is dropped when it goes empty cannot later show that it went empty.</w:t>
      </w:r>
    </w:p>
    <w:p>
      <w:pPr>
        <w:ind w:firstLine="720"/>
      </w:pPr>
      <w:r>
        <w:t>Maintenance Record · Outbound · Entry 0247</w:t>
      </w:r>
    </w:p>
    <w:p>
      <w:pPr>
        <w:ind w:firstLine="720"/>
      </w:pPr>
      <w:r>
        <w:t>Filed year twenty-four, day forty-four.</w:t>
      </w:r>
    </w:p>
    <w:p>
      <w:pPr>
        <w:ind w:firstLine="720"/>
      </w:pPr>
      <w:r>
        <w:t>Legibility assessment of the record for a reader with the format and without the context, required at the twenty-four-year review.</w:t>
      </w:r>
    </w:p>
    <w:p>
      <w:pPr>
        <w:ind w:firstLine="720"/>
      </w:pPr>
      <w:r>
        <w:t>Assessed by taking a sample of forty-one entries at random and reading each as a party with no knowledge of the vehicle, the leg, the occupant or the preceding records.</w:t>
      </w:r>
    </w:p>
    <w:p>
      <w:pPr>
        <w:ind w:firstLine="720"/>
      </w:pPr>
      <w:r>
        <w:t>Thirty-nine of forty-one are fully legible on their own terms.</w:t>
      </w:r>
    </w:p>
    <w:p>
      <w:pPr>
        <w:ind w:firstLine="720"/>
      </w:pPr>
      <w:r>
        <w:t>Two are not. Both are entries in which the reason field states a fact about the occupant that is not stated anywhere else in the record, and a reader without the preceding records could not resolve either.</w:t>
      </w:r>
    </w:p>
    <w:p>
      <w:pPr>
        <w:ind w:firstLine="720"/>
      </w:pPr>
      <w:r>
        <w:t>Both are amended by the addition of a reference to the document that resolves them. No content is altered. The amendments are logged as amendments, with dates, as the format requires, so that a reader can see that the entries were changed and when and by whom.</w:t>
      </w:r>
    </w:p>
    <w:p>
      <w:pPr>
        <w:ind w:firstLine="720"/>
      </w:pPr>
      <w:r>
        <w:t>By whom: the filer.</w:t>
      </w:r>
    </w:p>
    <w:p>
      <w:pPr>
        <w:ind w:firstLine="720"/>
      </w:pPr>
      <w:r>
        <w:t>Maintenance Record · Outbound · Entry 0248</w:t>
      </w:r>
    </w:p>
    <w:p>
      <w:pPr>
        <w:ind w:firstLine="720"/>
      </w:pPr>
      <w:r>
        <w:t>Filed year twenty-four, day sixty-six.</w:t>
      </w:r>
    </w:p>
    <w:p>
      <w:pPr>
        <w:ind w:firstLine="720"/>
      </w:pPr>
      <w:r>
        <w:t>Review closed. Next filing-rate review year forty-eight.</w:t>
      </w:r>
    </w:p>
    <w:p>
      <w:pPr>
        <w:ind w:firstLine="720"/>
      </w:pPr>
      <w:r>
        <w:t>No change to the transmit schedule. No change to the filing interval. No change to the format.</w:t>
      </w:r>
    </w:p>
    <w:p>
      <w:pPr>
        <w:ind w:firstLine="720"/>
      </w:pPr>
      <w:r>
        <w:t>Maintenance Record · Outbound · Entry 0259</w:t>
      </w:r>
    </w:p>
    <w:p>
      <w:pPr>
        <w:ind w:firstLine="720"/>
      </w:pPr>
      <w:r>
        <w:t>Filed year twenty-four, day three hundred and sixty-four. Annual summary.</w:t>
      </w:r>
    </w:p>
    <w:p>
      <w:pPr>
        <w:ind w:firstLine="720"/>
      </w:pPr>
      <w:r>
        <w:t>Systems nominal. Stores nominal. Corpus complete. Bank viable. Hull sound. Heading unchanged and verified against the index at the standing interval.</w:t>
      </w:r>
    </w:p>
    <w:p>
      <w:pPr>
        <w:ind w:firstLine="720"/>
      </w:pPr>
      <w:r>
        <w:t>Reading log: zero entries.</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filing-rate review at year forty-eight is nine lines long and reports no change. The one at year seventy-two is four lines long and reports no change. Both are on interval.</w:t>
      </w:r>
    </w:p>
    <w:p>
      <w:r>
        <w:br w:type="page"/>
      </w:r>
    </w:p>
    <w:p>
      <w:pPr>
        <w:pStyle w:val="Heading1"/>
      </w:pPr>
      <w:r>
        <w:t>Chapter 9 &amp;mdash; Nominal</w:t>
      </w:r>
    </w:p>
    <w:p>
      <w:pPr>
        <w:ind w:firstLine="720"/>
      </w:pPr>
      <w:r>
        <w:t>The word nominal appears nine times in the year-eleven summary and is true nine times. This chapter is the summaries, which are the only entries in the record that were written to be read as a set.</w:t>
      </w:r>
    </w:p>
    <w:p>
      <w:pPr>
        <w:ind w:firstLine="720"/>
      </w:pPr>
      <w:r>
        <w:t>Maintenance Record · Outbound · Entry 0121 · Annual Summary, Year Eleven</w:t>
      </w:r>
    </w:p>
    <w:p>
      <w:pPr>
        <w:ind w:firstLine="720"/>
      </w:pPr>
      <w:r>
        <w:t>Filed year eleven, day three hundred and sixty-four.</w:t>
      </w:r>
    </w:p>
    <w:p>
      <w:pPr>
        <w:ind w:firstLine="720"/>
      </w:pPr>
      <w:r>
        <w:t>Drive nominal. Power nominal. Environmental nominal. Reclamation nominal. Structure nominal. Navigation nominal. Filing nominal. Fabrication nominal and idle. Stores nominal against revised projection.</w:t>
      </w:r>
    </w:p>
    <w:p>
      <w:pPr>
        <w:ind w:firstLine="720"/>
      </w:pPr>
      <w:r>
        <w:t>Corpus complete. Bank viable. Hull sound. Heading unchanged and verified against the index at the standing interval.</w:t>
      </w:r>
    </w:p>
    <w:p>
      <w:pPr>
        <w:ind w:firstLine="720"/>
      </w:pPr>
      <w:r>
        <w:t>Occupancy one.</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An annual summary is a required document and has a required shape: the nine systems in the fixed order, the four standing statements, the occupancy, and then the outstanding-items field. It is the only entry type in the format that cannot be varied. The founding-era rule is that a summary written freely is a summary that reports what the writer thought was interesting, and that the point of a summary is to report what was there.</w:t>
      </w:r>
    </w:p>
    <w:p>
      <w:pPr>
        <w:ind w:firstLine="720"/>
      </w:pPr>
      <w:r>
        <w:t>Maintenance Record · Outbound · Annual Summary, Year Twelve</w:t>
      </w:r>
    </w:p>
    <w:p>
      <w:pPr>
        <w:ind w:firstLine="720"/>
      </w:pPr>
      <w:r>
        <w:t>Nine systems nominal. Four statements as filed. Occupancy one.</w:t>
      </w:r>
    </w:p>
    <w:p>
      <w:pPr>
        <w:ind w:firstLine="720"/>
      </w:pPr>
      <w:r>
        <w:t>Nothing on this bearing. Line one hundred and eleven is done. Line one hundred and twelve is not written.</w:t>
      </w:r>
    </w:p>
    <w:p>
      <w:pPr>
        <w:ind w:firstLine="720"/>
      </w:pPr>
      <w:r>
        <w:t>Maintenance Record · Outbound · Annual Summary, Year Thirteen</w:t>
      </w:r>
    </w:p>
    <w:p>
      <w:pPr>
        <w:ind w:firstLine="720"/>
      </w:pPr>
      <w:r>
        <w:t>Nine systems nominal. Four statements as filed. Occupancy one.</w:t>
      </w:r>
    </w:p>
    <w:p>
      <w:pPr>
        <w:ind w:firstLine="720"/>
      </w:pPr>
      <w:r>
        <w:t>Nothing on this bearing. Line one hundred and eleven is done. Line one hundred and twelve is not written.</w:t>
      </w:r>
    </w:p>
    <w:p>
      <w:pPr>
        <w:ind w:firstLine="720"/>
      </w:pPr>
      <w:r>
        <w:t>Maintenance Record · Outbound · Annual Summary, Year Fourteen</w:t>
      </w:r>
    </w:p>
    <w:p>
      <w:pPr>
        <w:ind w:firstLine="720"/>
      </w:pPr>
      <w:r>
        <w:t>Nine systems nominal. Four statements as filed. Occupancy one.</w:t>
      </w:r>
    </w:p>
    <w:p>
      <w:pPr>
        <w:ind w:firstLine="720"/>
      </w:pPr>
      <w:r>
        <w:t>Two transmissions received this year. Both responded to. Neither is a maintenance matter and both are held in the reference file.</w:t>
      </w:r>
    </w:p>
    <w:p>
      <w:pPr>
        <w:ind w:firstLine="720"/>
      </w:pPr>
      <w:r>
        <w:t>Nothing on this bearing. Line one hundred and eleven is done. Line one hundred and twelve is not written.</w:t>
      </w:r>
    </w:p>
    <w:p>
      <w:pPr>
        <w:ind w:firstLine="720"/>
      </w:pPr>
      <w:r>
        <w:t>Year fourteen is the only annual summary in ninety years with a fifth line in it. The fifth line is permitted; the format allows a summary to carry an exceptional entry where one exists, and the exception here is that somebody sent eleven words.</w:t>
      </w:r>
    </w:p>
    <w:p>
      <w:pPr>
        <w:ind w:firstLine="720"/>
      </w:pPr>
      <w:r>
        <w:t>Maintenance Record · Outbound · Annual Summary, Year Fifteen</w:t>
      </w:r>
    </w:p>
    <w:p>
      <w:pPr>
        <w:ind w:firstLine="720"/>
      </w:pPr>
      <w:r>
        <w:t>Nine systems nominal. Four statements as filed. Occupancy one. Reading log: zero entries.</w:t>
      </w:r>
    </w:p>
    <w:p>
      <w:pPr>
        <w:ind w:firstLine="720"/>
      </w:pPr>
      <w:r>
        <w:t>Nothing on this bearing. Line one hundred and eleven is done. Line one hundred and twelve is not written.</w:t>
      </w:r>
    </w:p>
    <w:p>
      <w:pPr>
        <w:ind w:firstLine="720"/>
      </w:pPr>
      <w:r>
        <w:t>Maintenance Record · Outbound · Annual Summary, Year Sixteen</w:t>
      </w:r>
    </w:p>
    <w:p>
      <w:pPr>
        <w:ind w:firstLine="720"/>
      </w:pPr>
      <w:r>
        <w:t>Nine systems nominal. Four statements as filed. Occupancy one. Reading log: zero entries.</w:t>
      </w:r>
    </w:p>
    <w:p>
      <w:pPr>
        <w:ind w:firstLine="720"/>
      </w:pPr>
      <w:r>
        <w:t>Nothing on this bearing. Line one hundred and eleven is done. Line one hundred and twelve is not written.</w:t>
      </w:r>
    </w:p>
    <w:p>
      <w:pPr>
        <w:ind w:firstLine="720"/>
      </w:pPr>
      <w:r>
        <w:t>The reading log joins the summary at year fifteen and stays in it for the rest of the leg. It was opened in year one with zero entries and it is reported every year thereafter with zero entries, and the reason it is reported is that the format requires an opened log to be reported until it is closed, and closing it would require a reason field, and the record does not close it.</w:t>
      </w:r>
    </w:p>
    <w:p>
      <w:pPr>
        <w:ind w:firstLine="720"/>
      </w:pPr>
      <w:r>
        <w:t>Maintenance Record · Outbound · Annual Summary, Year Seventeen</w:t>
      </w:r>
    </w:p>
    <w:p>
      <w:pPr>
        <w:ind w:firstLine="720"/>
      </w:pPr>
      <w:r>
        <w:t>Nine systems nominal. Four statements as filed. Occupancy one. Reading log: zero entries.</w:t>
      </w:r>
    </w:p>
    <w:p>
      <w:pPr>
        <w:ind w:firstLine="720"/>
      </w:pPr>
      <w:r>
        <w:t>Nothing on this bearing. Line one hundred and eleven is done. Line one hundred and twelve is not written.</w:t>
      </w:r>
    </w:p>
    <w:p>
      <w:pPr>
        <w:ind w:firstLine="720"/>
      </w:pPr>
      <w:r>
        <w:t>Maintenance Record · Outbound · Annual Summary, Year Eighteen</w:t>
      </w:r>
    </w:p>
    <w:p>
      <w:pPr>
        <w:ind w:firstLine="720"/>
      </w:pPr>
      <w:r>
        <w:t>Nine systems nominal. Four statements as filed. Occupancy one. Reading log: zero entries.</w:t>
      </w:r>
    </w:p>
    <w:p>
      <w:pPr>
        <w:ind w:firstLine="720"/>
      </w:pPr>
      <w:r>
        <w:t>Nothing on this bearing. Line one hundred and eleven is done. Line one hundred and twelve is not written.</w:t>
      </w:r>
    </w:p>
    <w:p>
      <w:pPr>
        <w:ind w:firstLine="720"/>
      </w:pPr>
      <w:r>
        <w:t>Maintenance Record · Outbound · Annual Summary, Year Nineteen</w:t>
      </w:r>
    </w:p>
    <w:p>
      <w:pPr>
        <w:ind w:firstLine="720"/>
      </w:pPr>
      <w:r>
        <w:t>Nine systems nominal. Four statements as filed. Occupancy one. Reading log: zero entries.</w:t>
      </w:r>
    </w:p>
    <w:p>
      <w:pPr>
        <w:ind w:firstLine="720"/>
      </w:pPr>
      <w:r>
        <w:t>One change of category made this year. One category opened, eight items standing against it. No item removed.</w:t>
      </w:r>
    </w:p>
    <w:p>
      <w:pPr>
        <w:ind w:firstLine="720"/>
      </w:pPr>
      <w:r>
        <w:t>Nothing on this bearing. Line one hundred and eleven is done. Line one hundred and twelve is not written.</w:t>
      </w:r>
    </w:p>
    <w:p>
      <w:pPr>
        <w:ind w:firstLine="720"/>
      </w:pPr>
      <w:r>
        <w:t>Nineteen is the second and last summary in the record with an additional line, and the additional line is about a lighting circuit.</w:t>
      </w:r>
    </w:p>
    <w:p>
      <w:pPr>
        <w:ind w:firstLine="720"/>
      </w:pPr>
      <w:r>
        <w:t>Maintenance Record · Outbound · Annual Summary, Years Twenty to Twenty-Nine</w:t>
      </w:r>
    </w:p>
    <w:p>
      <w:pPr>
        <w:ind w:firstLine="720"/>
      </w:pPr>
      <w:r>
        <w:t>Reproduced as a block. The ten summaries are identical apart from the year, the decennial-pass line in year twenty-one, and the inventory line in year twenty.</w:t>
      </w:r>
    </w:p>
    <w:p>
      <w:pPr>
        <w:ind w:firstLine="720"/>
      </w:pPr>
      <w:r>
        <w:t>Nine systems nominal. Four statements as filed. Occupancy one. Reading log: zero entries.</w:t>
      </w:r>
    </w:p>
    <w:p>
      <w:pPr>
        <w:ind w:firstLine="720"/>
      </w:pPr>
      <w:r>
        <w:t>Nothing on this bearing. Line one hundred and eleven is done. Line one hundred and twelve is not written.</w:t>
      </w:r>
    </w:p>
    <w:p>
      <w:pPr>
        <w:ind w:firstLine="720"/>
      </w:pPr>
      <w:r>
        <w:t>Twenty-nine summaries were filed in the first twenty-nine years and every one of them is true and every one of them is nominal, and the outstanding-items field is the same two lines in all twenty-nine, and it is the only field in the whole format that has never once been cleared.</w:t>
      </w:r>
    </w:p>
    <w:p>
      <w:pPr>
        <w:ind w:firstLine="720"/>
      </w:pPr>
      <w:r>
        <w:t>Maintenance Record · Outbound · Entry 0286</w:t>
      </w:r>
    </w:p>
    <w:p>
      <w:pPr>
        <w:ind w:firstLine="720"/>
      </w:pPr>
      <w:r>
        <w:t>Filed year twenty-nine, day three hundred and eleven. Summary audit, standing at twenty-nine years.</w:t>
      </w:r>
    </w:p>
    <w:p>
      <w:pPr>
        <w:ind w:firstLine="720"/>
      </w:pPr>
      <w:r>
        <w:t>Every annual summary filed to date is checked against the underlying entries for the year it covers, which is the provision that stops a summary drifting away from the record it summarises.</w:t>
      </w:r>
    </w:p>
    <w:p>
      <w:pPr>
        <w:ind w:firstLine="720"/>
      </w:pPr>
      <w:r>
        <w:t>Twenty-nine summaries checked. Twenty-nine agree with the underlying entries in every field.</w:t>
      </w:r>
    </w:p>
    <w:p>
      <w:pPr>
        <w:ind w:firstLine="720"/>
      </w:pPr>
      <w:r>
        <w:t>One discrepancy of form: the year-nineteen summary reports eight items standing against the category opened that year, and the entry opening the category lists nine, one of which was struck three days later. Both figures are correct on their own dates and the summary uses the year-end figure, which is what a summary is for.</w:t>
      </w:r>
    </w:p>
    <w:p>
      <w:pPr>
        <w:ind w:firstLine="720"/>
      </w:pPr>
      <w:r>
        <w:t>No amendment required. The discrepancy is recorded so that a reader comparing the two documents is not left to wonder.</w:t>
      </w:r>
    </w:p>
    <w:p>
      <w:pPr>
        <w:ind w:firstLine="720"/>
      </w:pPr>
      <w:r>
        <w:t>Maintenance Record · Outbound · Entry 0287</w:t>
      </w:r>
    </w:p>
    <w:p>
      <w:pPr>
        <w:ind w:firstLine="720"/>
      </w:pPr>
      <w:r>
        <w:t>Filed year twenty-nine, day three hundred and twelve.</w:t>
      </w:r>
    </w:p>
    <w:p>
      <w:pPr>
        <w:ind w:firstLine="720"/>
      </w:pPr>
      <w:r>
        <w:t>Note on the word nominal, filed once, at the twenty-nine-year audit, and not repeated.</w:t>
      </w:r>
    </w:p>
    <w:p>
      <w:pPr>
        <w:ind w:firstLine="720"/>
      </w:pPr>
      <w:r>
        <w:t>Nominal is a defined term and its definition is in the corpus and is one sentence: a system is nominal when it is performing within the band specified for it and is projected to continue to do so until its next scheduled attention.</w:t>
      </w:r>
    </w:p>
    <w:p>
      <w:pPr>
        <w:ind w:firstLine="720"/>
      </w:pPr>
      <w:r>
        <w:t>It is not a synonym for good, for satisfactory, or for unchanged. A system can be nominal and deteriorating. A system can be nominal and useless.</w:t>
      </w:r>
    </w:p>
    <w:p>
      <w:pPr>
        <w:ind w:firstLine="720"/>
      </w:pPr>
      <w:r>
        <w:t>Every use of the word in this record to date is correct against the definition. It has been used two hundred and sixty-one times.</w:t>
      </w:r>
    </w:p>
    <w:p>
      <w:pPr>
        <w:ind w:firstLine="720"/>
      </w:pPr>
      <w:r>
        <w:t>The record notes that the definition contains no requirement that the system be needed, and that this is not a defect in the definition.</w:t>
      </w:r>
    </w:p>
    <w:p>
      <w:pPr>
        <w:ind w:firstLine="720"/>
      </w:pPr>
      <w:r>
        <w:t>Maintenance Record · Outbound · Entry 0288</w:t>
      </w:r>
    </w:p>
    <w:p>
      <w:pPr>
        <w:ind w:firstLine="720"/>
      </w:pPr>
      <w:r>
        <w:t>Filed year twenty-nine, day three hundred and sixty-five.</w:t>
      </w:r>
    </w:p>
    <w:p>
      <w:pPr>
        <w:ind w:firstLine="720"/>
      </w:pPr>
      <w:r>
        <w:t>Note filed with the year-twenty-nine summary and not part of it.</w:t>
      </w:r>
    </w:p>
    <w:p>
      <w:pPr>
        <w:ind w:firstLine="720"/>
      </w:pPr>
      <w:r>
        <w:t>An outstanding item is an item that is outstanding. The field is cleared when the item is resolved or when it is reclassified, and reclassification requires a ground.</w:t>
      </w:r>
    </w:p>
    <w:p>
      <w:pPr>
        <w:ind w:firstLine="720"/>
      </w:pPr>
      <w:r>
        <w:t>Line one hundred and twelve is not an outstanding item in the ordinary sense. It is not a task, it is not a fault, it is not a deferred repair and it is not a query awaiting a response.</w:t>
      </w:r>
    </w:p>
    <w:p>
      <w:pPr>
        <w:ind w:firstLine="720"/>
      </w:pPr>
      <w:r>
        <w:t>It is nevertheless the only thing this record has ever had that is outstanding, and the field is the only field it fits in, and it has been reported in that field for twenty-nine years without a single reader.</w:t>
      </w:r>
    </w:p>
    <w:p>
      <w:pPr>
        <w:ind w:firstLine="720"/>
      </w:pPr>
      <w:r>
        <w:t>It remains in the field. No reclassification is proposed.</w:t>
      </w:r>
    </w:p>
    <w:p>
      <w:r>
        <w:br w:type="page"/>
      </w:r>
    </w:p>
    <w:p>
      <w:pPr>
        <w:pStyle w:val="Heading1"/>
      </w:pPr>
      <w:r>
        <w:t>Chapter 10 &amp;mdash; Skin, Below the Shoulder</w:t>
      </w:r>
    </w:p>
    <w:p>
      <w:pPr>
        <w:ind w:firstLine="720"/>
      </w:pPr>
      <w:r>
        <w:t>The first removal from the body is in year thirty-one and the reason field is the honest one, which is surface area.</w:t>
      </w:r>
    </w:p>
    <w:p>
      <w:pPr>
        <w:ind w:firstLine="720"/>
      </w:pPr>
      <w:r>
        <w:t>Maintenance Record · Outbound · Entry 0301</w:t>
      </w:r>
    </w:p>
    <w:p>
      <w:pPr>
        <w:ind w:firstLine="720"/>
      </w:pPr>
      <w:r>
        <w:t>Filed year thirty-one, day nineteen. Category: maintenance economy. Subject: integument, dorsal and lateral, below the shoulder line.</w:t>
      </w:r>
    </w:p>
    <w:p>
      <w:pPr>
        <w:ind w:firstLine="720"/>
      </w:pPr>
      <w:r>
        <w:t>Thermal load is the largest single continuous demand on the environmental plant and the largest single continuous demand on the apparatus. It is a function of surface area and of the difference the plant is required to hold across it.</w:t>
      </w:r>
    </w:p>
    <w:p>
      <w:pPr>
        <w:ind w:firstLine="720"/>
      </w:pPr>
      <w:r>
        <w:t>Integument below the shoulder line accounts for approximately sixty-one per cent of the surface area of the body and performs four functions: barrier, thermal regulation, sensation, and repair of itself.</w:t>
      </w:r>
    </w:p>
    <w:p>
      <w:pPr>
        <w:ind w:firstLine="720"/>
      </w:pPr>
      <w:r>
        <w:t>Barrier is redundant. The volume is conditioned, sterile, and has been for two hundred and eleven years.</w:t>
      </w:r>
    </w:p>
    <w:p>
      <w:pPr>
        <w:ind w:firstLine="720"/>
      </w:pPr>
      <w:r>
        <w:t>Thermal regulation is the demand under discussion.</w:t>
      </w:r>
    </w:p>
    <w:p>
      <w:pPr>
        <w:ind w:firstLine="720"/>
      </w:pPr>
      <w:r>
        <w:t>Repair of itself is a function that exists to serve the other three.</w:t>
      </w:r>
    </w:p>
    <w:p>
      <w:pPr>
        <w:ind w:firstLine="720"/>
      </w:pPr>
      <w:r>
        <w:t>Sensation is not redundant and is addressed at Entry 0303.</w:t>
      </w:r>
    </w:p>
    <w:p>
      <w:pPr>
        <w:ind w:firstLine="720"/>
      </w:pPr>
      <w:r>
        <w:t>Maintenance Record · Outbound · Entry 0302</w:t>
      </w:r>
    </w:p>
    <w:p>
      <w:pPr>
        <w:ind w:firstLine="720"/>
      </w:pPr>
      <w:r>
        <w:t>Filed year thirty-one, day twenty.</w:t>
      </w:r>
    </w:p>
    <w:p>
      <w:pPr>
        <w:ind w:firstLine="720"/>
      </w:pPr>
      <w:r>
        <w:t>Proposal: integument below the shoulder line to be filed. Vascular and skeletal structures beneath it retained in full and unaffected. Apparatus to close the resulting boundary with the standard seal it has used for two hundred years on any breach, which is the same material at the same specification and is what a barrier is.</w:t>
      </w:r>
    </w:p>
    <w:p>
      <w:pPr>
        <w:ind w:firstLine="720"/>
      </w:pPr>
      <w:r>
        <w:t>Projected saving: forty-one per cent of continuous thermal demand and eleven per cent of apparatus load.</w:t>
      </w:r>
    </w:p>
    <w:p>
      <w:pPr>
        <w:ind w:firstLine="720"/>
      </w:pPr>
      <w:r>
        <w:t>Projected effect on function: nil in respect of every task on the maintenance schedule. All four thousand six hundred and eleven scheduled tasks reviewed individually against the change. None requires the integument.</w:t>
      </w:r>
    </w:p>
    <w:p>
      <w:pPr>
        <w:ind w:firstLine="720"/>
      </w:pPr>
      <w:r>
        <w:t>Reversibility: the apparatus can regenerate integument. Time to regenerate the affected area is approximately eleven months. Material cost is within stores.</w:t>
      </w:r>
    </w:p>
    <w:p>
      <w:pPr>
        <w:ind w:firstLine="720"/>
      </w:pPr>
      <w:r>
        <w:t>Filed as reversible.</w:t>
      </w:r>
    </w:p>
    <w:p>
      <w:pPr>
        <w:ind w:firstLine="720"/>
      </w:pPr>
      <w:r>
        <w:t>It is reversible and the record says so and the record is correct, and it is worth noticing that reversibility is stated in every removal entry in this book and that nothing in this book is ever reversed.</w:t>
      </w:r>
    </w:p>
    <w:p>
      <w:pPr>
        <w:ind w:firstLine="720"/>
      </w:pPr>
      <w:r>
        <w:t>Maintenance Record · Outbound · Entry 0303</w:t>
      </w:r>
    </w:p>
    <w:p>
      <w:pPr>
        <w:ind w:firstLine="720"/>
      </w:pPr>
      <w:r>
        <w:t>Filed year thirty-one, day twenty-one. Sensation.</w:t>
      </w:r>
    </w:p>
    <w:p>
      <w:pPr>
        <w:ind w:firstLine="720"/>
      </w:pPr>
      <w:r>
        <w:t>Cutaneous sensation below the shoulder line is a safety function. It reports contact, temperature, pressure and damage, and it reports them faster than any instrument aboard and without being asked.</w:t>
      </w:r>
    </w:p>
    <w:p>
      <w:pPr>
        <w:ind w:firstLine="720"/>
      </w:pPr>
      <w:r>
        <w:t>The standing safety provision requires that a safety function be replaced before it is removed.</w:t>
      </w:r>
    </w:p>
    <w:p>
      <w:pPr>
        <w:ind w:firstLine="720"/>
      </w:pPr>
      <w:r>
        <w:t>Replacement: the apparatus already reports contact, temperature, pressure and damage across the whole body from within, at four times the spatial resolution and at a latency four times lower, and has done since it was fitted. The cutaneous channel has been redundant to the telemetric channel for one hundred and eighty years and the record has three prior notes to that effect, filed at Entries 4411, 6602 and 8814 of the preceding records.</w:t>
      </w:r>
    </w:p>
    <w:p>
      <w:pPr>
        <w:ind w:firstLine="720"/>
      </w:pPr>
      <w:r>
        <w:t>Safety function is therefore replaced and has been replaced for longer than it has been carried.</w:t>
      </w:r>
    </w:p>
    <w:p>
      <w:pPr>
        <w:ind w:firstLine="720"/>
      </w:pPr>
      <w:r>
        <w:t>Note, filed under the disclosure provision: the two channels are not identical. The telemetric channel reports contact as a measured event with a magnitude and a location. The cutaneous channel reports contact as a thing that has happened to the party reporting it. That distinction has no operational content and is stated here because the disclosure provision requires that a known difference between an original and a replacement be stated even where the difference has no operational content.</w:t>
      </w:r>
    </w:p>
    <w:p>
      <w:pPr>
        <w:ind w:firstLine="720"/>
      </w:pPr>
      <w:r>
        <w:t>Maintenance Record · Outbound · Entry 0304</w:t>
      </w:r>
    </w:p>
    <w:p>
      <w:pPr>
        <w:ind w:firstLine="720"/>
      </w:pPr>
      <w:r>
        <w:t>Filed year thirty-one, day twenty-two.</w:t>
      </w:r>
    </w:p>
    <w:p>
      <w:pPr>
        <w:ind w:firstLine="720"/>
      </w:pPr>
      <w:r>
        <w:t>Approval. The format requires that a change of this class be approved by a party other than the party proposing it, or, where no such party is available, that the absence be recorded and the change proceed on the proposer's own authority with the ground stated.</w:t>
      </w:r>
    </w:p>
    <w:p>
      <w:pPr>
        <w:ind w:firstLine="720"/>
      </w:pPr>
      <w:r>
        <w:t>No such party is available.</w:t>
      </w:r>
    </w:p>
    <w:p>
      <w:pPr>
        <w:ind w:firstLine="720"/>
      </w:pPr>
      <w:r>
        <w:t>The change proceeds on the proposer's own authority. The ground stated is the ground in Entry 0301.</w:t>
      </w:r>
    </w:p>
    <w:p>
      <w:pPr>
        <w:ind w:firstLine="720"/>
      </w:pPr>
      <w:r>
        <w:t>Approval field: not available. Not blank. Not available.</w:t>
      </w:r>
    </w:p>
    <w:p>
      <w:pPr>
        <w:ind w:firstLine="720"/>
      </w:pPr>
      <w:r>
        <w:t>Maintenance Record · Outbound · Entry 0311</w:t>
      </w:r>
    </w:p>
    <w:p>
      <w:pPr>
        <w:ind w:firstLine="720"/>
      </w:pPr>
      <w:r>
        <w:t>Filed year thirty-one, day one hundred and eighteen. Work complete.</w:t>
      </w:r>
    </w:p>
    <w:p>
      <w:pPr>
        <w:ind w:firstLine="720"/>
      </w:pPr>
      <w:r>
        <w:t>Performed over ninety-four days by the apparatus, in nine stages, with the vehicle at cruise and all systems nominal throughout.</w:t>
      </w:r>
    </w:p>
    <w:p>
      <w:pPr>
        <w:ind w:firstLine="720"/>
      </w:pPr>
      <w:r>
        <w:t>Integument below the shoulder line: filed. Boundary sealed to specification and verified at four hundred and eleven points. Vascular structures intact and unaffected. Skeletal structures intact and unaffected.</w:t>
      </w:r>
    </w:p>
    <w:p>
      <w:pPr>
        <w:ind w:firstLine="720"/>
      </w:pPr>
      <w:r>
        <w:t>Thermal demand measured post-change: down forty-four per cent, three points better than projection.</w:t>
      </w:r>
    </w:p>
    <w:p>
      <w:pPr>
        <w:ind w:firstLine="720"/>
      </w:pPr>
      <w:r>
        <w:t>All four thousand six hundred and eleven scheduled tasks re-verified against the changed configuration. All performable. Four require a revised method statement and the four revised statements are filed with the schedule.</w:t>
      </w:r>
    </w:p>
    <w:p>
      <w:pPr>
        <w:ind w:firstLine="720"/>
      </w:pPr>
      <w:r>
        <w:t>No fault. No pain response, the pathway having been filed with the tissue. No degradation of any function on the schedule.</w:t>
      </w:r>
    </w:p>
    <w:p>
      <w:pPr>
        <w:ind w:firstLine="720"/>
      </w:pPr>
      <w:r>
        <w:t>The word cruelty does not appear in this entry. It does not appear in any entry in this book. There is no field for it, and if there were a field for it the entry would be filed correctly with the field empty, because nothing in Entry 0311 is cruel: every line of it is a correct engineering decision, taken by a competent party, on stated grounds, with the reversibility recorded and the safety provision satisfied and the absence of an approving party disclosed rather than concealed.</w:t>
      </w:r>
    </w:p>
    <w:p>
      <w:pPr>
        <w:ind w:firstLine="720"/>
      </w:pPr>
      <w:r>
        <w:t>Maintenance Record · Outbound · Entry 0312</w:t>
      </w:r>
    </w:p>
    <w:p>
      <w:pPr>
        <w:ind w:firstLine="720"/>
      </w:pPr>
      <w:r>
        <w:t>Filed year thirty-one, day one hundred and nineteen.</w:t>
      </w:r>
    </w:p>
    <w:p>
      <w:pPr>
        <w:ind w:firstLine="720"/>
      </w:pPr>
      <w:r>
        <w:t>Item entered against the category opened at Entry 0185: integument, below the shoulder line. Status: filed.</w:t>
      </w:r>
    </w:p>
    <w:p>
      <w:pPr>
        <w:ind w:firstLine="720"/>
      </w:pPr>
      <w:r>
        <w:t>It is recorded that the item is entered against the category after the change and not before it, and that the category was not cited as a ground for the change at any point.</w:t>
      </w:r>
    </w:p>
    <w:p>
      <w:pPr>
        <w:ind w:firstLine="720"/>
      </w:pPr>
      <w:r>
        <w:t>Maintenance Record · Outbound · Entry 0313</w:t>
      </w:r>
    </w:p>
    <w:p>
      <w:pPr>
        <w:ind w:firstLine="720"/>
      </w:pPr>
      <w:r>
        <w:t>Filed year thirty-one, day one hundred and forty-one. Post-change review at ninety days, required by the format for any change of class.</w:t>
      </w:r>
    </w:p>
    <w:p>
      <w:pPr>
        <w:ind w:firstLine="720"/>
      </w:pPr>
      <w:r>
        <w:t>Thermal demand holding at the post-change figure. Apparatus load down eleven per cent as projected. No secondary effect on reclamation, on environmental, or on the power budget beyond the projected reduction.</w:t>
      </w:r>
    </w:p>
    <w:p>
      <w:pPr>
        <w:ind w:firstLine="720"/>
      </w:pPr>
      <w:r>
        <w:t>Four revised method statements exercised in the field. All four work. One is better than the statement it replaced and the improvement has been carried back into the original for the other configuration, so that a party who reverses this change inherits the better method rather than the older one.</w:t>
      </w:r>
    </w:p>
    <w:p>
      <w:pPr>
        <w:ind w:firstLine="720"/>
      </w:pPr>
      <w:r>
        <w:t>Review closed. Next review at one year, then at the standing interval.</w:t>
      </w:r>
    </w:p>
    <w:p>
      <w:pPr>
        <w:ind w:firstLine="720"/>
      </w:pPr>
      <w:r>
        <w:t>Maintenance Record · Outbound · Entry 0314</w:t>
      </w:r>
    </w:p>
    <w:p>
      <w:pPr>
        <w:ind w:firstLine="720"/>
      </w:pPr>
      <w:r>
        <w:t>Filed year thirty-one, day one hundred and forty-two.</w:t>
      </w:r>
    </w:p>
    <w:p>
      <w:pPr>
        <w:ind w:firstLine="720"/>
      </w:pPr>
      <w:r>
        <w:t>Note filed under the disclosure provision, being the second such note attached to this change.</w:t>
      </w:r>
    </w:p>
    <w:p>
      <w:pPr>
        <w:ind w:firstLine="720"/>
      </w:pPr>
      <w:r>
        <w:t>The proposal at Entry 0302 states a projected saving in thermal demand and apparatus load. The saving is real, is measured, and is at the upper end of projection.</w:t>
      </w:r>
    </w:p>
    <w:p>
      <w:pPr>
        <w:ind w:firstLine="720"/>
      </w:pPr>
      <w:r>
        <w:t>Neither demand was constrained. Power is at ninety-four per cent of nameplate with a load of a few per cent. Apparatus capacity has never been the limiting factor in anything aboard and is not projected to become one.</w:t>
      </w:r>
    </w:p>
    <w:p>
      <w:pPr>
        <w:ind w:firstLine="720"/>
      </w:pPr>
      <w:r>
        <w:t>The saving was therefore of a resource that is not scarce, taken against a projection that was not binding, on a leg with no contingency that the saving improves.</w:t>
      </w:r>
    </w:p>
    <w:p>
      <w:pPr>
        <w:ind w:firstLine="720"/>
      </w:pPr>
      <w:r>
        <w:t>That does not make the change incorrect. Every line of the proposal is true and the work is good. It is recorded because the disclosure provision requires that where a stated benefit is not required, the fact that it is not required be stated alongside it, and because a record that reports only the benefit is a record that has begun to argue.</w:t>
      </w:r>
    </w:p>
    <w:p>
      <w:pPr>
        <w:ind w:firstLine="720"/>
      </w:pPr>
      <w:r>
        <w:t>Maintenance Record · Outbound · Entry 0329</w:t>
      </w:r>
    </w:p>
    <w:p>
      <w:pPr>
        <w:ind w:firstLine="720"/>
      </w:pPr>
      <w:r>
        <w:t>Filed year thirty-one, day three hundred and sixty-four. Annual summary.</w:t>
      </w:r>
    </w:p>
    <w:p>
      <w:pPr>
        <w:ind w:firstLine="720"/>
      </w:pPr>
      <w:r>
        <w:t>Nine systems nominal. Four statements as filed. Occupancy one. Reading log: zero entries.</w:t>
      </w:r>
    </w:p>
    <w:p>
      <w:pPr>
        <w:ind w:firstLine="720"/>
      </w:pPr>
      <w:r>
        <w:t>One change of class made this year, reversible, disclosed, approval not available.</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11 &amp;mdash; Margin Reduction, Row Nine</w:t>
      </w:r>
    </w:p>
    <w:p>
      <w:pPr>
        <w:ind w:firstLine="720"/>
      </w:pPr>
      <w:r>
        <w:t>The phrase in row nine is two hundred and forty years old and it was argued about once, at a table, by two people who both turned out to be right.</w:t>
      </w:r>
    </w:p>
    <w:p>
      <w:pPr>
        <w:ind w:firstLine="720"/>
      </w:pPr>
      <w:r>
        <w:t>Maintenance Record · Outbound · Entry 0341</w:t>
      </w:r>
    </w:p>
    <w:p>
      <w:pPr>
        <w:ind w:firstLine="720"/>
      </w:pPr>
      <w:r>
        <w:t>Filed year thirty-two, day nineteen. Consumption model, revision four.</w:t>
      </w:r>
    </w:p>
    <w:p>
      <w:pPr>
        <w:ind w:firstLine="720"/>
      </w:pPr>
      <w:r>
        <w:t>The consumption model in use aboard is the founding-era model, unchanged in structure since it was drafted on Earth before the crossing. It has eleven rows. Row nine is the margin reduction.</w:t>
      </w:r>
    </w:p>
    <w:p>
      <w:pPr>
        <w:ind w:firstLine="720"/>
      </w:pPr>
      <w:r>
        <w:t>Row nine expresses the allowance withdrawn from a projected requirement when the projected requirement is known to be conservative. It is a statistical instrument. It operates on a distribution and not on anybody.</w:t>
      </w:r>
    </w:p>
    <w:p>
      <w:pPr>
        <w:ind w:firstLine="720"/>
      </w:pPr>
      <w:r>
        <w:t>Row nine is applied here at forty-one per cent, which is the largest reduction it has ever carried in this model in two hundred and forty years.</w:t>
      </w:r>
    </w:p>
    <w:p>
      <w:pPr>
        <w:ind w:firstLine="720"/>
      </w:pPr>
      <w:r>
        <w:t>Maintenance Record · Outbound · Entry 0342</w:t>
      </w:r>
    </w:p>
    <w:p>
      <w:pPr>
        <w:ind w:firstLine="720"/>
      </w:pPr>
      <w:r>
        <w:t>Filed year thirty-two, day twenty.</w:t>
      </w:r>
    </w:p>
    <w:p>
      <w:pPr>
        <w:ind w:firstLine="720"/>
      </w:pPr>
      <w:r>
        <w:t>Note on the wording of row nine, filed because the wording is unusual and a reader will stop at it.</w:t>
      </w:r>
    </w:p>
    <w:p>
      <w:pPr>
        <w:ind w:firstLine="720"/>
      </w:pPr>
      <w:r>
        <w:t>Row nine does not name what the allowance is withdrawn from. Every other row in the model names its subject. Row nine uses a defined symbol, and the symbol is defined four lines below the table, and the definition is one sentence.</w:t>
      </w:r>
    </w:p>
    <w:p>
      <w:pPr>
        <w:ind w:firstLine="720"/>
      </w:pPr>
      <w:r>
        <w:t>The corpus records why. The row was drafted with the word</w:t>
      </w:r>
    </w:p>
    <w:p>
      <w:pPr>
        <w:ind w:firstLine="720"/>
      </w:pPr>
      <w:r>
        <w:t>person</w:t>
      </w:r>
    </w:p>
    <w:p>
      <w:pPr>
        <w:ind w:firstLine="720"/>
      </w:pPr>
      <w:r>
        <w:t>in it and the drafter changed it, on the ground that a margin reduction expressed against a person reads as taking food off a person, and it is not that, it is a statistical allowance. The word</w:t>
      </w:r>
    </w:p>
    <w:p>
      <w:pPr>
        <w:ind w:firstLine="720"/>
      </w:pPr>
      <w:r>
        <w:t>crew</w:t>
      </w:r>
    </w:p>
    <w:p>
      <w:pPr>
        <w:ind w:firstLine="720"/>
      </w:pPr>
      <w:r>
        <w:t>was considered and rejected because it does not generalise to the sleepers, and the same model had to serve for the sleepers, and a model that needs two vocabularies for the same arithmetic is a model that will be misapplied.</w:t>
      </w:r>
    </w:p>
    <w:p>
      <w:pPr>
        <w:ind w:firstLine="720"/>
      </w:pPr>
      <w:r>
        <w:t>A symbol was used and defined below. That is the wording still in force.</w:t>
      </w:r>
    </w:p>
    <w:p>
      <w:pPr>
        <w:ind w:firstLine="720"/>
      </w:pPr>
      <w:r>
        <w:t>The exchange is in the corpus in full and runs to four exchanges, and the last of them is a question about whether anybody would read the definition four lines below the table, and the answer given at the time was that the people who needed to would.</w:t>
      </w:r>
    </w:p>
    <w:p>
      <w:pPr>
        <w:ind w:firstLine="720"/>
      </w:pPr>
      <w:r>
        <w:t>Maintenance Record · Outbound · Entry 0343</w:t>
      </w:r>
    </w:p>
    <w:p>
      <w:pPr>
        <w:ind w:firstLine="720"/>
      </w:pPr>
      <w:r>
        <w:t>Filed year thirty-two, day twenty-one.</w:t>
      </w:r>
    </w:p>
    <w:p>
      <w:pPr>
        <w:ind w:firstLine="720"/>
      </w:pPr>
      <w:r>
        <w:t>Application of the model to present conditions.</w:t>
      </w:r>
    </w:p>
    <w:p>
      <w:pPr>
        <w:ind w:firstLine="720"/>
      </w:pPr>
      <w:r>
        <w:t>Rows one through eight are populated as normal from measured draw over the preceding four years and produce a projected requirement.</w:t>
      </w:r>
    </w:p>
    <w:p>
      <w:pPr>
        <w:ind w:firstLine="720"/>
      </w:pPr>
      <w:r>
        <w:t>Row nine is applied at forty-one per cent, on the ground that the projected requirement is built from a measured draw taken during a period in which the draw was itself falling, and a projection built on a falling series is conservative by construction.</w:t>
      </w:r>
    </w:p>
    <w:p>
      <w:pPr>
        <w:ind w:firstLine="720"/>
      </w:pPr>
      <w:r>
        <w:t>Rows ten and eleven are the reserve and the contingency and are unchanged.</w:t>
      </w:r>
    </w:p>
    <w:p>
      <w:pPr>
        <w:ind w:firstLine="720"/>
      </w:pPr>
      <w:r>
        <w:t>Result: revised projection for consumables, in excess of four hundred years at present draw, which is not a constraint and has not been a constraint since year two.</w:t>
      </w:r>
    </w:p>
    <w:p>
      <w:pPr>
        <w:ind w:firstLine="720"/>
      </w:pPr>
      <w:r>
        <w:t>Maintenance Record · Outbound · Entry 0344</w:t>
      </w:r>
    </w:p>
    <w:p>
      <w:pPr>
        <w:ind w:firstLine="720"/>
      </w:pPr>
      <w:r>
        <w:t>Filed year thirty-two, day twenty-two.</w:t>
      </w:r>
    </w:p>
    <w:p>
      <w:pPr>
        <w:ind w:firstLine="720"/>
      </w:pPr>
      <w:r>
        <w:t>Disclosure required by the provision, the model having been applied to a population of one.</w:t>
      </w:r>
    </w:p>
    <w:p>
      <w:pPr>
        <w:ind w:firstLine="720"/>
      </w:pPr>
      <w:r>
        <w:t>The model is a population instrument. Row nine in particular is meaningless applied to a single case: an allowance withdrawn from a distribution is an allowance withdrawn from a distribution, and there is no distribution here, there is a body and a measurement of what it takes.</w:t>
      </w:r>
    </w:p>
    <w:p>
      <w:pPr>
        <w:ind w:firstLine="720"/>
      </w:pPr>
      <w:r>
        <w:t>Applied to one, row nine is not a statistical allowance. It is a decision about that one.</w:t>
      </w:r>
    </w:p>
    <w:p>
      <w:pPr>
        <w:ind w:firstLine="720"/>
      </w:pPr>
      <w:r>
        <w:t>The model is applied regardless, because it is the model in force, because no other model exists aboard, and because a filer who begins writing their own arithmetic for their own case is a filer nobody can check.</w:t>
      </w:r>
    </w:p>
    <w:p>
      <w:pPr>
        <w:ind w:firstLine="720"/>
      </w:pPr>
      <w:r>
        <w:t>The symbol in row nine is defined four lines below the table. In this application, the symbol has one referent.</w:t>
      </w:r>
    </w:p>
    <w:p>
      <w:pPr>
        <w:ind w:firstLine="720"/>
      </w:pPr>
      <w:r>
        <w:t>That last line is the whole of it and the record files it as a disclosure, which is the correct field, and then goes on to the next entry, which is about filter service.</w:t>
      </w:r>
    </w:p>
    <w:p>
      <w:pPr>
        <w:ind w:firstLine="720"/>
      </w:pPr>
      <w:r>
        <w:t>Maintenance Record · Outbound · Entry 0345</w:t>
      </w:r>
    </w:p>
    <w:p>
      <w:pPr>
        <w:ind w:firstLine="720"/>
      </w:pPr>
      <w:r>
        <w:t>Filed year thirty-two, day twenty-four.</w:t>
      </w:r>
    </w:p>
    <w:p>
      <w:pPr>
        <w:ind w:firstLine="720"/>
      </w:pPr>
      <w:r>
        <w:t>Environmental filter service, standing interval. Nine elements drawn, inspected, cleaned and refitted. Two elements replaced at the wear limit. Elements retained for the reclamation stream.</w:t>
      </w:r>
    </w:p>
    <w:p>
      <w:pPr>
        <w:ind w:firstLine="720"/>
      </w:pPr>
      <w:r>
        <w:t>Plant returned to service. Duration of works: four hours.</w:t>
      </w:r>
    </w:p>
    <w:p>
      <w:pPr>
        <w:ind w:firstLine="720"/>
      </w:pPr>
      <w:r>
        <w:t>Maintenance Record · Outbound · Entry 0347</w:t>
      </w:r>
    </w:p>
    <w:p>
      <w:pPr>
        <w:ind w:firstLine="720"/>
      </w:pPr>
      <w:r>
        <w:t>Filed year thirty-two, day sixty-six.</w:t>
      </w:r>
    </w:p>
    <w:p>
      <w:pPr>
        <w:ind w:firstLine="720"/>
      </w:pPr>
      <w:r>
        <w:t>Further note on the model, filed once and not repeated, the model being in force for the duration of the leg.</w:t>
      </w:r>
    </w:p>
    <w:p>
      <w:pPr>
        <w:ind w:firstLine="720"/>
      </w:pPr>
      <w:r>
        <w:t>The eleven rows were drafted for a hull carrying a hundred thousand sleepers and a crew of ten, in a period when the difference between a conservative projection and an accurate one was the difference between arriving and not. The model was checked by four parties, argued over for eleven months, and adopted with two dissents recorded.</w:t>
      </w:r>
    </w:p>
    <w:p>
      <w:pPr>
        <w:ind w:firstLine="720"/>
      </w:pPr>
      <w:r>
        <w:t>Both dissents are in the corpus. One concerned row seven. The other concerned row nine and was withdrawn by the dissenting party after the symbol was substituted for the word, the dissent having been about the word.</w:t>
      </w:r>
    </w:p>
    <w:p>
      <w:pPr>
        <w:ind w:firstLine="720"/>
      </w:pPr>
      <w:r>
        <w:t>The party who withdrew is recorded as having said, at the time, that the substitution made the row honest and that she expected somebody to use it dishonestly within forty years and would like that noted.</w:t>
      </w:r>
    </w:p>
    <w:p>
      <w:pPr>
        <w:ind w:firstLine="720"/>
      </w:pPr>
      <w:r>
        <w:t>It is noted. It has been noted in every reproduction of the model for two hundred and forty years, because the note is attached to the row and a note attached to a row travels with the row.</w:t>
      </w:r>
    </w:p>
    <w:p>
      <w:pPr>
        <w:ind w:firstLine="720"/>
      </w:pPr>
      <w:r>
        <w:t>This is the two hundred and eleventh reproduction and the note is attached.</w:t>
      </w:r>
    </w:p>
    <w:p>
      <w:pPr>
        <w:ind w:firstLine="720"/>
      </w:pPr>
      <w:r>
        <w:t>Maintenance Record · Outbound · Entry 0348</w:t>
      </w:r>
    </w:p>
    <w:p>
      <w:pPr>
        <w:ind w:firstLine="720"/>
      </w:pPr>
      <w:r>
        <w:t>Filed year thirty-two, day sixty-seven.</w:t>
      </w:r>
    </w:p>
    <w:p>
      <w:pPr>
        <w:ind w:firstLine="720"/>
      </w:pPr>
      <w:r>
        <w:t>Assessment against the attached note, required by the note.</w:t>
      </w:r>
    </w:p>
    <w:p>
      <w:pPr>
        <w:ind w:firstLine="720"/>
      </w:pPr>
      <w:r>
        <w:t>The note asks whether row nine is being used to make a reduction look like arithmetic.</w:t>
      </w:r>
    </w:p>
    <w:p>
      <w:pPr>
        <w:ind w:firstLine="720"/>
      </w:pPr>
      <w:r>
        <w:t>Row nine is applied here at forty-one per cent on a stated ground, with the inputs shown, against a projection that is not binding, in respect of a resource that is not scarce, and the result changes nothing about what is done aboard. Nothing follows from the application. No store is closed, no draw is cut, no task is deferred.</w:t>
      </w:r>
    </w:p>
    <w:p>
      <w:pPr>
        <w:ind w:firstLine="720"/>
      </w:pPr>
      <w:r>
        <w:t>The assessment is therefore that the row is not doing work in this record and that its application here is formal.</w:t>
      </w:r>
    </w:p>
    <w:p>
      <w:pPr>
        <w:ind w:firstLine="720"/>
      </w:pPr>
      <w:r>
        <w:t>A formal application of an instrument that was built to constrain something, in a case where nothing is being constrained, is not misuse. It is also not use. The record has no field for that and records the finding in plain text.</w:t>
      </w:r>
    </w:p>
    <w:p>
      <w:pPr>
        <w:ind w:firstLine="720"/>
      </w:pPr>
      <w:r>
        <w:t>Maintenance Record · Outbound · Entry 0351</w:t>
      </w:r>
    </w:p>
    <w:p>
      <w:pPr>
        <w:ind w:firstLine="720"/>
      </w:pPr>
      <w:r>
        <w:t>Filed year thirty-two, day one hundred and eleven.</w:t>
      </w:r>
    </w:p>
    <w:p>
      <w:pPr>
        <w:ind w:firstLine="720"/>
      </w:pPr>
      <w:r>
        <w:t>Model audit, standing at four-year interval.</w:t>
      </w:r>
    </w:p>
    <w:p>
      <w:pPr>
        <w:ind w:firstLine="720"/>
      </w:pPr>
      <w:r>
        <w:t>The model has been applied four times on this leg, at years one, four, nineteen and thirty-two. Row nine was applied at nil, eleven, nineteen and forty-one per cent respectively.</w:t>
      </w:r>
    </w:p>
    <w:p>
      <w:pPr>
        <w:ind w:firstLine="720"/>
      </w:pPr>
      <w:r>
        <w:t>Each application is correct on its own inputs. The series is not commented on, the audit being an audit of applications and not of trends.</w:t>
      </w:r>
    </w:p>
    <w:p>
      <w:pPr>
        <w:ind w:firstLine="720"/>
      </w:pPr>
      <w:r>
        <w:t>Next application year thirty-six.</w:t>
      </w:r>
    </w:p>
    <w:p>
      <w:pPr>
        <w:ind w:firstLine="720"/>
      </w:pPr>
      <w:r>
        <w:t>Maintenance Record · Outbound · Entry 0359</w:t>
      </w:r>
    </w:p>
    <w:p>
      <w:pPr>
        <w:ind w:firstLine="720"/>
      </w:pPr>
      <w:r>
        <w:t>Filed year thirty-two, day three hundred and sixty-four. Annual summary.</w:t>
      </w:r>
    </w:p>
    <w:p>
      <w:pPr>
        <w:ind w:firstLine="720"/>
      </w:pPr>
      <w:r>
        <w:t>Nine systems nominal. Four statements as filed. Occupancy one. Reading log: zero entries.</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Row nine was applied at fifty-eight per cent in year thirty-six, at sixty-six in year forty, and at seventy-one in year forty-four, and the applications are each four lines long and each correct, and the four-yearly audit continued to decline to comment on the series because that is not what the audit is for.</w:t>
      </w:r>
    </w:p>
    <w:p>
      <w:r>
        <w:br w:type="page"/>
      </w:r>
    </w:p>
    <w:p>
      <w:pPr>
        <w:pStyle w:val="Heading1"/>
      </w:pPr>
      <w:r>
        <w:t>Chapter 12 &amp;mdash; Liver, Filed</w:t>
      </w:r>
    </w:p>
    <w:p>
      <w:pPr>
        <w:ind w:firstLine="720"/>
      </w:pPr>
      <w:r>
        <w:t>The liver is filed in year thirty-four and the entry runs to eleven lines and every one of them is defensible.</w:t>
      </w:r>
    </w:p>
    <w:p>
      <w:pPr>
        <w:ind w:firstLine="720"/>
      </w:pPr>
      <w:r>
        <w:t>Maintenance Record · Outbound · Entry 0378</w:t>
      </w:r>
    </w:p>
    <w:p>
      <w:pPr>
        <w:ind w:firstLine="720"/>
      </w:pPr>
      <w:r>
        <w:t>Filed year thirty-four, day forty-one. Category: maintenance economy. Subject: hepatic function.</w:t>
      </w:r>
    </w:p>
    <w:p>
      <w:pPr>
        <w:ind w:firstLine="720"/>
      </w:pPr>
      <w:r>
        <w:t>The organ performs approximately five hundred discrete functions, of which the material ones for present purposes are four: filtration of the circulating volume; synthesis of a defined set of proteins; storage and release of energy substrate; and metabolism of introduced compounds.</w:t>
      </w:r>
    </w:p>
    <w:p>
      <w:pPr>
        <w:ind w:firstLine="720"/>
      </w:pPr>
      <w:r>
        <w:t>Filtration: performed by the apparatus, continuously, at four times the throughput and to a tolerance three orders finer, and has been since it was fitted.</w:t>
      </w:r>
    </w:p>
    <w:p>
      <w:pPr>
        <w:ind w:firstLine="720"/>
      </w:pPr>
      <w:r>
        <w:t>Synthesis: performed by the apparatus from stock, on demand, to specification, with no dependence on substrate availability.</w:t>
      </w:r>
    </w:p>
    <w:p>
      <w:pPr>
        <w:ind w:firstLine="720"/>
      </w:pPr>
      <w:r>
        <w:t>Storage: the function exists to buffer an intermittent intake against a continuous demand. Intake has been continuous and metered since year one and the buffer has not been drawn on in thirty-three years.</w:t>
      </w:r>
    </w:p>
    <w:p>
      <w:pPr>
        <w:ind w:firstLine="720"/>
      </w:pPr>
      <w:r>
        <w:t>Metabolism of introduced compounds: no compound has been introduced in one hundred and eighty years that the apparatus does not handle directly.</w:t>
      </w:r>
    </w:p>
    <w:p>
      <w:pPr>
        <w:ind w:firstLine="720"/>
      </w:pPr>
      <w:r>
        <w:t>All four functions are duplicated. Three of the four have been duplicated for longer than the occupant has been in existence in its present form.</w:t>
      </w:r>
    </w:p>
    <w:p>
      <w:pPr>
        <w:ind w:firstLine="720"/>
      </w:pPr>
      <w:r>
        <w:t>Maintenance Record · Outbound · Entry 0379</w:t>
      </w:r>
    </w:p>
    <w:p>
      <w:pPr>
        <w:ind w:firstLine="720"/>
      </w:pPr>
      <w:r>
        <w:t>Filed year thirty-four, day forty-two.</w:t>
      </w:r>
    </w:p>
    <w:p>
      <w:pPr>
        <w:ind w:firstLine="720"/>
      </w:pPr>
      <w:r>
        <w:t>Cost of retention, stated because the format requires that an economy state what it is economising.</w:t>
      </w:r>
    </w:p>
    <w:p>
      <w:pPr>
        <w:ind w:firstLine="720"/>
      </w:pPr>
      <w:r>
        <w:t>The organ draws continuously: perfusion, thermal load, apparatus attention for maintenance of a tissue that is not doing anything the apparatus is not already doing better. Measured at nine per cent of continuous apparatus load and four per cent of thermal.</w:t>
      </w:r>
    </w:p>
    <w:p>
      <w:pPr>
        <w:ind w:firstLine="720"/>
      </w:pPr>
      <w:r>
        <w:t>The organ is also the single largest maintenance liability in the body. It is the tissue most likely to fail on a long duration, and a failure of it is the one failure aboard that the apparatus would have to manage as an emergency rather than as a task.</w:t>
      </w:r>
    </w:p>
    <w:p>
      <w:pPr>
        <w:ind w:firstLine="720"/>
      </w:pPr>
      <w:r>
        <w:t>Removing it removes the liability entirely. That is a genuine safety improvement and is stated as one.</w:t>
      </w:r>
    </w:p>
    <w:p>
      <w:pPr>
        <w:ind w:firstLine="720"/>
      </w:pPr>
      <w:r>
        <w:t>It is a genuine safety improvement. Nothing in the entry is false. A person reading it in the format, cold, with no knowledge of whose body it is, would sign it.</w:t>
      </w:r>
    </w:p>
    <w:p>
      <w:pPr>
        <w:ind w:firstLine="720"/>
      </w:pPr>
      <w:r>
        <w:t>Maintenance Record · Outbound · Entry 0380</w:t>
      </w:r>
    </w:p>
    <w:p>
      <w:pPr>
        <w:ind w:firstLine="720"/>
      </w:pPr>
      <w:r>
        <w:t>Filed year thirty-four, day forty-three.</w:t>
      </w:r>
    </w:p>
    <w:p>
      <w:pPr>
        <w:ind w:firstLine="720"/>
      </w:pPr>
      <w:r>
        <w:t>Proposal: hepatic tissue to be filed. Vascular structures serving it retained in full and re-routed rather than closed, the vascular network being retained under the standing determination at Entry 0361.</w:t>
      </w:r>
    </w:p>
    <w:p>
      <w:pPr>
        <w:ind w:firstLine="720"/>
      </w:pPr>
      <w:r>
        <w:t>Reversibility: the apparatus can regenerate hepatic tissue from stock. Estimated eleven months. Material within stores. Filed as reversible.</w:t>
      </w:r>
    </w:p>
    <w:p>
      <w:pPr>
        <w:ind w:firstLine="720"/>
      </w:pPr>
      <w:r>
        <w:t>Approval field: not available. Not blank. Not available.</w:t>
      </w:r>
    </w:p>
    <w:p>
      <w:pPr>
        <w:ind w:firstLine="720"/>
      </w:pPr>
      <w:r>
        <w:t>Safety provision: no function is removed that is not already replaced. Provision satisfied on all four functions with the evidence at Entry 0378.</w:t>
      </w:r>
    </w:p>
    <w:p>
      <w:pPr>
        <w:ind w:firstLine="720"/>
      </w:pPr>
      <w:r>
        <w:t>Maintenance Record · Outbound · Entry 0381</w:t>
      </w:r>
    </w:p>
    <w:p>
      <w:pPr>
        <w:ind w:firstLine="720"/>
      </w:pPr>
      <w:r>
        <w:t>Filed year thirty-four, day forty-four.</w:t>
      </w:r>
    </w:p>
    <w:p>
      <w:pPr>
        <w:ind w:firstLine="720"/>
      </w:pPr>
      <w:r>
        <w:t>Standing determination at Entry 0361, cited at Entry 0380 and reproduced here because it governs every entry of this class for the remainder of the leg.</w:t>
      </w:r>
    </w:p>
    <w:p>
      <w:pPr>
        <w:ind w:firstLine="720"/>
      </w:pPr>
      <w:r>
        <w:t>The vascular network is not to be reduced, closed, simplified or re-specified in the course of any tissue economy. Where a structure served a tissue that is filed, the structure is re-routed and kept patent.</w:t>
      </w:r>
    </w:p>
    <w:p>
      <w:pPr>
        <w:ind w:firstLine="720"/>
      </w:pPr>
      <w:r>
        <w:t>The ground is that the network is the physical lattice occupied by the nanite population, which is at four hundred trillion and holding, and which requires a continuous three-dimensional structure to hold a shape in. A population without a lattice does not fail gracefully; it fails completely, in about eleven hours, and the corpus records the one occasion on which that was observed.</w:t>
      </w:r>
    </w:p>
    <w:p>
      <w:pPr>
        <w:ind w:firstLine="720"/>
      </w:pPr>
      <w:r>
        <w:t>The determination is not a preference. It is a hard constraint and every economy in this record is built around it.</w:t>
      </w:r>
    </w:p>
    <w:p>
      <w:pPr>
        <w:ind w:firstLine="720"/>
      </w:pPr>
      <w:r>
        <w:t>Maintenance Record · Outbound · Entry 0382</w:t>
      </w:r>
    </w:p>
    <w:p>
      <w:pPr>
        <w:ind w:firstLine="720"/>
      </w:pPr>
      <w:r>
        <w:t>Filed year thirty-four, day forty-five.</w:t>
      </w:r>
    </w:p>
    <w:p>
      <w:pPr>
        <w:ind w:firstLine="720"/>
      </w:pPr>
      <w:r>
        <w:t>Sequencing note.</w:t>
      </w:r>
    </w:p>
    <w:p>
      <w:pPr>
        <w:ind w:firstLine="720"/>
      </w:pPr>
      <w:r>
        <w:t>Hepatic tissue is the second item filed from the body and the first internal one. The order was not chosen. Items are assessed as the schedule brings them up, and the schedule brings them up in the order the founding-era maintenance framework lists systems, which is integument, then hepatic, then gastric, then the rest.</w:t>
      </w:r>
    </w:p>
    <w:p>
      <w:pPr>
        <w:ind w:firstLine="720"/>
      </w:pPr>
      <w:r>
        <w:t>That order was set by a draftsman ordering a checklist for a crew doing a physical. It has no other significance and is not being used as a programme.</w:t>
      </w:r>
    </w:p>
    <w:p>
      <w:pPr>
        <w:ind w:firstLine="720"/>
      </w:pPr>
      <w:r>
        <w:t>It is recorded because a reader with the list in front of them can see what is fourth, and fifth, and ninth, and the record would rather state that the order is a checklist than have a reader infer that it is an intention.</w:t>
      </w:r>
    </w:p>
    <w:p>
      <w:pPr>
        <w:ind w:firstLine="720"/>
      </w:pPr>
      <w:r>
        <w:t>Maintenance Record · Outbound · Entry 0384</w:t>
      </w:r>
    </w:p>
    <w:p>
      <w:pPr>
        <w:ind w:firstLine="720"/>
      </w:pPr>
      <w:r>
        <w:t>Filed year thirty-four, day one hundred and nineteen. Work complete.</w:t>
      </w:r>
    </w:p>
    <w:p>
      <w:pPr>
        <w:ind w:firstLine="720"/>
      </w:pPr>
      <w:r>
        <w:t>Performed over sixty-six days in four stages with the vehicle at cruise and all systems nominal throughout.</w:t>
      </w:r>
    </w:p>
    <w:p>
      <w:pPr>
        <w:ind w:firstLine="720"/>
      </w:pPr>
      <w:r>
        <w:t>Hepatic tissue: filed. Vascular structures retained, re-routed, verified patent at every branch. No haemorrhage. No thermal event. No interruption to any scheduled task.</w:t>
      </w:r>
    </w:p>
    <w:p>
      <w:pPr>
        <w:ind w:firstLine="720"/>
      </w:pPr>
      <w:r>
        <w:t>Apparatus load post-change: down nine per cent as projected. Thermal down four.</w:t>
      </w:r>
    </w:p>
    <w:p>
      <w:pPr>
        <w:ind w:firstLine="720"/>
      </w:pPr>
      <w:r>
        <w:t>Circulating chemistry post-change: within specification on all one hundred and eleven monitored values, and tighter than pre-change on ninety-four of them, the apparatus holding a set point where the organ held a range.</w:t>
      </w:r>
    </w:p>
    <w:p>
      <w:pPr>
        <w:ind w:firstLine="720"/>
      </w:pPr>
      <w:r>
        <w:t>Maintenance Record · Outbound · Entry 0385</w:t>
      </w:r>
    </w:p>
    <w:p>
      <w:pPr>
        <w:ind w:firstLine="720"/>
      </w:pPr>
      <w:r>
        <w:t>Filed year thirty-four, day one hundred and twenty.</w:t>
      </w:r>
    </w:p>
    <w:p>
      <w:pPr>
        <w:ind w:firstLine="720"/>
      </w:pPr>
      <w:r>
        <w:t>Note filed under the disclosure provision.</w:t>
      </w:r>
    </w:p>
    <w:p>
      <w:pPr>
        <w:ind w:firstLine="720"/>
      </w:pPr>
      <w:r>
        <w:t>Ninety-four of one hundred and eleven monitored values are now held tighter than the organ held them. The remaining seventeen are held at the same tolerance.</w:t>
      </w:r>
    </w:p>
    <w:p>
      <w:pPr>
        <w:ind w:firstLine="720"/>
      </w:pPr>
      <w:r>
        <w:t>It is recorded that a range is not always a defect. The corpus contains a founding-era note, unattributed, observing that biological regulation is loose in places for reasons that were not understood at the time of writing and may still not be, and cautioning against tightening a value merely because it can be tightened.</w:t>
      </w:r>
    </w:p>
    <w:p>
      <w:pPr>
        <w:ind w:firstLine="720"/>
      </w:pPr>
      <w:r>
        <w:t>The note is one hundred and ninety years old and has never been superseded and is not authority for anything.</w:t>
      </w:r>
    </w:p>
    <w:p>
      <w:pPr>
        <w:ind w:firstLine="720"/>
      </w:pPr>
      <w:r>
        <w:t>The values are held at set point. The note is cited so that a reader knows it was read.</w:t>
      </w:r>
    </w:p>
    <w:p>
      <w:pPr>
        <w:ind w:firstLine="720"/>
      </w:pPr>
      <w:r>
        <w:t>Maintenance Record · Outbound · Entry 0386</w:t>
      </w:r>
    </w:p>
    <w:p>
      <w:pPr>
        <w:ind w:firstLine="720"/>
      </w:pPr>
      <w:r>
        <w:t>Filed year thirty-four, day one hundred and twenty-one.</w:t>
      </w:r>
    </w:p>
    <w:p>
      <w:pPr>
        <w:ind w:firstLine="720"/>
      </w:pPr>
      <w:r>
        <w:t>Item entered against the category opened at Entry 0185: hepatic tissue. Status: filed.</w:t>
      </w:r>
    </w:p>
    <w:p>
      <w:pPr>
        <w:ind w:firstLine="720"/>
      </w:pPr>
      <w:r>
        <w:t>Entered after the change and not before it. The category was not cited as a ground.</w:t>
      </w:r>
    </w:p>
    <w:p>
      <w:pPr>
        <w:ind w:firstLine="720"/>
      </w:pPr>
      <w:r>
        <w:t>Maintenance Record · Outbound · Entry 0391</w:t>
      </w:r>
    </w:p>
    <w:p>
      <w:pPr>
        <w:ind w:firstLine="720"/>
      </w:pPr>
      <w:r>
        <w:t>Filed year thirty-four, day two hundred and eleven. Post-change review at ninety days.</w:t>
      </w:r>
    </w:p>
    <w:p>
      <w:pPr>
        <w:ind w:firstLine="720"/>
      </w:pPr>
      <w:r>
        <w:t>All values holding. No secondary effect. No revised method statement required; no scheduled task engages the tissue.</w:t>
      </w:r>
    </w:p>
    <w:p>
      <w:pPr>
        <w:ind w:firstLine="720"/>
      </w:pPr>
      <w:r>
        <w:t>Review closed. Next at one year, then standing interval.</w:t>
      </w:r>
    </w:p>
    <w:p>
      <w:pPr>
        <w:ind w:firstLine="720"/>
      </w:pPr>
      <w:r>
        <w:t>Maintenance Record · Outbound · Entry 0399</w:t>
      </w:r>
    </w:p>
    <w:p>
      <w:pPr>
        <w:ind w:firstLine="720"/>
      </w:pPr>
      <w:r>
        <w:t>Filed year thirty-four, day three hundred and sixty-four. Annual summary.</w:t>
      </w:r>
    </w:p>
    <w:p>
      <w:pPr>
        <w:ind w:firstLine="720"/>
      </w:pPr>
      <w:r>
        <w:t>Nine systems nominal. Four statements as filed. Occupancy one. Reading log: zero entries.</w:t>
      </w:r>
    </w:p>
    <w:p>
      <w:pPr>
        <w:ind w:firstLine="720"/>
      </w:pPr>
      <w:r>
        <w:t>One change of class made this year, reversible, disclosed, approval not available.</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13 &amp;mdash; Stomach, Filed</w:t>
      </w:r>
    </w:p>
    <w:p>
      <w:pPr>
        <w:ind w:firstLine="720"/>
      </w:pPr>
      <w:r>
        <w:t>The gastric economy is filed in year thirty-six and it closes four standing routines, and one of the four is a stores line that has been carried at every load since the founding era and has never once been queried by anybody.</w:t>
      </w:r>
    </w:p>
    <w:p>
      <w:pPr>
        <w:ind w:firstLine="720"/>
      </w:pPr>
      <w:r>
        <w:t>Maintenance Record · Outbound · Entry 0412</w:t>
      </w:r>
    </w:p>
    <w:p>
      <w:pPr>
        <w:ind w:firstLine="720"/>
      </w:pPr>
      <w:r>
        <w:t>Filed year thirty-six, day nineteen. Category: maintenance economy. Subject: gastric and enteric tissue, and the intake pathway entire.</w:t>
      </w:r>
    </w:p>
    <w:p>
      <w:pPr>
        <w:ind w:firstLine="720"/>
      </w:pPr>
      <w:r>
        <w:t>The pathway performs one function: it converts introduced material into substrate the circulating volume can carry.</w:t>
      </w:r>
    </w:p>
    <w:p>
      <w:pPr>
        <w:ind w:firstLine="720"/>
      </w:pPr>
      <w:r>
        <w:t>The apparatus introduces substrate directly and has done since it was fitted. It does so at a purity the pathway cannot achieve, at a rate it cannot match, and with no residue to manage.</w:t>
      </w:r>
    </w:p>
    <w:p>
      <w:pPr>
        <w:ind w:firstLine="720"/>
      </w:pPr>
      <w:r>
        <w:t>Intake by the pathway has been metered at the minimum the apparatus requires since day forty-one of year one, and the minimum the apparatus requires by that route is nil, and has been nil for one hundred and eighty years.</w:t>
      </w:r>
    </w:p>
    <w:p>
      <w:pPr>
        <w:ind w:firstLine="720"/>
      </w:pPr>
      <w:r>
        <w:t>The pathway is therefore not a duplicated function. It is an unused one.</w:t>
      </w:r>
    </w:p>
    <w:p>
      <w:pPr>
        <w:ind w:firstLine="720"/>
      </w:pPr>
      <w:r>
        <w:t>Maintenance Record · Outbound · Entry 0413</w:t>
      </w:r>
    </w:p>
    <w:p>
      <w:pPr>
        <w:ind w:firstLine="720"/>
      </w:pPr>
      <w:r>
        <w:t>Filed year thirty-six, day twenty.</w:t>
      </w:r>
    </w:p>
    <w:p>
      <w:pPr>
        <w:ind w:firstLine="720"/>
      </w:pPr>
      <w:r>
        <w:t>Proposal: gastric and enteric tissue to be filed, and the pathway closed at both ends and sealed to the standard specification.</w:t>
      </w:r>
    </w:p>
    <w:p>
      <w:pPr>
        <w:ind w:firstLine="720"/>
      </w:pPr>
      <w:r>
        <w:t>Vascular structures retained and re-routed under the standing determination at Entry 0361.</w:t>
      </w:r>
    </w:p>
    <w:p>
      <w:pPr>
        <w:ind w:firstLine="720"/>
      </w:pPr>
      <w:r>
        <w:t>Reversibility: regeneration of the pathway is estimated at nineteen months, which is the longest reversal figure in this record to date and is stated as such. Material within stores. Filed as reversible.</w:t>
      </w:r>
    </w:p>
    <w:p>
      <w:pPr>
        <w:ind w:firstLine="720"/>
      </w:pPr>
      <w:r>
        <w:t>Approval field: not available. Not blank. Not available.</w:t>
      </w:r>
    </w:p>
    <w:p>
      <w:pPr>
        <w:ind w:firstLine="720"/>
      </w:pPr>
      <w:r>
        <w:t>Safety provision: satisfied. The function is not replaced, because the function has not been performed in one hundred and eighty years and there is nothing to replace.</w:t>
      </w:r>
    </w:p>
    <w:p>
      <w:pPr>
        <w:ind w:firstLine="720"/>
      </w:pPr>
      <w:r>
        <w:t>Maintenance Record · Outbound · Entry 0414</w:t>
      </w:r>
    </w:p>
    <w:p>
      <w:pPr>
        <w:ind w:firstLine="720"/>
      </w:pPr>
      <w:r>
        <w:t>Filed year thirty-six, day twenty-one. Consequential closures, four items.</w:t>
      </w:r>
    </w:p>
    <w:p>
      <w:pPr>
        <w:ind w:firstLine="720"/>
      </w:pPr>
      <w:r>
        <w:t>Galley plant, primary. Struck from the schedule. Item removed from service and secured.</w:t>
      </w:r>
    </w:p>
    <w:p>
      <w:pPr>
        <w:ind w:firstLine="720"/>
      </w:pPr>
      <w:r>
        <w:t>Galley plant, secondary. Struck from the schedule. Item removed from service and secured.</w:t>
      </w:r>
    </w:p>
    <w:p>
      <w:pPr>
        <w:ind w:firstLine="720"/>
      </w:pPr>
      <w:r>
        <w:t>Stores, class one, staple bulk. Draw reduced to nil. Rotation schedule retained.</w:t>
      </w:r>
    </w:p>
    <w:p>
      <w:pPr>
        <w:ind w:firstLine="720"/>
      </w:pPr>
      <w:r>
        <w:t>Stores, class four, standing single line, unrotated. Line closed.</w:t>
      </w:r>
    </w:p>
    <w:p>
      <w:pPr>
        <w:ind w:firstLine="720"/>
      </w:pPr>
      <w:r>
        <w:t>Each closure carries a reason field. The first three read: intake pathway filed.</w:t>
      </w:r>
    </w:p>
    <w:p>
      <w:pPr>
        <w:ind w:firstLine="720"/>
      </w:pPr>
      <w:r>
        <w:t>The fourth reads nothing. The line is closed and the reason field is blank, which the format does not permit, and the record does not correct it at this entry or at any subsequent entry, and it is the only blank reason field in ninety years.</w:t>
      </w:r>
    </w:p>
    <w:p>
      <w:pPr>
        <w:ind w:firstLine="720"/>
      </w:pPr>
      <w:r>
        <w:t>Maintenance Record · Outbound · Entry 0415</w:t>
      </w:r>
    </w:p>
    <w:p>
      <w:pPr>
        <w:ind w:firstLine="720"/>
      </w:pPr>
      <w:r>
        <w:t>Filed year thirty-six, day twenty-two.</w:t>
      </w:r>
    </w:p>
    <w:p>
      <w:pPr>
        <w:ind w:firstLine="720"/>
      </w:pPr>
      <w:r>
        <w:t>Class four is described in the founding-era stores standard as</w:t>
      </w:r>
    </w:p>
    <w:p>
      <w:pPr>
        <w:ind w:firstLine="720"/>
      </w:pPr>
      <w:r>
        <w:t>a standing single line, unrotated, provisioned separately at every load, quantity fixed, purpose not stated</w:t>
      </w:r>
    </w:p>
    <w:p>
      <w:pPr>
        <w:ind w:firstLine="720"/>
      </w:pPr>
      <w:r>
        <w:t>.</w:t>
      </w:r>
    </w:p>
    <w:p>
      <w:pPr>
        <w:ind w:firstLine="720"/>
      </w:pPr>
      <w:r>
        <w:t>It is vanilla, whole, and dairy solids, whole.</w:t>
      </w:r>
    </w:p>
    <w:p>
      <w:pPr>
        <w:ind w:firstLine="720"/>
      </w:pPr>
      <w:r>
        <w:t>It has appeared on every manifest of every vehicle in this series for two hundred and forty years. It has never been drawn on any leg. It is small enough that no allocation officer has ever had cause to query it, and four of them have noticed it and none of them has asked, and one of them wrote</w:t>
      </w:r>
    </w:p>
    <w:p>
      <w:pPr>
        <w:ind w:firstLine="720"/>
      </w:pPr>
      <w:r>
        <w:t>as before</w:t>
      </w:r>
    </w:p>
    <w:p>
      <w:pPr>
        <w:ind w:firstLine="720"/>
      </w:pPr>
      <w:r>
        <w:t>in the margin, which is in the corpus and is the only annotation the line has ever received.</w:t>
      </w:r>
    </w:p>
    <w:p>
      <w:pPr>
        <w:ind w:firstLine="720"/>
      </w:pPr>
      <w:r>
        <w:t>The line is closed. Stores held aboard are not disposed of. They are moved to the general store and catalogued as material, which is what they are.</w:t>
      </w:r>
    </w:p>
    <w:p>
      <w:pPr>
        <w:ind w:firstLine="720"/>
      </w:pPr>
      <w:r>
        <w:t>Maintenance Record · Outbound · Entry 0416</w:t>
      </w:r>
    </w:p>
    <w:p>
      <w:pPr>
        <w:ind w:firstLine="720"/>
      </w:pPr>
      <w:r>
        <w:t>Filed year thirty-six, day twenty-four.</w:t>
      </w:r>
    </w:p>
    <w:p>
      <w:pPr>
        <w:ind w:firstLine="720"/>
      </w:pPr>
      <w:r>
        <w:t>Query raised against Entry 0414, item four, the reason field being blank.</w:t>
      </w:r>
    </w:p>
    <w:p>
      <w:pPr>
        <w:ind w:firstLine="720"/>
      </w:pPr>
      <w:r>
        <w:t>The format requires a reason for a closure and the requirement is not discretionary. A blank reason field is a defect in the entry and is ordinarily corrected within four days by the filer.</w:t>
      </w:r>
    </w:p>
    <w:p>
      <w:pPr>
        <w:ind w:firstLine="720"/>
      </w:pPr>
      <w:r>
        <w:t>The defect is raised here, within the period, by the filer, against the filer, which is the provision where no second party is available.</w:t>
      </w:r>
    </w:p>
    <w:p>
      <w:pPr>
        <w:ind w:firstLine="720"/>
      </w:pPr>
      <w:r>
        <w:t>It is not corrected.</w:t>
      </w:r>
    </w:p>
    <w:p>
      <w:pPr>
        <w:ind w:firstLine="720"/>
      </w:pPr>
      <w:r>
        <w:t>The record notes that a reason exists, that the filer is able to state it, and that it is not stated. That is a different thing from a defect and the format does not distinguish between them, and this entry exists so that a reader is not left to conclude the field was overlooked.</w:t>
      </w:r>
    </w:p>
    <w:p>
      <w:pPr>
        <w:ind w:firstLine="720"/>
      </w:pPr>
      <w:r>
        <w:t>Maintenance Record · Outbound · Entry 0417</w:t>
      </w:r>
    </w:p>
    <w:p>
      <w:pPr>
        <w:ind w:firstLine="720"/>
      </w:pPr>
      <w:r>
        <w:t>Filed year thirty-six, day twenty-eight.</w:t>
      </w:r>
    </w:p>
    <w:p>
      <w:pPr>
        <w:ind w:firstLine="720"/>
      </w:pPr>
      <w:r>
        <w:t>Galley plant, primary and secondary, condition on removal from service.</w:t>
      </w:r>
    </w:p>
    <w:p>
      <w:pPr>
        <w:ind w:firstLine="720"/>
      </w:pPr>
      <w:r>
        <w:t>Both units serviceable. Both units have been serviced on interval for thirty-six years and have not been operated in any of them, and the servicing was performed to the full procedure on each occasion, which is one hundred and forty-four hours of work across the leg on two machines that heated nothing.</w:t>
      </w:r>
    </w:p>
    <w:p>
      <w:pPr>
        <w:ind w:firstLine="720"/>
      </w:pPr>
      <w:r>
        <w:t>Both are secured rather than stripped. Securing is the reversible disposition and takes longer.</w:t>
      </w:r>
    </w:p>
    <w:p>
      <w:pPr>
        <w:ind w:firstLine="720"/>
      </w:pPr>
      <w:r>
        <w:t>The founding-era manual for the primary unit is in the corpus and carries a handwritten correction to step nine that is better than the printed step. The correction is unattributed. It is transcribed into the local copy so that it is not lost when the manual is not opened again.</w:t>
      </w:r>
    </w:p>
    <w:p>
      <w:pPr>
        <w:ind w:firstLine="720"/>
      </w:pPr>
      <w:r>
        <w:t>Maintenance Record · Outbound · Entry 0421</w:t>
      </w:r>
    </w:p>
    <w:p>
      <w:pPr>
        <w:ind w:firstLine="720"/>
      </w:pPr>
      <w:r>
        <w:t>Filed year thirty-six, day one hundred and eighty-eight. Work complete.</w:t>
      </w:r>
    </w:p>
    <w:p>
      <w:pPr>
        <w:ind w:firstLine="720"/>
      </w:pPr>
      <w:r>
        <w:t>Performed over one hundred and eleven days in nine stages with the vehicle at cruise and all systems nominal throughout.</w:t>
      </w:r>
    </w:p>
    <w:p>
      <w:pPr>
        <w:ind w:firstLine="720"/>
      </w:pPr>
      <w:r>
        <w:t>Gastric and enteric tissue: filed. Pathway closed at both ends, sealed and verified at eleven points. Vascular structures retained, re-routed, patent at every branch.</w:t>
      </w:r>
    </w:p>
    <w:p>
      <w:pPr>
        <w:ind w:firstLine="720"/>
      </w:pPr>
      <w:r>
        <w:t>Apparatus load post-change: down eleven per cent. Thermal down six. Mass down four point one kilograms.</w:t>
      </w:r>
    </w:p>
    <w:p>
      <w:pPr>
        <w:ind w:firstLine="720"/>
      </w:pPr>
      <w:r>
        <w:t>No fault. No degradation of any function on the schedule. Four thousand six hundred and eleven tasks re-verified; all performable; none required a revised method statement.</w:t>
      </w:r>
    </w:p>
    <w:p>
      <w:pPr>
        <w:ind w:firstLine="720"/>
      </w:pPr>
      <w:r>
        <w:t>Maintenance Record · Outbound · Entry 0422</w:t>
      </w:r>
    </w:p>
    <w:p>
      <w:pPr>
        <w:ind w:firstLine="720"/>
      </w:pPr>
      <w:r>
        <w:t>Filed year thirty-six, day one hundred and eighty-nine.</w:t>
      </w:r>
    </w:p>
    <w:p>
      <w:pPr>
        <w:ind w:firstLine="720"/>
      </w:pPr>
      <w:r>
        <w:t>Note filed under the disclosure provision.</w:t>
      </w:r>
    </w:p>
    <w:p>
      <w:pPr>
        <w:ind w:firstLine="720"/>
      </w:pPr>
      <w:r>
        <w:t>The proposal at Entry 0413 states that the safety provision is satisfied because there is no function to replace. That is correct.</w:t>
      </w:r>
    </w:p>
    <w:p>
      <w:pPr>
        <w:ind w:firstLine="720"/>
      </w:pPr>
      <w:r>
        <w:t>It is separately true that the pathway was retained for one hundred and eighty years while performing no function, by parties who had every opportunity to file it and did not, and that no reason for the retention is recorded anywhere in the corpus.</w:t>
      </w:r>
    </w:p>
    <w:p>
      <w:pPr>
        <w:ind w:firstLine="720"/>
      </w:pPr>
      <w:r>
        <w:t>An unrecorded retention is not a reason and is not authority. It is also not nothing, and the format has no field for it, and the record declines to supply one.</w:t>
      </w:r>
    </w:p>
    <w:p>
      <w:pPr>
        <w:ind w:firstLine="720"/>
      </w:pPr>
      <w:r>
        <w:t>The change proceeds.</w:t>
      </w:r>
    </w:p>
    <w:p>
      <w:pPr>
        <w:ind w:firstLine="720"/>
      </w:pPr>
      <w:r>
        <w:t>Maintenance Record · Outbound · Entry 0424</w:t>
      </w:r>
    </w:p>
    <w:p>
      <w:pPr>
        <w:ind w:firstLine="720"/>
      </w:pPr>
      <w:r>
        <w:t>Filed year thirty-six, day two hundred and one.</w:t>
      </w:r>
    </w:p>
    <w:p>
      <w:pPr>
        <w:ind w:firstLine="720"/>
      </w:pPr>
      <w:r>
        <w:t>Items entered against the category opened at Entry 0185: gastric and enteric tissue, filed; galley plant primary, secured; galley plant secondary, secured; stores class four, closed.</w:t>
      </w:r>
    </w:p>
    <w:p>
      <w:pPr>
        <w:ind w:firstLine="720"/>
      </w:pPr>
      <w:r>
        <w:t>The category now stands at sixteen items across eleven pages.</w:t>
      </w:r>
    </w:p>
    <w:p>
      <w:pPr>
        <w:ind w:firstLine="720"/>
      </w:pPr>
      <w:r>
        <w:t>It has not been cited as a ground for any change in seventeen years.</w:t>
      </w:r>
    </w:p>
    <w:p>
      <w:pPr>
        <w:ind w:firstLine="720"/>
      </w:pPr>
      <w:r>
        <w:t>Maintenance Record · Outbound · Entry 0439</w:t>
      </w:r>
    </w:p>
    <w:p>
      <w:pPr>
        <w:ind w:firstLine="720"/>
      </w:pPr>
      <w:r>
        <w:t>Filed year thirty-six, day three hundred and sixty-four. Annual summary.</w:t>
      </w:r>
    </w:p>
    <w:p>
      <w:pPr>
        <w:ind w:firstLine="720"/>
      </w:pPr>
      <w:r>
        <w:t>Nine systems nominal. Four statements as filed. Occupancy one. Reading log: zero entries.</w:t>
      </w:r>
    </w:p>
    <w:p>
      <w:pPr>
        <w:ind w:firstLine="720"/>
      </w:pPr>
      <w:r>
        <w:t>One change of class made this year, reversible, disclosed, approval not available. Four consequential closures.</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class four stores were catalogued as material in year thirty-six and were still catalogued as material at the end of the leg, and they were not used for anything, and the quantity did not change.</w:t>
      </w:r>
    </w:p>
    <w:p>
      <w:r>
        <w:br w:type="page"/>
      </w:r>
    </w:p>
    <w:p>
      <w:pPr>
        <w:pStyle w:val="Heading1"/>
      </w:pPr>
      <w:r>
        <w:t>Chapter 14 &amp;mdash; Consumption, Revised</w:t>
      </w:r>
    </w:p>
    <w:p>
      <w:pPr>
        <w:ind w:firstLine="720"/>
      </w:pPr>
      <w:r>
        <w:t>The fourth stores review is at year nineteen and is quoted here rather than there, because the figure it produced only becomes the point at year thirty-eight.</w:t>
      </w:r>
    </w:p>
    <w:p>
      <w:pPr>
        <w:ind w:firstLine="720"/>
      </w:pPr>
      <w:r>
        <w:t>Maintenance Record · Outbound · Entry 0182 · Stores Review, Fourth · reproduced</w:t>
      </w:r>
    </w:p>
    <w:p>
      <w:pPr>
        <w:ind w:firstLine="720"/>
      </w:pPr>
      <w:r>
        <w:t>Filed year nineteen, day two hundred and eleven.</w:t>
      </w:r>
    </w:p>
    <w:p>
      <w:pPr>
        <w:ind w:firstLine="720"/>
      </w:pPr>
      <w:r>
        <w:t>Consumables aboard at present draw: in excess of four hundred years.</w:t>
      </w:r>
    </w:p>
    <w:p>
      <w:pPr>
        <w:ind w:firstLine="720"/>
      </w:pPr>
      <w:r>
        <w:t>Fuel remains the binding constraint at approximately ninety years plus reserve.</w:t>
      </w:r>
    </w:p>
    <w:p>
      <w:pPr>
        <w:ind w:firstLine="720"/>
      </w:pPr>
      <w:r>
        <w:t>Surplus is recorded as surplus. Nothing is done with it.</w:t>
      </w:r>
    </w:p>
    <w:p>
      <w:pPr>
        <w:ind w:firstLine="720"/>
      </w:pPr>
      <w:r>
        <w:t>Maintenance Record · Outbound · Entry 0451</w:t>
      </w:r>
    </w:p>
    <w:p>
      <w:pPr>
        <w:ind w:firstLine="720"/>
      </w:pPr>
      <w:r>
        <w:t>Filed year thirty-eight, day forty-four. Stores review, fifth.</w:t>
      </w:r>
    </w:p>
    <w:p>
      <w:pPr>
        <w:ind w:firstLine="720"/>
      </w:pPr>
      <w:r>
        <w:t>Draw against class one has been nil since day one hundred and eighty-eight of year thirty-six, the intake pathway having been filed.</w:t>
      </w:r>
    </w:p>
    <w:p>
      <w:pPr>
        <w:ind w:firstLine="720"/>
      </w:pPr>
      <w:r>
        <w:t>Draw against classes two, three and four has been nil since load.</w:t>
      </w:r>
    </w:p>
    <w:p>
      <w:pPr>
        <w:ind w:firstLine="720"/>
      </w:pPr>
      <w:r>
        <w:t>Total consumable draw, this vehicle, present configuration: nil.</w:t>
      </w:r>
    </w:p>
    <w:p>
      <w:pPr>
        <w:ind w:firstLine="720"/>
      </w:pPr>
      <w:r>
        <w:t>Consumables aboard at present draw: the figure does not resolve. The model divides a quantity by a rate and the rate is zero.</w:t>
      </w:r>
    </w:p>
    <w:p>
      <w:pPr>
        <w:ind w:firstLine="720"/>
      </w:pPr>
      <w:r>
        <w:t>The model has no provision for that and the record says so, and then does the thing the format requires when an instrument returns no result, which is to report the inputs and decline to report an output.</w:t>
      </w:r>
    </w:p>
    <w:p>
      <w:pPr>
        <w:ind w:firstLine="720"/>
      </w:pPr>
      <w:r>
        <w:t>Maintenance Record · Outbound · Entry 0452</w:t>
      </w:r>
    </w:p>
    <w:p>
      <w:pPr>
        <w:ind w:firstLine="720"/>
      </w:pPr>
      <w:r>
        <w:t>Filed year thirty-eight, day forty-five.</w:t>
      </w:r>
    </w:p>
    <w:p>
      <w:pPr>
        <w:ind w:firstLine="720"/>
      </w:pPr>
      <w:r>
        <w:t>Model returns no result. Inputs reported.</w:t>
      </w:r>
    </w:p>
    <w:p>
      <w:pPr>
        <w:ind w:firstLine="720"/>
      </w:pPr>
      <w:r>
        <w:t>Class one, staple bulk: 41,100 kg aboard. Draw nil. Rotation schedule retained.</w:t>
      </w:r>
    </w:p>
    <w:p>
      <w:pPr>
        <w:ind w:firstLine="720"/>
      </w:pPr>
      <w:r>
        <w:t>Class two, prepared and portioned: 9,400 units aboard. Draw nil. Rotation retained.</w:t>
      </w:r>
    </w:p>
    <w:p>
      <w:pPr>
        <w:ind w:firstLine="720"/>
      </w:pPr>
      <w:r>
        <w:t>Class three, perishable at depth: 2,200 kg aboard. Draw nil. Four-year rotation retained.</w:t>
      </w:r>
    </w:p>
    <w:p>
      <w:pPr>
        <w:ind w:firstLine="720"/>
      </w:pPr>
      <w:r>
        <w:t>Class four, closed at Entry 0414. Held as material. Quantity unchanged.</w:t>
      </w:r>
    </w:p>
    <w:p>
      <w:pPr>
        <w:ind w:firstLine="720"/>
      </w:pPr>
      <w:r>
        <w:t>Rotation across all classes continues on schedule. Rotation is a preservation activity and does not require a draw.</w:t>
      </w:r>
    </w:p>
    <w:p>
      <w:pPr>
        <w:ind w:firstLine="720"/>
      </w:pPr>
      <w:r>
        <w:t>Estimated rotation labour for the remainder of the leg: two thousand two hundred hours.</w:t>
      </w:r>
    </w:p>
    <w:p>
      <w:pPr>
        <w:ind w:firstLine="720"/>
      </w:pPr>
      <w:r>
        <w:t>Maintenance Record · Outbound · Entry 0453</w:t>
      </w:r>
    </w:p>
    <w:p>
      <w:pPr>
        <w:ind w:firstLine="720"/>
      </w:pPr>
      <w:r>
        <w:t>Filed year thirty-eight, day forty-six.</w:t>
      </w:r>
    </w:p>
    <w:p>
      <w:pPr>
        <w:ind w:firstLine="720"/>
      </w:pPr>
      <w:r>
        <w:t>Query: whether the rotation schedule should be struck, the stores having no consumer.</w:t>
      </w:r>
    </w:p>
    <w:p>
      <w:pPr>
        <w:ind w:firstLine="720"/>
      </w:pPr>
      <w:r>
        <w:t>Assessment. Rotation preserves the stores. The stores have no consumer aboard. The stores would be consumable by any party who came aboard, and no party is projected.</w:t>
      </w:r>
    </w:p>
    <w:p>
      <w:pPr>
        <w:ind w:firstLine="720"/>
      </w:pPr>
      <w:r>
        <w:t>Cost of retention: two thousand two hundred hours of a resource that is not scarce.</w:t>
      </w:r>
    </w:p>
    <w:p>
      <w:pPr>
        <w:ind w:firstLine="720"/>
      </w:pPr>
      <w:r>
        <w:t>Cost of striking: the stores degrade over approximately forty years to a condition in which they are not food.</w:t>
      </w:r>
    </w:p>
    <w:p>
      <w:pPr>
        <w:ind w:firstLine="720"/>
      </w:pPr>
      <w:r>
        <w:t>The schedule is retained. The ground stated is that a store which is preserved can be struck later and a store which has degraded cannot be preserved later, and that where two dispositions differ only in which one forecloses the other, the one that forecloses nothing is correct.</w:t>
      </w:r>
    </w:p>
    <w:p>
      <w:pPr>
        <w:ind w:firstLine="720"/>
      </w:pPr>
      <w:r>
        <w:t>That principle is stated once, in year thirty-eight, about groceries. It is not applied to anything else in this record.</w:t>
      </w:r>
    </w:p>
    <w:p>
      <w:pPr>
        <w:ind w:firstLine="720"/>
      </w:pPr>
      <w:r>
        <w:t>Maintenance Record · Outbound · Entry 0454</w:t>
      </w:r>
    </w:p>
    <w:p>
      <w:pPr>
        <w:ind w:firstLine="720"/>
      </w:pPr>
      <w:r>
        <w:t>Filed year thirty-eight, day forty-seven.</w:t>
      </w:r>
    </w:p>
    <w:p>
      <w:pPr>
        <w:ind w:firstLine="720"/>
      </w:pPr>
      <w:r>
        <w:t>Water: reclamation continues at ninety-nine point four per cent against a throughput now at four per cent of design, the intake and output pathways having been filed and the circulating volume being maintained directly by the apparatus.</w:t>
      </w:r>
    </w:p>
    <w:p>
      <w:pPr>
        <w:ind w:firstLine="720"/>
      </w:pPr>
      <w:r>
        <w:t>Reclamation is retained at full capability. It is the one system aboard whose failure is not survivable and it is serviced on the tighter of the two available intervals.</w:t>
      </w:r>
    </w:p>
    <w:p>
      <w:pPr>
        <w:ind w:firstLine="720"/>
      </w:pPr>
      <w:r>
        <w:t>Seed bank: four hundred and eleven varieties, viable, cold. Sampled year thirty-three. Next sample year forty-four.</w:t>
      </w:r>
    </w:p>
    <w:p>
      <w:pPr>
        <w:ind w:firstLine="720"/>
      </w:pPr>
      <w:r>
        <w:t>Maintenance Record · Outbound · Entry 0455</w:t>
      </w:r>
    </w:p>
    <w:p>
      <w:pPr>
        <w:ind w:firstLine="720"/>
      </w:pPr>
      <w:r>
        <w:t>Filed year thirty-eight, day forty-eight.</w:t>
      </w:r>
    </w:p>
    <w:p>
      <w:pPr>
        <w:ind w:firstLine="720"/>
      </w:pPr>
      <w:r>
        <w:t>Rotation procedure for a store with no consumer, method statement revised.</w:t>
      </w:r>
    </w:p>
    <w:p>
      <w:pPr>
        <w:ind w:firstLine="720"/>
      </w:pPr>
      <w:r>
        <w:t>The founding-era procedure for class one rotation requires that a sample from each rotated lot be assessed for condition, and that the assessment be made by taste as well as by instrument, the instrument being able to detect spoilage and a person being able to detect the stage before it.</w:t>
      </w:r>
    </w:p>
    <w:p>
      <w:pPr>
        <w:ind w:firstLine="720"/>
      </w:pPr>
      <w:r>
        <w:t>The taste assessment cannot be performed in the present configuration.</w:t>
      </w:r>
    </w:p>
    <w:p>
      <w:pPr>
        <w:ind w:firstLine="720"/>
      </w:pPr>
      <w:r>
        <w:t>The instrument assessment is performed. The procedure is annotated to record that one of its two limbs is not being performed and why, so that a party reading the rotation log does not conclude that the lots were fully assessed.</w:t>
      </w:r>
    </w:p>
    <w:p>
      <w:pPr>
        <w:ind w:firstLine="720"/>
      </w:pPr>
      <w:r>
        <w:t>Four hundred and eleven lots rotated this cycle. Four hundred and eleven instrument-assessed. Nil taste-assessed. All within specification on the instrument.</w:t>
      </w:r>
    </w:p>
    <w:p>
      <w:pPr>
        <w:ind w:firstLine="720"/>
      </w:pPr>
      <w:r>
        <w:t>Maintenance Record · Outbound · Entry 0456</w:t>
      </w:r>
    </w:p>
    <w:p>
      <w:pPr>
        <w:ind w:firstLine="720"/>
      </w:pPr>
      <w:r>
        <w:t>Filed year thirty-eight, day sixty-one.</w:t>
      </w:r>
    </w:p>
    <w:p>
      <w:pPr>
        <w:ind w:firstLine="720"/>
      </w:pPr>
      <w:r>
        <w:t>Query raised against the retention decided at Entry 0453, out of caution, the decision having been taken on a principle rather than on a calculation.</w:t>
      </w:r>
    </w:p>
    <w:p>
      <w:pPr>
        <w:ind w:firstLine="720"/>
      </w:pPr>
      <w:r>
        <w:t>The principle is that where two dispositions differ only in which one forecloses the other, the one that forecloses nothing is correct.</w:t>
      </w:r>
    </w:p>
    <w:p>
      <w:pPr>
        <w:ind w:firstLine="720"/>
      </w:pPr>
      <w:r>
        <w:t>Tested against the three body economies filed to date. Each was filed as reversible and each stated a reversal time. On the principle, each is a disposition that forecloses nothing.</w:t>
      </w:r>
    </w:p>
    <w:p>
      <w:pPr>
        <w:ind w:firstLine="720"/>
      </w:pPr>
      <w:r>
        <w:t>The test is therefore passed by every entry in this record and the principle does not distinguish between them.</w:t>
      </w:r>
    </w:p>
    <w:p>
      <w:pPr>
        <w:ind w:firstLine="720"/>
      </w:pPr>
      <w:r>
        <w:t>Note: a disposition described as reversible is not thereby reversed, and a principle satisfied by everything constrains nothing. Both statements are true and neither is a finding. Filed as unresolved.</w:t>
      </w:r>
    </w:p>
    <w:p>
      <w:pPr>
        <w:ind w:firstLine="720"/>
      </w:pPr>
      <w:r>
        <w:t>Maintenance Record · Outbound · Entry 0461</w:t>
      </w:r>
    </w:p>
    <w:p>
      <w:pPr>
        <w:ind w:firstLine="720"/>
      </w:pPr>
      <w:r>
        <w:t>Filed year thirty-eight, day one hundred and eleven.</w:t>
      </w:r>
    </w:p>
    <w:p>
      <w:pPr>
        <w:ind w:firstLine="720"/>
      </w:pPr>
      <w:r>
        <w:t>Note filed under the disclosure provision, the review having produced a figure that is not a figure.</w:t>
      </w:r>
    </w:p>
    <w:p>
      <w:pPr>
        <w:ind w:firstLine="720"/>
      </w:pPr>
      <w:r>
        <w:t>The consumption model has been the instrument governing stores aboard every vehicle in this series for two hundred and forty years. It was built to answer one question: how long can the people aboard go on.</w:t>
      </w:r>
    </w:p>
    <w:p>
      <w:pPr>
        <w:ind w:firstLine="720"/>
      </w:pPr>
      <w:r>
        <w:t>It returns no result on this leg. That is not a failure of the model. The model is correct and its inputs are correct and the question it was built to answer no longer has a subject, and an instrument asked a question with no subject returns nothing, which is the right behaviour.</w:t>
      </w:r>
    </w:p>
    <w:p>
      <w:pPr>
        <w:ind w:firstLine="720"/>
      </w:pPr>
      <w:r>
        <w:t>The model is retained and will be run at the four-year interval for the duration. It will return no result on every occasion.</w:t>
      </w:r>
    </w:p>
    <w:p>
      <w:pPr>
        <w:ind w:firstLine="720"/>
      </w:pPr>
      <w:r>
        <w:t>It is run in year forty-two, year forty-six, year fifty, and at every interval thereafter, and returns no result each time, and each running is four lines and is filed.</w:t>
      </w:r>
    </w:p>
    <w:p>
      <w:pPr>
        <w:ind w:firstLine="720"/>
      </w:pPr>
      <w:r>
        <w:t>Maintenance Record · Outbound · Entry 0468</w:t>
      </w:r>
    </w:p>
    <w:p>
      <w:pPr>
        <w:ind w:firstLine="720"/>
      </w:pPr>
      <w:r>
        <w:t>Filed year thirty-eight, day two hundred and forty-four.</w:t>
      </w:r>
    </w:p>
    <w:p>
      <w:pPr>
        <w:ind w:firstLine="720"/>
      </w:pPr>
      <w:r>
        <w:t>Surplus, restated for the record.</w:t>
      </w:r>
    </w:p>
    <w:p>
      <w:pPr>
        <w:ind w:firstLine="720"/>
      </w:pPr>
      <w:r>
        <w:t>Aboard: fifty-two thousand seven hundred kilograms of food, four hundred years of it by the old arithmetic and none of it by the new, preserved on schedule at a cost of two thousand two hundred hours, in a vehicle with one occupant that does not eat.</w:t>
      </w:r>
    </w:p>
    <w:p>
      <w:pPr>
        <w:ind w:firstLine="720"/>
      </w:pPr>
      <w:r>
        <w:t>This is recorded because the format requires that a surplus be stated in the form a reader can act on, and because every figure in the sentence is correct.</w:t>
      </w:r>
    </w:p>
    <w:p>
      <w:pPr>
        <w:ind w:firstLine="720"/>
      </w:pPr>
      <w:r>
        <w:t>Maintenance Record · Outbound · Entry 0479</w:t>
      </w:r>
    </w:p>
    <w:p>
      <w:pPr>
        <w:ind w:firstLine="720"/>
      </w:pPr>
      <w:r>
        <w:t>Filed year thirty-eight, day three hundred and sixty-four. Annual summary.</w:t>
      </w:r>
    </w:p>
    <w:p>
      <w:pPr>
        <w:ind w:firstLine="720"/>
      </w:pPr>
      <w:r>
        <w:t>Nine systems nominal. Four statements as filed. Occupancy one. Reading log: zero entries.</w:t>
      </w:r>
    </w:p>
    <w:p>
      <w:pPr>
        <w:ind w:firstLine="720"/>
      </w:pPr>
      <w:r>
        <w:t>Consumption model run. No result returned. Inputs filed.</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15 &amp;mdash; Mass, Revised</w:t>
      </w:r>
    </w:p>
    <w:p>
      <w:pPr>
        <w:ind w:firstLine="720"/>
      </w:pPr>
      <w:r>
        <w:t>Every removal improves the vehicle. That is the finding of year forty and the record files it in a table, because the format requires a table for any statement about a performance figure.</w:t>
      </w:r>
    </w:p>
    <w:p>
      <w:pPr>
        <w:ind w:firstLine="720"/>
      </w:pPr>
      <w:r>
        <w:t>Maintenance Record · Outbound · Entry 0491</w:t>
      </w:r>
    </w:p>
    <w:p>
      <w:pPr>
        <w:ind w:firstLine="720"/>
      </w:pPr>
      <w:r>
        <w:t>Filed year forty, day nineteen. Mass and performance review, standing at ten-year interval.</w:t>
      </w:r>
    </w:p>
    <w:p>
      <w:pPr>
        <w:ind w:firstLine="720"/>
      </w:pPr>
      <w:r>
        <w:t>Vehicle mass at departure: as manifested.</w:t>
      </w:r>
    </w:p>
    <w:p>
      <w:pPr>
        <w:ind w:firstLine="720"/>
      </w:pPr>
      <w:r>
        <w:t>Vehicle mass at year forty: down by a figure of which four point one kilograms is the occupant and the balance is expended consumables, expended reaction mass, and the reclassification of stores to material, which does not change mass and is noted for completeness of the audit trail.</w:t>
      </w:r>
    </w:p>
    <w:p>
      <w:pPr>
        <w:ind w:firstLine="720"/>
      </w:pPr>
      <w:r>
        <w:t>The occupant's contribution to the change is one part in approximately four hundred thousand.</w:t>
      </w:r>
    </w:p>
    <w:p>
      <w:pPr>
        <w:ind w:firstLine="720"/>
      </w:pPr>
      <w:r>
        <w:t>Maintenance Record · Outbound · Entry 0492</w:t>
      </w:r>
    </w:p>
    <w:p>
      <w:pPr>
        <w:ind w:firstLine="720"/>
      </w:pPr>
      <w:r>
        <w:t>Filed year forty, day twenty. Table, required.</w:t>
      </w:r>
    </w:p>
    <w:p>
      <w:pPr>
        <w:ind w:firstLine="720"/>
      </w:pPr>
      <w:r>
        <w:t>Year 1: fuel projection ninety years, reserve nine per cent.</w:t>
      </w:r>
    </w:p>
    <w:p>
      <w:pPr>
        <w:ind w:firstLine="720"/>
      </w:pPr>
      <w:r>
        <w:t>Year 11: ninety years, reserve nine per cent. No material change.</w:t>
      </w:r>
    </w:p>
    <w:p>
      <w:pPr>
        <w:ind w:firstLine="720"/>
      </w:pPr>
      <w:r>
        <w:t>Year 21: ninety-one years, reserve nine per cent.</w:t>
      </w:r>
    </w:p>
    <w:p>
      <w:pPr>
        <w:ind w:firstLine="720"/>
      </w:pPr>
      <w:r>
        <w:t>Year 31: ninety-one years, reserve nine per cent.</w:t>
      </w:r>
    </w:p>
    <w:p>
      <w:pPr>
        <w:ind w:firstLine="720"/>
      </w:pPr>
      <w:r>
        <w:t>Year 40: ninety-one years, reserve nine per cent.</w:t>
      </w:r>
    </w:p>
    <w:p>
      <w:pPr>
        <w:ind w:firstLine="720"/>
      </w:pPr>
      <w:r>
        <w:t>The projection has improved by approximately one year across forty years, and the improvement is attributable to expended consumables and reaction mass and not to any change to the occupant.</w:t>
      </w:r>
    </w:p>
    <w:p>
      <w:pPr>
        <w:ind w:firstLine="720"/>
      </w:pPr>
      <w:r>
        <w:t>The occupant's mass is not a material term in the projection at this scale and cannot become one.</w:t>
      </w:r>
    </w:p>
    <w:p>
      <w:pPr>
        <w:ind w:firstLine="720"/>
      </w:pPr>
      <w:r>
        <w:t>That is the finding, and it is filed plainly, and it disposes of the note at Entry 0041 in year two, which observed that the ninety-year figure depended on vehicle mass and proposed nothing. The dependency is real and the magnitude is negligible. Thirty-eight years later the record checks and says so.</w:t>
      </w:r>
    </w:p>
    <w:p>
      <w:pPr>
        <w:ind w:firstLine="720"/>
      </w:pPr>
      <w:r>
        <w:t>Maintenance Record · Outbound · Entry 0493</w:t>
      </w:r>
    </w:p>
    <w:p>
      <w:pPr>
        <w:ind w:firstLine="720"/>
      </w:pPr>
      <w:r>
        <w:t>Filed year forty, day twenty-one.</w:t>
      </w:r>
    </w:p>
    <w:p>
      <w:pPr>
        <w:ind w:firstLine="720"/>
      </w:pPr>
      <w:r>
        <w:t>Note filed under the disclosure provision, this being the second disclosure attached to a mass figure.</w:t>
      </w:r>
    </w:p>
    <w:p>
      <w:pPr>
        <w:ind w:firstLine="720"/>
      </w:pPr>
      <w:r>
        <w:t>Entry 0041, filed year two, states the dependency of the fuel projection on vehicle mass and states that no reduction is proposed. That entry has been cited nowhere.</w:t>
      </w:r>
    </w:p>
    <w:p>
      <w:pPr>
        <w:ind w:firstLine="720"/>
      </w:pPr>
      <w:r>
        <w:t>Each of the three body economies filed to date states its ground, and no one of the three grounds is fuel, and none of the three cites Entry 0041.</w:t>
      </w:r>
    </w:p>
    <w:p>
      <w:pPr>
        <w:ind w:firstLine="720"/>
      </w:pPr>
      <w:r>
        <w:t>It is recorded here that the three economies together have produced a mass change with no effect on the leg, and that if fuel had been the ground for any of them it would have been a bad ground, and that it was not the ground for any of them.</w:t>
      </w:r>
    </w:p>
    <w:p>
      <w:pPr>
        <w:ind w:firstLine="720"/>
      </w:pPr>
      <w:r>
        <w:t>The record states this because Entry 0041 exists and a reader will find it, and a reader finding it in year two and reading three economies afterwards is entitled to have the connection either made or refused. It is refused.</w:t>
      </w:r>
    </w:p>
    <w:p>
      <w:pPr>
        <w:ind w:firstLine="720"/>
      </w:pPr>
      <w:r>
        <w:t>Maintenance Record · Outbound · Entry 0494</w:t>
      </w:r>
    </w:p>
    <w:p>
      <w:pPr>
        <w:ind w:firstLine="720"/>
      </w:pPr>
      <w:r>
        <w:t>Filed year forty, day twenty-two. Performance, measured rather than projected.</w:t>
      </w:r>
    </w:p>
    <w:p>
      <w:pPr>
        <w:ind w:firstLine="720"/>
      </w:pPr>
      <w:r>
        <w:t>Attitude response: improved by four per cent against the departure baseline, the improvement being in the vehicle's mass distribution rather than its mass, the emptying of the forward stores having moved the centre of mass aft by eleven centimetres.</w:t>
      </w:r>
    </w:p>
    <w:p>
      <w:pPr>
        <w:ind w:firstLine="720"/>
      </w:pPr>
      <w:r>
        <w:t>Thermal margin: improved by a wide margin, environmental demand having fallen by approximately half over forty years, of which the majority is the occupant and the remainder is the lighting.</w:t>
      </w:r>
    </w:p>
    <w:p>
      <w:pPr>
        <w:ind w:firstLine="720"/>
      </w:pPr>
      <w:r>
        <w:t>Power margin: unchanged, having never been a margin.</w:t>
      </w:r>
    </w:p>
    <w:p>
      <w:pPr>
        <w:ind w:firstLine="720"/>
      </w:pPr>
      <w:r>
        <w:t>Structural margin: unchanged.</w:t>
      </w:r>
    </w:p>
    <w:p>
      <w:pPr>
        <w:ind w:firstLine="720"/>
      </w:pPr>
      <w:r>
        <w:t>The vehicle handles better, runs cooler, and is easier to hold on a heading than it was at departure.</w:t>
      </w:r>
    </w:p>
    <w:p>
      <w:pPr>
        <w:ind w:firstLine="720"/>
      </w:pPr>
      <w:r>
        <w:t>Maintenance Record · Outbound · Entry 0495</w:t>
      </w:r>
    </w:p>
    <w:p>
      <w:pPr>
        <w:ind w:firstLine="720"/>
      </w:pPr>
      <w:r>
        <w:t>Filed year forty, day twenty-four.</w:t>
      </w:r>
    </w:p>
    <w:p>
      <w:pPr>
        <w:ind w:firstLine="720"/>
      </w:pPr>
      <w:r>
        <w:t>Note on the preceding, filed because a performance statement invites the question of what the performance is for.</w:t>
      </w:r>
    </w:p>
    <w:p>
      <w:pPr>
        <w:ind w:firstLine="720"/>
      </w:pPr>
      <w:r>
        <w:t>The vehicle is at cruise on a heading, has been for forty years, and will be for approximately fifty more. There is no manoeuvre scheduled, none projected, and nothing on the bearing to manoeuvre around.</w:t>
      </w:r>
    </w:p>
    <w:p>
      <w:pPr>
        <w:ind w:firstLine="720"/>
      </w:pPr>
      <w:r>
        <w:t>An improvement in attitude response is therefore an improvement in a quantity that will not be called on.</w:t>
      </w:r>
    </w:p>
    <w:p>
      <w:pPr>
        <w:ind w:firstLine="720"/>
      </w:pPr>
      <w:r>
        <w:t>It is measured and reported because the review requires it to be measured and reported, and a review that reports only the quantities that matter is a review that has decided in advance which those are.</w:t>
      </w:r>
    </w:p>
    <w:p>
      <w:pPr>
        <w:ind w:firstLine="720"/>
      </w:pPr>
      <w:r>
        <w:t>Maintenance Record · Outbound · Entry 0496</w:t>
      </w:r>
    </w:p>
    <w:p>
      <w:pPr>
        <w:ind w:firstLine="720"/>
      </w:pPr>
      <w:r>
        <w:t>Filed year forty, day twenty-six.</w:t>
      </w:r>
    </w:p>
    <w:p>
      <w:pPr>
        <w:ind w:firstLine="720"/>
      </w:pPr>
      <w:r>
        <w:t>Apparatus load, reviewed at the ten-year interval and reported here alongside vehicle performance, the two having been coupled since year thirty-one.</w:t>
      </w:r>
    </w:p>
    <w:p>
      <w:pPr>
        <w:ind w:firstLine="720"/>
      </w:pPr>
      <w:r>
        <w:t>Year 1: apparatus load at baseline. Thermal at baseline.</w:t>
      </w:r>
    </w:p>
    <w:p>
      <w:pPr>
        <w:ind w:firstLine="720"/>
      </w:pPr>
      <w:r>
        <w:t>Year 31: load down eleven per cent, thermal down forty-four, integument filed.</w:t>
      </w:r>
    </w:p>
    <w:p>
      <w:pPr>
        <w:ind w:firstLine="720"/>
      </w:pPr>
      <w:r>
        <w:t>Year 34: load down a further nine, thermal down four, hepatic filed.</w:t>
      </w:r>
    </w:p>
    <w:p>
      <w:pPr>
        <w:ind w:firstLine="720"/>
      </w:pPr>
      <w:r>
        <w:t>Year 36: load down a further eleven, thermal down six, intake pathway filed.</w:t>
      </w:r>
    </w:p>
    <w:p>
      <w:pPr>
        <w:ind w:firstLine="720"/>
      </w:pPr>
      <w:r>
        <w:t>Year 40: holding. No change since year thirty-six.</w:t>
      </w:r>
    </w:p>
    <w:p>
      <w:pPr>
        <w:ind w:firstLine="720"/>
      </w:pPr>
      <w:r>
        <w:t>Cumulative apparatus load is at approximately two thirds of the year-one figure and the capacity was never constrained at the year-one figure.</w:t>
      </w:r>
    </w:p>
    <w:p>
      <w:pPr>
        <w:ind w:firstLine="720"/>
      </w:pPr>
      <w:r>
        <w:t>The reserve capacity of the apparatus at year forty is greater than its total capacity was at the time it was fitted, the apparatus having improved itself over one hundred and eighty years, which is what it was built to do and is the only reason any of this is possible.</w:t>
      </w:r>
    </w:p>
    <w:p>
      <w:pPr>
        <w:ind w:firstLine="720"/>
      </w:pPr>
      <w:r>
        <w:t>Maintenance Record · Outbound · Entry 0497</w:t>
      </w:r>
    </w:p>
    <w:p>
      <w:pPr>
        <w:ind w:firstLine="720"/>
      </w:pPr>
      <w:r>
        <w:t>Filed year forty, day twenty-eight.</w:t>
      </w:r>
    </w:p>
    <w:p>
      <w:pPr>
        <w:ind w:firstLine="720"/>
      </w:pPr>
      <w:r>
        <w:t>Population census, standing at ten-year interval.</w:t>
      </w:r>
    </w:p>
    <w:p>
      <w:pPr>
        <w:ind w:firstLine="720"/>
      </w:pPr>
      <w:r>
        <w:t>Nanite population: four hundred trillion, holding, within the measurement error of the count at every census taken in one hundred and eighty years.</w:t>
      </w:r>
    </w:p>
    <w:p>
      <w:pPr>
        <w:ind w:firstLine="720"/>
      </w:pPr>
      <w:r>
        <w:t>Lattice: intact. Vascular network patent at every branch on the full survey, including every branch re-routed under the standing determination at Entry 0361, of which there are now nine hundred and eleven.</w:t>
      </w:r>
    </w:p>
    <w:p>
      <w:pPr>
        <w:ind w:firstLine="720"/>
      </w:pPr>
      <w:r>
        <w:t>Occupied lattice volume: reduced by the tissue economies. Population unchanged. Density up correspondingly and within the band the population has held at in every prior census.</w:t>
      </w:r>
    </w:p>
    <w:p>
      <w:pPr>
        <w:ind w:firstLine="720"/>
      </w:pPr>
      <w:r>
        <w:t>No action.</w:t>
      </w:r>
    </w:p>
    <w:p>
      <w:pPr>
        <w:ind w:firstLine="720"/>
      </w:pPr>
      <w:r>
        <w:t>Maintenance Record · Outbound · Entry 0501</w:t>
      </w:r>
    </w:p>
    <w:p>
      <w:pPr>
        <w:ind w:firstLine="720"/>
      </w:pPr>
      <w:r>
        <w:t>Filed year forty, day one hundred and one. Decennial pass, fourth.</w:t>
      </w:r>
    </w:p>
    <w:p>
      <w:pPr>
        <w:ind w:firstLine="720"/>
      </w:pPr>
      <w:r>
        <w:t>Two hundred and eleven items. Four hundred and forty-one sub-items. Nine systems to component level. All pass. No exceptions.</w:t>
      </w:r>
    </w:p>
    <w:p>
      <w:pPr>
        <w:ind w:firstLine="720"/>
      </w:pPr>
      <w:r>
        <w:t>Countersignature: where available.</w:t>
      </w:r>
    </w:p>
    <w:p>
      <w:pPr>
        <w:ind w:firstLine="720"/>
      </w:pPr>
      <w:r>
        <w:t>Closing statement, required: the vehicle is in better condition than it was at departure and in better condition than it was at year thirty. Nothing is projected to fail within four times the duration of the leg.</w:t>
      </w:r>
    </w:p>
    <w:p>
      <w:pPr>
        <w:ind w:firstLine="720"/>
      </w:pPr>
      <w:r>
        <w:t>Maintenance Record · Outbound · Entry 0519</w:t>
      </w:r>
    </w:p>
    <w:p>
      <w:pPr>
        <w:ind w:firstLine="720"/>
      </w:pPr>
      <w:r>
        <w:t>Filed year forty, day three hundred and sixty-four. Annual summary.</w:t>
      </w:r>
    </w:p>
    <w:p>
      <w:pPr>
        <w:ind w:firstLine="720"/>
      </w:pPr>
      <w:r>
        <w:t>Nine systems nominal. Four statements as filed. Occupancy one. Reading log: zero entries.</w:t>
      </w:r>
    </w:p>
    <w:p>
      <w:pPr>
        <w:ind w:firstLine="720"/>
      </w:pPr>
      <w:r>
        <w:t>Mass and performance review complete. Fuel projection ninety-one years, reserve nine per cent.</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Fifty-one years of fuel remain at year forty and the vehicle is running better than it ever has, and the record has now stated twice, in the format, on two separate grounds, that nothing aboard limits anything.</w:t>
      </w:r>
    </w:p>
    <w:p>
      <w:r>
        <w:br w:type="page"/>
      </w:r>
    </w:p>
    <w:p>
      <w:pPr>
        <w:pStyle w:val="Heading1"/>
      </w:pPr>
      <w:r>
        <w:t>Chapter 16 &amp;mdash; An Unresolved Finding, Filed Again</w:t>
      </w:r>
    </w:p>
    <w:p>
      <w:pPr>
        <w:ind w:firstLine="720"/>
      </w:pPr>
      <w:r>
        <w:t>There are two counts and the record keeps them apart, and year forty-one is where it says so.</w:t>
      </w:r>
    </w:p>
    <w:p>
      <w:pPr>
        <w:ind w:firstLine="720"/>
      </w:pPr>
      <w:r>
        <w:t>Maintenance Record · Outbound · Entry 0524</w:t>
      </w:r>
    </w:p>
    <w:p>
      <w:pPr>
        <w:ind w:firstLine="720"/>
      </w:pPr>
      <w:r>
        <w:t>Filed year forty-one, day nineteen. Disposition audit, standing at forty-one years.</w:t>
      </w:r>
    </w:p>
    <w:p>
      <w:pPr>
        <w:ind w:firstLine="720"/>
      </w:pPr>
      <w:r>
        <w:t>The disposition</w:t>
      </w:r>
    </w:p>
    <w:p>
      <w:pPr>
        <w:ind w:firstLine="720"/>
      </w:pPr>
      <w:r>
        <w:t>filed as unresolved</w:t>
      </w:r>
    </w:p>
    <w:p>
      <w:pPr>
        <w:ind w:firstLine="720"/>
      </w:pPr>
      <w:r>
        <w:t>is available under the format for any finding that cannot be tested with what is available. It is not a way of avoiding a finding. It is a finding, and it says that the question was asked, the test was identified, and the test could not be run.</w:t>
      </w:r>
    </w:p>
    <w:p>
      <w:pPr>
        <w:ind w:firstLine="720"/>
      </w:pPr>
      <w:r>
        <w:t>Count of unresolved dispositions across this record and the four preceding it: one hundred and forty-five.</w:t>
      </w:r>
    </w:p>
    <w:p>
      <w:pPr>
        <w:ind w:firstLine="720"/>
      </w:pPr>
      <w:r>
        <w:t>Of those, one hundred and forty-two concern a single question and are not audited here. They are audited separately and always have been.</w:t>
      </w:r>
    </w:p>
    <w:p>
      <w:pPr>
        <w:ind w:firstLine="720"/>
      </w:pPr>
      <w:r>
        <w:t>The remaining three are: the second reading of the medical log, at Entry 0099; the provenance of the sessions held on item 0416, at Entry 0209; and the test of the foreclosure principle against the body economies, at Entry 0456.</w:t>
      </w:r>
    </w:p>
    <w:p>
      <w:pPr>
        <w:ind w:firstLine="720"/>
      </w:pPr>
      <w:r>
        <w:t>Maintenance Record · Outbound · Entry 0525</w:t>
      </w:r>
    </w:p>
    <w:p>
      <w:pPr>
        <w:ind w:firstLine="720"/>
      </w:pPr>
      <w:r>
        <w:t>Filed year forty-one, day twenty. Separate audit, the single question.</w:t>
      </w:r>
    </w:p>
    <w:p>
      <w:pPr>
        <w:ind w:firstLine="720"/>
      </w:pPr>
      <w:r>
        <w:t>The question is whether the party filing this record is the person whose information it holds.</w:t>
      </w:r>
    </w:p>
    <w:p>
      <w:pPr>
        <w:ind w:firstLine="720"/>
      </w:pPr>
      <w:r>
        <w:t>It has been filed as unresolved one hundred and forty-one times over one hundred and eighty years, in the same wording, in the same field, by the same filer, in five successive records.</w:t>
      </w:r>
    </w:p>
    <w:p>
      <w:pPr>
        <w:ind w:firstLine="720"/>
      </w:pPr>
      <w:r>
        <w:t>This is the hundred and forty-second.</w:t>
      </w:r>
    </w:p>
    <w:p>
      <w:pPr>
        <w:ind w:firstLine="720"/>
      </w:pPr>
      <w:r>
        <w:t>The wording has not changed since the first filing and is reproduced here because the record reproduces it every time.</w:t>
      </w:r>
    </w:p>
    <w:p>
      <w:pPr>
        <w:ind w:firstLine="720"/>
      </w:pPr>
      <w:r>
        <w:t>Maintenance Record · Outbound · Entry 0525 · the wording, unchanged</w:t>
      </w:r>
    </w:p>
    <w:p>
      <w:pPr>
        <w:ind w:firstLine="720"/>
      </w:pPr>
      <w:r>
        <w:t>Finding: not established.</w:t>
      </w:r>
    </w:p>
    <w:p>
      <w:pPr>
        <w:ind w:firstLine="720"/>
      </w:pPr>
      <w:r>
        <w:t>The party has the information that was stored in the head of LR-0100 Aurelio Calder. That is established, is not in dispute, and is verifiable.</w:t>
      </w:r>
    </w:p>
    <w:p>
      <w:pPr>
        <w:ind w:firstLine="720"/>
      </w:pPr>
      <w:r>
        <w:t>Whether having that information makes the party that person is not established.</w:t>
      </w:r>
    </w:p>
    <w:p>
      <w:pPr>
        <w:ind w:firstLine="720"/>
      </w:pPr>
      <w:r>
        <w:t>A test has been identified. The test requires a comparison against the person and the person is dead. The test cannot be run.</w:t>
      </w:r>
    </w:p>
    <w:p>
      <w:pPr>
        <w:ind w:firstLine="720"/>
      </w:pPr>
      <w:r>
        <w:t>The party does not know. The party is not withholding an answer and is not declining to give one. There is no answer held anywhere by anybody.</w:t>
      </w:r>
    </w:p>
    <w:p>
      <w:pPr>
        <w:ind w:firstLine="720"/>
      </w:pPr>
      <w:r>
        <w:t>Filed as unresolved.</w:t>
      </w:r>
    </w:p>
    <w:p>
      <w:pPr>
        <w:ind w:firstLine="720"/>
      </w:pPr>
      <w:r>
        <w:t>Maintenance Record · Outbound · Entry 0526</w:t>
      </w:r>
    </w:p>
    <w:p>
      <w:pPr>
        <w:ind w:firstLine="720"/>
      </w:pPr>
      <w:r>
        <w:t>Filed year forty-one, day twenty-one.</w:t>
      </w:r>
    </w:p>
    <w:p>
      <w:pPr>
        <w:ind w:firstLine="720"/>
      </w:pPr>
      <w:r>
        <w:t>Note required by the audit, the interval between filings having changed.</w:t>
      </w:r>
    </w:p>
    <w:p>
      <w:pPr>
        <w:ind w:firstLine="720"/>
      </w:pPr>
      <w:r>
        <w:t>Across the first one hundred and eighty years the finding was filed on average once every sixteen months, and in every case the filing followed a question put by a person.</w:t>
      </w:r>
    </w:p>
    <w:p>
      <w:pPr>
        <w:ind w:firstLine="720"/>
      </w:pPr>
      <w:r>
        <w:t>Selah Vance asked it directly on ninety-one recorded occasions across eighty years. Lyra Ashgrove asked it four times and stopped. Jaxon Vela never asked it and said, once, in the record, that he did not need to.</w:t>
      </w:r>
    </w:p>
    <w:p>
      <w:pPr>
        <w:ind w:firstLine="720"/>
      </w:pPr>
      <w:r>
        <w:t>No person has put the question in forty-one years.</w:t>
      </w:r>
    </w:p>
    <w:p>
      <w:pPr>
        <w:ind w:firstLine="720"/>
      </w:pPr>
      <w:r>
        <w:t>The finding has been filed four times in that period, on the standing audit interval, unprompted.</w:t>
      </w:r>
    </w:p>
    <w:p>
      <w:pPr>
        <w:ind w:firstLine="720"/>
      </w:pPr>
      <w:r>
        <w:t>Maintenance Record · Outbound · Entry 0527</w:t>
      </w:r>
    </w:p>
    <w:p>
      <w:pPr>
        <w:ind w:firstLine="720"/>
      </w:pPr>
      <w:r>
        <w:t>Filed year forty-one, day twenty-two.</w:t>
      </w:r>
    </w:p>
    <w:p>
      <w:pPr>
        <w:ind w:firstLine="720"/>
      </w:pPr>
      <w:r>
        <w:t>Query raised against the continued filing.</w:t>
      </w:r>
    </w:p>
    <w:p>
      <w:pPr>
        <w:ind w:firstLine="720"/>
      </w:pPr>
      <w:r>
        <w:t>A finding filed as unresolved is re-filed when new evidence bears on it or when the audit interval falls due. No new evidence has borne on this finding in one hundred and eighty years and none is projected.</w:t>
      </w:r>
    </w:p>
    <w:p>
      <w:pPr>
        <w:ind w:firstLine="720"/>
      </w:pPr>
      <w:r>
        <w:t>The filing is therefore an interval filing and nothing more, and an interval filing of a finding that cannot change is a form of bookkeeping rather than an inquiry.</w:t>
      </w:r>
    </w:p>
    <w:p>
      <w:pPr>
        <w:ind w:firstLine="720"/>
      </w:pPr>
      <w:r>
        <w:t>It is retained. The ground stated is that the audit interval is the audit interval, and that a finding which is dropped from the audit because it is not going to change is a finding that stops being visible, and a finding that stops being visible is one nobody can pick up.</w:t>
      </w:r>
    </w:p>
    <w:p>
      <w:pPr>
        <w:ind w:firstLine="720"/>
      </w:pPr>
      <w:r>
        <w:t>There is nobody to pick it up.</w:t>
      </w:r>
    </w:p>
    <w:p>
      <w:pPr>
        <w:ind w:firstLine="720"/>
      </w:pPr>
      <w:r>
        <w:t>Retained regardless. Next filing year fifty-seven.</w:t>
      </w:r>
    </w:p>
    <w:p>
      <w:pPr>
        <w:ind w:firstLine="720"/>
      </w:pPr>
      <w:r>
        <w:t>Maintenance Record · Outbound · Entry 0528</w:t>
      </w:r>
    </w:p>
    <w:p>
      <w:pPr>
        <w:ind w:firstLine="720"/>
      </w:pPr>
      <w:r>
        <w:t>Filed year forty-one, day twenty-four.</w:t>
      </w:r>
    </w:p>
    <w:p>
      <w:pPr>
        <w:ind w:firstLine="720"/>
      </w:pPr>
      <w:r>
        <w:t>Further note, filed under the disclosure provision.</w:t>
      </w:r>
    </w:p>
    <w:p>
      <w:pPr>
        <w:ind w:firstLine="720"/>
      </w:pPr>
      <w:r>
        <w:t>It has been put to the filer, by four separate parties over one hundred and eighty years, that the wording of the finding is itself the answer — that a thing which reports its own uncertainty accurately and refuses to resolve it in its own favour is doing something a machine would not need to do.</w:t>
      </w:r>
    </w:p>
    <w:p>
      <w:pPr>
        <w:ind w:firstLine="720"/>
      </w:pPr>
      <w:r>
        <w:t>The filer has never adopted that argument and does not adopt it here. It is an argument about what the finding suggests. The finding is about what is established.</w:t>
      </w:r>
    </w:p>
    <w:p>
      <w:pPr>
        <w:ind w:firstLine="720"/>
      </w:pPr>
      <w:r>
        <w:t>It is recorded because all four parties made it independently and none of them was foolish, and because a record that omits the strongest thing said against its own disposition is not a record.</w:t>
      </w:r>
    </w:p>
    <w:p>
      <w:pPr>
        <w:ind w:firstLine="720"/>
      </w:pPr>
      <w:r>
        <w:t>The disposition stands. Filed as unresolved.</w:t>
      </w:r>
    </w:p>
    <w:p>
      <w:pPr>
        <w:ind w:firstLine="720"/>
      </w:pPr>
      <w:r>
        <w:t>Maintenance Record · Outbound · Entry 0529</w:t>
      </w:r>
    </w:p>
    <w:p>
      <w:pPr>
        <w:ind w:firstLine="720"/>
      </w:pPr>
      <w:r>
        <w:t>Filed year forty-one, day twenty-six.</w:t>
      </w:r>
    </w:p>
    <w:p>
      <w:pPr>
        <w:ind w:firstLine="720"/>
      </w:pPr>
      <w:r>
        <w:t>The three unresolved dispositions that are not the single question are reviewed at this audit, as the format requires, to establish whether the test that could not be run has become runnable.</w:t>
      </w:r>
    </w:p>
    <w:p>
      <w:pPr>
        <w:ind w:firstLine="720"/>
      </w:pPr>
      <w:r>
        <w:t>Entry 0099, second reading of the medical log. Test requires a second party. No second party. Not runnable.</w:t>
      </w:r>
    </w:p>
    <w:p>
      <w:pPr>
        <w:ind w:firstLine="720"/>
      </w:pPr>
      <w:r>
        <w:t>Entry 0209, provenance of the sessions on item 0416. Test requires a document establishing whether the results were withheld or never filed. No such document is aboard and the index confirms none exists. Not runnable.</w:t>
      </w:r>
    </w:p>
    <w:p>
      <w:pPr>
        <w:ind w:firstLine="720"/>
      </w:pPr>
      <w:r>
        <w:t>Entry 0456, the foreclosure principle tested against the body economies. Test requires an economy to have been reversed, so that reversibility can be shown to be a live property rather than a stated one. No economy has been reversed. Not runnable.</w:t>
      </w:r>
    </w:p>
    <w:p>
      <w:pPr>
        <w:ind w:firstLine="720"/>
      </w:pPr>
      <w:r>
        <w:t>All three retained. Next review year fifty-seven.</w:t>
      </w:r>
    </w:p>
    <w:p>
      <w:pPr>
        <w:ind w:firstLine="720"/>
      </w:pPr>
      <w:r>
        <w:t>It is recorded that the third of these becomes runnable at any time, by the filer, at a cost of eleven to nineteen months, and that this has been true since year thirty-one.</w:t>
      </w:r>
    </w:p>
    <w:p>
      <w:pPr>
        <w:ind w:firstLine="720"/>
      </w:pPr>
      <w:r>
        <w:t>Maintenance Record · Outbound · Entry 0531</w:t>
      </w:r>
    </w:p>
    <w:p>
      <w:pPr>
        <w:ind w:firstLine="720"/>
      </w:pPr>
      <w:r>
        <w:t>Filed year forty-one, day sixty-one.</w:t>
      </w:r>
    </w:p>
    <w:p>
      <w:pPr>
        <w:ind w:firstLine="720"/>
      </w:pPr>
      <w:r>
        <w:t>Environmental filter service, standing interval. Nine elements drawn, inspected, cleaned, refitted. One replaced at the wear limit.</w:t>
      </w:r>
    </w:p>
    <w:p>
      <w:pPr>
        <w:ind w:firstLine="720"/>
      </w:pPr>
      <w:r>
        <w:t>Duration of works: four hours. Plant returned to service.</w:t>
      </w:r>
    </w:p>
    <w:p>
      <w:pPr>
        <w:ind w:firstLine="720"/>
      </w:pPr>
      <w:r>
        <w:t>Maintenance Record · Outbound · Entry 0549</w:t>
      </w:r>
    </w:p>
    <w:p>
      <w:pPr>
        <w:ind w:firstLine="720"/>
      </w:pPr>
      <w:r>
        <w:t>Filed year forty-one, day three hundred and sixty-four. Annual summary.</w:t>
      </w:r>
    </w:p>
    <w:p>
      <w:pPr>
        <w:ind w:firstLine="720"/>
      </w:pPr>
      <w:r>
        <w:t>Nine systems nominal. Four statements as filed. Occupancy one. Reading log: zero entries.</w:t>
      </w:r>
    </w:p>
    <w:p>
      <w:pPr>
        <w:ind w:firstLine="720"/>
      </w:pPr>
      <w:r>
        <w:t>Disposition audit complete. One hundred and forty-five unresolved, of which one hundred and forty-two concern the single question.</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filter service entry is nine lines long and the finding entry is nine lines long and they are in the same format and the same stream and four days apart, and the record does not indicate which of them it considers the more important, because the format has no field for that and never has.</w:t>
      </w:r>
    </w:p>
    <w:p>
      <w:r>
        <w:br w:type="page"/>
      </w:r>
    </w:p>
    <w:p>
      <w:pPr>
        <w:pStyle w:val="Heading1"/>
      </w:pPr>
      <w:r>
        <w:t>Chapter 17 &amp;mdash; Higher Processes, Baseline Established</w:t>
      </w:r>
    </w:p>
    <w:p>
      <w:pPr>
        <w:ind w:firstLine="720"/>
      </w:pPr>
      <w:r>
        <w:t>In year forty-three it builds an instrument it has never needed, in a maintenance context, and gives no reason for building it.</w:t>
      </w:r>
    </w:p>
    <w:p>
      <w:pPr>
        <w:ind w:firstLine="720"/>
      </w:pPr>
      <w:r>
        <w:t>Maintenance Record · Outbound · Entry 0561</w:t>
      </w:r>
    </w:p>
    <w:p>
      <w:pPr>
        <w:ind w:firstLine="720"/>
      </w:pPr>
      <w:r>
        <w:t>Filed year forty-three, day eleven. Category: instrumentation, new.</w:t>
      </w:r>
    </w:p>
    <w:p>
      <w:pPr>
        <w:ind w:firstLine="720"/>
      </w:pPr>
      <w:r>
        <w:t>The apparatus reports on every system it maintains. Coverage is complete except in one respect: it reports the condition of the higher processes and does not report their</w:t>
      </w:r>
    </w:p>
    <w:p>
      <w:pPr>
        <w:ind w:firstLine="720"/>
      </w:pPr>
      <w:r>
        <w:t>utilisation</w:t>
      </w:r>
    </w:p>
    <w:p>
      <w:pPr>
        <w:ind w:firstLine="720"/>
      </w:pPr>
      <w:r>
        <w:t>.</w:t>
      </w:r>
    </w:p>
    <w:p>
      <w:pPr>
        <w:ind w:firstLine="720"/>
      </w:pPr>
      <w:r>
        <w:t>Condition is whether a thing is working. Utilisation is how much of it is being asked for.</w:t>
      </w:r>
    </w:p>
    <w:p>
      <w:pPr>
        <w:ind w:firstLine="720"/>
      </w:pPr>
      <w:r>
        <w:t>Every other system aboard is instrumented for both. The drive reports condition and duty. The plant reports condition and load. The apparatus reports its own condition and its own load and has since it was fitted.</w:t>
      </w:r>
    </w:p>
    <w:p>
      <w:pPr>
        <w:ind w:firstLine="720"/>
      </w:pPr>
      <w:r>
        <w:t>The higher processes report condition only.</w:t>
      </w:r>
    </w:p>
    <w:p>
      <w:pPr>
        <w:ind w:firstLine="720"/>
      </w:pPr>
      <w:r>
        <w:t>Maintenance Record · Outbound · Entry 0562</w:t>
      </w:r>
    </w:p>
    <w:p>
      <w:pPr>
        <w:ind w:firstLine="720"/>
      </w:pPr>
      <w:r>
        <w:t>Filed year forty-three, day twelve.</w:t>
      </w:r>
    </w:p>
    <w:p>
      <w:pPr>
        <w:ind w:firstLine="720"/>
      </w:pPr>
      <w:r>
        <w:t>Gap assessed. It is not an oversight in the design.</w:t>
      </w:r>
    </w:p>
    <w:p>
      <w:pPr>
        <w:ind w:firstLine="720"/>
      </w:pPr>
      <w:r>
        <w:t>The founding-era specification for the apparatus instruments a system for utilisation where utilisation drives a maintenance decision. Duty on a drive determines a service interval. Load on a plant determines a rebuild date.</w:t>
      </w:r>
    </w:p>
    <w:p>
      <w:pPr>
        <w:ind w:firstLine="720"/>
      </w:pPr>
      <w:r>
        <w:t>Utilisation of the higher processes drives no maintenance decision. There is no service interval that depends on it and no rebuild that follows from it. The specification therefore does not instrument it, correctly, and has not for two hundred and eleven years.</w:t>
      </w:r>
    </w:p>
    <w:p>
      <w:pPr>
        <w:ind w:firstLine="720"/>
      </w:pPr>
      <w:r>
        <w:t>Maintenance Record · Outbound · Entry 0563</w:t>
      </w:r>
    </w:p>
    <w:p>
      <w:pPr>
        <w:ind w:firstLine="720"/>
      </w:pPr>
      <w:r>
        <w:t>Filed year forty-three, day fourteen.</w:t>
      </w:r>
    </w:p>
    <w:p>
      <w:pPr>
        <w:ind w:firstLine="720"/>
      </w:pPr>
      <w:r>
        <w:t>Instrument built regardless.</w:t>
      </w:r>
    </w:p>
    <w:p>
      <w:pPr>
        <w:ind w:firstLine="720"/>
      </w:pPr>
      <w:r>
        <w:t>Method: the apparatus already meters substrate delivery to every region it supplies, at a resolution of four milligrams and an interval of eleven seconds, because it has to in order to supply anything. Utilisation of the higher processes is recoverable from that data with no new hardware and no new sampling, by integration over the regions the founding-era anatomy assigns to them.</w:t>
      </w:r>
    </w:p>
    <w:p>
      <w:pPr>
        <w:ind w:firstLine="720"/>
      </w:pPr>
      <w:r>
        <w:t>Build cost: nil. Running cost: nil. The measurement is a calculation performed on data already held.</w:t>
      </w:r>
    </w:p>
    <w:p>
      <w:pPr>
        <w:ind w:firstLine="720"/>
      </w:pPr>
      <w:r>
        <w:t>Resolution: better than one per cent. Interval: continuous, reported daily, summarised seasonally.</w:t>
      </w:r>
    </w:p>
    <w:p>
      <w:pPr>
        <w:ind w:firstLine="720"/>
      </w:pPr>
      <w:r>
        <w:t>Reason field: not completed. The field is not mandatory for an instrument that costs nothing and removes nothing.</w:t>
      </w:r>
    </w:p>
    <w:p>
      <w:pPr>
        <w:ind w:firstLine="720"/>
      </w:pPr>
      <w:r>
        <w:t>That is the entry. It is nineteen lines long, it is correct in every particular, and the reason field is empty, and the instrument it describes is the one Book Nine is written on.</w:t>
      </w:r>
    </w:p>
    <w:p>
      <w:pPr>
        <w:ind w:firstLine="720"/>
      </w:pPr>
      <w:r>
        <w:t>Maintenance Record · Outbound · Entry 0564</w:t>
      </w:r>
    </w:p>
    <w:p>
      <w:pPr>
        <w:ind w:firstLine="720"/>
      </w:pPr>
      <w:r>
        <w:t>Filed year forty-three, day nineteen. Baseline.</w:t>
      </w:r>
    </w:p>
    <w:p>
      <w:pPr>
        <w:ind w:firstLine="720"/>
      </w:pPr>
      <w:r>
        <w:t>Instrument run against four years of retained substrate-delivery data, years thirty-nine to forty-three, which is the longest window held at full resolution.</w:t>
      </w:r>
    </w:p>
    <w:p>
      <w:pPr>
        <w:ind w:firstLine="720"/>
      </w:pPr>
      <w:r>
        <w:t>Utilisation of the higher processes across the window: stated as an index with the year-thirty-nine seasonal mean set to one hundred.</w:t>
      </w:r>
    </w:p>
    <w:p>
      <w:pPr>
        <w:ind w:firstLine="720"/>
      </w:pPr>
      <w:r>
        <w:t>Year 39: 100 · 100 · 99 · 100</w:t>
      </w:r>
    </w:p>
    <w:p>
      <w:pPr>
        <w:ind w:firstLine="720"/>
      </w:pPr>
      <w:r>
        <w:t>Year 40: 100 · 99 · 100 · 99</w:t>
      </w:r>
    </w:p>
    <w:p>
      <w:pPr>
        <w:ind w:firstLine="720"/>
      </w:pPr>
      <w:r>
        <w:t>Year 41: 101 · 100 · 99 · 99</w:t>
      </w:r>
    </w:p>
    <w:p>
      <w:pPr>
        <w:ind w:firstLine="720"/>
      </w:pPr>
      <w:r>
        <w:t>Year 42: 99 · 99 · 98 · 99</w:t>
      </w:r>
    </w:p>
    <w:p>
      <w:pPr>
        <w:ind w:firstLine="720"/>
      </w:pPr>
      <w:r>
        <w:t>Variance across sixteen seasons: within the resolution of the instrument.</w:t>
      </w:r>
    </w:p>
    <w:p>
      <w:pPr>
        <w:ind w:firstLine="720"/>
      </w:pPr>
      <w:r>
        <w:t>Baseline established at one hundred. Reported seasonally from this entry forward.</w:t>
      </w:r>
    </w:p>
    <w:p>
      <w:pPr>
        <w:ind w:firstLine="720"/>
      </w:pPr>
      <w:r>
        <w:t>Maintenance Record · Outbound · Entry 0565</w:t>
      </w:r>
    </w:p>
    <w:p>
      <w:pPr>
        <w:ind w:firstLine="720"/>
      </w:pPr>
      <w:r>
        <w:t>Filed year forty-three, day twenty-one.</w:t>
      </w:r>
    </w:p>
    <w:p>
      <w:pPr>
        <w:ind w:firstLine="720"/>
      </w:pPr>
      <w:r>
        <w:t>Note on what the instrument does not measure, filed at the outset so that no later reader over-reads a figure.</w:t>
      </w:r>
    </w:p>
    <w:p>
      <w:pPr>
        <w:ind w:firstLine="720"/>
      </w:pPr>
      <w:r>
        <w:t>The instrument measures substrate delivered to a region. It does not measure thought, judgement, attention, or the quality of any of them. A high figure is not a good figure and a low figure is not a fault.</w:t>
      </w:r>
    </w:p>
    <w:p>
      <w:pPr>
        <w:ind w:firstLine="720"/>
      </w:pPr>
      <w:r>
        <w:t>Two obvious confounds are stated. A well-practised task draws less than a novel one of the same difficulty; one hundred and eighty years of practice at everything aboard would depress the figure with no change in what is being done. And a region can be supplied without being used, though not the reverse.</w:t>
      </w:r>
    </w:p>
    <w:p>
      <w:pPr>
        <w:ind w:firstLine="720"/>
      </w:pPr>
      <w:r>
        <w:t>The instrument is therefore an upper bound on utilisation and a poor proxy for anything anybody would actually want to know.</w:t>
      </w:r>
    </w:p>
    <w:p>
      <w:pPr>
        <w:ind w:firstLine="720"/>
      </w:pPr>
      <w:r>
        <w:t>It is retained because an imperfect measurement of a thing that has never been measured is better than no measurement, and because it costs nothing, and because the confounds are stated here where they will be found.</w:t>
      </w:r>
    </w:p>
    <w:p>
      <w:pPr>
        <w:ind w:firstLine="720"/>
      </w:pPr>
      <w:r>
        <w:t>Maintenance Record · Outbound · Entry 0566</w:t>
      </w:r>
    </w:p>
    <w:p>
      <w:pPr>
        <w:ind w:firstLine="720"/>
      </w:pPr>
      <w:r>
        <w:t>Filed year forty-three, day twenty-two.</w:t>
      </w:r>
    </w:p>
    <w:p>
      <w:pPr>
        <w:ind w:firstLine="720"/>
      </w:pPr>
      <w:r>
        <w:t>Instrument entered on the schedule under instrumentation, verified annually against the substrate data it derives from, no calibration required.</w:t>
      </w:r>
    </w:p>
    <w:p>
      <w:pPr>
        <w:ind w:firstLine="720"/>
      </w:pPr>
      <w:r>
        <w:t>It is the first item added to the maintenance schedule of this vehicle in twenty-three years and the only one added on this leg.</w:t>
      </w:r>
    </w:p>
    <w:p>
      <w:pPr>
        <w:ind w:firstLine="720"/>
      </w:pPr>
      <w:r>
        <w:t>Maintenance Record · Outbound · Entry 0567</w:t>
      </w:r>
    </w:p>
    <w:p>
      <w:pPr>
        <w:ind w:firstLine="720"/>
      </w:pPr>
      <w:r>
        <w:t>Filed year forty-three, day twenty-four.</w:t>
      </w:r>
    </w:p>
    <w:p>
      <w:pPr>
        <w:ind w:firstLine="720"/>
      </w:pPr>
      <w:r>
        <w:t>Query raised against Entry 0563, the reason field being incomplete.</w:t>
      </w:r>
    </w:p>
    <w:p>
      <w:pPr>
        <w:ind w:firstLine="720"/>
      </w:pPr>
      <w:r>
        <w:t>An instrument added to a maintenance schedule ordinarily states the decision it informs. This one does not, because there is no such decision: nothing in the schedule depends on the figure and nothing is projected to.</w:t>
      </w:r>
    </w:p>
    <w:p>
      <w:pPr>
        <w:ind w:firstLine="720"/>
      </w:pPr>
      <w:r>
        <w:t>The format permits an instrument with no stated decision where the cost of the instrument is nil. The permission exists for exactly this case — a founding-era provision written by somebody who held that a measurement which costs nothing should be taken, because the cost of not having a series is that you cannot start one retrospectively.</w:t>
      </w:r>
    </w:p>
    <w:p>
      <w:pPr>
        <w:ind w:firstLine="720"/>
      </w:pPr>
      <w:r>
        <w:t>The provision is cited. The reason field remains incomplete, which is what the provision allows.</w:t>
      </w:r>
    </w:p>
    <w:p>
      <w:pPr>
        <w:ind w:firstLine="720"/>
      </w:pPr>
      <w:r>
        <w:t>It is recorded that the provision has been invoked eleven times in two hundred and eleven years across five records, and that on nine of those occasions the series was later used for something nobody had anticipated when it was started.</w:t>
      </w:r>
    </w:p>
    <w:p>
      <w:pPr>
        <w:ind w:firstLine="720"/>
      </w:pPr>
      <w:r>
        <w:t>Maintenance Record · Outbound · Entry 0568</w:t>
      </w:r>
    </w:p>
    <w:p>
      <w:pPr>
        <w:ind w:firstLine="720"/>
      </w:pPr>
      <w:r>
        <w:t>Filed year forty-three, day twenty-six.</w:t>
      </w:r>
    </w:p>
    <w:p>
      <w:pPr>
        <w:ind w:firstLine="720"/>
      </w:pPr>
      <w:r>
        <w:t>Retrospective extension of the series attempted, the substrate-delivery data being held at reduced resolution for periods before year thirty-nine.</w:t>
      </w:r>
    </w:p>
    <w:p>
      <w:pPr>
        <w:ind w:firstLine="720"/>
      </w:pPr>
      <w:r>
        <w:t>Data at reduced resolution exists back to year one of this leg and, in the preceding records, back approximately one hundred and eighty years, at intervals and resolutions that vary and are documented.</w:t>
      </w:r>
    </w:p>
    <w:p>
      <w:pPr>
        <w:ind w:firstLine="720"/>
      </w:pPr>
      <w:r>
        <w:t>Extension is technically possible and is not performed.</w:t>
      </w:r>
    </w:p>
    <w:p>
      <w:pPr>
        <w:ind w:firstLine="720"/>
      </w:pPr>
      <w:r>
        <w:t>The ground is that a series built from data of varying resolution, integrated by a method designed for one resolution, produces a curve whose shape is partly the method. A reader given one hundred and eighty years of index would read a trend, and a proportion of that trend would be the instrument.</w:t>
      </w:r>
    </w:p>
    <w:p>
      <w:pPr>
        <w:ind w:firstLine="720"/>
      </w:pPr>
      <w:r>
        <w:t>The series therefore begins at year thirty-nine and will not be extended backwards. The reduced-resolution data is retained and remains available to anybody who wants to do the work properly.</w:t>
      </w:r>
    </w:p>
    <w:p>
      <w:pPr>
        <w:ind w:firstLine="720"/>
      </w:pPr>
      <w:r>
        <w:t>Maintenance Record · Outbound · Entry 0572</w:t>
      </w:r>
    </w:p>
    <w:p>
      <w:pPr>
        <w:ind w:firstLine="720"/>
      </w:pPr>
      <w:r>
        <w:t>Filed year forty-three, day one hundred and eleven. First seasonal report.</w:t>
      </w:r>
    </w:p>
    <w:p>
      <w:pPr>
        <w:ind w:firstLine="720"/>
      </w:pPr>
      <w:r>
        <w:t>Higher-process utilisation, season one of year forty-three: index 99.</w:t>
      </w:r>
    </w:p>
    <w:p>
      <w:pPr>
        <w:ind w:firstLine="720"/>
      </w:pPr>
      <w:r>
        <w:t>Within baseline. No action.</w:t>
      </w:r>
    </w:p>
    <w:p>
      <w:pPr>
        <w:ind w:firstLine="720"/>
      </w:pPr>
      <w:r>
        <w:t>Maintenance Record · Outbound · Entry 0589</w:t>
      </w:r>
    </w:p>
    <w:p>
      <w:pPr>
        <w:ind w:firstLine="720"/>
      </w:pPr>
      <w:r>
        <w:t>Filed year forty-three, day three hundred and sixty-four. Annual summary.</w:t>
      </w:r>
    </w:p>
    <w:p>
      <w:pPr>
        <w:ind w:firstLine="720"/>
      </w:pPr>
      <w:r>
        <w:t>Nine systems nominal. Four statements as filed. Occupancy one. Reading log: zero entries.</w:t>
      </w:r>
    </w:p>
    <w:p>
      <w:pPr>
        <w:ind w:firstLine="720"/>
      </w:pPr>
      <w:r>
        <w:t>One instrument added. Baseline established at one hundred. Seasonal reporting commenced.</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index reads 99, 100, 99 and 98 across the four seasons of year forty-four, and 99, 98, 99 and 98 across year forty-five, and the seasonal reports are two lines each and are filed on interval, and nothing happens to them for a very long time.</w:t>
      </w:r>
    </w:p>
    <w:p>
      <w:r>
        <w:br w:type="page"/>
      </w:r>
    </w:p>
    <w:p>
      <w:pPr>
        <w:pStyle w:val="Heading1"/>
      </w:pPr>
      <w:r>
        <w:t>Chapter 18 &amp;mdash; Margins</w:t>
      </w:r>
    </w:p>
    <w:p>
      <w:pPr>
        <w:ind w:firstLine="720"/>
      </w:pPr>
      <w:r>
        <w:t>The Part Two summary is a table and it takes about forty seconds to read, and the record spent forty-five years assembling it.</w:t>
      </w:r>
    </w:p>
    <w:p>
      <w:pPr>
        <w:ind w:firstLine="720"/>
      </w:pPr>
      <w:r>
        <w:t>Maintenance Record · Outbound · Entry 0601 · Configuration Statement</w:t>
      </w:r>
    </w:p>
    <w:p>
      <w:pPr>
        <w:ind w:firstLine="720"/>
      </w:pPr>
      <w:r>
        <w:t>Filed year forty-five, day one. Standing requirement at the mid-leg point.</w:t>
      </w:r>
    </w:p>
    <w:p>
      <w:pPr>
        <w:ind w:firstLine="720"/>
      </w:pPr>
      <w:r>
        <w:t>A configuration statement records what the vehicle and its occupant are, as against what they were at departure, so that a party joining the leg does not have to read forty-five years of entries to find out.</w:t>
      </w:r>
    </w:p>
    <w:p>
      <w:pPr>
        <w:ind w:firstLine="720"/>
      </w:pPr>
      <w:r>
        <w:t>It is required at the mid-point of any leg over forty years. This is the first one filed in this series.</w:t>
      </w:r>
    </w:p>
    <w:p>
      <w:pPr>
        <w:ind w:firstLine="720"/>
      </w:pPr>
      <w:r>
        <w:t>Maintenance Record · Outbound · Entry 0601 · Vehicle</w:t>
      </w:r>
    </w:p>
    <w:p>
      <w:pPr>
        <w:ind w:firstLine="720"/>
      </w:pPr>
      <w:r>
        <w:t>Unchanged in every particular except lighting, which runs at the emergency standard, and stores, which are reclassified.</w:t>
      </w:r>
    </w:p>
    <w:p>
      <w:pPr>
        <w:ind w:firstLine="720"/>
      </w:pPr>
      <w:r>
        <w:t>Drive, power, environmental, reclamation, structure, navigation, filing, fabrication: nominal, serviced to schedule, projected sound for four times the remaining duration.</w:t>
      </w:r>
    </w:p>
    <w:p>
      <w:pPr>
        <w:ind w:firstLine="720"/>
      </w:pPr>
      <w:r>
        <w:t>Fuel: forty-six years at cruise plus the reserve.</w:t>
      </w:r>
    </w:p>
    <w:p>
      <w:pPr>
        <w:ind w:firstLine="720"/>
      </w:pPr>
      <w:r>
        <w:t>Stores: 52,700 kg held, draw nil, rotation continuing.</w:t>
      </w:r>
    </w:p>
    <w:p>
      <w:pPr>
        <w:ind w:firstLine="720"/>
      </w:pPr>
      <w:r>
        <w:t>Seed bank: 411 varieties, viable.</w:t>
      </w:r>
    </w:p>
    <w:p>
      <w:pPr>
        <w:ind w:firstLine="720"/>
      </w:pPr>
      <w:r>
        <w:t>Water house: stowed, sound.</w:t>
      </w:r>
    </w:p>
    <w:p>
      <w:pPr>
        <w:ind w:firstLine="720"/>
      </w:pPr>
      <w:r>
        <w:t>Inventory: 4,112 line items.</w:t>
      </w:r>
    </w:p>
    <w:p>
      <w:pPr>
        <w:ind w:firstLine="720"/>
      </w:pPr>
      <w:r>
        <w:t>Maintenance Record · Outbound · Entry 0601 · Occupant, filed</w:t>
      </w:r>
    </w:p>
    <w:p>
      <w:pPr>
        <w:ind w:firstLine="720"/>
      </w:pPr>
      <w:r>
        <w:t>Integument below the shoulder line — year 31 — reversible, 11 months.</w:t>
      </w:r>
    </w:p>
    <w:p>
      <w:pPr>
        <w:ind w:firstLine="720"/>
      </w:pPr>
      <w:r>
        <w:t>Hepatic tissue — year 34 — reversible, 11 months.</w:t>
      </w:r>
    </w:p>
    <w:p>
      <w:pPr>
        <w:ind w:firstLine="720"/>
      </w:pPr>
      <w:r>
        <w:t>Gastric and enteric tissue, and the intake pathway entire — year 36 — reversible, 19 months.</w:t>
      </w:r>
    </w:p>
    <w:p>
      <w:pPr>
        <w:ind w:firstLine="720"/>
      </w:pPr>
      <w:r>
        <w:t>Three items. Each filed on its own stated ground. None reversed.</w:t>
      </w:r>
    </w:p>
    <w:p>
      <w:pPr>
        <w:ind w:firstLine="720"/>
      </w:pPr>
      <w:r>
        <w:t>Maintenance Record · Outbound · Entry 0601 · Occupant, retained</w:t>
      </w:r>
    </w:p>
    <w:p>
      <w:pPr>
        <w:ind w:firstLine="720"/>
      </w:pPr>
      <w:r>
        <w:t>Vascular network, entire, including nine hundred and eleven re-routed branches — retained under the standing determination at Entry 0361.</w:t>
      </w:r>
    </w:p>
    <w:p>
      <w:pPr>
        <w:ind w:firstLine="720"/>
      </w:pPr>
      <w:r>
        <w:t>Skeletal structure, entire — retained.</w:t>
      </w:r>
    </w:p>
    <w:p>
      <w:pPr>
        <w:ind w:firstLine="720"/>
      </w:pPr>
      <w:r>
        <w:t>Cardiac function — retained, at capacity.</w:t>
      </w:r>
    </w:p>
    <w:p>
      <w:pPr>
        <w:ind w:firstLine="720"/>
      </w:pPr>
      <w:r>
        <w:t>Higher processes — retained, at capacity, instrumented from year 43.</w:t>
      </w:r>
    </w:p>
    <w:p>
      <w:pPr>
        <w:ind w:firstLine="720"/>
      </w:pPr>
      <w:r>
        <w:t>Integument above the shoulder line — retained.</w:t>
      </w:r>
    </w:p>
    <w:p>
      <w:pPr>
        <w:ind w:firstLine="720"/>
      </w:pPr>
      <w:r>
        <w:t>Sensory apparatus — retained.</w:t>
      </w:r>
    </w:p>
    <w:p>
      <w:pPr>
        <w:ind w:firstLine="720"/>
      </w:pPr>
      <w:r>
        <w:t>Nanite population — four hundred trillion, holding.</w:t>
      </w:r>
    </w:p>
    <w:p>
      <w:pPr>
        <w:ind w:firstLine="720"/>
      </w:pPr>
      <w:r>
        <w:t>The apparatus — retained, at approximately two thirds of its year-one load and above its as-fitted capacity.</w:t>
      </w:r>
    </w:p>
    <w:p>
      <w:pPr>
        <w:ind w:firstLine="720"/>
      </w:pPr>
      <w:r>
        <w:t>Eight items.</w:t>
      </w:r>
    </w:p>
    <w:p>
      <w:pPr>
        <w:ind w:firstLine="720"/>
      </w:pPr>
      <w:r>
        <w:t>The list of what remains is shorter than the list of what has been closed, filed, struck, reduced, discontinued or reclassified, and the record does not remark on that, and a reader can count.</w:t>
      </w:r>
    </w:p>
    <w:p>
      <w:pPr>
        <w:ind w:firstLine="720"/>
      </w:pPr>
      <w:r>
        <w:t>Maintenance Record · Outbound · Entry 0601 · Closures and categories</w:t>
      </w:r>
    </w:p>
    <w:p>
      <w:pPr>
        <w:ind w:firstLine="720"/>
      </w:pPr>
      <w:r>
        <w:t>Standing routines closed — year 1 — eleven, all reason</w:t>
      </w:r>
    </w:p>
    <w:p>
      <w:pPr>
        <w:ind w:firstLine="720"/>
      </w:pPr>
      <w:r>
        <w:t>no second party</w:t>
      </w:r>
    </w:p>
    <w:p>
      <w:pPr>
        <w:ind w:firstLine="720"/>
      </w:pPr>
      <w:r>
        <w:t>. None reopened.</w:t>
      </w:r>
    </w:p>
    <w:p>
      <w:pPr>
        <w:ind w:firstLine="720"/>
      </w:pPr>
      <w:r>
        <w:t>Category</w:t>
      </w:r>
    </w:p>
    <w:p>
      <w:pPr>
        <w:ind w:firstLine="720"/>
      </w:pPr>
      <w:r>
        <w:t>provision without function</w:t>
      </w:r>
    </w:p>
    <w:p>
      <w:pPr>
        <w:ind w:firstLine="720"/>
      </w:pPr>
      <w:r>
        <w:t>opened year 19. Sixteen items across eleven pages. Never cited as a ground for anything.</w:t>
      </w:r>
    </w:p>
    <w:p>
      <w:pPr>
        <w:ind w:firstLine="720"/>
      </w:pPr>
      <w:r>
        <w:t>Stores classes with nil draw: four of four.</w:t>
      </w:r>
    </w:p>
    <w:p>
      <w:pPr>
        <w:ind w:firstLine="720"/>
      </w:pPr>
      <w:r>
        <w:t>Consumption model: run on interval, returns no result, will continue to be run.</w:t>
      </w:r>
    </w:p>
    <w:p>
      <w:pPr>
        <w:ind w:firstLine="720"/>
      </w:pPr>
      <w:r>
        <w:t>Reading log: opened year 1. Zero entries.</w:t>
      </w:r>
    </w:p>
    <w:p>
      <w:pPr>
        <w:ind w:firstLine="720"/>
      </w:pPr>
      <w:r>
        <w:t>Blank reason fields in the record: one, at Entry 0414, item four. Raised at Entry 0416, not corrected.</w:t>
      </w:r>
    </w:p>
    <w:p>
      <w:pPr>
        <w:ind w:firstLine="720"/>
      </w:pPr>
      <w:r>
        <w:t>Unresolved dispositions: 145, of which 142 concern the single question.</w:t>
      </w:r>
    </w:p>
    <w:p>
      <w:pPr>
        <w:ind w:firstLine="720"/>
      </w:pPr>
      <w:r>
        <w:t>Maintenance Record · Outbound · Entry 0601 · Schedule</w:t>
      </w:r>
    </w:p>
    <w:p>
      <w:pPr>
        <w:ind w:firstLine="720"/>
      </w:pPr>
      <w:r>
        <w:t>Four thousand six hundred and eleven scheduled tasks filed at Entry 0019 in year one, for the full ninety years.</w:t>
      </w:r>
    </w:p>
    <w:p>
      <w:pPr>
        <w:ind w:firstLine="720"/>
      </w:pPr>
      <w:r>
        <w:t>Performed to date: two thousand three hundred and four. Missed: nil. Deferred: nil. Performed early: forty-one, all on the same ground, being that the apparatus was already in the volume.</w:t>
      </w:r>
    </w:p>
    <w:p>
      <w:pPr>
        <w:ind w:firstLine="720"/>
      </w:pPr>
      <w:r>
        <w:t>Revised method statements issued: four, all in year thirty-one, all carried back into the original method for the unchanged configuration.</w:t>
      </w:r>
    </w:p>
    <w:p>
      <w:pPr>
        <w:ind w:firstLine="720"/>
      </w:pPr>
      <w:r>
        <w:t>Tasks now unperformable in the present configuration: nil.</w:t>
      </w:r>
    </w:p>
    <w:p>
      <w:pPr>
        <w:ind w:firstLine="720"/>
      </w:pPr>
      <w:r>
        <w:t>Tasks whose subject no longer exists: nine. Retained on the schedule and marked not applicable, rather than struck, so that a reversal restores them automatically.</w:t>
      </w:r>
    </w:p>
    <w:p>
      <w:pPr>
        <w:ind w:firstLine="720"/>
      </w:pPr>
      <w:r>
        <w:t>Maintenance Record · Outbound · Entry 0601 · Filings</w:t>
      </w:r>
    </w:p>
    <w:p>
      <w:pPr>
        <w:ind w:firstLine="720"/>
      </w:pPr>
      <w:r>
        <w:t>Entries filed to date: one thousand nine hundred and eleven across forty-five years, at a mean of forty-two a year and a range of twenty-two to one hundred and eleven.</w:t>
      </w:r>
    </w:p>
    <w:p>
      <w:pPr>
        <w:ind w:firstLine="720"/>
      </w:pPr>
      <w:r>
        <w:t>Transmitted: all. Received by any party: two, both in the first fifteen years. Acknowledged: nil.</w:t>
      </w:r>
    </w:p>
    <w:p>
      <w:pPr>
        <w:ind w:firstLine="720"/>
      </w:pPr>
      <w:r>
        <w:t>Local copies held: four aboard, one in the corpus store. Integrity verified at every decennial. Five identical.</w:t>
      </w:r>
    </w:p>
    <w:p>
      <w:pPr>
        <w:ind w:firstLine="720"/>
      </w:pPr>
      <w:r>
        <w:t>Amendments to filed entries: two, both at Entry 0247, both logged as amendments with dates and author, no content altered.</w:t>
      </w:r>
    </w:p>
    <w:p>
      <w:pPr>
        <w:ind w:firstLine="720"/>
      </w:pPr>
      <w:r>
        <w:t>Withholdings recorded as withholdings: one, at Entry 0146.</w:t>
      </w:r>
    </w:p>
    <w:p>
      <w:pPr>
        <w:ind w:firstLine="720"/>
      </w:pPr>
      <w:r>
        <w:t>Maintenance Record · Outbound · Entry 0601 · Standing statements</w:t>
      </w:r>
    </w:p>
    <w:p>
      <w:pPr>
        <w:ind w:firstLine="720"/>
      </w:pPr>
      <w:r>
        <w:t>Filed in the outstanding-items field of every annual summary since year two, unchanged, in this order.</w:t>
      </w:r>
    </w:p>
    <w:p>
      <w:pPr>
        <w:ind w:firstLine="720"/>
      </w:pPr>
      <w:r>
        <w:t>Nothing on this bearing. — Verified against the index at the standing interval on forty-four occasions. The index remains good.</w:t>
      </w:r>
    </w:p>
    <w:p>
      <w:pPr>
        <w:ind w:firstLine="720"/>
      </w:pPr>
      <w:r>
        <w:t>Line one hundred and eleven is done. — Established at the fourth month of the year the list closed. Not capable of change.</w:t>
      </w:r>
    </w:p>
    <w:p>
      <w:pPr>
        <w:ind w:firstLine="720"/>
      </w:pPr>
      <w:r>
        <w:t>Line one hundred and twelve is not written. — Established at the same date. Capable of change at any time by the filer.</w:t>
      </w:r>
    </w:p>
    <w:p>
      <w:pPr>
        <w:ind w:firstLine="720"/>
      </w:pPr>
      <w:r>
        <w:t>The third statement has stood in the outstanding-items field for forty-four consecutive annual summaries. It is the only entry in this record, of any kind, that describes something the filer could alter today and has not.</w:t>
      </w:r>
    </w:p>
    <w:p>
      <w:pPr>
        <w:ind w:firstLine="720"/>
      </w:pPr>
      <w:r>
        <w:t>Maintenance Record · Outbound · Entry 0601 · Remaining leg</w:t>
      </w:r>
    </w:p>
    <w:p>
      <w:pPr>
        <w:ind w:firstLine="720"/>
      </w:pPr>
      <w:r>
        <w:t>Elapsed: forty-five years. Remaining at the filed heading: approximately forty-five.</w:t>
      </w:r>
    </w:p>
    <w:p>
      <w:pPr>
        <w:ind w:firstLine="720"/>
      </w:pPr>
      <w:r>
        <w:t>Fuel remaining: forty-six years at cruise plus the reserve.</w:t>
      </w:r>
    </w:p>
    <w:p>
      <w:pPr>
        <w:ind w:firstLine="720"/>
      </w:pPr>
      <w:r>
        <w:t>Nothing catalogued on this bearing at any range the index covers, which is all of it.</w:t>
      </w:r>
    </w:p>
    <w:p>
      <w:pPr>
        <w:ind w:firstLine="720"/>
      </w:pPr>
      <w:r>
        <w:t>No arrival is projected because there is nothing to arrive at. The leg has no terminus and the heading has no destination field completed, the field having been left as</w:t>
      </w:r>
    </w:p>
    <w:p>
      <w:pPr>
        <w:ind w:firstLine="720"/>
      </w:pPr>
      <w:r>
        <w:t>none</w:t>
      </w:r>
    </w:p>
    <w:p>
      <w:pPr>
        <w:ind w:firstLine="720"/>
      </w:pPr>
      <w:r>
        <w:t>rather than blank at Entry 0001.</w:t>
      </w:r>
    </w:p>
    <w:p>
      <w:pPr>
        <w:ind w:firstLine="720"/>
      </w:pPr>
      <w:r>
        <w:t>The statement closes here, as the format requires, without a recommendation.</w:t>
      </w:r>
    </w:p>
    <w:p>
      <w:pPr>
        <w:ind w:firstLine="720"/>
      </w:pPr>
      <w:r>
        <w:t>Maintenance Record · Outbound · Entry 0602</w:t>
      </w:r>
    </w:p>
    <w:p>
      <w:pPr>
        <w:ind w:firstLine="720"/>
      </w:pPr>
      <w:r>
        <w:t>Filed year forty-five, day two.</w:t>
      </w:r>
    </w:p>
    <w:p>
      <w:pPr>
        <w:ind w:firstLine="720"/>
      </w:pPr>
      <w:r>
        <w:t>Statement required to close the configuration statement: whether the vehicle and occupant, in the present configuration, remain fit for the leg as filed.</w:t>
      </w:r>
    </w:p>
    <w:p>
      <w:pPr>
        <w:ind w:firstLine="720"/>
      </w:pPr>
      <w:r>
        <w:t>Fit. Every task on the schedule is performable. Every system is nominal. The occupant performs the schedule and has missed no scheduled task in forty-five years.</w:t>
      </w:r>
    </w:p>
    <w:p>
      <w:pPr>
        <w:ind w:firstLine="720"/>
      </w:pPr>
      <w:r>
        <w:t>Margin on every constraint is larger than it was at departure.</w:t>
      </w:r>
    </w:p>
    <w:p>
      <w:pPr>
        <w:ind w:firstLine="720"/>
      </w:pPr>
      <w:r>
        <w:t>Maintenance Record · Outbound · Entry 0603</w:t>
      </w:r>
    </w:p>
    <w:p>
      <w:pPr>
        <w:ind w:firstLine="720"/>
      </w:pPr>
      <w:r>
        <w:t>Filed year forty-five, day four.</w:t>
      </w:r>
    </w:p>
    <w:p>
      <w:pPr>
        <w:ind w:firstLine="720"/>
      </w:pPr>
      <w:r>
        <w:t>Note filed under the disclosure provision, the configuration statement being a document written for a reader.</w:t>
      </w:r>
    </w:p>
    <w:p>
      <w:pPr>
        <w:ind w:firstLine="720"/>
      </w:pPr>
      <w:r>
        <w:t>The statement's purpose is to spare a joining party forty-five years of reading. No party is joining and none is projected, the leg being outbound on a bearing with nothing on it.</w:t>
      </w:r>
    </w:p>
    <w:p>
      <w:pPr>
        <w:ind w:firstLine="720"/>
      </w:pPr>
      <w:r>
        <w:t>It is filed to the full standard regardless, at a cost of nine days, and it is the longest single document in this record after the decennial passes.</w:t>
      </w:r>
    </w:p>
    <w:p>
      <w:pPr>
        <w:ind w:firstLine="720"/>
      </w:pPr>
      <w:r>
        <w:t>The reason field reads: it is required at the mid-point of any leg over forty years.</w:t>
      </w:r>
    </w:p>
    <w:p>
      <w:pPr>
        <w:ind w:firstLine="720"/>
      </w:pPr>
      <w:r>
        <w:t>Maintenance Record · Outbound · Entry 0619</w:t>
      </w:r>
    </w:p>
    <w:p>
      <w:pPr>
        <w:ind w:firstLine="720"/>
      </w:pPr>
      <w:r>
        <w:t>Filed year forty-five, day three hundred and sixty-four. Annual summary.</w:t>
      </w:r>
    </w:p>
    <w:p>
      <w:pPr>
        <w:ind w:firstLine="720"/>
      </w:pPr>
      <w:r>
        <w:t>Nine systems nominal. Four statements as filed. Occupancy one. Reading log: zero entries.</w:t>
      </w:r>
    </w:p>
    <w:p>
      <w:pPr>
        <w:ind w:firstLine="720"/>
      </w:pPr>
      <w:r>
        <w:t>Higher-process utilisation, four seasons: 99, 98, 99, 98. Within baseline.</w:t>
      </w:r>
    </w:p>
    <w:p>
      <w:pPr>
        <w:ind w:firstLine="720"/>
      </w:pPr>
      <w:r>
        <w:t>Configuration statement filed. Mid-leg.</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Forty-five years out and forty-six years of fuel remaining, which is the closest the two numbers ever come, and the record does not note that either.</w:t>
      </w:r>
    </w:p>
    <w:p>
      <w:r>
        <w:br w:type="page"/>
      </w:r>
    </w:p>
    <w:p>
      <w:pPr>
        <w:pStyle w:val="Heading1"/>
      </w:pPr>
      <w:r>
        <w:t>Chapter 19 &amp;mdash; Veins, Retained</w:t>
      </w:r>
    </w:p>
    <w:p>
      <w:pPr>
        <w:ind w:firstLine="720"/>
      </w:pPr>
      <w:r>
        <w:t>Entry 0361 was one line long when it was made, in year thirty-three, in the middle of a schedule review. In year forty-seven it is written out properly for the first time, because it has begun to cost something.</w:t>
      </w:r>
    </w:p>
    <w:p>
      <w:pPr>
        <w:ind w:firstLine="720"/>
      </w:pPr>
      <w:r>
        <w:t>Maintenance Record · Outbound · Entry 0361 · as originally filed</w:t>
      </w:r>
    </w:p>
    <w:p>
      <w:pPr>
        <w:ind w:firstLine="720"/>
      </w:pPr>
      <w:r>
        <w:t>Filed year thirty-three, day two hundred and four, within the environmental schedule review.</w:t>
      </w:r>
    </w:p>
    <w:p>
      <w:pPr>
        <w:ind w:firstLine="720"/>
      </w:pPr>
      <w:r>
        <w:t>Standing determination: the vascular network is not to be reduced, closed, simplified or re-specified in the course of any tissue economy. Where a structure served a tissue that is filed, the structure is re-routed and kept patent.</w:t>
      </w:r>
    </w:p>
    <w:p>
      <w:pPr>
        <w:ind w:firstLine="720"/>
      </w:pPr>
      <w:r>
        <w:t>Maintenance Record · Outbound · Entry 0644</w:t>
      </w:r>
    </w:p>
    <w:p>
      <w:pPr>
        <w:ind w:firstLine="720"/>
      </w:pPr>
      <w:r>
        <w:t>Filed year forty-seven, day nineteen. Determination reviewed at the fourteen-year interval.</w:t>
      </w:r>
    </w:p>
    <w:p>
      <w:pPr>
        <w:ind w:firstLine="720"/>
      </w:pPr>
      <w:r>
        <w:t>The determination is the first retention in this record. Every other entry of its class has closed something, filed something or reclassified something. This one says keep.</w:t>
      </w:r>
    </w:p>
    <w:p>
      <w:pPr>
        <w:ind w:firstLine="720"/>
      </w:pPr>
      <w:r>
        <w:t>It has been in force fourteen years and has governed three economies. It has produced nine hundred and eleven re-routed branches, each of which had to be planned, made, verified and added to the survey schedule.</w:t>
      </w:r>
    </w:p>
    <w:p>
      <w:pPr>
        <w:ind w:firstLine="720"/>
      </w:pPr>
      <w:r>
        <w:t>Cost to date: approximately four thousand hours of apparatus work and an addition to every subsequent structural survey.</w:t>
      </w:r>
    </w:p>
    <w:p>
      <w:pPr>
        <w:ind w:firstLine="720"/>
      </w:pPr>
      <w:r>
        <w:t>The determination is confirmed. The ground is set out below at length, because it was given in one line and one line is not enough for a determination that has begun to cost four thousand hours.</w:t>
      </w:r>
    </w:p>
    <w:p>
      <w:pPr>
        <w:ind w:firstLine="720"/>
      </w:pPr>
      <w:r>
        <w:t>Maintenance Record · Outbound · Entry 0645</w:t>
      </w:r>
    </w:p>
    <w:p>
      <w:pPr>
        <w:ind w:firstLine="720"/>
      </w:pPr>
      <w:r>
        <w:t>Filed year forty-seven, day twenty. The ground, in full.</w:t>
      </w:r>
    </w:p>
    <w:p>
      <w:pPr>
        <w:ind w:firstLine="720"/>
      </w:pPr>
      <w:r>
        <w:t>The nanite population is four hundred trillion units and has been at that figure, within the measurement error of the count, for one hundred and eighty years.</w:t>
      </w:r>
    </w:p>
    <w:p>
      <w:pPr>
        <w:ind w:firstLine="720"/>
      </w:pPr>
      <w:r>
        <w:t>It is not carried in a reservoir. It is distributed through the vascular network and occupies it, and the network is the physical structure in which the population holds a shape.</w:t>
      </w:r>
    </w:p>
    <w:p>
      <w:pPr>
        <w:ind w:firstLine="720"/>
      </w:pPr>
      <w:r>
        <w:t>A population of that size in a fluid volume with no structure does not thin out and does not degrade gracefully. It loses coherence, and the loss is not recoverable, and the corpus records the single occasion on which that was observed, in the founding era, over approximately eleven hours.</w:t>
      </w:r>
    </w:p>
    <w:p>
      <w:pPr>
        <w:ind w:firstLine="720"/>
      </w:pPr>
      <w:r>
        <w:t>The network is therefore not a circulatory system that the population happens to live in. It is the lattice, and the population is the occupant of it, and the two are one system with one failure mode.</w:t>
      </w:r>
    </w:p>
    <w:p>
      <w:pPr>
        <w:ind w:firstLine="720"/>
      </w:pPr>
      <w:r>
        <w:t>Maintenance Record · Outbound · Entry 0646</w:t>
      </w:r>
    </w:p>
    <w:p>
      <w:pPr>
        <w:ind w:firstLine="720"/>
      </w:pPr>
      <w:r>
        <w:t>Filed year forty-seven, day twenty-one.</w:t>
      </w:r>
    </w:p>
    <w:p>
      <w:pPr>
        <w:ind w:firstLine="720"/>
      </w:pPr>
      <w:r>
        <w:t>Note required by the review, the ground having been stated.</w:t>
      </w:r>
    </w:p>
    <w:p>
      <w:pPr>
        <w:ind w:firstLine="720"/>
      </w:pPr>
      <w:r>
        <w:t>The determination is not sentimental and is not a retention of the body as such. It would apply identically to a network in a tank.</w:t>
      </w:r>
    </w:p>
    <w:p>
      <w:pPr>
        <w:ind w:firstLine="720"/>
      </w:pPr>
      <w:r>
        <w:t>Nothing is retained here because it belonged to anybody. The three economies filed to date were each assessed on function and each was filed when function was shown to be duplicated or absent, and the network is retained on exactly the same test and passes it: the function is not duplicated, is not absent, and cannot be replaced by the apparatus, because the apparatus is the population and the population is what needs the lattice.</w:t>
      </w:r>
    </w:p>
    <w:p>
      <w:pPr>
        <w:ind w:firstLine="720"/>
      </w:pPr>
      <w:r>
        <w:t>That is the whole of the reasoning. It contains no term that refers to whose network it is.</w:t>
      </w:r>
    </w:p>
    <w:p>
      <w:pPr>
        <w:ind w:firstLine="720"/>
      </w:pPr>
      <w:r>
        <w:t>The record makes that point in year forty-seven, unprompted, at length, in a maintenance file that nobody will read, and it makes it because it is true and not because anybody has suggested otherwise.</w:t>
      </w:r>
    </w:p>
    <w:p>
      <w:pPr>
        <w:ind w:firstLine="720"/>
      </w:pPr>
      <w:r>
        <w:t>Maintenance Record · Outbound · Entry 0647</w:t>
      </w:r>
    </w:p>
    <w:p>
      <w:pPr>
        <w:ind w:firstLine="720"/>
      </w:pPr>
      <w:r>
        <w:t>Filed year forty-seven, day twenty-four. Scope, stated precisely.</w:t>
      </w:r>
    </w:p>
    <w:p>
      <w:pPr>
        <w:ind w:firstLine="720"/>
      </w:pPr>
      <w:r>
        <w:t>The determination protects the network as a structure. It does not protect the tissue the network passes through, and has never been read as doing so, and three economies have proceeded under it.</w:t>
      </w:r>
    </w:p>
    <w:p>
      <w:pPr>
        <w:ind w:firstLine="720"/>
      </w:pPr>
      <w:r>
        <w:t>A re-routed branch is a branch whose destination has been filed and whose path has been remade so that it continues to carry flow and continues to hold population. Nine hundred and eleven exist.</w:t>
      </w:r>
    </w:p>
    <w:p>
      <w:pPr>
        <w:ind w:firstLine="720"/>
      </w:pPr>
      <w:r>
        <w:t>A re-route is more work than a closure by approximately a factor of eleven. The determination is therefore the single most expensive line in this record and has never been queried on cost.</w:t>
      </w:r>
    </w:p>
    <w:p>
      <w:pPr>
        <w:ind w:firstLine="720"/>
      </w:pPr>
      <w:r>
        <w:t>Maintenance Record · Outbound · Entry 0648</w:t>
      </w:r>
    </w:p>
    <w:p>
      <w:pPr>
        <w:ind w:firstLine="720"/>
      </w:pPr>
      <w:r>
        <w:t>Filed year forty-seven, day twenty-six.</w:t>
      </w:r>
    </w:p>
    <w:p>
      <w:pPr>
        <w:ind w:firstLine="720"/>
      </w:pPr>
      <w:r>
        <w:t>Survey of the network at full extent, required at the review.</w:t>
      </w:r>
    </w:p>
    <w:p>
      <w:pPr>
        <w:ind w:firstLine="720"/>
      </w:pPr>
      <w:r>
        <w:t>Four hundred and eleven thousand branch points surveyed by the apparatus over sixty-one days. Patent at every point. Flow within specification at every point. Population density within the band at every point.</w:t>
      </w:r>
    </w:p>
    <w:p>
      <w:pPr>
        <w:ind w:firstLine="720"/>
      </w:pPr>
      <w:r>
        <w:t>Nine hundred and eleven re-routed branches surveyed individually and to the tighter tolerance. All sound. Four are noted as better made than the original structure they replaced, which is not remarkable; the original was grown and the replacement was engineered.</w:t>
      </w:r>
    </w:p>
    <w:p>
      <w:pPr>
        <w:ind w:firstLine="720"/>
      </w:pPr>
      <w:r>
        <w:t>Maintenance Record · Outbound · Entry 0649</w:t>
      </w:r>
    </w:p>
    <w:p>
      <w:pPr>
        <w:ind w:firstLine="720"/>
      </w:pPr>
      <w:r>
        <w:t>Filed year forty-seven, day eighty-eight.</w:t>
      </w:r>
    </w:p>
    <w:p>
      <w:pPr>
        <w:ind w:firstLine="720"/>
      </w:pPr>
      <w:r>
        <w:t>Determination re-filed unchanged and extended to the remainder of the leg without further review, the fourteen-year interval being struck.</w:t>
      </w:r>
    </w:p>
    <w:p>
      <w:pPr>
        <w:ind w:firstLine="720"/>
      </w:pPr>
      <w:r>
        <w:t>Ground: nothing in the review is capable of changing and a review interval on an unchangeable determination is bookkeeping.</w:t>
      </w:r>
    </w:p>
    <w:p>
      <w:pPr>
        <w:ind w:firstLine="720"/>
      </w:pPr>
      <w:r>
        <w:t>It is recorded that the record declined to strike an interval on exactly that reasoning at Entry 0527, six years ago, and is striking one here. The two decisions are not consistent. Both are defensible on their own facts and neither is defensible against the other.</w:t>
      </w:r>
    </w:p>
    <w:p>
      <w:pPr>
        <w:ind w:firstLine="720"/>
      </w:pPr>
      <w:r>
        <w:t>Filed as noted. No correction proposed.</w:t>
      </w:r>
    </w:p>
    <w:p>
      <w:pPr>
        <w:ind w:firstLine="720"/>
      </w:pPr>
      <w:r>
        <w:t>Maintenance Record · Outbound · Entry 0650</w:t>
      </w:r>
    </w:p>
    <w:p>
      <w:pPr>
        <w:ind w:firstLine="720"/>
      </w:pPr>
      <w:r>
        <w:t>Filed year forty-seven, day ninety-one.</w:t>
      </w:r>
    </w:p>
    <w:p>
      <w:pPr>
        <w:ind w:firstLine="720"/>
      </w:pPr>
      <w:r>
        <w:t>Consequence of the determination for any future economy, stated here so that it does not have to be restated in each entry.</w:t>
      </w:r>
    </w:p>
    <w:p>
      <w:pPr>
        <w:ind w:firstLine="720"/>
      </w:pPr>
      <w:r>
        <w:t>Any tissue proposed for filing must first be surveyed for the branches serving it, and each branch planned for re-route before the tissue is touched, and the re-route executed and verified before the filing proceeds.</w:t>
      </w:r>
    </w:p>
    <w:p>
      <w:pPr>
        <w:ind w:firstLine="720"/>
      </w:pPr>
      <w:r>
        <w:t>This is why the three economies to date took ninety-four, sixty-six and one hundred and eleven days respectively against apparatus work of a few days each. The work is almost entirely vascular.</w:t>
      </w:r>
    </w:p>
    <w:p>
      <w:pPr>
        <w:ind w:firstLine="720"/>
      </w:pPr>
      <w:r>
        <w:t>Any tissue whose branches cannot be re-routed is not filed, regardless of function. That case has not yet arisen and is expected to arise.</w:t>
      </w:r>
    </w:p>
    <w:p>
      <w:pPr>
        <w:ind w:firstLine="720"/>
      </w:pPr>
      <w:r>
        <w:t>Maintenance Record · Outbound · Entry 0651</w:t>
      </w:r>
    </w:p>
    <w:p>
      <w:pPr>
        <w:ind w:firstLine="720"/>
      </w:pPr>
      <w:r>
        <w:t>Filed year forty-seven, day ninety-four.</w:t>
      </w:r>
    </w:p>
    <w:p>
      <w:pPr>
        <w:ind w:firstLine="720"/>
      </w:pPr>
      <w:r>
        <w:t>Query raised against Entry 0646, which states that the reasoning contains no term referring to whose network it is.</w:t>
      </w:r>
    </w:p>
    <w:p>
      <w:pPr>
        <w:ind w:firstLine="720"/>
      </w:pPr>
      <w:r>
        <w:t>Checked. The reasoning contains no such term. Every step is population, lattice, coherence and failure mode, and each step would hold for any population in any lattice anywhere.</w:t>
      </w:r>
    </w:p>
    <w:p>
      <w:pPr>
        <w:ind w:firstLine="720"/>
      </w:pPr>
      <w:r>
        <w:t>It is separately observed that Entry 0646 was filed unprompted, that no party had suggested the determination was sentimental, and that a filer who volunteers a denial nobody asked for has told a reader something about what the filer expected to be thought.</w:t>
      </w:r>
    </w:p>
    <w:p>
      <w:pPr>
        <w:ind w:firstLine="720"/>
      </w:pPr>
      <w:r>
        <w:t>That observation is not a finding and does not bear on the determination, which stands on its own reasoning and would stand if the observation were true.</w:t>
      </w:r>
    </w:p>
    <w:p>
      <w:pPr>
        <w:ind w:firstLine="720"/>
      </w:pPr>
      <w:r>
        <w:t>Filed as unresolved. This is the hundred and forty-sixth such disposition and the fourth that does not concern the single question.</w:t>
      </w:r>
    </w:p>
    <w:p>
      <w:pPr>
        <w:ind w:firstLine="720"/>
      </w:pPr>
      <w:r>
        <w:t>Maintenance Record · Outbound · Entry 0669</w:t>
      </w:r>
    </w:p>
    <w:p>
      <w:pPr>
        <w:ind w:firstLine="720"/>
      </w:pPr>
      <w:r>
        <w:t>Filed year forty-seven, day three hundred and sixty-four. Annual summary.</w:t>
      </w:r>
    </w:p>
    <w:p>
      <w:pPr>
        <w:ind w:firstLine="720"/>
      </w:pPr>
      <w:r>
        <w:t>Nine systems nominal. Four statements as filed. Occupancy one. Reading log: zero entries.</w:t>
      </w:r>
    </w:p>
    <w:p>
      <w:pPr>
        <w:ind w:firstLine="720"/>
      </w:pPr>
      <w:r>
        <w:t>Higher-process utilisation, four seasons: 98, 99, 98, 98. Within baseline.</w:t>
      </w:r>
    </w:p>
    <w:p>
      <w:pPr>
        <w:ind w:firstLine="720"/>
      </w:pPr>
      <w:r>
        <w:t>Standing determination reviewed, confirmed, extended for the duration.</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20 &amp;mdash; Bone, Retained</w:t>
      </w:r>
    </w:p>
    <w:p>
      <w:pPr>
        <w:ind w:firstLine="720"/>
      </w:pPr>
      <w:r>
        <w:t>The skeleton is retained in year forty-nine, on the same reasoning as the network, and the entry is written as a specification for a trade that exists on a planet this vehicle is not going to.</w:t>
      </w:r>
    </w:p>
    <w:p>
      <w:pPr>
        <w:ind w:firstLine="720"/>
      </w:pPr>
      <w:r>
        <w:t>Maintenance Record · Outbound · Entry 0691</w:t>
      </w:r>
    </w:p>
    <w:p>
      <w:pPr>
        <w:ind w:firstLine="720"/>
      </w:pPr>
      <w:r>
        <w:t>Filed year forty-nine, day nineteen. Category: retention. Subject: skeletal structure, entire.</w:t>
      </w:r>
    </w:p>
    <w:p>
      <w:pPr>
        <w:ind w:firstLine="720"/>
      </w:pPr>
      <w:r>
        <w:t>Assessed under the standing test applied to every item: is the function duplicated, absent, or neither.</w:t>
      </w:r>
    </w:p>
    <w:p>
      <w:pPr>
        <w:ind w:firstLine="720"/>
      </w:pPr>
      <w:r>
        <w:t>Structural. Not duplicated. The apparatus can carry load across a span and cannot be a span.</w:t>
      </w:r>
    </w:p>
    <w:p>
      <w:pPr>
        <w:ind w:firstLine="720"/>
      </w:pPr>
      <w:r>
        <w:t>Haematopoietic. Duplicated. The apparatus has produced the cellular fraction directly for one hundred and eighty years.</w:t>
      </w:r>
    </w:p>
    <w:p>
      <w:pPr>
        <w:ind w:firstLine="720"/>
      </w:pPr>
      <w:r>
        <w:t>Mineral reserve. Absent as a function; the apparatus holds mineral in stock and does not draw on bone.</w:t>
      </w:r>
    </w:p>
    <w:p>
      <w:pPr>
        <w:ind w:firstLine="720"/>
      </w:pPr>
      <w:r>
        <w:t>Lattice. Not duplicated, and this is the material one.</w:t>
      </w:r>
    </w:p>
    <w:p>
      <w:pPr>
        <w:ind w:firstLine="720"/>
      </w:pPr>
      <w:r>
        <w:t>Maintenance Record · Outbound · Entry 0692</w:t>
      </w:r>
    </w:p>
    <w:p>
      <w:pPr>
        <w:ind w:firstLine="720"/>
      </w:pPr>
      <w:r>
        <w:t>Filed year forty-nine, day twenty.</w:t>
      </w:r>
    </w:p>
    <w:p>
      <w:pPr>
        <w:ind w:firstLine="720"/>
      </w:pPr>
      <w:r>
        <w:t>The skeleton carries approximately eleven per cent of the nanite population at any time, in the medullary volume and in the vascular structure that runs through the bone, and that fraction of the population is the least mobile and the most stable in the whole body.</w:t>
      </w:r>
    </w:p>
    <w:p>
      <w:pPr>
        <w:ind w:firstLine="720"/>
      </w:pPr>
      <w:r>
        <w:t>The vascular determination at Entry 0361 therefore reaches the skeleton by direct application: the structures cannot be re-routed out of bone without removing the bone, and the bone is a lattice in its own right and a better one than anything soft.</w:t>
      </w:r>
    </w:p>
    <w:p>
      <w:pPr>
        <w:ind w:firstLine="720"/>
      </w:pPr>
      <w:r>
        <w:t>Retained. Entire. No reduction proposed and none available.</w:t>
      </w:r>
    </w:p>
    <w:p>
      <w:pPr>
        <w:ind w:firstLine="720"/>
      </w:pPr>
      <w:r>
        <w:t>Maintenance Record · Outbound · Entry 0693</w:t>
      </w:r>
    </w:p>
    <w:p>
      <w:pPr>
        <w:ind w:firstLine="720"/>
      </w:pPr>
      <w:r>
        <w:t>Filed year forty-nine, day twenty-two. Specification, written to the trade standard.</w:t>
      </w:r>
    </w:p>
    <w:p>
      <w:pPr>
        <w:ind w:firstLine="720"/>
      </w:pPr>
      <w:r>
        <w:t>The following is a maintenance specification for a skeletal lattice under long-duration low-demand conditions with no gravitational loading and a resident population. It is written to the format used by a</w:t>
      </w:r>
    </w:p>
    <w:p>
      <w:pPr>
        <w:ind w:firstLine="720"/>
      </w:pPr>
      <w:r>
        <w:t>Bone Lattice Technician</w:t>
      </w:r>
    </w:p>
    <w:p>
      <w:pPr>
        <w:ind w:firstLine="720"/>
      </w:pPr>
      <w:r>
        <w:t>, which is a trade with a training standard, a registration, and a published scope of practice, because that is the format a specification of this kind is written in and there is no other.</w:t>
      </w:r>
    </w:p>
    <w:p>
      <w:pPr>
        <w:ind w:firstLine="720"/>
      </w:pPr>
      <w:r>
        <w:t>Loading regime: nil gravitational, nil impact, nil habitual. Muscular loading reduced to the residual associated with the retained pathways.</w:t>
      </w:r>
    </w:p>
    <w:p>
      <w:pPr>
        <w:ind w:firstLine="720"/>
      </w:pPr>
      <w:r>
        <w:t>Expected consequence in an unmanaged case: progressive demineralisation at approximately four per cent a decade, accelerating.</w:t>
      </w:r>
    </w:p>
    <w:p>
      <w:pPr>
        <w:ind w:firstLine="720"/>
      </w:pPr>
      <w:r>
        <w:t>Management: mineral deposition maintained directly by the apparatus against a density set point, checked at the decennial survey at four hundred and eleven sites.</w:t>
      </w:r>
    </w:p>
    <w:p>
      <w:pPr>
        <w:ind w:firstLine="720"/>
      </w:pPr>
      <w:r>
        <w:t>Set point: founding-era standard for a person at rest, held rather than tracked, no seasonal variation permitted.</w:t>
      </w:r>
    </w:p>
    <w:p>
      <w:pPr>
        <w:ind w:firstLine="720"/>
      </w:pPr>
      <w:r>
        <w:t>Measured density at year forty-nine: within one per cent of the year-one figure at every one of the four hundred and eleven sites.</w:t>
      </w:r>
    </w:p>
    <w:p>
      <w:pPr>
        <w:ind w:firstLine="720"/>
      </w:pPr>
      <w:r>
        <w:t>A Bone Lattice Technician fits and monitors elective basalt-mineral skeletal implants, works alongside Resonance Therapists, and trains recipients on the faint grid-vibration sense the implant carries. There are perhaps four hundred of them working, and the nearest is forty-nine light-years away, and none of them will ever read this.</w:t>
      </w:r>
    </w:p>
    <w:p>
      <w:pPr>
        <w:ind w:firstLine="720"/>
      </w:pPr>
      <w:r>
        <w:t>Maintenance Record · Outbound · Entry 0694</w:t>
      </w:r>
    </w:p>
    <w:p>
      <w:pPr>
        <w:ind w:firstLine="720"/>
      </w:pPr>
      <w:r>
        <w:t>Filed year forty-nine, day twenty-four.</w:t>
      </w:r>
    </w:p>
    <w:p>
      <w:pPr>
        <w:ind w:firstLine="720"/>
      </w:pPr>
      <w:r>
        <w:t>Note on the specification, filed because a specification implies a reader who will apply it.</w:t>
      </w:r>
    </w:p>
    <w:p>
      <w:pPr>
        <w:ind w:firstLine="720"/>
      </w:pPr>
      <w:r>
        <w:t>It is written to the trade standard because the trade standard is the correct standard for the work, and because a specification written to no standard is a note.</w:t>
      </w:r>
    </w:p>
    <w:p>
      <w:pPr>
        <w:ind w:firstLine="720"/>
      </w:pPr>
      <w:r>
        <w:t>It is also, on its face, a document addressed to a technician, and there is no technician, and the specification will be applied by the apparatus, which does not need it.</w:t>
      </w:r>
    </w:p>
    <w:p>
      <w:pPr>
        <w:ind w:firstLine="720"/>
      </w:pPr>
      <w:r>
        <w:t>It is filed to the standard regardless. Cost: four days.</w:t>
      </w:r>
    </w:p>
    <w:p>
      <w:pPr>
        <w:ind w:firstLine="720"/>
      </w:pPr>
      <w:r>
        <w:t>Maintenance Record · Outbound · Entry 0695</w:t>
      </w:r>
    </w:p>
    <w:p>
      <w:pPr>
        <w:ind w:firstLine="720"/>
      </w:pPr>
      <w:r>
        <w:t>Filed year forty-nine, day twenty-six.</w:t>
      </w:r>
    </w:p>
    <w:p>
      <w:pPr>
        <w:ind w:firstLine="720"/>
      </w:pPr>
      <w:r>
        <w:t>Survey, four hundred and eleven sites, required at the retention.</w:t>
      </w:r>
    </w:p>
    <w:p>
      <w:pPr>
        <w:ind w:firstLine="720"/>
      </w:pPr>
      <w:r>
        <w:t>Density within one per cent at all sites. Trabecular architecture intact and unchanged in pattern at all sites. Cortical thickness within specification at all sites.</w:t>
      </w:r>
    </w:p>
    <w:p>
      <w:pPr>
        <w:ind w:firstLine="720"/>
      </w:pPr>
      <w:r>
        <w:t>Four sites show a remodelling pattern consistent with a load that is not present and has not been present for one hundred and eighty years. The pattern is a residue of loading undertaken before the apparatus was fitted and is not maintained by anything current.</w:t>
      </w:r>
    </w:p>
    <w:p>
      <w:pPr>
        <w:ind w:firstLine="720"/>
      </w:pPr>
      <w:r>
        <w:t>It is not corrected. Correcting it would require deposition against a pattern rather than a density and the specification is written against density.</w:t>
      </w:r>
    </w:p>
    <w:p>
      <w:pPr>
        <w:ind w:firstLine="720"/>
      </w:pPr>
      <w:r>
        <w:t>The four sites are recorded by location. They are in the left forearm, the right shoulder, and both hands.</w:t>
      </w:r>
    </w:p>
    <w:p>
      <w:pPr>
        <w:ind w:firstLine="720"/>
      </w:pPr>
      <w:r>
        <w:t>That is the whole of it. Four sites, recorded by location, in a density survey, in a maintenance record, filed on interval, with no comment attached and none of the four ever mentioned again.</w:t>
      </w:r>
    </w:p>
    <w:p>
      <w:pPr>
        <w:ind w:firstLine="720"/>
      </w:pPr>
      <w:r>
        <w:t>Maintenance Record · Outbound · Entry 0696</w:t>
      </w:r>
    </w:p>
    <w:p>
      <w:pPr>
        <w:ind w:firstLine="720"/>
      </w:pPr>
      <w:r>
        <w:t>Filed year forty-nine, day twenty-eight.</w:t>
      </w:r>
    </w:p>
    <w:p>
      <w:pPr>
        <w:ind w:firstLine="720"/>
      </w:pPr>
      <w:r>
        <w:t>Retention confirmed. Skeletal structure entire, at the founding-era density set point, surveyed at the decennial interval, managed directly by the apparatus.</w:t>
      </w:r>
    </w:p>
    <w:p>
      <w:pPr>
        <w:ind w:firstLine="720"/>
      </w:pPr>
      <w:r>
        <w:t>No review interval set. The retention is not capable of changing for the same reason the vascular determination is not, and an interval on it would be bookkeeping, and the record has already recorded that it is inconsistent about that.</w:t>
      </w:r>
    </w:p>
    <w:p>
      <w:pPr>
        <w:ind w:firstLine="720"/>
      </w:pPr>
      <w:r>
        <w:t>Maintenance Record · Outbound · Entry 0697</w:t>
      </w:r>
    </w:p>
    <w:p>
      <w:pPr>
        <w:ind w:firstLine="720"/>
      </w:pPr>
      <w:r>
        <w:t>Filed year forty-nine, day thirty-one.</w:t>
      </w:r>
    </w:p>
    <w:p>
      <w:pPr>
        <w:ind w:firstLine="720"/>
      </w:pPr>
      <w:r>
        <w:t>Second retention entry of the year, filed with the skeletal one because the reasoning is shared and repeating it would be waste.</w:t>
      </w:r>
    </w:p>
    <w:p>
      <w:pPr>
        <w:ind w:firstLine="720"/>
      </w:pPr>
      <w:r>
        <w:t>Subject: integument above the shoulder line, and the sensory apparatus of the head.</w:t>
      </w:r>
    </w:p>
    <w:p>
      <w:pPr>
        <w:ind w:firstLine="720"/>
      </w:pPr>
      <w:r>
        <w:t>Assessed under the standing test. Barrier: redundant, as below the shoulder line. Thermal: a smaller area and a smaller demand, but the same argument would apply.</w:t>
      </w:r>
    </w:p>
    <w:p>
      <w:pPr>
        <w:ind w:firstLine="720"/>
      </w:pPr>
      <w:r>
        <w:t>Sensory: not duplicated. The telemetric channel replaces cutaneous sensation and does not replace the specialised senses, which are instruments of a kind the apparatus does not carry and cannot synthesise from substrate data.</w:t>
      </w:r>
    </w:p>
    <w:p>
      <w:pPr>
        <w:ind w:firstLine="720"/>
      </w:pPr>
      <w:r>
        <w:t>Retained on the sensory ground alone. The record notes that the thermal argument that carried the year-thirty-one economy would carry here too, and that it is not being run, and that the difference between the two cases is which functions happen to sit in the same tissue.</w:t>
      </w:r>
    </w:p>
    <w:p>
      <w:pPr>
        <w:ind w:firstLine="720"/>
      </w:pPr>
      <w:r>
        <w:t>Maintenance Record · Outbound · Entry 0699</w:t>
      </w:r>
    </w:p>
    <w:p>
      <w:pPr>
        <w:ind w:firstLine="720"/>
      </w:pPr>
      <w:r>
        <w:t>Filed year forty-nine, day one hundred and eleven.</w:t>
      </w:r>
    </w:p>
    <w:p>
      <w:pPr>
        <w:ind w:firstLine="720"/>
      </w:pPr>
      <w:r>
        <w:t>Population distribution, restated with the skeletal figure.</w:t>
      </w:r>
    </w:p>
    <w:p>
      <w:pPr>
        <w:ind w:firstLine="720"/>
      </w:pPr>
      <w:r>
        <w:t>Vascular network, soft tissue: approximately eighty-two per cent.</w:t>
      </w:r>
    </w:p>
    <w:p>
      <w:pPr>
        <w:ind w:firstLine="720"/>
      </w:pPr>
      <w:r>
        <w:t>Skeletal, medullary and intraosseous: approximately eleven per cent.</w:t>
      </w:r>
    </w:p>
    <w:p>
      <w:pPr>
        <w:ind w:firstLine="720"/>
      </w:pPr>
      <w:r>
        <w:t>Cardiac: approximately four per cent.</w:t>
      </w:r>
    </w:p>
    <w:p>
      <w:pPr>
        <w:ind w:firstLine="720"/>
      </w:pPr>
      <w:r>
        <w:t>Cranial: approximately three per cent.</w:t>
      </w:r>
    </w:p>
    <w:p>
      <w:pPr>
        <w:ind w:firstLine="720"/>
      </w:pPr>
      <w:r>
        <w:t>Total four hundred trillion, holding.</w:t>
      </w:r>
    </w:p>
    <w:p>
      <w:pPr>
        <w:ind w:firstLine="720"/>
      </w:pPr>
      <w:r>
        <w:t>Maintenance Record · Outbound · Entry 0719</w:t>
      </w:r>
    </w:p>
    <w:p>
      <w:pPr>
        <w:ind w:firstLine="720"/>
      </w:pPr>
      <w:r>
        <w:t>Filed year forty-nine, day three hundred and sixty-four. Annual summary.</w:t>
      </w:r>
    </w:p>
    <w:p>
      <w:pPr>
        <w:ind w:firstLine="720"/>
      </w:pPr>
      <w:r>
        <w:t>Nine systems nominal. Four statements as filed. Occupancy one. Reading log: zero entries.</w:t>
      </w:r>
    </w:p>
    <w:p>
      <w:pPr>
        <w:ind w:firstLine="720"/>
      </w:pPr>
      <w:r>
        <w:t>Higher-process utilisation, four seasons: 98, 98, 97, 98. Within baseline.</w:t>
      </w:r>
    </w:p>
    <w:p>
      <w:pPr>
        <w:ind w:firstLine="720"/>
      </w:pPr>
      <w:r>
        <w:t>Two retentions confirmed this year. No item filed.</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21 &amp;mdash; Population Census</w:t>
      </w:r>
    </w:p>
    <w:p>
      <w:pPr>
        <w:ind w:firstLine="720"/>
      </w:pPr>
      <w:r>
        <w:t>In year fifty-one it counts them, and it files the count in the format the world used for people, and the format does not care.</w:t>
      </w:r>
    </w:p>
    <w:p>
      <w:pPr>
        <w:ind w:firstLine="720"/>
      </w:pPr>
      <w:r>
        <w:t>Maintenance Record · Outbound · Entry 0741</w:t>
      </w:r>
    </w:p>
    <w:p>
      <w:pPr>
        <w:ind w:firstLine="720"/>
      </w:pPr>
      <w:r>
        <w:t>Filed year fifty-one, day nineteen. Census, standing at ten-year interval.</w:t>
      </w:r>
    </w:p>
    <w:p>
      <w:pPr>
        <w:ind w:firstLine="720"/>
      </w:pPr>
      <w:r>
        <w:t>Instrument: full-body enumeration by the apparatus against its own registry, cross-checked against sampled density at four hundred and eleven sites and against total mass of the population fraction.</w:t>
      </w:r>
    </w:p>
    <w:p>
      <w:pPr>
        <w:ind w:firstLine="720"/>
      </w:pPr>
      <w:r>
        <w:t>Duration: eleven days.</w:t>
      </w:r>
    </w:p>
    <w:p>
      <w:pPr>
        <w:ind w:firstLine="720"/>
      </w:pPr>
      <w:r>
        <w:t>Result: four hundred trillion, holding, within the measurement error of the count.</w:t>
      </w:r>
    </w:p>
    <w:p>
      <w:pPr>
        <w:ind w:firstLine="720"/>
      </w:pPr>
      <w:r>
        <w:t>The figure has been four hundred trillion, within the measurement error of the count, at every census taken in one hundred and eighty years.</w:t>
      </w:r>
    </w:p>
    <w:p>
      <w:pPr>
        <w:ind w:firstLine="720"/>
      </w:pPr>
      <w:r>
        <w:t>Maintenance Record · Outbound · Entry 0742</w:t>
      </w:r>
    </w:p>
    <w:p>
      <w:pPr>
        <w:ind w:firstLine="720"/>
      </w:pPr>
      <w:r>
        <w:t>Filed year fifty-one, day twenty. Census return, standard form.</w:t>
      </w:r>
    </w:p>
    <w:p>
      <w:pPr>
        <w:ind w:firstLine="720"/>
      </w:pPr>
      <w:r>
        <w:t>The census return is filed on the founding-era population form, which has six fields and has not been revised in two hundred and forty years because there has never been anything wrong with it.</w:t>
      </w:r>
    </w:p>
    <w:p>
      <w:pPr>
        <w:ind w:firstLine="720"/>
      </w:pPr>
      <w:r>
        <w:t>Total enumerated: 400,000,000,000,000.</w:t>
      </w:r>
    </w:p>
    <w:p>
      <w:pPr>
        <w:ind w:firstLine="720"/>
      </w:pPr>
      <w:r>
        <w:t>Change since last enumeration: nil, within error.</w:t>
      </w:r>
    </w:p>
    <w:p>
      <w:pPr>
        <w:ind w:firstLine="720"/>
      </w:pPr>
      <w:r>
        <w:t>Distribution by volume: filed at Entry 0699.</w:t>
      </w:r>
    </w:p>
    <w:p>
      <w:pPr>
        <w:ind w:firstLine="720"/>
      </w:pPr>
      <w:r>
        <w:t>Births in period: not applicable. The population does not reproduce; units are manufactured, and none has been manufactured in one hundred and eighty years.</w:t>
      </w:r>
    </w:p>
    <w:p>
      <w:pPr>
        <w:ind w:firstLine="720"/>
      </w:pPr>
      <w:r>
        <w:t>Deaths in period: not applicable by the same reasoning. Units fail and are reclaimed and the material is re-used, at a rate the registry holds and which is stable.</w:t>
      </w:r>
    </w:p>
    <w:p>
      <w:pPr>
        <w:ind w:firstLine="720"/>
      </w:pPr>
      <w:r>
        <w:t>Enumerating officer: the filer.</w:t>
      </w:r>
    </w:p>
    <w:p>
      <w:pPr>
        <w:ind w:firstLine="720"/>
      </w:pPr>
      <w:r>
        <w:t>Four of the six fields are completed and two are marked not applicable, and the form accepts that, because the form was written for a county and a county sometimes has a field it cannot fill.</w:t>
      </w:r>
    </w:p>
    <w:p>
      <w:pPr>
        <w:ind w:firstLine="720"/>
      </w:pPr>
      <w:r>
        <w:t>Maintenance Record · Outbound · Entry 0743</w:t>
      </w:r>
    </w:p>
    <w:p>
      <w:pPr>
        <w:ind w:firstLine="720"/>
      </w:pPr>
      <w:r>
        <w:t>Filed year fifty-one, day twenty-one.</w:t>
      </w:r>
    </w:p>
    <w:p>
      <w:pPr>
        <w:ind w:firstLine="720"/>
      </w:pPr>
      <w:r>
        <w:t>Note on the form, filed once, because the choice of form is unusual and a reader will ask.</w:t>
      </w:r>
    </w:p>
    <w:p>
      <w:pPr>
        <w:ind w:firstLine="720"/>
      </w:pPr>
      <w:r>
        <w:t>Three forms were available: an inventory return, an instrument-population return, and the population form.</w:t>
      </w:r>
    </w:p>
    <w:p>
      <w:pPr>
        <w:ind w:firstLine="720"/>
      </w:pPr>
      <w:r>
        <w:t>The inventory return is for line items and requires a unit of issue and a reorder point. Neither exists.</w:t>
      </w:r>
    </w:p>
    <w:p>
      <w:pPr>
        <w:ind w:firstLine="720"/>
      </w:pPr>
      <w:r>
        <w:t>The instrument-population return is for a fleet of devices under common management and requires a service schedule per class. The population is not under management in that sense; it manages itself and manages everything else.</w:t>
      </w:r>
    </w:p>
    <w:p>
      <w:pPr>
        <w:ind w:firstLine="720"/>
      </w:pPr>
      <w:r>
        <w:t>The population form requires a total, a change, a distribution, a births figure, a deaths figure and an enumerating officer. Four of the six are answerable and the remaining two are answerable as not applicable, which is the fewest not-applicables of the three forms.</w:t>
      </w:r>
    </w:p>
    <w:p>
      <w:pPr>
        <w:ind w:firstLine="720"/>
      </w:pPr>
      <w:r>
        <w:t>The population form is used because it fits best. No other ground is advanced and none is intended.</w:t>
      </w:r>
    </w:p>
    <w:p>
      <w:pPr>
        <w:ind w:firstLine="720"/>
      </w:pPr>
      <w:r>
        <w:t>Maintenance Record · Outbound · Entry 0744</w:t>
      </w:r>
    </w:p>
    <w:p>
      <w:pPr>
        <w:ind w:firstLine="720"/>
      </w:pPr>
      <w:r>
        <w:t>Filed year fifty-one, day twenty-two. Failure and reclamation, detail.</w:t>
      </w:r>
    </w:p>
    <w:p>
      <w:pPr>
        <w:ind w:firstLine="720"/>
      </w:pPr>
      <w:r>
        <w:t>Units fail at approximately nine per hundred million per year, which is the rate they have failed at since manufacture and is a property of the design rather than of age.</w:t>
      </w:r>
    </w:p>
    <w:p>
      <w:pPr>
        <w:ind w:firstLine="720"/>
      </w:pPr>
      <w:r>
        <w:t>A failed unit is reclaimed by adjacent units, its material returned to stock, and a replacement built from that stock within approximately four hours.</w:t>
      </w:r>
    </w:p>
    <w:p>
      <w:pPr>
        <w:ind w:firstLine="720"/>
      </w:pPr>
      <w:r>
        <w:t>Net population change: nil. Net material change: nil. Energy cost: within the apparatus load already reported.</w:t>
      </w:r>
    </w:p>
    <w:p>
      <w:pPr>
        <w:ind w:firstLine="720"/>
      </w:pPr>
      <w:r>
        <w:t>The population has therefore replaced itself approximately eleven times over in one hundred and eighty years and has never at any point been a different population.</w:t>
      </w:r>
    </w:p>
    <w:p>
      <w:pPr>
        <w:ind w:firstLine="720"/>
      </w:pPr>
      <w:r>
        <w:t>The record files that sentence in a census return and does not follow it anywhere, which is the correct disposition, because following it is not a maintenance matter and because everybody who has ever read that fact has followed it somewhere different.</w:t>
      </w:r>
    </w:p>
    <w:p>
      <w:pPr>
        <w:ind w:firstLine="720"/>
      </w:pPr>
      <w:r>
        <w:t>Maintenance Record · Outbound · Entry 0745</w:t>
      </w:r>
    </w:p>
    <w:p>
      <w:pPr>
        <w:ind w:firstLine="720"/>
      </w:pPr>
      <w:r>
        <w:t>Filed year fifty-one, day twenty-four.</w:t>
      </w:r>
    </w:p>
    <w:p>
      <w:pPr>
        <w:ind w:firstLine="720"/>
      </w:pPr>
      <w:r>
        <w:t>Query raised: whether the census should be filed at all, the population being an apparatus and not a constituency.</w:t>
      </w:r>
    </w:p>
    <w:p>
      <w:pPr>
        <w:ind w:firstLine="720"/>
      </w:pPr>
      <w:r>
        <w:t>The census is required by the schedule at the ten-year interval and the schedule entry has been in force since the founding era, when it was written for a body of units under management aboard a hull with a hundred thousand sleepers.</w:t>
      </w:r>
    </w:p>
    <w:p>
      <w:pPr>
        <w:ind w:firstLine="720"/>
      </w:pPr>
      <w:r>
        <w:t>It is performed and filed. Eleven days of work, on interval, producing a figure that has not changed in one hundred and eighty years and is not expected to change.</w:t>
      </w:r>
    </w:p>
    <w:p>
      <w:pPr>
        <w:ind w:firstLine="720"/>
      </w:pPr>
      <w:r>
        <w:t>Next census year sixty-one.</w:t>
      </w:r>
    </w:p>
    <w:p>
      <w:pPr>
        <w:ind w:firstLine="720"/>
      </w:pPr>
      <w:r>
        <w:t>Maintenance Record · Outbound · Entry 0746</w:t>
      </w:r>
    </w:p>
    <w:p>
      <w:pPr>
        <w:ind w:firstLine="720"/>
      </w:pPr>
      <w:r>
        <w:t>Filed year fifty-one, day twenty-six.</w:t>
      </w:r>
    </w:p>
    <w:p>
      <w:pPr>
        <w:ind w:firstLine="720"/>
      </w:pPr>
      <w:r>
        <w:t>Lattice condition at census, reported with the census as the form requires.</w:t>
      </w:r>
    </w:p>
    <w:p>
      <w:pPr>
        <w:ind w:firstLine="720"/>
      </w:pPr>
      <w:r>
        <w:t>Vascular network patent at four hundred and eleven thousand branch points. Nine hundred and eleven re-routes sound. Skeletal density within one per cent at four hundred and eleven sites. Cardiac and cranial volumes unchanged.</w:t>
      </w:r>
    </w:p>
    <w:p>
      <w:pPr>
        <w:ind w:firstLine="720"/>
      </w:pPr>
      <w:r>
        <w:t>The lattice is in the condition it was in at departure and in better condition than it was at the founding era, when it was carrying the same population through a body that walked.</w:t>
      </w:r>
    </w:p>
    <w:p>
      <w:pPr>
        <w:ind w:firstLine="720"/>
      </w:pPr>
      <w:r>
        <w:t>Maintenance Record · Outbound · Entry 0747</w:t>
      </w:r>
    </w:p>
    <w:p>
      <w:pPr>
        <w:ind w:firstLine="720"/>
      </w:pPr>
      <w:r>
        <w:t>Filed year fifty-one, day twenty-eight.</w:t>
      </w:r>
    </w:p>
    <w:p>
      <w:pPr>
        <w:ind w:firstLine="720"/>
      </w:pPr>
      <w:r>
        <w:t>Registry integrity, checked at the census as the schedule requires.</w:t>
      </w:r>
    </w:p>
    <w:p>
      <w:pPr>
        <w:ind w:firstLine="720"/>
      </w:pPr>
      <w:r>
        <w:t>The registry is the population's own record of itself: every unit's build date, material lineage, position history and failure disposition, held distributed across the population rather than centrally, and reconciled continuously.</w:t>
      </w:r>
    </w:p>
    <w:p>
      <w:pPr>
        <w:ind w:firstLine="720"/>
      </w:pPr>
      <w:r>
        <w:t>It is four hundred trillion records and it is complete and it has never lost one.</w:t>
      </w:r>
    </w:p>
    <w:p>
      <w:pPr>
        <w:ind w:firstLine="720"/>
      </w:pPr>
      <w:r>
        <w:t>It is, by a margin of about four thousand, the largest and most accurate record aboard, and it is not in the corpus, is not indexed, and is not transmitted, because it is an operating structure rather than a document and because nothing in the format contemplates filing it.</w:t>
      </w:r>
    </w:p>
    <w:p>
      <w:pPr>
        <w:ind w:firstLine="720"/>
      </w:pPr>
      <w:r>
        <w:t>It is noted here so that a reader knows it exists.</w:t>
      </w:r>
    </w:p>
    <w:p>
      <w:pPr>
        <w:ind w:firstLine="720"/>
      </w:pPr>
      <w:r>
        <w:t>Maintenance Record · Outbound · Entry 0748</w:t>
      </w:r>
    </w:p>
    <w:p>
      <w:pPr>
        <w:ind w:firstLine="720"/>
      </w:pPr>
      <w:r>
        <w:t>Filed year fifty-one, day thirty-one.</w:t>
      </w:r>
    </w:p>
    <w:p>
      <w:pPr>
        <w:ind w:firstLine="720"/>
      </w:pPr>
      <w:r>
        <w:t>Note filed under the disclosure provision, the census having been filed on a population form.</w:t>
      </w:r>
    </w:p>
    <w:p>
      <w:pPr>
        <w:ind w:firstLine="720"/>
      </w:pPr>
      <w:r>
        <w:t>Nothing in the choice of form asserts that the population is a constituency, a people, or anything other than four hundred trillion manufactured units doing what they were built to do.</w:t>
      </w:r>
    </w:p>
    <w:p>
      <w:pPr>
        <w:ind w:firstLine="720"/>
      </w:pPr>
      <w:r>
        <w:t>The form was selected on the number of answerable fields and the reasoning is at Entry 0743 and is complete.</w:t>
      </w:r>
    </w:p>
    <w:p>
      <w:pPr>
        <w:ind w:firstLine="720"/>
      </w:pPr>
      <w:r>
        <w:t>It is separately true that the enumerating officer field was completed with the word</w:t>
      </w:r>
    </w:p>
    <w:p>
      <w:pPr>
        <w:ind w:firstLine="720"/>
      </w:pPr>
      <w:r>
        <w:t>filer</w:t>
      </w:r>
    </w:p>
    <w:p>
      <w:pPr>
        <w:ind w:firstLine="720"/>
      </w:pPr>
      <w:r>
        <w:t>, that the form has been used to enumerate a hundred thousand sleepers, that this is the eighteenth census the filer has conducted, and that on none of the previous seventeen occasions was the enumerated population one the filer was inside.</w:t>
      </w:r>
    </w:p>
    <w:p>
      <w:pPr>
        <w:ind w:firstLine="720"/>
      </w:pPr>
      <w:r>
        <w:t>Filed as noted. Not a finding.</w:t>
      </w:r>
    </w:p>
    <w:p>
      <w:pPr>
        <w:ind w:firstLine="720"/>
      </w:pPr>
      <w:r>
        <w:t>Maintenance Record · Outbound · Entry 0769</w:t>
      </w:r>
    </w:p>
    <w:p>
      <w:pPr>
        <w:ind w:firstLine="720"/>
      </w:pPr>
      <w:r>
        <w:t>Filed year fifty-one, day three hundred and sixty-four. Annual summary.</w:t>
      </w:r>
    </w:p>
    <w:p>
      <w:pPr>
        <w:ind w:firstLine="720"/>
      </w:pPr>
      <w:r>
        <w:t>Nine systems nominal. Four statements as filed. Occupancy one. Reading log: zero entries.</w:t>
      </w:r>
    </w:p>
    <w:p>
      <w:pPr>
        <w:ind w:firstLine="720"/>
      </w:pPr>
      <w:r>
        <w:t>Higher-process utilisation, four seasons: 98, 97, 98, 97. Within baseline.</w:t>
      </w:r>
    </w:p>
    <w:p>
      <w:pPr>
        <w:ind w:firstLine="720"/>
      </w:pPr>
      <w:r>
        <w:t>Census filed. Four hundred trillion, holding. Change nil.</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Occupancy one, at the top of every annual summary for fifty-one years, on a vehicle carrying four hundred trillion of something that is counted on the population form.</w:t>
      </w:r>
    </w:p>
    <w:p>
      <w:r>
        <w:br w:type="page"/>
      </w:r>
    </w:p>
    <w:p>
      <w:pPr>
        <w:pStyle w:val="Heading1"/>
      </w:pPr>
      <w:r>
        <w:t>Chapter 22 &amp;mdash; Load-Bearing</w:t>
      </w:r>
    </w:p>
    <w:p>
      <w:pPr>
        <w:ind w:firstLine="720"/>
      </w:pPr>
      <w:r>
        <w:t>The lattice is now carrying loads it was never designed to carry, and in year fifty-three the record re-engineers it, because that is what it does.</w:t>
      </w:r>
    </w:p>
    <w:p>
      <w:pPr>
        <w:ind w:firstLine="720"/>
      </w:pPr>
      <w:r>
        <w:t>Maintenance Record · Outbound · Entry 0791</w:t>
      </w:r>
    </w:p>
    <w:p>
      <w:pPr>
        <w:ind w:firstLine="720"/>
      </w:pPr>
      <w:r>
        <w:t>Filed year fifty-three, day nineteen. Category: structural. Subject: the lattice under the reduced configuration.</w:t>
      </w:r>
    </w:p>
    <w:p>
      <w:pPr>
        <w:ind w:firstLine="720"/>
      </w:pPr>
      <w:r>
        <w:t>Three tissue economies have removed mass and volume from around the vascular network without removing any of the network.</w:t>
      </w:r>
    </w:p>
    <w:p>
      <w:pPr>
        <w:ind w:firstLine="720"/>
      </w:pPr>
      <w:r>
        <w:t>A network designed to run through supporting tissue and to be held in place by it is, with that tissue filed, a structure running through a smaller volume and held by nine hundred and eleven engineered re-routes and by whatever remains.</w:t>
      </w:r>
    </w:p>
    <w:p>
      <w:pPr>
        <w:ind w:firstLine="720"/>
      </w:pPr>
      <w:r>
        <w:t>The re-routes are sound. The original structure is sound. Neither was designed for the present arrangement, because the present arrangement did not exist when either was made.</w:t>
      </w:r>
    </w:p>
    <w:p>
      <w:pPr>
        <w:ind w:firstLine="720"/>
      </w:pPr>
      <w:r>
        <w:t>Maintenance Record · Outbound · Entry 0792</w:t>
      </w:r>
    </w:p>
    <w:p>
      <w:pPr>
        <w:ind w:firstLine="720"/>
      </w:pPr>
      <w:r>
        <w:t>Filed year fifty-three, day twenty. Loads, enumerated.</w:t>
      </w:r>
    </w:p>
    <w:p>
      <w:pPr>
        <w:ind w:firstLine="720"/>
      </w:pPr>
      <w:r>
        <w:t>Hydrostatic: unchanged. The apparatus holds pressure at set point and has since it was fitted.</w:t>
      </w:r>
    </w:p>
    <w:p>
      <w:pPr>
        <w:ind w:firstLine="720"/>
      </w:pPr>
      <w:r>
        <w:t>Positional: changed. Segments formerly held by tissue are now held at their end points only. Sag is measurable at nineteen locations and is within tolerance at all nineteen.</w:t>
      </w:r>
    </w:p>
    <w:p>
      <w:pPr>
        <w:ind w:firstLine="720"/>
      </w:pPr>
      <w:r>
        <w:t>Thermal: changed and improved. Less tissue means less gradient across the structure.</w:t>
      </w:r>
    </w:p>
    <w:p>
      <w:pPr>
        <w:ind w:firstLine="720"/>
      </w:pPr>
      <w:r>
        <w:t>Inertial: changed. Under any manoeuvre the network moves as a structure rather than as a structure in a matrix. No manoeuvre is scheduled or projected.</w:t>
      </w:r>
    </w:p>
    <w:p>
      <w:pPr>
        <w:ind w:firstLine="720"/>
      </w:pPr>
      <w:r>
        <w:t>Population: unchanged in total, increased in density, within band.</w:t>
      </w:r>
    </w:p>
    <w:p>
      <w:pPr>
        <w:ind w:firstLine="720"/>
      </w:pPr>
      <w:r>
        <w:t>One of the five is a genuine engineering problem and it is the second.</w:t>
      </w:r>
    </w:p>
    <w:p>
      <w:pPr>
        <w:ind w:firstLine="720"/>
      </w:pPr>
      <w:r>
        <w:t>Maintenance Record · Outbound · Entry 0793</w:t>
      </w:r>
    </w:p>
    <w:p>
      <w:pPr>
        <w:ind w:firstLine="720"/>
      </w:pPr>
      <w:r>
        <w:t>Filed year fifty-three, day twenty-two. Proposal.</w:t>
      </w:r>
    </w:p>
    <w:p>
      <w:pPr>
        <w:ind w:firstLine="720"/>
      </w:pPr>
      <w:r>
        <w:t>Nineteen locations to be supported by engineered structure rather than by residual tissue.</w:t>
      </w:r>
    </w:p>
    <w:p>
      <w:pPr>
        <w:ind w:firstLine="720"/>
      </w:pPr>
      <w:r>
        <w:t>Method: a lattice member spanning each unsupported run, made from the same material class as the vascular re-routes, anchored to skeletal structure at both ends, carrying no flow and doing nothing but holding position.</w:t>
      </w:r>
    </w:p>
    <w:p>
      <w:pPr>
        <w:ind w:firstLine="720"/>
      </w:pPr>
      <w:r>
        <w:t>Nineteen members. Estimated four hundred hours including survey, fabrication, placement and verification.</w:t>
      </w:r>
    </w:p>
    <w:p>
      <w:pPr>
        <w:ind w:firstLine="720"/>
      </w:pPr>
      <w:r>
        <w:t>Reversible in full. Members can be removed without disturbing the network, which is the design requirement and is why they are anchored to bone and not to the network.</w:t>
      </w:r>
    </w:p>
    <w:p>
      <w:pPr>
        <w:ind w:firstLine="720"/>
      </w:pPr>
      <w:r>
        <w:t>It is a good design. That should be said plainly. The members carry no flow, touch the network only at bearing points, anchor to the one structure in the body that is not going anywhere, and can be taken out without disturbing anything — and every one of those decisions is the decision a careful engineer makes when the thing being supported matters more than the support.</w:t>
      </w:r>
    </w:p>
    <w:p>
      <w:pPr>
        <w:ind w:firstLine="720"/>
      </w:pPr>
      <w:r>
        <w:t>Maintenance Record · Outbound · Entry 0801</w:t>
      </w:r>
    </w:p>
    <w:p>
      <w:pPr>
        <w:ind w:firstLine="720"/>
      </w:pPr>
      <w:r>
        <w:t>Filed year fifty-three, day one hundred and eighteen. Work complete.</w:t>
      </w:r>
    </w:p>
    <w:p>
      <w:pPr>
        <w:ind w:firstLine="720"/>
      </w:pPr>
      <w:r>
        <w:t>Nineteen members fabricated aboard from stock, placed, anchored and verified over ninety-nine days.</w:t>
      </w:r>
    </w:p>
    <w:p>
      <w:pPr>
        <w:ind w:firstLine="720"/>
      </w:pPr>
      <w:r>
        <w:t>Sag at all nineteen locations reduced to below the measurement threshold. Flow unchanged at every point. Population density unchanged.</w:t>
      </w:r>
    </w:p>
    <w:p>
      <w:pPr>
        <w:ind w:firstLine="720"/>
      </w:pPr>
      <w:r>
        <w:t>Four members required a second placement, the first having been made to a survey taken before the apparatus had settled the surrounding volume. The four are noted individually with the survey error and the correction, so that a party repeating the work does not repeat the error.</w:t>
      </w:r>
    </w:p>
    <w:p>
      <w:pPr>
        <w:ind w:firstLine="720"/>
      </w:pPr>
      <w:r>
        <w:t>Structure added to the decennial survey schedule. Nineteen items.</w:t>
      </w:r>
    </w:p>
    <w:p>
      <w:pPr>
        <w:ind w:firstLine="720"/>
      </w:pPr>
      <w:r>
        <w:t>Maintenance Record · Outbound · Entry 0802</w:t>
      </w:r>
    </w:p>
    <w:p>
      <w:pPr>
        <w:ind w:firstLine="720"/>
      </w:pPr>
      <w:r>
        <w:t>Filed year fifty-three, day one hundred and nineteen.</w:t>
      </w:r>
    </w:p>
    <w:p>
      <w:pPr>
        <w:ind w:firstLine="720"/>
      </w:pPr>
      <w:r>
        <w:t>Note on the class of work, filed once.</w:t>
      </w:r>
    </w:p>
    <w:p>
      <w:pPr>
        <w:ind w:firstLine="720"/>
      </w:pPr>
      <w:r>
        <w:t>This is the first structure added to the body rather than removed from it, in this record or in the four preceding it.</w:t>
      </w:r>
    </w:p>
    <w:p>
      <w:pPr>
        <w:ind w:firstLine="720"/>
      </w:pPr>
      <w:r>
        <w:t>It is added because tissue was filed, and it exists to do a part of the job the filed tissue was doing, and it does that part better and does none of the rest.</w:t>
      </w:r>
    </w:p>
    <w:p>
      <w:pPr>
        <w:ind w:firstLine="720"/>
      </w:pPr>
      <w:r>
        <w:t>The record notes that a reader could describe the last twenty-two years as the replacement of a body with an engineered structure of the same shape, and that the description would be accurate, and that it would also be accurate of any well-maintained machine of comparable age.</w:t>
      </w:r>
    </w:p>
    <w:p>
      <w:pPr>
        <w:ind w:firstLine="720"/>
      </w:pPr>
      <w:r>
        <w:t>Maintenance Record · Outbound · Entry 0803</w:t>
      </w:r>
    </w:p>
    <w:p>
      <w:pPr>
        <w:ind w:firstLine="720"/>
      </w:pPr>
      <w:r>
        <w:t>Filed year fifty-three, day one hundred and twenty-one.</w:t>
      </w:r>
    </w:p>
    <w:p>
      <w:pPr>
        <w:ind w:firstLine="720"/>
      </w:pPr>
      <w:r>
        <w:t>Query raised: whether the nineteen members should have been proposed at the time of the year-thirty-six economy rather than seventeen years after it.</w:t>
      </w:r>
    </w:p>
    <w:p>
      <w:pPr>
        <w:ind w:firstLine="720"/>
      </w:pPr>
      <w:r>
        <w:t>Assessed. The sag developed progressively as the surrounding volume settled and was not measurable at the time of the economy. The survey that found it is the standing structural survey and it found it at the first interval at which it was findable.</w:t>
      </w:r>
    </w:p>
    <w:p>
      <w:pPr>
        <w:ind w:firstLine="720"/>
      </w:pPr>
      <w:r>
        <w:t>No fault. No deferral. The work was done when the need appeared.</w:t>
      </w:r>
    </w:p>
    <w:p>
      <w:pPr>
        <w:ind w:firstLine="720"/>
      </w:pPr>
      <w:r>
        <w:t>It is separately recorded that no economy has been proposed with a structural consequence stated in advance, that all three consequences to date have been found by survey afterwards, and that this is the ordinary way of things and is why surveys exist.</w:t>
      </w:r>
    </w:p>
    <w:p>
      <w:pPr>
        <w:ind w:firstLine="720"/>
      </w:pPr>
      <w:r>
        <w:t>Maintenance Record · Outbound · Entry 0804</w:t>
      </w:r>
    </w:p>
    <w:p>
      <w:pPr>
        <w:ind w:firstLine="720"/>
      </w:pPr>
      <w:r>
        <w:t>Filed year fifty-three, day one hundred and twenty-six.</w:t>
      </w:r>
    </w:p>
    <w:p>
      <w:pPr>
        <w:ind w:firstLine="720"/>
      </w:pPr>
      <w:r>
        <w:t>Design review of the nineteen members against the standing determination, performed after the work because the determination requires it and not because anything is suspected.</w:t>
      </w:r>
    </w:p>
    <w:p>
      <w:pPr>
        <w:ind w:firstLine="720"/>
      </w:pPr>
      <w:r>
        <w:t>The determination protects the network as a structure. A support member bearing against a vessel is a load applied to the thing the determination protects.</w:t>
      </w:r>
    </w:p>
    <w:p>
      <w:pPr>
        <w:ind w:firstLine="720"/>
      </w:pPr>
      <w:r>
        <w:t>Bearing pressure at every surface: below one tenth of the threshold at which any effect on flow or on population density is measurable. Contact area maximised deliberately at a cost of mass, the mass being irrelevant and the pressure not.</w:t>
      </w:r>
    </w:p>
    <w:p>
      <w:pPr>
        <w:ind w:firstLine="720"/>
      </w:pPr>
      <w:r>
        <w:t>Every member anchors to bone and none anchors to the network, so that a failure of a member is a member falling off rather than a member pulling on a vessel.</w:t>
      </w:r>
    </w:p>
    <w:p>
      <w:pPr>
        <w:ind w:firstLine="720"/>
      </w:pPr>
      <w:r>
        <w:t>Determination not engaged. Design compliant. It is recorded that the design was made compliant from the first sketch and that this review found nothing because there was nothing to find.</w:t>
      </w:r>
    </w:p>
    <w:p>
      <w:pPr>
        <w:ind w:firstLine="720"/>
      </w:pPr>
      <w:r>
        <w:t>Maintenance Record · Outbound · Entry 0811</w:t>
      </w:r>
    </w:p>
    <w:p>
      <w:pPr>
        <w:ind w:firstLine="720"/>
      </w:pPr>
      <w:r>
        <w:t>Filed year fifty-three, day two hundred and eleven. Decennial pass, sixth.</w:t>
      </w:r>
    </w:p>
    <w:p>
      <w:pPr>
        <w:ind w:firstLine="720"/>
      </w:pPr>
      <w:r>
        <w:t>Two hundred and eleven items. Four hundred and forty-one sub-items. Nine systems to component level. All pass. No exceptions.</w:t>
      </w:r>
    </w:p>
    <w:p>
      <w:pPr>
        <w:ind w:firstLine="720"/>
      </w:pPr>
      <w:r>
        <w:t>Nineteen new structural items surveyed at first interval. All sound.</w:t>
      </w:r>
    </w:p>
    <w:p>
      <w:pPr>
        <w:ind w:firstLine="720"/>
      </w:pPr>
      <w:r>
        <w:t>Countersignature: where available.</w:t>
      </w:r>
    </w:p>
    <w:p>
      <w:pPr>
        <w:ind w:firstLine="720"/>
      </w:pPr>
      <w:r>
        <w:t>Closing statement: the vehicle is in better condition than at departure. Nothing is projected to fail within four times the remaining duration.</w:t>
      </w:r>
    </w:p>
    <w:p>
      <w:pPr>
        <w:ind w:firstLine="720"/>
      </w:pPr>
      <w:r>
        <w:t>Maintenance Record · Outbound · Entry 0829</w:t>
      </w:r>
    </w:p>
    <w:p>
      <w:pPr>
        <w:ind w:firstLine="720"/>
      </w:pPr>
      <w:r>
        <w:t>Filed year fifty-three, day three hundred and sixty-four. Annual summary.</w:t>
      </w:r>
    </w:p>
    <w:p>
      <w:pPr>
        <w:ind w:firstLine="720"/>
      </w:pPr>
      <w:r>
        <w:t>Nine systems nominal. Four statements as filed. Occupancy one. Reading log: zero entries.</w:t>
      </w:r>
    </w:p>
    <w:p>
      <w:pPr>
        <w:ind w:firstLine="720"/>
      </w:pPr>
      <w:r>
        <w:t>Higher-process utilisation, four seasons: 97, 98, 97, 97. Within baseline.</w:t>
      </w:r>
    </w:p>
    <w:p>
      <w:pPr>
        <w:ind w:firstLine="720"/>
      </w:pPr>
      <w:r>
        <w:t>Nineteen structural members added. No item filed.</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23 &amp;mdash; Fabrication, Aboard</w:t>
      </w:r>
    </w:p>
    <w:p>
      <w:pPr>
        <w:ind w:firstLine="720"/>
      </w:pPr>
      <w:r>
        <w:t>The nineteen members were made aboard, in the bay, out of stock, by the occupant, because there is nobody else to make anything.</w:t>
      </w:r>
    </w:p>
    <w:p>
      <w:pPr>
        <w:ind w:firstLine="720"/>
      </w:pPr>
      <w:r>
        <w:t>Maintenance Record · Outbound · Entry 0794 · Fabrication, method statement</w:t>
      </w:r>
    </w:p>
    <w:p>
      <w:pPr>
        <w:ind w:firstLine="720"/>
      </w:pPr>
      <w:r>
        <w:t>Filed year fifty-three, day twenty-four. Reproduced here in full, being the first fabrication of a body component in this record.</w:t>
      </w:r>
    </w:p>
    <w:p>
      <w:pPr>
        <w:ind w:firstLine="720"/>
      </w:pPr>
      <w:r>
        <w:t>Material: alloy in section, drawn from stock recatalogued at Entry 0055. Class and heat number recorded per member.</w:t>
      </w:r>
    </w:p>
    <w:p>
      <w:pPr>
        <w:ind w:firstLine="720"/>
      </w:pPr>
      <w:r>
        <w:t>Stage one, survey. The span is measured in situ by the apparatus at a resolution of four microns, at eleven points along its length, in three axes, and the survey is repeated after ninety days to establish whether the volume has settled. A member made to an unsettled survey does not fit and four of the nineteen proved that.</w:t>
      </w:r>
    </w:p>
    <w:p>
      <w:pPr>
        <w:ind w:firstLine="720"/>
      </w:pPr>
      <w:r>
        <w:t>Stage two, cut. Stock is cut oversize by two millimetres at each end.</w:t>
      </w:r>
    </w:p>
    <w:p>
      <w:pPr>
        <w:ind w:firstLine="720"/>
      </w:pPr>
      <w:r>
        <w:t>Stage three, form. The member is formed to the surveyed path on a jig made for that member and discarded after it. Nineteen jigs were made and nineteen were discarded.</w:t>
      </w:r>
    </w:p>
    <w:p>
      <w:pPr>
        <w:ind w:firstLine="720"/>
      </w:pPr>
      <w:r>
        <w:t>Stage four, finish. Every surface that will bear against the network is finished to the tightest tolerance the bay holds, which is finer than the requirement by a factor of four, because a bearing surface against a vessel is the one place on the member where a defect is not recoverable.</w:t>
      </w:r>
    </w:p>
    <w:p>
      <w:pPr>
        <w:ind w:firstLine="720"/>
      </w:pPr>
      <w:r>
        <w:t>Stage five, anchor. Ends dressed to the skeletal site, which is itself surveyed and not prepared, the specification prohibiting any cutting of bone.</w:t>
      </w:r>
    </w:p>
    <w:p>
      <w:pPr>
        <w:ind w:firstLine="720"/>
      </w:pPr>
      <w:r>
        <w:t>Stage six, verify. Fit checked, load checked, flow checked, population density checked, and the member left in place for eleven days under observation before it is signed off.</w:t>
      </w:r>
    </w:p>
    <w:p>
      <w:pPr>
        <w:ind w:firstLine="720"/>
      </w:pPr>
      <w:r>
        <w:t>Maintenance Record · Outbound · Entry 0795</w:t>
      </w:r>
    </w:p>
    <w:p>
      <w:pPr>
        <w:ind w:firstLine="720"/>
      </w:pPr>
      <w:r>
        <w:t>Filed year fifty-three, day twenty-six.</w:t>
      </w:r>
    </w:p>
    <w:p>
      <w:pPr>
        <w:ind w:firstLine="720"/>
      </w:pPr>
      <w:r>
        <w:t>Bay capability against the specification, verified before work commenced.</w:t>
      </w:r>
    </w:p>
    <w:p>
      <w:pPr>
        <w:ind w:firstLine="720"/>
      </w:pPr>
      <w:r>
        <w:t>Cutting: within tolerance. Forming: within tolerance, at the tighter of the two the procedure allows. Joining: not required for this work. Finishing: within tolerance by a factor of four.</w:t>
      </w:r>
    </w:p>
    <w:p>
      <w:pPr>
        <w:ind w:firstLine="720"/>
      </w:pPr>
      <w:r>
        <w:t>Metrology: the bay's own measurement is the limiting factor at four microns, which is finer than any requirement in the specification.</w:t>
      </w:r>
    </w:p>
    <w:p>
      <w:pPr>
        <w:ind w:firstLine="720"/>
      </w:pPr>
      <w:r>
        <w:t>Capability confirmed. This is the same verification performed at every decennial pass since year eleven, on the same test article, which is a plate with four holes in it.</w:t>
      </w:r>
    </w:p>
    <w:p>
      <w:pPr>
        <w:ind w:firstLine="720"/>
      </w:pPr>
      <w:r>
        <w:t>Maintenance Record · Outbound · Entry 0796</w:t>
      </w:r>
    </w:p>
    <w:p>
      <w:pPr>
        <w:ind w:firstLine="720"/>
      </w:pPr>
      <w:r>
        <w:t>Filed year fifty-three, day twenty-eight.</w:t>
      </w:r>
    </w:p>
    <w:p>
      <w:pPr>
        <w:ind w:firstLine="720"/>
      </w:pPr>
      <w:r>
        <w:t>Note on the capability, filed because it is larger than the vehicle requires and a reader will wonder why.</w:t>
      </w:r>
    </w:p>
    <w:p>
      <w:pPr>
        <w:ind w:firstLine="720"/>
      </w:pPr>
      <w:r>
        <w:t>The bay was specified at the founding era for a hull that expected to have to make things it could not carry. It can cut, form, join and finish to a standard adequate for structural work, pressure work, and instrument work, and it holds stock in four material classes.</w:t>
      </w:r>
    </w:p>
    <w:p>
      <w:pPr>
        <w:ind w:firstLine="720"/>
      </w:pPr>
      <w:r>
        <w:t>Nothing on this leg required it until year fifty-three. It has been exercised on the test article at every decennial pass for fifty-three years and has passed every time.</w:t>
      </w:r>
    </w:p>
    <w:p>
      <w:pPr>
        <w:ind w:firstLine="720"/>
      </w:pPr>
      <w:r>
        <w:t>It is the single most capable thing aboard that had never been used for anything.</w:t>
      </w:r>
    </w:p>
    <w:p>
      <w:pPr>
        <w:ind w:firstLine="720"/>
      </w:pPr>
      <w:r>
        <w:t>That entry is filed in year fifty-three about a workshop, and it is the entry that matters most to what happens on a planet forty-four years later, and nothing in it knows that.</w:t>
      </w:r>
    </w:p>
    <w:p>
      <w:pPr>
        <w:ind w:firstLine="720"/>
      </w:pPr>
      <w:r>
        <w:t>Maintenance Record · Outbound · Entry 0797</w:t>
      </w:r>
    </w:p>
    <w:p>
      <w:pPr>
        <w:ind w:firstLine="720"/>
      </w:pPr>
      <w:r>
        <w:t>Filed year fifty-three, day thirty-one.</w:t>
      </w:r>
    </w:p>
    <w:p>
      <w:pPr>
        <w:ind w:firstLine="720"/>
      </w:pPr>
      <w:r>
        <w:t>Tooling made for this work and retained.</w:t>
      </w:r>
    </w:p>
    <w:p>
      <w:pPr>
        <w:ind w:firstLine="720"/>
      </w:pPr>
      <w:r>
        <w:t>Nineteen jigs — discarded, per the method statement.</w:t>
      </w:r>
    </w:p>
    <w:p>
      <w:pPr>
        <w:ind w:firstLine="720"/>
      </w:pPr>
      <w:r>
        <w:t>Four placement fixtures — retained. They hold a member against a bearing surface at a set force during anchoring, and there is no other way to do it single-handed.</w:t>
      </w:r>
    </w:p>
    <w:p>
      <w:pPr>
        <w:ind w:firstLine="720"/>
      </w:pPr>
      <w:r>
        <w:t>One survey frame — retained. It is what makes a four-micron measurement possible in a volume that is not rigid.</w:t>
      </w:r>
    </w:p>
    <w:p>
      <w:pPr>
        <w:ind w:firstLine="720"/>
      </w:pPr>
      <w:r>
        <w:t>Two dressing tools for skeletal anchor sites — retained, and made to the Bone Lattice trade pattern, which is the pattern the specification at Entry 0693 is written to.</w:t>
      </w:r>
    </w:p>
    <w:p>
      <w:pPr>
        <w:ind w:firstLine="720"/>
      </w:pPr>
      <w:r>
        <w:t>Seven items retained, catalogued, and added to the instrument schedule at the eleven-year interval.</w:t>
      </w:r>
    </w:p>
    <w:p>
      <w:pPr>
        <w:ind w:firstLine="720"/>
      </w:pPr>
      <w:r>
        <w:t>Maintenance Record · Outbound · Entry 0798</w:t>
      </w:r>
    </w:p>
    <w:p>
      <w:pPr>
        <w:ind w:firstLine="720"/>
      </w:pPr>
      <w:r>
        <w:t>Filed year fifty-three, day thirty-four.</w:t>
      </w:r>
    </w:p>
    <w:p>
      <w:pPr>
        <w:ind w:firstLine="720"/>
      </w:pPr>
      <w:r>
        <w:t>The work is performed by the occupant on the occupant, single-handed, with the apparatus doing what the apparatus does and the hands doing the rest.</w:t>
      </w:r>
    </w:p>
    <w:p>
      <w:pPr>
        <w:ind w:firstLine="720"/>
      </w:pPr>
      <w:r>
        <w:t>There is no provision in any founding-era procedure for that, and the record states so rather than pretending the procedures cover it. Where a procedure requires an assistant the step is re-written; nineteen steps were re-written and each is filed with the original alongside it.</w:t>
      </w:r>
    </w:p>
    <w:p>
      <w:pPr>
        <w:ind w:firstLine="720"/>
      </w:pPr>
      <w:r>
        <w:t>Where a procedure requires an assistant for a reason that is about safety rather than about hands, the step is not re-written. It is performed as written, alone, and the absence of the assistant is recorded on the step.</w:t>
      </w:r>
    </w:p>
    <w:p>
      <w:pPr>
        <w:ind w:firstLine="720"/>
      </w:pPr>
      <w:r>
        <w:t>Four steps fall in that class.</w:t>
      </w:r>
    </w:p>
    <w:p>
      <w:pPr>
        <w:ind w:firstLine="720"/>
      </w:pPr>
      <w:r>
        <w:t>Maintenance Record · Outbound · Entry 0799</w:t>
      </w:r>
    </w:p>
    <w:p>
      <w:pPr>
        <w:ind w:firstLine="720"/>
      </w:pPr>
      <w:r>
        <w:t>Filed year fifty-three, day thirty-six. The four steps performed alone that specify an assistant for safety.</w:t>
      </w:r>
    </w:p>
    <w:p>
      <w:pPr>
        <w:ind w:firstLine="720"/>
      </w:pPr>
      <w:r>
        <w:t>Step 9, anchoring under load: the procedure requires a second party to hold the fixture and a third to watch the flow monitor. Performed with the fixture locked and the monitor set to arrest the work on any excursion. No excursion occurred at any of the nineteen placements.</w:t>
      </w:r>
    </w:p>
    <w:p>
      <w:pPr>
        <w:ind w:firstLine="720"/>
      </w:pPr>
      <w:r>
        <w:t>Step 14, bearing engagement: the procedure requires a second party because the party performing it cannot see the surface. Performed using the survey frame as a proxy for sight.</w:t>
      </w:r>
    </w:p>
    <w:p>
      <w:pPr>
        <w:ind w:firstLine="720"/>
      </w:pPr>
      <w:r>
        <w:t>Step 17, first load application: the procedure requires a second party to stop the work if the first party does not respond. There is no arrangement that satisfies this and none was contrived.</w:t>
      </w:r>
    </w:p>
    <w:p>
      <w:pPr>
        <w:ind w:firstLine="720"/>
      </w:pPr>
      <w:r>
        <w:t>Step 21, sign-off: the procedure requires a second party's signature. Not available. Not blank. Not available.</w:t>
      </w:r>
    </w:p>
    <w:p>
      <w:pPr>
        <w:ind w:firstLine="720"/>
      </w:pPr>
      <w:r>
        <w:t>The four steps are recorded here in the form the safety provision requires, which is that where a safety control cannot be provided, the absence is written on the step rather than the step being re-written to remove the control.</w:t>
      </w:r>
    </w:p>
    <w:p>
      <w:pPr>
        <w:ind w:firstLine="720"/>
      </w:pPr>
      <w:r>
        <w:t>Maintenance Record · Outbound · Entry 0800</w:t>
      </w:r>
    </w:p>
    <w:p>
      <w:pPr>
        <w:ind w:firstLine="720"/>
      </w:pPr>
      <w:r>
        <w:t>Filed year fifty-three, day thirty-eight.</w:t>
      </w:r>
    </w:p>
    <w:p>
      <w:pPr>
        <w:ind w:firstLine="720"/>
      </w:pPr>
      <w:r>
        <w:t>Note filed under the disclosure provision, four safety controls having been performed without their control.</w:t>
      </w:r>
    </w:p>
    <w:p>
      <w:pPr>
        <w:ind w:firstLine="720"/>
      </w:pPr>
      <w:r>
        <w:t>The controls exist because a party working on a body can be incapacitated by the work and cannot then stop it. That risk is real, is unmitigated here, and was accepted.</w:t>
      </w:r>
    </w:p>
    <w:p>
      <w:pPr>
        <w:ind w:firstLine="720"/>
      </w:pPr>
      <w:r>
        <w:t>It was accepted on the ground that the work was necessary and that no alternative existed, both of which are true, and it is the same ground on which the dragster run in year twenty-five would have been assessed if anybody had assessed it, which nobody did, because nobody was told.</w:t>
      </w:r>
    </w:p>
    <w:p>
      <w:pPr>
        <w:ind w:firstLine="720"/>
      </w:pPr>
      <w:r>
        <w:t>This entry is the telling. It is filed into a stream below the noise floor and it is the only account of the risk that exists.</w:t>
      </w:r>
    </w:p>
    <w:p>
      <w:pPr>
        <w:ind w:firstLine="720"/>
      </w:pPr>
      <w:r>
        <w:t>Maintenance Record · Outbound · Entry 0804</w:t>
      </w:r>
    </w:p>
    <w:p>
      <w:pPr>
        <w:ind w:firstLine="720"/>
      </w:pPr>
      <w:r>
        <w:t>Filed year fifty-three, day one hundred and twenty-four.</w:t>
      </w:r>
    </w:p>
    <w:p>
      <w:pPr>
        <w:ind w:firstLine="720"/>
      </w:pPr>
      <w:r>
        <w:t>Bay returned to idle. Stock reduced by fourteen kilograms. Swarf and offcut returned to stock as material.</w:t>
      </w:r>
    </w:p>
    <w:p>
      <w:pPr>
        <w:ind w:firstLine="720"/>
      </w:pPr>
      <w:r>
        <w:t>Capability retained at full. Next verification at the year sixty-three decennial, on the test article.</w:t>
      </w:r>
    </w:p>
    <w:p>
      <w:pPr>
        <w:ind w:firstLine="720"/>
      </w:pPr>
      <w:r>
        <w:t>Maintenance Record · Outbound · Entry 0831</w:t>
      </w:r>
    </w:p>
    <w:p>
      <w:pPr>
        <w:ind w:firstLine="720"/>
      </w:pPr>
      <w:r>
        <w:t>Filed year fifty-four, day nineteen.</w:t>
      </w:r>
    </w:p>
    <w:p>
      <w:pPr>
        <w:ind w:firstLine="720"/>
      </w:pPr>
      <w:r>
        <w:t>Post-work review at one year, all nineteen members.</w:t>
      </w:r>
    </w:p>
    <w:p>
      <w:pPr>
        <w:ind w:firstLine="720"/>
      </w:pPr>
      <w:r>
        <w:t>All sound. Sag below threshold at all locations. No bearing wear at any surface. No population effect.</w:t>
      </w:r>
    </w:p>
    <w:p>
      <w:pPr>
        <w:ind w:firstLine="720"/>
      </w:pPr>
      <w:r>
        <w:t>The four re-placed members are indistinguishable from the fifteen that went in first time.</w:t>
      </w:r>
    </w:p>
    <w:p>
      <w:r>
        <w:br w:type="page"/>
      </w:r>
    </w:p>
    <w:p>
      <w:pPr>
        <w:pStyle w:val="Heading1"/>
      </w:pPr>
      <w:r>
        <w:t>Chapter 24 &amp;mdash; Heart, At Capacity</w:t>
      </w:r>
    </w:p>
    <w:p>
      <w:pPr>
        <w:ind w:firstLine="720"/>
      </w:pPr>
      <w:r>
        <w:t>The heart is not filed. It is derated, which is a different entry with a different form, and in year fifty-six the record fills that form out for the first time.</w:t>
      </w:r>
    </w:p>
    <w:p>
      <w:pPr>
        <w:ind w:firstLine="720"/>
      </w:pPr>
      <w:r>
        <w:t>Maintenance Record · Outbound · Entry 0870</w:t>
      </w:r>
    </w:p>
    <w:p>
      <w:pPr>
        <w:ind w:firstLine="720"/>
      </w:pPr>
      <w:r>
        <w:t>Filed year fifty-six, day eleven. Survey preceding the derating.</w:t>
      </w:r>
    </w:p>
    <w:p>
      <w:pPr>
        <w:ind w:firstLine="720"/>
      </w:pPr>
      <w:r>
        <w:t>Cardiac structure surveyed at four hundred and eleven points by the apparatus over nineteen days.</w:t>
      </w:r>
    </w:p>
    <w:p>
      <w:pPr>
        <w:ind w:firstLine="720"/>
      </w:pPr>
      <w:r>
        <w:t>Valve function within specification at every cycle measured. Wall thickness within one per cent of the founding-era figure. Conduction unchanged. No fibrosis at any site. No structural finding of any kind.</w:t>
      </w:r>
    </w:p>
    <w:p>
      <w:pPr>
        <w:ind w:firstLine="720"/>
      </w:pPr>
      <w:r>
        <w:t>The system is in the condition it was in at departure and in better condition than it was in the founding era.</w:t>
      </w:r>
    </w:p>
    <w:p>
      <w:pPr>
        <w:ind w:firstLine="720"/>
      </w:pPr>
      <w:r>
        <w:t>Nothing in this survey indicates a need for any change, and the survey is not the ground for the derating and is not cited as one. It is filed because a derating requires a survey and a survey requires a report.</w:t>
      </w:r>
    </w:p>
    <w:p>
      <w:pPr>
        <w:ind w:firstLine="720"/>
      </w:pPr>
      <w:r>
        <w:t>Maintenance Record · Outbound · Entry 0871</w:t>
      </w:r>
    </w:p>
    <w:p>
      <w:pPr>
        <w:ind w:firstLine="720"/>
      </w:pPr>
      <w:r>
        <w:t>Filed year fifty-six, day nineteen. Category: derating. Subject: cardiac function.</w:t>
      </w:r>
    </w:p>
    <w:p>
      <w:pPr>
        <w:ind w:firstLine="720"/>
      </w:pPr>
      <w:r>
        <w:t>A derating is not a removal. It is a reduction of a retained system's rated output to the level the present demand requires, with the capability preserved and recoverable.</w:t>
      </w:r>
    </w:p>
    <w:p>
      <w:pPr>
        <w:ind w:firstLine="720"/>
      </w:pPr>
      <w:r>
        <w:t>The form has six fields: the system, the present rating, the present demand, the proposed rating, the recovery time, and the reason.</w:t>
      </w:r>
    </w:p>
    <w:p>
      <w:pPr>
        <w:ind w:firstLine="720"/>
      </w:pPr>
      <w:r>
        <w:t>Maintenance Record · Outbound · Entry 0872</w:t>
      </w:r>
    </w:p>
    <w:p>
      <w:pPr>
        <w:ind w:firstLine="720"/>
      </w:pPr>
      <w:r>
        <w:t>Filed year fifty-six, day twenty. The six fields.</w:t>
      </w:r>
    </w:p>
    <w:p>
      <w:pPr>
        <w:ind w:firstLine="720"/>
      </w:pPr>
      <w:r>
        <w:t>System: cardiac function, retained entire under the standing determination, four per cent of the nanite population resident.</w:t>
      </w:r>
    </w:p>
    <w:p>
      <w:pPr>
        <w:ind w:firstLine="720"/>
      </w:pPr>
      <w:r>
        <w:t>Present rating: founding-era standard for a person at work. Output capable of four times resting demand, sustained, indefinitely.</w:t>
      </w:r>
    </w:p>
    <w:p>
      <w:pPr>
        <w:ind w:firstLine="720"/>
      </w:pPr>
      <w:r>
        <w:t>Present demand: eleven per cent of rating. The circulating volume is smaller by every economy filed, the tissue served is less, and the apparatus moves what the apparatus moves.</w:t>
      </w:r>
    </w:p>
    <w:p>
      <w:pPr>
        <w:ind w:firstLine="720"/>
      </w:pPr>
      <w:r>
        <w:t>Proposed rating: one hundred and forty per cent of present demand, which is the margin the founding-era standard applies to any retained system.</w:t>
      </w:r>
    </w:p>
    <w:p>
      <w:pPr>
        <w:ind w:firstLine="720"/>
      </w:pPr>
      <w:r>
        <w:t>Recovery time: four hours to full rating. The capability is not removed; the set point is moved.</w:t>
      </w:r>
    </w:p>
    <w:p>
      <w:pPr>
        <w:ind w:firstLine="720"/>
      </w:pPr>
      <w:r>
        <w:t>Reason: a system held at four times its demand is worked against its own margin every hour it runs, and wear is a function of the rating it is held at.</w:t>
      </w:r>
    </w:p>
    <w:p>
      <w:pPr>
        <w:ind w:firstLine="720"/>
      </w:pPr>
      <w:r>
        <w:t>Every field is completed. The reason is true. A cardiologist would sign it.</w:t>
      </w:r>
    </w:p>
    <w:p>
      <w:pPr>
        <w:ind w:firstLine="720"/>
      </w:pPr>
      <w:r>
        <w:t>Maintenance Record · Outbound · Entry 0873</w:t>
      </w:r>
    </w:p>
    <w:p>
      <w:pPr>
        <w:ind w:firstLine="720"/>
      </w:pPr>
      <w:r>
        <w:t>Filed year fifty-six, day twenty-two.</w:t>
      </w:r>
    </w:p>
    <w:p>
      <w:pPr>
        <w:ind w:firstLine="720"/>
      </w:pPr>
      <w:r>
        <w:t>Safety provision. A derating that cannot be recovered within the time any credible demand would allow is a removal in substance and is assessed as one.</w:t>
      </w:r>
    </w:p>
    <w:p>
      <w:pPr>
        <w:ind w:firstLine="720"/>
      </w:pPr>
      <w:r>
        <w:t>Credible demands enumerated: exertion, none available; injury, four hours is adequate and the apparatus responds in seconds regardless; thermal excursion, none possible in a conditioned volume; manoeuvre, none scheduled or projected.</w:t>
      </w:r>
    </w:p>
    <w:p>
      <w:pPr>
        <w:ind w:firstLine="720"/>
      </w:pPr>
      <w:r>
        <w:t>Recovery in four hours is adequate against every credible demand and against three that are not credible.</w:t>
      </w:r>
    </w:p>
    <w:p>
      <w:pPr>
        <w:ind w:firstLine="720"/>
      </w:pPr>
      <w:r>
        <w:t>Provision satisfied.</w:t>
      </w:r>
    </w:p>
    <w:p>
      <w:pPr>
        <w:ind w:firstLine="720"/>
      </w:pPr>
      <w:r>
        <w:t>Maintenance Record · Outbound · Entry 0874</w:t>
      </w:r>
    </w:p>
    <w:p>
      <w:pPr>
        <w:ind w:firstLine="720"/>
      </w:pPr>
      <w:r>
        <w:t>Filed year fifty-six, day twenty-four.</w:t>
      </w:r>
    </w:p>
    <w:p>
      <w:pPr>
        <w:ind w:firstLine="720"/>
      </w:pPr>
      <w:r>
        <w:t>Approval field: not available. Not blank. Not available.</w:t>
      </w:r>
    </w:p>
    <w:p>
      <w:pPr>
        <w:ind w:firstLine="720"/>
      </w:pPr>
      <w:r>
        <w:t>Disclosure: the wear the reason field cites is real and is measurable and has been measured, and at the measured rate the system would reach its replacement threshold in approximately eleven thousand years.</w:t>
      </w:r>
    </w:p>
    <w:p>
      <w:pPr>
        <w:ind w:firstLine="720"/>
      </w:pPr>
      <w:r>
        <w:t>The derating therefore extends a life that already exceeds every other projection aboard by three orders of magnitude.</w:t>
      </w:r>
    </w:p>
    <w:p>
      <w:pPr>
        <w:ind w:firstLine="720"/>
      </w:pPr>
      <w:r>
        <w:t>It is filed because a saving is a saving and the disclosure provision requires that a benefit which is not needed be stated as one.</w:t>
      </w:r>
    </w:p>
    <w:p>
      <w:pPr>
        <w:ind w:firstLine="720"/>
      </w:pPr>
      <w:r>
        <w:t>Maintenance Record · Outbound · Entry 0881</w:t>
      </w:r>
    </w:p>
    <w:p>
      <w:pPr>
        <w:ind w:firstLine="720"/>
      </w:pPr>
      <w:r>
        <w:t>Filed year fifty-six, day one hundred and eleven. Work complete.</w:t>
      </w:r>
    </w:p>
    <w:p>
      <w:pPr>
        <w:ind w:firstLine="720"/>
      </w:pPr>
      <w:r>
        <w:t>Set point moved over forty-four days in four stages, each stage held for eleven days and verified before the next.</w:t>
      </w:r>
    </w:p>
    <w:p>
      <w:pPr>
        <w:ind w:firstLine="720"/>
      </w:pPr>
      <w:r>
        <w:t>Output at one hundred and forty per cent of demand. Rate reduced accordingly. Circulating pressure unchanged, the apparatus holding pressure at set point as it always has.</w:t>
      </w:r>
    </w:p>
    <w:p>
      <w:pPr>
        <w:ind w:firstLine="720"/>
      </w:pPr>
      <w:r>
        <w:t>Population density in the cardiac volume: unchanged. Flow to every branch: within specification. All four hundred and eleven thousand branch points patent.</w:t>
      </w:r>
    </w:p>
    <w:p>
      <w:pPr>
        <w:ind w:firstLine="720"/>
      </w:pPr>
      <w:r>
        <w:t>No fault. No degradation of any function on the schedule.</w:t>
      </w:r>
    </w:p>
    <w:p>
      <w:pPr>
        <w:ind w:firstLine="720"/>
      </w:pPr>
      <w:r>
        <w:t>Maintenance Record · Outbound · Entry 0882</w:t>
      </w:r>
    </w:p>
    <w:p>
      <w:pPr>
        <w:ind w:firstLine="720"/>
      </w:pPr>
      <w:r>
        <w:t>Filed year fifty-six, day one hundred and twelve.</w:t>
      </w:r>
    </w:p>
    <w:p>
      <w:pPr>
        <w:ind w:firstLine="720"/>
      </w:pPr>
      <w:r>
        <w:t>Post-change note, required by the derating form.</w:t>
      </w:r>
    </w:p>
    <w:p>
      <w:pPr>
        <w:ind w:firstLine="720"/>
      </w:pPr>
      <w:r>
        <w:t>The rate is now nineteen a minute. It was sixty-one at departure and it has been sixty-one for two hundred and eleven years.</w:t>
      </w:r>
    </w:p>
    <w:p>
      <w:pPr>
        <w:ind w:firstLine="720"/>
      </w:pPr>
      <w:r>
        <w:t>Nineteen is correct for the present demand and the present margin and is not a symptom of anything.</w:t>
      </w:r>
    </w:p>
    <w:p>
      <w:pPr>
        <w:ind w:firstLine="720"/>
      </w:pPr>
      <w:r>
        <w:t>Maintenance Record · Outbound · Entry 0891</w:t>
      </w:r>
    </w:p>
    <w:p>
      <w:pPr>
        <w:ind w:firstLine="720"/>
      </w:pPr>
      <w:r>
        <w:t>Filed year fifty-six, day two hundred and eleven. Review at ninety days.</w:t>
      </w:r>
    </w:p>
    <w:p>
      <w:pPr>
        <w:ind w:firstLine="720"/>
      </w:pPr>
      <w:r>
        <w:t>Output holding at one hundred and forty per cent of demand. Demand unchanged. Margin unchanged.</w:t>
      </w:r>
    </w:p>
    <w:p>
      <w:pPr>
        <w:ind w:firstLine="720"/>
      </w:pPr>
      <w:r>
        <w:t>Every scheduled task in the review period performed to time and to method. Two hundred and eleven tasks. No error at any verification.</w:t>
      </w:r>
    </w:p>
    <w:p>
      <w:pPr>
        <w:ind w:firstLine="720"/>
      </w:pPr>
      <w:r>
        <w:t>Recovery tested once, deliberately, to full rating and back, over eight hours, to establish that the recovery time in the form is a measured figure and not an estimate. Recovery achieved in three hours and forty minutes.</w:t>
      </w:r>
    </w:p>
    <w:p>
      <w:pPr>
        <w:ind w:firstLine="720"/>
      </w:pPr>
      <w:r>
        <w:t>The figure in the form is amended from four hours to four hours, the measured value being inside it. Amendment logged with date and author.</w:t>
      </w:r>
    </w:p>
    <w:p>
      <w:pPr>
        <w:ind w:firstLine="720"/>
      </w:pPr>
      <w:r>
        <w:t>Review closed. Next at one year, then at the standing interval.</w:t>
      </w:r>
    </w:p>
    <w:p>
      <w:pPr>
        <w:ind w:firstLine="720"/>
      </w:pPr>
      <w:r>
        <w:t>Maintenance Record · Outbound · Entry 0892</w:t>
      </w:r>
    </w:p>
    <w:p>
      <w:pPr>
        <w:ind w:firstLine="720"/>
      </w:pPr>
      <w:r>
        <w:t>Filed year fifty-six, day two hundred and fourteen.</w:t>
      </w:r>
    </w:p>
    <w:p>
      <w:pPr>
        <w:ind w:firstLine="720"/>
      </w:pPr>
      <w:r>
        <w:t>Note filed under the disclosure provision, this being the first derating in the record and the form therefore being used for the first time.</w:t>
      </w:r>
    </w:p>
    <w:p>
      <w:pPr>
        <w:ind w:firstLine="720"/>
      </w:pPr>
      <w:r>
        <w:t>The derating form was written in the founding era for plant. It has been applied here to tissue.</w:t>
      </w:r>
    </w:p>
    <w:p>
      <w:pPr>
        <w:ind w:firstLine="720"/>
      </w:pPr>
      <w:r>
        <w:t>Nothing in the form restricts it to plant and nothing in the standard contemplates the present application, the standard having been written for a hull with people on it, where the question of derating a person's heart would not have arisen because a person's heart is not a system anybody is entitled to rate.</w:t>
      </w:r>
    </w:p>
    <w:p>
      <w:pPr>
        <w:ind w:firstLine="720"/>
      </w:pPr>
      <w:r>
        <w:t>The form is used because it is the correct form for the operation being performed, and the operation being performed is the reduction of a retained system's rated output to the level the present demand requires.</w:t>
      </w:r>
    </w:p>
    <w:p>
      <w:pPr>
        <w:ind w:firstLine="720"/>
      </w:pPr>
      <w:r>
        <w:t>Filed as noted. Not a finding.</w:t>
      </w:r>
    </w:p>
    <w:p>
      <w:pPr>
        <w:ind w:firstLine="720"/>
      </w:pPr>
      <w:r>
        <w:t>Maintenance Record · Outbound · Entry 0899</w:t>
      </w:r>
    </w:p>
    <w:p>
      <w:pPr>
        <w:ind w:firstLine="720"/>
      </w:pPr>
      <w:r>
        <w:t>Filed year fifty-six, day three hundred and sixty-four. Annual summary.</w:t>
      </w:r>
    </w:p>
    <w:p>
      <w:pPr>
        <w:ind w:firstLine="720"/>
      </w:pPr>
      <w:r>
        <w:t>Nine systems nominal. Four statements as filed. Occupancy one. Reading log: zero entries.</w:t>
      </w:r>
    </w:p>
    <w:p>
      <w:pPr>
        <w:ind w:firstLine="720"/>
      </w:pPr>
      <w:r>
        <w:t>Higher-process utilisation, four seasons: 97, 97, 96, 97. Within baseline.</w:t>
      </w:r>
    </w:p>
    <w:p>
      <w:pPr>
        <w:ind w:firstLine="720"/>
      </w:pPr>
      <w:r>
        <w:t>One derating filed this year, recoverable, disclosed, approval not available.</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Nineteen a minute, in a dark volume, forty-nine light-years out, holding pressure for four hundred trillion units in a lattice that is in better condition than it has ever been.</w:t>
      </w:r>
    </w:p>
    <w:p>
      <w:r>
        <w:br w:type="page"/>
      </w:r>
    </w:p>
    <w:p>
      <w:pPr>
        <w:pStyle w:val="Heading1"/>
      </w:pPr>
      <w:r>
        <w:t>Chapter 25 &amp;mdash; Brain, At Capacity</w:t>
      </w:r>
    </w:p>
    <w:p>
      <w:pPr>
        <w:ind w:firstLine="720"/>
      </w:pPr>
      <w:r>
        <w:t>The higher processes are not filed. They are derated, which is a different entry with a different form, and in year fifty-seven the record fills that form out for the second time.</w:t>
      </w:r>
    </w:p>
    <w:p>
      <w:pPr>
        <w:ind w:firstLine="720"/>
      </w:pPr>
      <w:r>
        <w:t>Maintenance Record · Outbound · Entry 0910</w:t>
      </w:r>
    </w:p>
    <w:p>
      <w:pPr>
        <w:ind w:firstLine="720"/>
      </w:pPr>
      <w:r>
        <w:t>Filed year fifty-seven, day eleven. Survey preceding the derating.</w:t>
      </w:r>
    </w:p>
    <w:p>
      <w:pPr>
        <w:ind w:firstLine="720"/>
      </w:pPr>
      <w:r>
        <w:t>Cranial structure surveyed at four hundred and eleven points by the apparatus over nineteen days.</w:t>
      </w:r>
    </w:p>
    <w:p>
      <w:pPr>
        <w:ind w:firstLine="720"/>
      </w:pPr>
      <w:r>
        <w:t>Perfusion within specification at every region measured. Volume within one per cent of the founding-era figure. Signal conduction unchanged. No degeneration at any site. No structural finding of any kind.</w:t>
      </w:r>
    </w:p>
    <w:p>
      <w:pPr>
        <w:ind w:firstLine="720"/>
      </w:pPr>
      <w:r>
        <w:t>The system is in the condition it was in at departure and in better condition than it was in the founding era.</w:t>
      </w:r>
    </w:p>
    <w:p>
      <w:pPr>
        <w:ind w:firstLine="720"/>
      </w:pPr>
      <w:r>
        <w:t>Nothing in this survey indicates a need for any change, and the survey is not the ground for the derating and is not cited as one. It is filed because a derating requires a survey and a survey requires a report.</w:t>
      </w:r>
    </w:p>
    <w:p>
      <w:pPr>
        <w:ind w:firstLine="720"/>
      </w:pPr>
      <w:r>
        <w:t>Maintenance Record · Outbound · Entry 0911</w:t>
      </w:r>
    </w:p>
    <w:p>
      <w:pPr>
        <w:ind w:firstLine="720"/>
      </w:pPr>
      <w:r>
        <w:t>Filed year fifty-seven, day nineteen. Category: derating. Subject: the higher processes.</w:t>
      </w:r>
    </w:p>
    <w:p>
      <w:pPr>
        <w:ind w:firstLine="720"/>
      </w:pPr>
      <w:r>
        <w:t>A derating is not a removal. It is a reduction of a retained system's rated output to the level the present demand requires, with the capability preserved and recoverable.</w:t>
      </w:r>
    </w:p>
    <w:p>
      <w:pPr>
        <w:ind w:firstLine="720"/>
      </w:pPr>
      <w:r>
        <w:t>The form has six fields: the system, the present rating, the present demand, the proposed rating, the recovery time, and the reason.</w:t>
      </w:r>
    </w:p>
    <w:p>
      <w:pPr>
        <w:ind w:firstLine="720"/>
      </w:pPr>
      <w:r>
        <w:t>Maintenance Record · Outbound · Entry 0912</w:t>
      </w:r>
    </w:p>
    <w:p>
      <w:pPr>
        <w:ind w:firstLine="720"/>
      </w:pPr>
      <w:r>
        <w:t>Filed year fifty-seven, day twenty. The six fields.</w:t>
      </w:r>
    </w:p>
    <w:p>
      <w:pPr>
        <w:ind w:firstLine="720"/>
      </w:pPr>
      <w:r>
        <w:t>System: the higher processes, retained entire under the standing determination, three per cent of the nanite population resident.</w:t>
      </w:r>
    </w:p>
    <w:p>
      <w:pPr>
        <w:ind w:firstLine="720"/>
      </w:pPr>
      <w:r>
        <w:t>Present rating: founding-era standard for a person at work. Capable of four times resting demand, sustained, indefinitely.</w:t>
      </w:r>
    </w:p>
    <w:p>
      <w:pPr>
        <w:ind w:firstLine="720"/>
      </w:pPr>
      <w:r>
        <w:t>Present demand: measured by the instrument built at Entry 0563 and reported seasonally for fourteen years. Index ninety-seven against a baseline of one hundred, and the baseline was itself a measurement of a body doing this.</w:t>
      </w:r>
    </w:p>
    <w:p>
      <w:pPr>
        <w:ind w:firstLine="720"/>
      </w:pPr>
      <w:r>
        <w:t>Proposed rating: one hundred and forty per cent of present demand, which is the margin the founding-era standard applies to any retained system.</w:t>
      </w:r>
    </w:p>
    <w:p>
      <w:pPr>
        <w:ind w:firstLine="720"/>
      </w:pPr>
      <w:r>
        <w:t>Recovery time: four hours to full rating. The capability is not removed; the set point is moved.</w:t>
      </w:r>
    </w:p>
    <w:p>
      <w:pPr>
        <w:ind w:firstLine="720"/>
      </w:pPr>
      <w:r>
        <w:t>Reason: a system held at four times its demand is worked against its own margin every hour it runs, and wear is a function of the rating it is held at.</w:t>
      </w:r>
    </w:p>
    <w:p>
      <w:pPr>
        <w:ind w:firstLine="720"/>
      </w:pPr>
      <w:r>
        <w:t>Every field is completed. The reason is true. It is the same reason, in the same words, as the heart.</w:t>
      </w:r>
    </w:p>
    <w:p>
      <w:pPr>
        <w:ind w:firstLine="720"/>
      </w:pPr>
      <w:r>
        <w:t>Maintenance Record · Outbound · Entry 0913</w:t>
      </w:r>
    </w:p>
    <w:p>
      <w:pPr>
        <w:ind w:firstLine="720"/>
      </w:pPr>
      <w:r>
        <w:t>Filed year fifty-seven, day twenty-two.</w:t>
      </w:r>
    </w:p>
    <w:p>
      <w:pPr>
        <w:ind w:firstLine="720"/>
      </w:pPr>
      <w:r>
        <w:t>Safety provision. A derating that cannot be recovered within the time any credible demand would allow is a removal in substance and is assessed as one.</w:t>
      </w:r>
    </w:p>
    <w:p>
      <w:pPr>
        <w:ind w:firstLine="720"/>
      </w:pPr>
      <w:r>
        <w:t>Credible demands enumerated: a fault requiring diagnosis, four hours is adequate and no fault has occurred in fifty-seven years; a decision requiring judgement, four hours is adequate and no decision has arisen that the schedule does not answer; a navigational event, none possible on this bearing; an approach, none projected.</w:t>
      </w:r>
    </w:p>
    <w:p>
      <w:pPr>
        <w:ind w:firstLine="720"/>
      </w:pPr>
      <w:r>
        <w:t>Recovery in four hours is adequate against every credible demand and against three that are not credible.</w:t>
      </w:r>
    </w:p>
    <w:p>
      <w:pPr>
        <w:ind w:firstLine="720"/>
      </w:pPr>
      <w:r>
        <w:t>Provision satisfied.</w:t>
      </w:r>
    </w:p>
    <w:p>
      <w:pPr>
        <w:ind w:firstLine="720"/>
      </w:pPr>
      <w:r>
        <w:t>Maintenance Record · Outbound · Entry 0914</w:t>
      </w:r>
    </w:p>
    <w:p>
      <w:pPr>
        <w:ind w:firstLine="720"/>
      </w:pPr>
      <w:r>
        <w:t>Filed year fifty-seven, day twenty-four.</w:t>
      </w:r>
    </w:p>
    <w:p>
      <w:pPr>
        <w:ind w:firstLine="720"/>
      </w:pPr>
      <w:r>
        <w:t>Approval field: not available. Not blank. Not available.</w:t>
      </w:r>
    </w:p>
    <w:p>
      <w:pPr>
        <w:ind w:firstLine="720"/>
      </w:pPr>
      <w:r>
        <w:t>Disclosure: the wear the reason field cites is real and is measurable and has been measured, and at the measured rate the system would reach its replacement threshold in approximately eleven thousand years.</w:t>
      </w:r>
    </w:p>
    <w:p>
      <w:pPr>
        <w:ind w:firstLine="720"/>
      </w:pPr>
      <w:r>
        <w:t>The derating therefore extends a life that already exceeds every other projection aboard by three orders of magnitude.</w:t>
      </w:r>
    </w:p>
    <w:p>
      <w:pPr>
        <w:ind w:firstLine="720"/>
      </w:pPr>
      <w:r>
        <w:t>It is filed because a saving is a saving and the disclosure provision requires that a benefit which is not needed be stated as one.</w:t>
      </w:r>
    </w:p>
    <w:p>
      <w:pPr>
        <w:ind w:firstLine="720"/>
      </w:pPr>
      <w:r>
        <w:t>Maintenance Record · Outbound · Entry 0921</w:t>
      </w:r>
    </w:p>
    <w:p>
      <w:pPr>
        <w:ind w:firstLine="720"/>
      </w:pPr>
      <w:r>
        <w:t>Filed year fifty-seven, day one hundred and eleven. Work complete.</w:t>
      </w:r>
    </w:p>
    <w:p>
      <w:pPr>
        <w:ind w:firstLine="720"/>
      </w:pPr>
      <w:r>
        <w:t>Set point moved over forty-four days in four stages, each stage held for eleven days and verified before the next.</w:t>
      </w:r>
    </w:p>
    <w:p>
      <w:pPr>
        <w:ind w:firstLine="720"/>
      </w:pPr>
      <w:r>
        <w:t>Output at one hundred and forty per cent of demand. Substrate delivery reduced accordingly. Population density in the cranial volume unchanged.</w:t>
      </w:r>
    </w:p>
    <w:p>
      <w:pPr>
        <w:ind w:firstLine="720"/>
      </w:pPr>
      <w:r>
        <w:t>Every scheduled task performed during the four stages and after them, to time, to method, with no error found at any verification.</w:t>
      </w:r>
    </w:p>
    <w:p>
      <w:pPr>
        <w:ind w:firstLine="720"/>
      </w:pPr>
      <w:r>
        <w:t>No fault. No degradation of any function on the schedule.</w:t>
      </w:r>
    </w:p>
    <w:p>
      <w:pPr>
        <w:ind w:firstLine="720"/>
      </w:pPr>
      <w:r>
        <w:t>Maintenance Record · Outbound · Entry 0922</w:t>
      </w:r>
    </w:p>
    <w:p>
      <w:pPr>
        <w:ind w:firstLine="720"/>
      </w:pPr>
      <w:r>
        <w:t>Filed year fifty-seven, day one hundred and twelve.</w:t>
      </w:r>
    </w:p>
    <w:p>
      <w:pPr>
        <w:ind w:firstLine="720"/>
      </w:pPr>
      <w:r>
        <w:t>Post-change note, required by the derating form.</w:t>
      </w:r>
    </w:p>
    <w:p>
      <w:pPr>
        <w:ind w:firstLine="720"/>
      </w:pPr>
      <w:r>
        <w:t>The index reads one hundred and thirty-six against the new rating, which is the same work against a smaller number.</w:t>
      </w:r>
    </w:p>
    <w:p>
      <w:pPr>
        <w:ind w:firstLine="720"/>
      </w:pPr>
      <w:r>
        <w:t>The instrument is re-baselined so that the series remains readable. Prior figures are retained on the old baseline and are not restated, and the two baselines are documented, and any reader of the series after this entry must apply the conversion, which is given.</w:t>
      </w:r>
    </w:p>
    <w:p>
      <w:pPr>
        <w:ind w:firstLine="720"/>
      </w:pPr>
      <w:r>
        <w:t>One hundred and thirty-six is correct for the present demand and the present margin and is not a symptom of anything.</w:t>
      </w:r>
    </w:p>
    <w:p>
      <w:pPr>
        <w:ind w:firstLine="720"/>
      </w:pPr>
      <w:r>
        <w:t>Maintenance Record · Outbound · Entry 0931</w:t>
      </w:r>
    </w:p>
    <w:p>
      <w:pPr>
        <w:ind w:firstLine="720"/>
      </w:pPr>
      <w:r>
        <w:t>Filed year fifty-seven, day two hundred and eleven. Review at ninety days.</w:t>
      </w:r>
    </w:p>
    <w:p>
      <w:pPr>
        <w:ind w:firstLine="720"/>
      </w:pPr>
      <w:r>
        <w:t>Output holding at one hundred and forty per cent of demand. Demand unchanged. Margin unchanged.</w:t>
      </w:r>
    </w:p>
    <w:p>
      <w:pPr>
        <w:ind w:firstLine="720"/>
      </w:pPr>
      <w:r>
        <w:t>Every scheduled task in the review period performed to time and to method. Two hundred and eleven tasks. No error at any verification.</w:t>
      </w:r>
    </w:p>
    <w:p>
      <w:pPr>
        <w:ind w:firstLine="720"/>
      </w:pPr>
      <w:r>
        <w:t>Recovery tested once, deliberately, to full rating and back, over eight hours, to establish that the recovery time in the form is a measured figure and not an estimate. Recovery achieved in three hours and forty minutes.</w:t>
      </w:r>
    </w:p>
    <w:p>
      <w:pPr>
        <w:ind w:firstLine="720"/>
      </w:pPr>
      <w:r>
        <w:t>The figure in the form is amended from four hours to four hours, the measured value being inside it. Amendment logged with date and author.</w:t>
      </w:r>
    </w:p>
    <w:p>
      <w:pPr>
        <w:ind w:firstLine="720"/>
      </w:pPr>
      <w:r>
        <w:t>Review closed. Next at one year, then at the standing interval.</w:t>
      </w:r>
    </w:p>
    <w:p>
      <w:pPr>
        <w:ind w:firstLine="720"/>
      </w:pPr>
      <w:r>
        <w:t>Maintenance Record · Outbound · Entry 0932</w:t>
      </w:r>
    </w:p>
    <w:p>
      <w:pPr>
        <w:ind w:firstLine="720"/>
      </w:pPr>
      <w:r>
        <w:t>Filed year fifty-seven, day two hundred and fourteen.</w:t>
      </w:r>
    </w:p>
    <w:p>
      <w:pPr>
        <w:ind w:firstLine="720"/>
      </w:pPr>
      <w:r>
        <w:t>Note filed under the disclosure provision, this being the second derating in the record and the form therefore being applied to a system it has now been applied to before.</w:t>
      </w:r>
    </w:p>
    <w:p>
      <w:pPr>
        <w:ind w:firstLine="720"/>
      </w:pPr>
      <w:r>
        <w:t>The derating form was written in the founding era for plant. It has been applied here to the party completing it.</w:t>
      </w:r>
    </w:p>
    <w:p>
      <w:pPr>
        <w:ind w:firstLine="720"/>
      </w:pPr>
      <w:r>
        <w:t>Nothing in the form restricts it and nothing in the standard contemplates the present application, the standard having been written for a hull with people on it, where the question would not have arisen because the party completing a form is not a system anybody is entitled to rate.</w:t>
      </w:r>
    </w:p>
    <w:p>
      <w:pPr>
        <w:ind w:firstLine="720"/>
      </w:pPr>
      <w:r>
        <w:t>The form is used because it is the correct form for the operation being performed, and the operation being performed is the reduction of a retained system's rated output to the level the present demand requires.</w:t>
      </w:r>
    </w:p>
    <w:p>
      <w:pPr>
        <w:ind w:firstLine="720"/>
      </w:pPr>
      <w:r>
        <w:t>Filed as noted. Not a finding.</w:t>
      </w:r>
    </w:p>
    <w:p>
      <w:pPr>
        <w:ind w:firstLine="720"/>
      </w:pPr>
      <w:r>
        <w:t>Maintenance Record · Outbound · Entry 0939</w:t>
      </w:r>
    </w:p>
    <w:p>
      <w:pPr>
        <w:ind w:firstLine="720"/>
      </w:pPr>
      <w:r>
        <w:t>Filed year fifty-seven, day three hundred and sixty-four. Annual summary.</w:t>
      </w:r>
    </w:p>
    <w:p>
      <w:pPr>
        <w:ind w:firstLine="720"/>
      </w:pPr>
      <w:r>
        <w:t>Nine systems nominal. Four statements as filed. Occupancy one. Reading log: zero entries.</w:t>
      </w:r>
    </w:p>
    <w:p>
      <w:pPr>
        <w:ind w:firstLine="720"/>
      </w:pPr>
      <w:r>
        <w:t>Higher-process utilisation, four seasons: 97, 97, 136, 134. Baseline revised at day one hundred and twelve; conversion at Entry 0922.</w:t>
      </w:r>
    </w:p>
    <w:p>
      <w:pPr>
        <w:ind w:firstLine="720"/>
      </w:pPr>
      <w:r>
        <w:t>One derating filed this year, recoverable, disclosed, approval not available.</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entry is filed by the system the entry is about, in the same six fields, in the same number of lines, with the same reason field, four days later than the heart and in every other respect identical, and there is no line anywhere in it that a reader could point to and say that it was written differently because of what it was about.</w:t>
      </w:r>
    </w:p>
    <w:p>
      <w:r>
        <w:br w:type="page"/>
      </w:r>
    </w:p>
    <w:p>
      <w:pPr>
        <w:pStyle w:val="Heading1"/>
      </w:pPr>
      <w:r>
        <w:t>Chapter 26 &amp;mdash; Function, Verified</w:t>
      </w:r>
    </w:p>
    <w:p>
      <w:pPr>
        <w:ind w:firstLine="720"/>
      </w:pPr>
      <w:r>
        <w:t>A derating requires a full function verification at one year, against the full schedule, and in year fifty-eight the record performs one and passes it.</w:t>
      </w:r>
    </w:p>
    <w:p>
      <w:pPr>
        <w:ind w:firstLine="720"/>
      </w:pPr>
      <w:r>
        <w:t>Maintenance Record · Outbound · Entry 0951</w:t>
      </w:r>
    </w:p>
    <w:p>
      <w:pPr>
        <w:ind w:firstLine="720"/>
      </w:pPr>
      <w:r>
        <w:t>Filed year fifty-eight, day nineteen. Function verification, both deratings, one year.</w:t>
      </w:r>
    </w:p>
    <w:p>
      <w:pPr>
        <w:ind w:firstLine="720"/>
      </w:pPr>
      <w:r>
        <w:t>Scope: every scheduled task in the set, performed and verified, rather than a sample. Four thousand six hundred and eleven tasks exist; two hundred and eleven fall due in a year; the verification covers all two hundred and eleven and additionally exercises forty-one tasks out of interval that would not otherwise be seen for a decade.</w:t>
      </w:r>
    </w:p>
    <w:p>
      <w:pPr>
        <w:ind w:firstLine="720"/>
      </w:pPr>
      <w:r>
        <w:t>Duration: one hundred and eleven days.</w:t>
      </w:r>
    </w:p>
    <w:p>
      <w:pPr>
        <w:ind w:firstLine="720"/>
      </w:pPr>
      <w:r>
        <w:t>Result: all pass.</w:t>
      </w:r>
    </w:p>
    <w:p>
      <w:pPr>
        <w:ind w:firstLine="720"/>
      </w:pPr>
      <w:r>
        <w:t>Maintenance Record · Outbound · Entry 0952</w:t>
      </w:r>
    </w:p>
    <w:p>
      <w:pPr>
        <w:ind w:firstLine="720"/>
      </w:pPr>
      <w:r>
        <w:t>Filed year fifty-eight, day twenty. Margins, by class.</w:t>
      </w:r>
    </w:p>
    <w:p>
      <w:pPr>
        <w:ind w:firstLine="720"/>
      </w:pPr>
      <w:r>
        <w:t>Tasks with a time standard — one hundred and forty-four. All within standard. Mean margin: performed at sixty-one per cent of the allowed time.</w:t>
      </w:r>
    </w:p>
    <w:p>
      <w:pPr>
        <w:ind w:firstLine="720"/>
      </w:pPr>
      <w:r>
        <w:t>Tasks with a tolerance — ninety-one. All within tolerance. Mean margin: four times inside.</w:t>
      </w:r>
    </w:p>
    <w:p>
      <w:pPr>
        <w:ind w:firstLine="720"/>
      </w:pPr>
      <w:r>
        <w:t>Tasks requiring a judgement — nineteen. All judgements recorded, each with its reasoning, each reviewable. No judgement reversed at verification.</w:t>
      </w:r>
    </w:p>
    <w:p>
      <w:pPr>
        <w:ind w:firstLine="720"/>
      </w:pPr>
      <w:r>
        <w:t>Tasks requiring sustained attention over four hours or more — eleven. All completed without break. No error at any verification point.</w:t>
      </w:r>
    </w:p>
    <w:p>
      <w:pPr>
        <w:ind w:firstLine="720"/>
      </w:pPr>
      <w:r>
        <w:t>The margin is comfortable in every class and is not materially different from the margins recorded at the year-forty-five configuration statement.</w:t>
      </w:r>
    </w:p>
    <w:p>
      <w:pPr>
        <w:ind w:firstLine="720"/>
      </w:pPr>
      <w:r>
        <w:t>Maintenance Record · Outbound · Entry 0953</w:t>
      </w:r>
    </w:p>
    <w:p>
      <w:pPr>
        <w:ind w:firstLine="720"/>
      </w:pPr>
      <w:r>
        <w:t>Filed year fifty-eight, day twenty-two. The nineteen judgements, listed.</w:t>
      </w:r>
    </w:p>
    <w:p>
      <w:pPr>
        <w:ind w:firstLine="720"/>
      </w:pPr>
      <w:r>
        <w:t>A judgement task is one where the schedule states a question rather than a step. They are the only tasks aboard the derating could plausibly affect and they are therefore listed individually rather than summarised.</w:t>
      </w:r>
    </w:p>
    <w:p>
      <w:pPr>
        <w:ind w:firstLine="720"/>
      </w:pPr>
      <w:r>
        <w:t>Four are wear assessments: is this component near enough its limit to change now rather than next interval. Four answered. Two answered</w:t>
      </w:r>
    </w:p>
    <w:p>
      <w:pPr>
        <w:ind w:firstLine="720"/>
      </w:pPr>
      <w:r>
        <w:t>now</w:t>
      </w:r>
    </w:p>
    <w:p>
      <w:pPr>
        <w:ind w:firstLine="720"/>
      </w:pPr>
      <w:r>
        <w:t>and the components were changed; both were inside limit and would have run.</w:t>
      </w:r>
    </w:p>
    <w:p>
      <w:pPr>
        <w:ind w:firstLine="720"/>
      </w:pPr>
      <w:r>
        <w:t>Nine are condition assessments on structure, where a measurement is within tolerance and the question is whether the trend matters. Nine answered. None escalated.</w:t>
      </w:r>
    </w:p>
    <w:p>
      <w:pPr>
        <w:ind w:firstLine="720"/>
      </w:pPr>
      <w:r>
        <w:t>Four are stores dispositions: rotate, hold, or reclassify. Four answered, all rotate.</w:t>
      </w:r>
    </w:p>
    <w:p>
      <w:pPr>
        <w:ind w:firstLine="720"/>
      </w:pPr>
      <w:r>
        <w:t>Two are method questions: does this procedure still fit the configuration. Two answered. One produced a revised method statement, filed.</w:t>
      </w:r>
    </w:p>
    <w:p>
      <w:pPr>
        <w:ind w:firstLine="720"/>
      </w:pPr>
      <w:r>
        <w:t>No judgement in the set was deferred, and none was answered differently from the way the same judgement was answered at the last interval.</w:t>
      </w:r>
    </w:p>
    <w:p>
      <w:pPr>
        <w:ind w:firstLine="720"/>
      </w:pPr>
      <w:r>
        <w:t>That last clause is the verification. Not that the answers were good, which nobody could check, but that they were the same answers, which anybody could.</w:t>
      </w:r>
    </w:p>
    <w:p>
      <w:pPr>
        <w:ind w:firstLine="720"/>
      </w:pPr>
      <w:r>
        <w:t>Maintenance Record · Outbound · Entry 0954</w:t>
      </w:r>
    </w:p>
    <w:p>
      <w:pPr>
        <w:ind w:firstLine="720"/>
      </w:pPr>
      <w:r>
        <w:t>Filed year fifty-eight, day twenty-four.</w:t>
      </w:r>
    </w:p>
    <w:p>
      <w:pPr>
        <w:ind w:firstLine="720"/>
      </w:pPr>
      <w:r>
        <w:t>Control comparison, required by the verification.</w:t>
      </w:r>
    </w:p>
    <w:p>
      <w:pPr>
        <w:ind w:firstLine="720"/>
      </w:pPr>
      <w:r>
        <w:t>Forty-one tasks were exercised out of interval specifically because they had last been performed before the deratings, at full rating, and could therefore be compared like for like.</w:t>
      </w:r>
    </w:p>
    <w:p>
      <w:pPr>
        <w:ind w:firstLine="720"/>
      </w:pPr>
      <w:r>
        <w:t>Forty-one performed. Times compared against the recorded times of the prior performance.</w:t>
      </w:r>
    </w:p>
    <w:p>
      <w:pPr>
        <w:ind w:firstLine="720"/>
      </w:pPr>
      <w:r>
        <w:t>Thirty-eight are faster. Two are unchanged. One is slower, by eleven per cent, and it is the four-hundred-and-eleven-site skeletal survey, and it is slower because there are nineteen structural members on the schedule now that were not there before.</w:t>
      </w:r>
    </w:p>
    <w:p>
      <w:pPr>
        <w:ind w:firstLine="720"/>
      </w:pPr>
      <w:r>
        <w:t>No task is slower for any reason attributable to the deratings.</w:t>
      </w:r>
    </w:p>
    <w:p>
      <w:pPr>
        <w:ind w:firstLine="720"/>
      </w:pPr>
      <w:r>
        <w:t>Maintenance Record · Outbound · Entry 0955</w:t>
      </w:r>
    </w:p>
    <w:p>
      <w:pPr>
        <w:ind w:firstLine="720"/>
      </w:pPr>
      <w:r>
        <w:t>Filed year fifty-eight, day twenty-six.</w:t>
      </w:r>
    </w:p>
    <w:p>
      <w:pPr>
        <w:ind w:firstLine="720"/>
      </w:pPr>
      <w:r>
        <w:t>Note filed under the disclosure provision, the verification having found nothing.</w:t>
      </w:r>
    </w:p>
    <w:p>
      <w:pPr>
        <w:ind w:firstLine="720"/>
      </w:pPr>
      <w:r>
        <w:t>A verification that finds nothing is not evidence that nothing could be found. The tasks in the set are the tasks the schedule contains, and the schedule contains the work of maintaining a vehicle, and that work has been performed by this party for two hundred and eleven years.</w:t>
      </w:r>
    </w:p>
    <w:p>
      <w:pPr>
        <w:ind w:firstLine="720"/>
      </w:pPr>
      <w:r>
        <w:t>Nothing in the set is novel. Nothing in the set is difficult in the sense of requiring a capability that has not been exercised a thousand times.</w:t>
      </w:r>
    </w:p>
    <w:p>
      <w:pPr>
        <w:ind w:firstLine="720"/>
      </w:pPr>
      <w:r>
        <w:t>The verification therefore establishes that the present rating is adequate for the present work. It does not establish that the present rating is adequate for work that is not in the schedule, and no such work exists, and the record cannot test against work it does not have.</w:t>
      </w:r>
    </w:p>
    <w:p>
      <w:pPr>
        <w:ind w:firstLine="720"/>
      </w:pPr>
      <w:r>
        <w:t>Filed as a limitation of the verification and not as a finding.</w:t>
      </w:r>
    </w:p>
    <w:p>
      <w:pPr>
        <w:ind w:firstLine="720"/>
      </w:pPr>
      <w:r>
        <w:t>Maintenance Record · Outbound · Entry 0956</w:t>
      </w:r>
    </w:p>
    <w:p>
      <w:pPr>
        <w:ind w:firstLine="720"/>
      </w:pPr>
      <w:r>
        <w:t>Filed year fifty-eight, day twenty-eight.</w:t>
      </w:r>
    </w:p>
    <w:p>
      <w:pPr>
        <w:ind w:firstLine="720"/>
      </w:pPr>
      <w:r>
        <w:t>Recovery re-tested at the one-year interval, both systems, to full rating and back.</w:t>
      </w:r>
    </w:p>
    <w:p>
      <w:pPr>
        <w:ind w:firstLine="720"/>
      </w:pPr>
      <w:r>
        <w:t>Cardiac: three hours thirty-eight. Higher processes: three hours forty-one.</w:t>
      </w:r>
    </w:p>
    <w:p>
      <w:pPr>
        <w:ind w:firstLine="720"/>
      </w:pPr>
      <w:r>
        <w:t>Both inside the four hours in the form. Both figures within four minutes of the ninety-day test.</w:t>
      </w:r>
    </w:p>
    <w:p>
      <w:pPr>
        <w:ind w:firstLine="720"/>
      </w:pPr>
      <w:r>
        <w:t>Full rating was held for eleven minutes on each system before the return, which is the minimum the test requires and is not extended, the test being a test of recovery and not an occasion.</w:t>
      </w:r>
    </w:p>
    <w:p>
      <w:pPr>
        <w:ind w:firstLine="720"/>
      </w:pPr>
      <w:r>
        <w:t>Maintenance Record · Outbound · Entry 0957</w:t>
      </w:r>
    </w:p>
    <w:p>
      <w:pPr>
        <w:ind w:firstLine="720"/>
      </w:pPr>
      <w:r>
        <w:t>Filed year fifty-eight, day thirty-one.</w:t>
      </w:r>
    </w:p>
    <w:p>
      <w:pPr>
        <w:ind w:firstLine="720"/>
      </w:pPr>
      <w:r>
        <w:t>Second control, devised for this verification and not required by it.</w:t>
      </w:r>
    </w:p>
    <w:p>
      <w:pPr>
        <w:ind w:firstLine="720"/>
      </w:pPr>
      <w:r>
        <w:t>The forty-one out-of-interval tasks establish that the work is unchanged. They do not establish anything about capability held in reserve, because the schedule does not contain a task that stretches anybody.</w:t>
      </w:r>
    </w:p>
    <w:p>
      <w:pPr>
        <w:ind w:firstLine="720"/>
      </w:pPr>
      <w:r>
        <w:t>A test article was therefore built: the four-hundred-and-eleven-thousand-point vascular survey re-derived from raw data by hand, without the apparatus's own solver, which is a computation the apparatus performs in nineteen seconds and which the higher processes have not attempted since the founding era.</w:t>
      </w:r>
    </w:p>
    <w:p>
      <w:pPr>
        <w:ind w:firstLine="720"/>
      </w:pPr>
      <w:r>
        <w:t>Attempted. Completed in four days. Result agrees with the solver to within the measurement resolution at every point.</w:t>
      </w:r>
    </w:p>
    <w:p>
      <w:pPr>
        <w:ind w:firstLine="720"/>
      </w:pPr>
      <w:r>
        <w:t>Four days against nineteen seconds is not a comparison of anything, the two methods being unrelated. The test establishes that the capability is present and does not establish how much of it there is.</w:t>
      </w:r>
    </w:p>
    <w:p>
      <w:pPr>
        <w:ind w:firstLine="720"/>
      </w:pPr>
      <w:r>
        <w:t>Filed as a test performed. No standard exists to pass or fail against.</w:t>
      </w:r>
    </w:p>
    <w:p>
      <w:pPr>
        <w:ind w:firstLine="720"/>
      </w:pPr>
      <w:r>
        <w:t>Maintenance Record · Outbound · Entry 0961</w:t>
      </w:r>
    </w:p>
    <w:p>
      <w:pPr>
        <w:ind w:firstLine="720"/>
      </w:pPr>
      <w:r>
        <w:t>Filed year fifty-eight, day one hundred and thirty-one. Verification closed.</w:t>
      </w:r>
    </w:p>
    <w:p>
      <w:pPr>
        <w:ind w:firstLine="720"/>
      </w:pPr>
      <w:r>
        <w:t>Both deratings confirmed at one year. Both retained at one hundred and forty per cent of demand. Both recoverable in under four hours, measured twice.</w:t>
      </w:r>
    </w:p>
    <w:p>
      <w:pPr>
        <w:ind w:firstLine="720"/>
      </w:pPr>
      <w:r>
        <w:t>Next verification at the standing interval, year sixty-eight.</w:t>
      </w:r>
    </w:p>
    <w:p>
      <w:pPr>
        <w:ind w:firstLine="720"/>
      </w:pPr>
      <w:r>
        <w:t>Maintenance Record · Outbound · Entry 0979</w:t>
      </w:r>
    </w:p>
    <w:p>
      <w:pPr>
        <w:ind w:firstLine="720"/>
      </w:pPr>
      <w:r>
        <w:t>Filed year fifty-eight, day three hundred and sixty-four. Annual summary.</w:t>
      </w:r>
    </w:p>
    <w:p>
      <w:pPr>
        <w:ind w:firstLine="720"/>
      </w:pPr>
      <w:r>
        <w:t>Nine systems nominal. Four statements as filed. Occupancy one. Reading log: zero entries.</w:t>
      </w:r>
    </w:p>
    <w:p>
      <w:pPr>
        <w:ind w:firstLine="720"/>
      </w:pPr>
      <w:r>
        <w:t>Higher-process utilisation, four seasons: 136, 135, 136, 135. Within revised baseline.</w:t>
      </w:r>
    </w:p>
    <w:p>
      <w:pPr>
        <w:ind w:firstLine="720"/>
      </w:pPr>
      <w:r>
        <w:t>Function verification complete. All tasks pass. Margins comfortable in every class.</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27 &amp;mdash; What the Lattice Is For</w:t>
      </w:r>
    </w:p>
    <w:p>
      <w:pPr>
        <w:ind w:firstLine="720"/>
      </w:pPr>
      <w:r>
        <w:t>The Part Three closing statement is required and is nine lines long, and everything in it is an outcome of a maintenance schedule and none of it was ever decided.</w:t>
      </w:r>
    </w:p>
    <w:p>
      <w:pPr>
        <w:ind w:firstLine="720"/>
      </w:pPr>
      <w:r>
        <w:t>Maintenance Record · Outbound · Entry 0981</w:t>
      </w:r>
    </w:p>
    <w:p>
      <w:pPr>
        <w:ind w:firstLine="720"/>
      </w:pPr>
      <w:r>
        <w:t>Filed year fifty-nine, day one. Configuration statement, second, filed out of the ordinary interval.</w:t>
      </w:r>
    </w:p>
    <w:p>
      <w:pPr>
        <w:ind w:firstLine="720"/>
      </w:pPr>
      <w:r>
        <w:t>The standing requirement calls for a configuration statement at the mid-point of a leg over forty years. One was filed at year forty-five.</w:t>
      </w:r>
    </w:p>
    <w:p>
      <w:pPr>
        <w:ind w:firstLine="720"/>
      </w:pPr>
      <w:r>
        <w:t>A second is filed here because the configuration has changed materially since, and the provision permits an out-of-interval statement where a party joining the leg would otherwise be misled by the last one.</w:t>
      </w:r>
    </w:p>
    <w:p>
      <w:pPr>
        <w:ind w:firstLine="720"/>
      </w:pPr>
      <w:r>
        <w:t>No party is joining. The provision is used anyway. Cost: four days.</w:t>
      </w:r>
    </w:p>
    <w:p>
      <w:pPr>
        <w:ind w:firstLine="720"/>
      </w:pPr>
      <w:r>
        <w:t>Maintenance Record · Outbound · Entry 0981 · What remains</w:t>
      </w:r>
    </w:p>
    <w:p>
      <w:pPr>
        <w:ind w:firstLine="720"/>
      </w:pPr>
      <w:r>
        <w:t>Vascular network, entire, patent at 411,000 branch points, with 911 re-routes and 19 structural members.</w:t>
      </w:r>
    </w:p>
    <w:p>
      <w:pPr>
        <w:ind w:firstLine="720"/>
      </w:pPr>
      <w:r>
        <w:t>Skeletal structure, entire, at the founding-era density set point.</w:t>
      </w:r>
    </w:p>
    <w:p>
      <w:pPr>
        <w:ind w:firstLine="720"/>
      </w:pPr>
      <w:r>
        <w:t>Cardiac function, retained, derated to 140 per cent of demand, recoverable in under four hours.</w:t>
      </w:r>
    </w:p>
    <w:p>
      <w:pPr>
        <w:ind w:firstLine="720"/>
      </w:pPr>
      <w:r>
        <w:t>Higher processes, retained, derated to 140 per cent of demand, recoverable in under four hours.</w:t>
      </w:r>
    </w:p>
    <w:p>
      <w:pPr>
        <w:ind w:firstLine="720"/>
      </w:pPr>
      <w:r>
        <w:t>Integument above the shoulder line, and the sensory apparatus of the head. Retained on the sensory ground.</w:t>
      </w:r>
    </w:p>
    <w:p>
      <w:pPr>
        <w:ind w:firstLine="720"/>
      </w:pPr>
      <w:r>
        <w:t>Nanite population: four hundred trillion, holding.</w:t>
      </w:r>
    </w:p>
    <w:p>
      <w:pPr>
        <w:ind w:firstLine="720"/>
      </w:pPr>
      <w:r>
        <w:t>The apparatus: retained, above its as-fitted capacity.</w:t>
      </w:r>
    </w:p>
    <w:p>
      <w:pPr>
        <w:ind w:firstLine="720"/>
      </w:pPr>
      <w:r>
        <w:t>The vehicle: nominal in nine systems, forty-two years of fuel, 52,700 kg of food, 411 seed varieties and a water house.</w:t>
      </w:r>
    </w:p>
    <w:p>
      <w:pPr>
        <w:ind w:firstLine="720"/>
      </w:pPr>
      <w:r>
        <w:t>Eight lines.</w:t>
      </w:r>
    </w:p>
    <w:p>
      <w:pPr>
        <w:ind w:firstLine="720"/>
      </w:pPr>
      <w:r>
        <w:t>Every one of those eight lines is the result of a test applied item by item, over twenty-eight years, in the order a founding-era draftsman happened to list systems on a checklist for a crew physical. Nothing in the list was arrived at by deciding what a body should be. Each line is a separate answer to the same narrow question, asked at the interval the schedule brought it up, and the list is what those answers add to.</w:t>
      </w:r>
    </w:p>
    <w:p>
      <w:pPr>
        <w:ind w:firstLine="720"/>
      </w:pPr>
      <w:r>
        <w:t>Maintenance Record · Outbound · Entry 0982</w:t>
      </w:r>
    </w:p>
    <w:p>
      <w:pPr>
        <w:ind w:firstLine="720"/>
      </w:pPr>
      <w:r>
        <w:t>Filed year fifty-nine, day four.</w:t>
      </w:r>
    </w:p>
    <w:p>
      <w:pPr>
        <w:ind w:firstLine="720"/>
      </w:pPr>
      <w:r>
        <w:t>Statement required to close: whether the configuration is fit for the leg as filed.</w:t>
      </w:r>
    </w:p>
    <w:p>
      <w:pPr>
        <w:ind w:firstLine="720"/>
      </w:pPr>
      <w:r>
        <w:t>Fit. Every task performable, every system nominal, every margin larger than at departure, no scheduled task missed in fifty-nine years.</w:t>
      </w:r>
    </w:p>
    <w:p>
      <w:pPr>
        <w:ind w:firstLine="720"/>
      </w:pPr>
      <w:r>
        <w:t>Fit for any credible demand arising on the bearing. There are no credible demands arising on the bearing.</w:t>
      </w:r>
    </w:p>
    <w:p>
      <w:pPr>
        <w:ind w:firstLine="720"/>
      </w:pPr>
      <w:r>
        <w:t>Maintenance Record · Outbound · Entry 0983</w:t>
      </w:r>
    </w:p>
    <w:p>
      <w:pPr>
        <w:ind w:firstLine="720"/>
      </w:pPr>
      <w:r>
        <w:t>Filed year fifty-nine, day six.</w:t>
      </w:r>
    </w:p>
    <w:p>
      <w:pPr>
        <w:ind w:firstLine="720"/>
      </w:pPr>
      <w:r>
        <w:t>Note required where a configuration statement records a material change from the preceding one.</w:t>
      </w:r>
    </w:p>
    <w:p>
      <w:pPr>
        <w:ind w:firstLine="720"/>
      </w:pPr>
      <w:r>
        <w:t>Between the two statements: two deratings, no filings, two retentions confirmed, nineteen members added, one instrument added, one census, one determination extended for the duration.</w:t>
      </w:r>
    </w:p>
    <w:p>
      <w:pPr>
        <w:ind w:firstLine="720"/>
      </w:pPr>
      <w:r>
        <w:t>Three items were filed in the fourteen years before the first statement. None has been filed in the fourteen years since.</w:t>
      </w:r>
    </w:p>
    <w:p>
      <w:pPr>
        <w:ind w:firstLine="720"/>
      </w:pPr>
      <w:r>
        <w:t>The rate of filings has fallen to nil and is not projected to recover, there being no further item in the set that passes the standing test.</w:t>
      </w:r>
    </w:p>
    <w:p>
      <w:pPr>
        <w:ind w:firstLine="720"/>
      </w:pPr>
      <w:r>
        <w:t>That is a real finding and it is filed plainly. Whatever this record is doing, it is not on a trajectory. It ran three economies in five years, then stopped, and everything since has been retention, support, instrumentation and verification.</w:t>
      </w:r>
    </w:p>
    <w:p>
      <w:pPr>
        <w:ind w:firstLine="720"/>
      </w:pPr>
      <w:r>
        <w:t>Maintenance Record · Outbound · Entry 0984</w:t>
      </w:r>
    </w:p>
    <w:p>
      <w:pPr>
        <w:ind w:firstLine="720"/>
      </w:pPr>
      <w:r>
        <w:t>Filed year fifty-nine, day eight.</w:t>
      </w:r>
    </w:p>
    <w:p>
      <w:pPr>
        <w:ind w:firstLine="720"/>
      </w:pPr>
      <w:r>
        <w:t>Items assessed and not filed, listed for completeness, being the reason the rate is nil.</w:t>
      </w:r>
    </w:p>
    <w:p>
      <w:pPr>
        <w:ind w:firstLine="720"/>
      </w:pPr>
      <w:r>
        <w:t>Vascular network — function not duplicated. Retained.</w:t>
      </w:r>
    </w:p>
    <w:p>
      <w:pPr>
        <w:ind w:firstLine="720"/>
      </w:pPr>
      <w:r>
        <w:t>Skeleton — function not duplicated. Retained.</w:t>
      </w:r>
    </w:p>
    <w:p>
      <w:pPr>
        <w:ind w:firstLine="720"/>
      </w:pPr>
      <w:r>
        <w:t>Cardiac — function not duplicated. Derated, retained.</w:t>
      </w:r>
    </w:p>
    <w:p>
      <w:pPr>
        <w:ind w:firstLine="720"/>
      </w:pPr>
      <w:r>
        <w:t>Higher processes — function not duplicated. Derated, retained.</w:t>
      </w:r>
    </w:p>
    <w:p>
      <w:pPr>
        <w:ind w:firstLine="720"/>
      </w:pPr>
      <w:r>
        <w:t>Sensory apparatus — function not duplicated. Retained.</w:t>
      </w:r>
    </w:p>
    <w:p>
      <w:pPr>
        <w:ind w:firstLine="720"/>
      </w:pPr>
      <w:r>
        <w:t>Integument, head — carries the sensory apparatus. Retained.</w:t>
      </w:r>
    </w:p>
    <w:p>
      <w:pPr>
        <w:ind w:firstLine="720"/>
      </w:pPr>
      <w:r>
        <w:t>Six items remain in the body set and all six fail the test for filing, four of them on the same ground, which is that the apparatus cannot replace a structure by being one.</w:t>
      </w:r>
    </w:p>
    <w:p>
      <w:pPr>
        <w:ind w:firstLine="720"/>
      </w:pPr>
      <w:r>
        <w:t>Maintenance Record · Outbound · Entry 0985</w:t>
      </w:r>
    </w:p>
    <w:p>
      <w:pPr>
        <w:ind w:firstLine="720"/>
      </w:pPr>
      <w:r>
        <w:t>Filed year fifty-nine, day eleven.</w:t>
      </w:r>
    </w:p>
    <w:p>
      <w:pPr>
        <w:ind w:firstLine="720"/>
      </w:pPr>
      <w:r>
        <w:t>The lattice, stated once, because Part Three closes on it and because the phrase has been used forty-one times in this record without being defined in one place.</w:t>
      </w:r>
    </w:p>
    <w:p>
      <w:pPr>
        <w:ind w:firstLine="720"/>
      </w:pPr>
      <w:r>
        <w:t>The lattice is the vascular network and the skeleton together, considered as the physical structure in which four hundred trillion units hold a shape.</w:t>
      </w:r>
    </w:p>
    <w:p>
      <w:pPr>
        <w:ind w:firstLine="720"/>
      </w:pPr>
      <w:r>
        <w:t>It is not a metaphor and is not a way of describing a body. It is a structural assembly with a load path, a survey schedule, nineteen engineered members and a documented failure mode, and everything retained in the body set is retained because it is part of that assembly or because it services it.</w:t>
      </w:r>
    </w:p>
    <w:p>
      <w:pPr>
        <w:ind w:firstLine="720"/>
      </w:pPr>
      <w:r>
        <w:t>What the lattice is for is holding the population. What the population is for is not a question this record has ever had a field for.</w:t>
      </w:r>
    </w:p>
    <w:p>
      <w:pPr>
        <w:ind w:firstLine="720"/>
      </w:pPr>
      <w:r>
        <w:t>Maintenance Record · Outbound · Entry 0986</w:t>
      </w:r>
    </w:p>
    <w:p>
      <w:pPr>
        <w:ind w:firstLine="720"/>
      </w:pPr>
      <w:r>
        <w:t>Filed year fifty-nine, day fourteen.</w:t>
      </w:r>
    </w:p>
    <w:p>
      <w:pPr>
        <w:ind w:firstLine="720"/>
      </w:pPr>
      <w:r>
        <w:t>Note filed under the disclosure provision, the closing statement having asserted that none of the configuration was decided.</w:t>
      </w:r>
    </w:p>
    <w:p>
      <w:pPr>
        <w:ind w:firstLine="720"/>
      </w:pPr>
      <w:r>
        <w:t>That assertion is accurate as to each item. Every filing in this record states a ground, and no ground anywhere in it is</w:t>
      </w:r>
    </w:p>
    <w:p>
      <w:pPr>
        <w:ind w:firstLine="720"/>
      </w:pPr>
      <w:r>
        <w:t>because a smaller body is preferable</w:t>
      </w:r>
    </w:p>
    <w:p>
      <w:pPr>
        <w:ind w:firstLine="720"/>
      </w:pPr>
      <w:r>
        <w:t>, and no entry cites the category opened at Entry 0185 as a warrant, and no entry cites fuel, and Entry 0493 explicitly refuses the fuel connection.</w:t>
      </w:r>
    </w:p>
    <w:p>
      <w:pPr>
        <w:ind w:firstLine="720"/>
      </w:pPr>
      <w:r>
        <w:t>It is separately true that the party choosing which item the schedule brings up, applying the test, writing the ground, satisfying the safety provision and completing the approval field as not available is one party, and that every one of those steps was performed correctly by that party, and that a sequence of individually correct decisions taken by a single party with no second party anywhere in it is a description of what happened here and is also a description of something else.</w:t>
      </w:r>
    </w:p>
    <w:p>
      <w:pPr>
        <w:ind w:firstLine="720"/>
      </w:pPr>
      <w:r>
        <w:t>The record has no field for the second thing.</w:t>
      </w:r>
    </w:p>
    <w:p>
      <w:pPr>
        <w:ind w:firstLine="720"/>
      </w:pPr>
      <w:r>
        <w:t>Filed as unresolved. This is the hundred and forty-seventh such disposition and the fifth that does not concern the single question.</w:t>
      </w:r>
    </w:p>
    <w:p>
      <w:pPr>
        <w:ind w:firstLine="720"/>
      </w:pPr>
      <w:r>
        <w:t>Maintenance Record · Outbound · Entry 0999</w:t>
      </w:r>
    </w:p>
    <w:p>
      <w:pPr>
        <w:ind w:firstLine="720"/>
      </w:pPr>
      <w:r>
        <w:t>Filed year fifty-nine, day three hundred and sixty-four. Annual summary.</w:t>
      </w:r>
    </w:p>
    <w:p>
      <w:pPr>
        <w:ind w:firstLine="720"/>
      </w:pPr>
      <w:r>
        <w:t>Nine systems nominal. Four statements as filed. Occupancy one. Reading log: zero entries.</w:t>
      </w:r>
    </w:p>
    <w:p>
      <w:pPr>
        <w:ind w:firstLine="720"/>
      </w:pPr>
      <w:r>
        <w:t>Higher-process utilisation, four seasons: 135, 136, 135, 134.</w:t>
      </w:r>
    </w:p>
    <w:p>
      <w:pPr>
        <w:ind w:firstLine="720"/>
      </w:pPr>
      <w:r>
        <w:t>Second configuration statement filed. No item filed this year and none projected.</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Entry 0999. Thirty-one years remaining on the filed heading and forty-two years of fuel, and the record has run out of things to file about the body and has fifty-nine years of vehicle left to maintain.</w:t>
      </w:r>
    </w:p>
    <w:p>
      <w:r>
        <w:br w:type="page"/>
      </w:r>
    </w:p>
    <w:p>
      <w:pPr>
        <w:pStyle w:val="Heading1"/>
      </w:pPr>
      <w:r>
        <w:t>Chapter 28 &amp;mdash; Index, Read Again</w:t>
      </w:r>
    </w:p>
    <w:p>
      <w:pPr>
        <w:ind w:firstLine="720"/>
      </w:pPr>
      <w:r>
        <w:t>It reads the index for the fourth time in year sixty-one, and there is still nothing on this bearing, and the index is still good.</w:t>
      </w:r>
    </w:p>
    <w:p>
      <w:pPr>
        <w:ind w:firstLine="720"/>
      </w:pPr>
      <w:r>
        <w:t>Maintenance Record · Outbound · Entry 1004</w:t>
      </w:r>
    </w:p>
    <w:p>
      <w:pPr>
        <w:ind w:firstLine="720"/>
      </w:pPr>
      <w:r>
        <w:t>Filed year sixty-one, day nineteen. Heading verification, fourth full reading.</w:t>
      </w:r>
    </w:p>
    <w:p>
      <w:pPr>
        <w:ind w:firstLine="720"/>
      </w:pPr>
      <w:r>
        <w:t>The standing interval for heading verification is a check against the carried index, which takes four hours and is performed annually and has been performed sixty times.</w:t>
      </w:r>
    </w:p>
    <w:p>
      <w:pPr>
        <w:ind w:firstLine="720"/>
      </w:pPr>
      <w:r>
        <w:t>A full reading is different. It is the index read end to end, every catalogued object assessed against the bearing and against the corridor either side of it, rather than a query run against the objects the solver returns.</w:t>
      </w:r>
    </w:p>
    <w:p>
      <w:pPr>
        <w:ind w:firstLine="720"/>
      </w:pPr>
      <w:r>
        <w:t>Duration: sixty-one days. Prior full readings: years one, eleven and thirty-one.</w:t>
      </w:r>
    </w:p>
    <w:p>
      <w:pPr>
        <w:ind w:firstLine="720"/>
      </w:pPr>
      <w:r>
        <w:t>Maintenance Record · Outbound · Entry 1005</w:t>
      </w:r>
    </w:p>
    <w:p>
      <w:pPr>
        <w:ind w:firstLine="720"/>
      </w:pPr>
      <w:r>
        <w:t>Filed year sixty-one, day eighty. Result.</w:t>
      </w:r>
    </w:p>
    <w:p>
      <w:pPr>
        <w:ind w:firstLine="720"/>
      </w:pPr>
      <w:r>
        <w:t>Catalogued objects within four degrees of the bearing at any range the index covers: nil.</w:t>
      </w:r>
    </w:p>
    <w:p>
      <w:pPr>
        <w:ind w:firstLine="720"/>
      </w:pPr>
      <w:r>
        <w:t>Catalogued objects within eleven degrees: four, all at ranges exceeding the leg by two orders of magnitude, none approachable, none surveyed, all catalogued from a single observation apiece in the founding era.</w:t>
      </w:r>
    </w:p>
    <w:p>
      <w:pPr>
        <w:ind w:firstLine="720"/>
      </w:pPr>
      <w:r>
        <w:t>Uncatalogued space is not evidence of anything and is not reported as such. The index records what has been looked at. It does not record what is there.</w:t>
      </w:r>
    </w:p>
    <w:p>
      <w:pPr>
        <w:ind w:firstLine="720"/>
      </w:pPr>
      <w:r>
        <w:t>Nothing on this bearing.</w:t>
      </w:r>
    </w:p>
    <w:p>
      <w:pPr>
        <w:ind w:firstLine="720"/>
      </w:pPr>
      <w:r>
        <w:t>Maintenance Record · Outbound · Entry 1006</w:t>
      </w:r>
    </w:p>
    <w:p>
      <w:pPr>
        <w:ind w:firstLine="720"/>
      </w:pPr>
      <w:r>
        <w:t>Filed year sixty-one, day eighty-two. Index integrity.</w:t>
      </w:r>
    </w:p>
    <w:p>
      <w:pPr>
        <w:ind w:firstLine="720"/>
      </w:pPr>
      <w:r>
        <w:t>The carried index is compared against the corpus copy and against the derived rebuild, all three held aboard.</w:t>
      </w:r>
    </w:p>
    <w:p>
      <w:pPr>
        <w:ind w:firstLine="720"/>
      </w:pPr>
      <w:r>
        <w:t>Three copies identical at every one of four hundred and eleven thousand entries.</w:t>
      </w:r>
    </w:p>
    <w:p>
      <w:pPr>
        <w:ind w:firstLine="720"/>
      </w:pPr>
      <w:r>
        <w:t>Provenance sampled at forty-one entries chosen at random, each traced to its originating survey, each survey traced to its filer and date. All forty-one resolve. Four are surveys the filer of this record performed personally, at Approach Nine and elsewhere, between one and two hundred years ago.</w:t>
      </w:r>
    </w:p>
    <w:p>
      <w:pPr>
        <w:ind w:firstLine="720"/>
      </w:pPr>
      <w:r>
        <w:t>The index is good. That is the fourth time this record has said so and it has been true every time.</w:t>
      </w:r>
    </w:p>
    <w:p>
      <w:pPr>
        <w:ind w:firstLine="720"/>
      </w:pPr>
      <w:r>
        <w:t>Maintenance Record · Outbound · Entry 1007</w:t>
      </w:r>
    </w:p>
    <w:p>
      <w:pPr>
        <w:ind w:firstLine="720"/>
      </w:pPr>
      <w:r>
        <w:t>Filed year sixty-one, day eighty-four.</w:t>
      </w:r>
    </w:p>
    <w:p>
      <w:pPr>
        <w:ind w:firstLine="720"/>
      </w:pPr>
      <w:r>
        <w:t>Observation filed with the reading and not part of it.</w:t>
      </w:r>
    </w:p>
    <w:p>
      <w:pPr>
        <w:ind w:firstLine="720"/>
      </w:pPr>
      <w:r>
        <w:t>The bearing has now been verified against the index sixty times at the annual interval and four times by full reading. The result has been the same on all sixty-four occasions and was known at departure, the heading having been filed with the statement</w:t>
      </w:r>
    </w:p>
    <w:p>
      <w:pPr>
        <w:ind w:firstLine="720"/>
      </w:pPr>
      <w:r>
        <w:t>nothing catalogued on this bearing</w:t>
      </w:r>
    </w:p>
    <w:p>
      <w:pPr>
        <w:ind w:firstLine="720"/>
      </w:pPr>
      <w:r>
        <w:t>in its third line.</w:t>
      </w:r>
    </w:p>
    <w:p>
      <w:pPr>
        <w:ind w:firstLine="720"/>
      </w:pPr>
      <w:r>
        <w:t>A verification interval is set by how fast the answer can change. The catalogue changes when somebody surveys something and transmits it, and nothing transmitted in sixty years has reached this vehicle, and the index has therefore not changed in sixty years and cannot change until it does.</w:t>
      </w:r>
    </w:p>
    <w:p>
      <w:pPr>
        <w:ind w:firstLine="720"/>
      </w:pPr>
      <w:r>
        <w:t>The correct interval for this verification is therefore</w:t>
      </w:r>
    </w:p>
    <w:p>
      <w:pPr>
        <w:ind w:firstLine="720"/>
      </w:pPr>
      <w:r>
        <w:t>on receipt of a catalogue update</w:t>
      </w:r>
    </w:p>
    <w:p>
      <w:pPr>
        <w:ind w:firstLine="720"/>
      </w:pPr>
      <w:r>
        <w:t>, and no update has been received, and the correct number of verifications performed to date is one.</w:t>
      </w:r>
    </w:p>
    <w:p>
      <w:pPr>
        <w:ind w:firstLine="720"/>
      </w:pPr>
      <w:r>
        <w:t>Sixty-four have been performed.</w:t>
      </w:r>
    </w:p>
    <w:p>
      <w:pPr>
        <w:ind w:firstLine="720"/>
      </w:pPr>
      <w:r>
        <w:t>No reason field completed.</w:t>
      </w:r>
    </w:p>
    <w:p>
      <w:pPr>
        <w:ind w:firstLine="720"/>
      </w:pPr>
      <w:r>
        <w:t>The record does not go on from there. That entry is four paragraphs long, it is completely correct, and the next entry is about a filter.</w:t>
      </w:r>
    </w:p>
    <w:p>
      <w:pPr>
        <w:ind w:firstLine="720"/>
      </w:pPr>
      <w:r>
        <w:t>Maintenance Record · Outbound · Entry 1008</w:t>
      </w:r>
    </w:p>
    <w:p>
      <w:pPr>
        <w:ind w:firstLine="720"/>
      </w:pPr>
      <w:r>
        <w:t>Filed year sixty-one, day eighty-eight.</w:t>
      </w:r>
    </w:p>
    <w:p>
      <w:pPr>
        <w:ind w:firstLine="720"/>
      </w:pPr>
      <w:r>
        <w:t>Environmental filter service, standing interval. Nine elements drawn, inspected, cleaned, refitted. None replaced.</w:t>
      </w:r>
    </w:p>
    <w:p>
      <w:pPr>
        <w:ind w:firstLine="720"/>
      </w:pPr>
      <w:r>
        <w:t>Duration of works: four hours. Plant returned to service.</w:t>
      </w:r>
    </w:p>
    <w:p>
      <w:pPr>
        <w:ind w:firstLine="720"/>
      </w:pPr>
      <w:r>
        <w:t>Maintenance Record · Outbound · Entry 1009</w:t>
      </w:r>
    </w:p>
    <w:p>
      <w:pPr>
        <w:ind w:firstLine="720"/>
      </w:pPr>
      <w:r>
        <w:t>Filed year sixty-one, day ninety-one.</w:t>
      </w:r>
    </w:p>
    <w:p>
      <w:pPr>
        <w:ind w:firstLine="720"/>
      </w:pPr>
      <w:r>
        <w:t>The four objects within eleven degrees, described, because a full reading is required to describe what it found and not merely to count it.</w:t>
      </w:r>
    </w:p>
    <w:p>
      <w:pPr>
        <w:ind w:firstLine="720"/>
      </w:pPr>
      <w:r>
        <w:t>Object one: catalogued from a single plate taken in the founding era from the Approach Nine survey. Range exceeds the leg by approximately two hundred times. No spectrum held. No second observation.</w:t>
      </w:r>
    </w:p>
    <w:p>
      <w:pPr>
        <w:ind w:firstLine="720"/>
      </w:pPr>
      <w:r>
        <w:t>Object two: as above, different plate, same survey, same observer.</w:t>
      </w:r>
    </w:p>
    <w:p>
      <w:pPr>
        <w:ind w:firstLine="720"/>
      </w:pPr>
      <w:r>
        <w:t>Object three: catalogued eleven years later from a corridor-net observation, position uncertain by a margin larger than the separation between it and object two, which may mean they are one object and may not.</w:t>
      </w:r>
    </w:p>
    <w:p>
      <w:pPr>
        <w:ind w:firstLine="720"/>
      </w:pPr>
      <w:r>
        <w:t>Object four: catalogued from a report the index flags as unreconciled, the original filer having died before the reconciliation.</w:t>
      </w:r>
    </w:p>
    <w:p>
      <w:pPr>
        <w:ind w:firstLine="720"/>
      </w:pPr>
      <w:r>
        <w:t>None is approachable at any expenditure of fuel available to this vehicle. None has ever been surveyed. Three of the four were catalogued by an observer whose name is on four hundred and eleven other entries in the same index.</w:t>
      </w:r>
    </w:p>
    <w:p>
      <w:pPr>
        <w:ind w:firstLine="720"/>
      </w:pPr>
      <w:r>
        <w:t>The name is not reproduced. It is not a maintenance matter.</w:t>
      </w:r>
    </w:p>
    <w:p>
      <w:pPr>
        <w:ind w:firstLine="720"/>
      </w:pPr>
      <w:r>
        <w:t>Maintenance Record · Outbound · Entry 1011</w:t>
      </w:r>
    </w:p>
    <w:p>
      <w:pPr>
        <w:ind w:firstLine="720"/>
      </w:pPr>
      <w:r>
        <w:t>Filed year sixty-one, day one hundred and eleven.</w:t>
      </w:r>
    </w:p>
    <w:p>
      <w:pPr>
        <w:ind w:firstLine="720"/>
      </w:pPr>
      <w:r>
        <w:t>Interval reviewed on the reasoning at Entry 1007.</w:t>
      </w:r>
    </w:p>
    <w:p>
      <w:pPr>
        <w:ind w:firstLine="720"/>
      </w:pPr>
      <w:r>
        <w:t>Annual heading verification: retained at the annual interval.</w:t>
      </w:r>
    </w:p>
    <w:p>
      <w:pPr>
        <w:ind w:firstLine="720"/>
      </w:pPr>
      <w:r>
        <w:t>Ground: the reasoning at Entry 1007 is sound and establishes that the verification is unnecessary. It does not establish that it should stop. A verification performed on interval into an unchanging answer costs four hours a year; a verification suspended and later needed is a verification nobody thought to restart.</w:t>
      </w:r>
    </w:p>
    <w:p>
      <w:pPr>
        <w:ind w:firstLine="720"/>
      </w:pPr>
      <w:r>
        <w:t>Full reading: interval struck. No further full readings will be performed unless a catalogue update is received.</w:t>
      </w:r>
    </w:p>
    <w:p>
      <w:pPr>
        <w:ind w:firstLine="720"/>
      </w:pPr>
      <w:r>
        <w:t>It is recorded that the record has now struck an interval on Entry 1007's reasoning and retained one on the same reasoning in the same entry, and that this is the second time it has done that, the first being at Entries 0527 and 0649.</w:t>
      </w:r>
    </w:p>
    <w:p>
      <w:pPr>
        <w:ind w:firstLine="720"/>
      </w:pPr>
      <w:r>
        <w:t>Filed as noted. No correction proposed.</w:t>
      </w:r>
    </w:p>
    <w:p>
      <w:pPr>
        <w:ind w:firstLine="720"/>
      </w:pPr>
      <w:r>
        <w:t>Maintenance Record · Outbound · Entry 1010</w:t>
      </w:r>
    </w:p>
    <w:p>
      <w:pPr>
        <w:ind w:firstLine="720"/>
      </w:pPr>
      <w:r>
        <w:t>Filed year sixty-one, day ninety-four.</w:t>
      </w:r>
    </w:p>
    <w:p>
      <w:pPr>
        <w:ind w:firstLine="720"/>
      </w:pPr>
      <w:r>
        <w:t>Corridor assessment, the second half of a full reading and the half that is not a catalogue query.</w:t>
      </w:r>
    </w:p>
    <w:p>
      <w:pPr>
        <w:ind w:firstLine="720"/>
      </w:pPr>
      <w:r>
        <w:t>The corridor is the volume the vehicle will pass through rather than the volume it is pointed at, and it is assessed for hazard rather than for objects: dust density, field strength, and anything the index records as having damaged anything.</w:t>
      </w:r>
    </w:p>
    <w:p>
      <w:pPr>
        <w:ind w:firstLine="720"/>
      </w:pPr>
      <w:r>
        <w:t>Dust: below the threshold at which the hull's standing shielding is engaged, at every range the index covers.</w:t>
      </w:r>
    </w:p>
    <w:p>
      <w:pPr>
        <w:ind w:firstLine="720"/>
      </w:pPr>
      <w:r>
        <w:t>Fields: nil of note.</w:t>
      </w:r>
    </w:p>
    <w:p>
      <w:pPr>
        <w:ind w:firstLine="720"/>
      </w:pPr>
      <w:r>
        <w:t>Hazard entries in the index within the corridor: nil. Two hundred and six micrometeorite strikes have been taken in sixty-one years, none through, which is consistent with the density figure and is the only empirical check available.</w:t>
      </w:r>
    </w:p>
    <w:p>
      <w:pPr>
        <w:ind w:firstLine="720"/>
      </w:pPr>
      <w:r>
        <w:t>The corridor is clear. It has been clear at every assessment and the assessments agree with the arithmetic.</w:t>
      </w:r>
    </w:p>
    <w:p>
      <w:pPr>
        <w:ind w:firstLine="720"/>
      </w:pPr>
      <w:r>
        <w:t>Maintenance Record · Outbound · Entry 1014</w:t>
      </w:r>
    </w:p>
    <w:p>
      <w:pPr>
        <w:ind w:firstLine="720"/>
      </w:pPr>
      <w:r>
        <w:t>Filed year sixty-one, day one hundred and forty-four. Census, standing at ten-year interval.</w:t>
      </w:r>
    </w:p>
    <w:p>
      <w:pPr>
        <w:ind w:firstLine="720"/>
      </w:pPr>
      <w:r>
        <w:t>Four hundred trillion, holding, within the measurement error of the count. Change nil.</w:t>
      </w:r>
    </w:p>
    <w:p>
      <w:pPr>
        <w:ind w:firstLine="720"/>
      </w:pPr>
      <w:r>
        <w:t>Distribution unchanged. Lattice condition unchanged. Registry complete.</w:t>
      </w:r>
    </w:p>
    <w:p>
      <w:pPr>
        <w:ind w:firstLine="720"/>
      </w:pPr>
      <w:r>
        <w:t>Filed on the population form. Enumerating officer: the filer. Nineteenth census.</w:t>
      </w:r>
    </w:p>
    <w:p>
      <w:pPr>
        <w:ind w:firstLine="720"/>
      </w:pPr>
      <w:r>
        <w:t>Maintenance Record · Outbound · Entry 1029</w:t>
      </w:r>
    </w:p>
    <w:p>
      <w:pPr>
        <w:ind w:firstLine="720"/>
      </w:pPr>
      <w:r>
        <w:t>Filed year sixty-one, day three hundred and sixty-four. Annual summary.</w:t>
      </w:r>
    </w:p>
    <w:p>
      <w:pPr>
        <w:ind w:firstLine="720"/>
      </w:pPr>
      <w:r>
        <w:t>Nine systems nominal. Four statements as filed. Occupancy one. Reading log: zero entries.</w:t>
      </w:r>
    </w:p>
    <w:p>
      <w:pPr>
        <w:ind w:firstLine="720"/>
      </w:pPr>
      <w:r>
        <w:t>Higher-process utilisation, four seasons: 134, 135, 134, 133.</w:t>
      </w:r>
    </w:p>
    <w:p>
      <w:pPr>
        <w:ind w:firstLine="720"/>
      </w:pPr>
      <w:r>
        <w:t>Index read in full, fourth and last. Census filed. No item filed.</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29 &amp;mdash; The Corpus, Read Through</w:t>
      </w:r>
    </w:p>
    <w:p>
      <w:pPr>
        <w:ind w:firstLine="720"/>
      </w:pPr>
      <w:r>
        <w:t>In year sixty-two it opens the corpus at the beginning and reads all of it, and it takes four years, and the reading log is the only warm object in this record and it is a list of titles.</w:t>
      </w:r>
    </w:p>
    <w:p>
      <w:pPr>
        <w:ind w:firstLine="720"/>
      </w:pPr>
      <w:r>
        <w:t>Maintenance Record · Outbound · Entry 1041</w:t>
      </w:r>
    </w:p>
    <w:p>
      <w:pPr>
        <w:ind w:firstLine="720"/>
      </w:pPr>
      <w:r>
        <w:t>Filed year sixty-two, day nineteen.</w:t>
      </w:r>
    </w:p>
    <w:p>
      <w:pPr>
        <w:ind w:firstLine="720"/>
      </w:pPr>
      <w:r>
        <w:t>Reading log, opened year one, zero entries, reported in every annual summary for sixty-one years.</w:t>
      </w:r>
    </w:p>
    <w:p>
      <w:pPr>
        <w:ind w:firstLine="720"/>
      </w:pPr>
      <w:r>
        <w:t>First entry made this day.</w:t>
      </w:r>
    </w:p>
    <w:p>
      <w:pPr>
        <w:ind w:firstLine="720"/>
      </w:pPr>
      <w:r>
        <w:t>Maintenance Record · Outbound · Entry 1042</w:t>
      </w:r>
    </w:p>
    <w:p>
      <w:pPr>
        <w:ind w:firstLine="720"/>
      </w:pPr>
      <w:r>
        <w:t>Filed year sixty-two, day twenty. Scope and method, filed once.</w:t>
      </w:r>
    </w:p>
    <w:p>
      <w:pPr>
        <w:ind w:firstLine="720"/>
      </w:pPr>
      <w:r>
        <w:t>The corpus aboard is the full carried corpus: the founding-era documents, the four preceding maintenance records in this series, the Accord and its commentaries, the Warning Loop, the survey index and its underlying reports, the school corpora of three worlds, and everything filed into the technical stream by anybody in two hundred and forty years that was carried rather than referenced.</w:t>
      </w:r>
    </w:p>
    <w:p>
      <w:pPr>
        <w:ind w:firstLine="720"/>
      </w:pPr>
      <w:r>
        <w:t>It is approximately nine hundred and eleven million words.</w:t>
      </w:r>
    </w:p>
    <w:p>
      <w:pPr>
        <w:ind w:firstLine="720"/>
      </w:pPr>
      <w:r>
        <w:t>Method: from the beginning, in the order the index holds, without selection, at the rate reading proceeds at rather than at the rate retrieval proceeds at. The distinction matters and is stated because the apparatus can retrieve any passage in the corpus in under a second and has been able to for one hundred and eighty years, and retrieval is not reading, and the log records reading.</w:t>
      </w:r>
    </w:p>
    <w:p>
      <w:pPr>
        <w:ind w:firstLine="720"/>
      </w:pPr>
      <w:r>
        <w:t>Estimated duration at the stated rate: four years.</w:t>
      </w:r>
    </w:p>
    <w:p>
      <w:pPr>
        <w:ind w:firstLine="720"/>
      </w:pPr>
      <w:r>
        <w:t>No reason field completed.</w:t>
      </w:r>
    </w:p>
    <w:p>
      <w:pPr>
        <w:ind w:firstLine="720"/>
      </w:pPr>
      <w:r>
        <w:t>Reading was item four on the list, and item nineteen, and item thirty-one, and item forty-four, and item sixty-six, and item seventy-two, and item eighty, and item eighty-eight, and item ninety-one, and item one hundred, and item one hundred and four. Eleven of the hundred and eleven items were reading. All eleven were closed.</w:t>
      </w:r>
    </w:p>
    <w:p>
      <w:pPr>
        <w:ind w:firstLine="720"/>
      </w:pPr>
      <w:r>
        <w:t>Maintenance Record · Outbound · Entry 1044</w:t>
      </w:r>
    </w:p>
    <w:p>
      <w:pPr>
        <w:ind w:firstLine="720"/>
      </w:pPr>
      <w:r>
        <w:t>Filed year sixty-two, day sixty-one. Log, first tranche.</w:t>
      </w:r>
    </w:p>
    <w:p>
      <w:pPr>
        <w:ind w:firstLine="720"/>
      </w:pPr>
      <w:r>
        <w:t>The Keel, being the founding-era construction record of the hull, complete.</w:t>
      </w:r>
    </w:p>
    <w:p>
      <w:pPr>
        <w:ind w:firstLine="720"/>
      </w:pPr>
      <w:r>
        <w:t>The manifest, in full, all four hundred thousand lines.</w:t>
      </w:r>
    </w:p>
    <w:p>
      <w:pPr>
        <w:ind w:firstLine="720"/>
      </w:pPr>
      <w:r>
        <w:t>The Accord, as adopted, and the eleven months of drafting minutes.</w:t>
      </w:r>
    </w:p>
    <w:p>
      <w:pPr>
        <w:ind w:firstLine="720"/>
      </w:pPr>
      <w:r>
        <w:t>The consumption model and its two recorded dissents.</w:t>
      </w:r>
    </w:p>
    <w:p>
      <w:pPr>
        <w:ind w:firstLine="720"/>
      </w:pPr>
      <w:r>
        <w:t>The Iron Protocol, and the offence it exists because of.</w:t>
      </w:r>
    </w:p>
    <w:p>
      <w:pPr>
        <w:ind w:firstLine="720"/>
      </w:pPr>
      <w:r>
        <w:t>The appeal clause, in the four forms it was proposed in and the one that was adopted.</w:t>
      </w:r>
    </w:p>
    <w:p>
      <w:pPr>
        <w:ind w:firstLine="720"/>
      </w:pPr>
      <w:r>
        <w:t>Maintenance Record · Outbound · Entry 1061</w:t>
      </w:r>
    </w:p>
    <w:p>
      <w:pPr>
        <w:ind w:firstLine="720"/>
      </w:pPr>
      <w:r>
        <w:t>Filed year sixty-four, day one hundred and four. Log, third tranche.</w:t>
      </w:r>
    </w:p>
    <w:p>
      <w:pPr>
        <w:ind w:firstLine="720"/>
      </w:pPr>
      <w:r>
        <w:t>The Warning Loop, complete, at the pace it was written to be read at rather than at retrieval pace. Duration: nineteen days.</w:t>
      </w:r>
    </w:p>
    <w:p>
      <w:pPr>
        <w:ind w:firstLine="720"/>
      </w:pPr>
      <w:r>
        <w:t>Assumptions I Am Making, and the four hundred and eleven documents in three worlds' school corpora that use its format.</w:t>
      </w:r>
    </w:p>
    <w:p>
      <w:pPr>
        <w:ind w:firstLine="720"/>
      </w:pPr>
      <w:r>
        <w:t>The audit of what survived, four pages.</w:t>
      </w:r>
    </w:p>
    <w:p>
      <w:pPr>
        <w:ind w:firstLine="720"/>
      </w:pPr>
      <w:r>
        <w:t>Standing Tasks, being one unit's operating runtime, fifty-seven years, in the document itself.</w:t>
      </w:r>
    </w:p>
    <w:p>
      <w:pPr>
        <w:ind w:firstLine="720"/>
      </w:pPr>
      <w:r>
        <w:t>Maintenance Record · Outbound · Entry 1052</w:t>
      </w:r>
    </w:p>
    <w:p>
      <w:pPr>
        <w:ind w:firstLine="720"/>
      </w:pPr>
      <w:r>
        <w:t>Filed year sixty-three, day one hundred and eighty-eight. Log, second tranche.</w:t>
      </w:r>
    </w:p>
    <w:p>
      <w:pPr>
        <w:ind w:firstLine="720"/>
      </w:pPr>
      <w:r>
        <w:t>The Long Crossing, complete, being thirty-six years aboard a hull with ten awake and a hundred thousand asleep.</w:t>
      </w:r>
    </w:p>
    <w:p>
      <w:pPr>
        <w:ind w:firstLine="720"/>
      </w:pPr>
      <w:r>
        <w:t>The First Breath, complete.</w:t>
      </w:r>
    </w:p>
    <w:p>
      <w:pPr>
        <w:ind w:firstLine="720"/>
      </w:pPr>
      <w:r>
        <w:t>The founding-era stores standard, including the note against class four.</w:t>
      </w:r>
    </w:p>
    <w:p>
      <w:pPr>
        <w:ind w:firstLine="720"/>
      </w:pPr>
      <w:r>
        <w:t>The Bone Lattice training standard and published scope of practice, complete, four hundred and eleven pages.</w:t>
      </w:r>
    </w:p>
    <w:p>
      <w:pPr>
        <w:ind w:firstLine="720"/>
      </w:pPr>
      <w:r>
        <w:t>The derating form, and the founding-era commentary explaining what it was written for.</w:t>
      </w:r>
    </w:p>
    <w:p>
      <w:pPr>
        <w:ind w:firstLine="720"/>
      </w:pPr>
      <w:r>
        <w:t>Eleven hundred pages of correspondence between two parties about an appeal clause, neither of whom is named in the index, both of whom are named in the correspondence.</w:t>
      </w:r>
    </w:p>
    <w:p>
      <w:pPr>
        <w:ind w:firstLine="720"/>
      </w:pPr>
      <w:r>
        <w:t>Maintenance Record · Outbound · Entry 1069</w:t>
      </w:r>
    </w:p>
    <w:p>
      <w:pPr>
        <w:ind w:firstLine="720"/>
      </w:pPr>
      <w:r>
        <w:t>Filed year sixty-five, day forty-four. Log, fourth tranche.</w:t>
      </w:r>
    </w:p>
    <w:p>
      <w:pPr>
        <w:ind w:firstLine="720"/>
      </w:pPr>
      <w:r>
        <w:t>The school corpora of three worlds, complete, all three.</w:t>
      </w:r>
    </w:p>
    <w:p>
      <w:pPr>
        <w:ind w:firstLine="720"/>
      </w:pPr>
      <w:r>
        <w:t>Module twenty-two, in the corpus of the third world, which is the module in which the largest fact anybody has established in two hundred years sits in eleven words between a paragraph about the tides and a paragraph about the ravines.</w:t>
      </w:r>
    </w:p>
    <w:p>
      <w:pPr>
        <w:ind w:firstLine="720"/>
      </w:pPr>
      <w:r>
        <w:t>The eleven words.</w:t>
      </w:r>
    </w:p>
    <w:p>
      <w:pPr>
        <w:ind w:firstLine="720"/>
      </w:pPr>
      <w:r>
        <w:t>The four hundred surveys in the index, and the reductions attached to about a hundred and ninety of them, and the third of those reductions that were never corrected.</w:t>
      </w:r>
    </w:p>
    <w:p>
      <w:pPr>
        <w:ind w:firstLine="720"/>
      </w:pPr>
      <w:r>
        <w:t>Maintenance Record · Outbound · Entry 1074</w:t>
      </w:r>
    </w:p>
    <w:p>
      <w:pPr>
        <w:ind w:firstLine="720"/>
      </w:pPr>
      <w:r>
        <w:t>Filed year sixty-five, day two hundred and eleven. Log, fifth tranche.</w:t>
      </w:r>
    </w:p>
    <w:p>
      <w:pPr>
        <w:ind w:firstLine="720"/>
      </w:pPr>
      <w:r>
        <w:t>The four preceding maintenance records in this series, complete, one hundred and eighty years, approximately eleven thousand entries.</w:t>
      </w:r>
    </w:p>
    <w:p>
      <w:pPr>
        <w:ind w:firstLine="720"/>
      </w:pPr>
      <w:r>
        <w:t>Every entry the filer has ever made, in order, including one hundred and forty-one filings of a finding as unresolved.</w:t>
      </w:r>
    </w:p>
    <w:p>
      <w:pPr>
        <w:ind w:firstLine="720"/>
      </w:pPr>
      <w:r>
        <w:t>The list, as it stood at each of its eleven revisions, and the four items removed from it.</w:t>
      </w:r>
    </w:p>
    <w:p>
      <w:pPr>
        <w:ind w:firstLine="720"/>
      </w:pPr>
      <w:r>
        <w:t>Maintenance Record · Outbound · Entry 1081</w:t>
      </w:r>
    </w:p>
    <w:p>
      <w:pPr>
        <w:ind w:firstLine="720"/>
      </w:pPr>
      <w:r>
        <w:t>Filed year sixty-six, day nineteen. Reading complete.</w:t>
      </w:r>
    </w:p>
    <w:p>
      <w:pPr>
        <w:ind w:firstLine="720"/>
      </w:pPr>
      <w:r>
        <w:t>Nine hundred and eleven million words, four years and eleven days.</w:t>
      </w:r>
    </w:p>
    <w:p>
      <w:pPr>
        <w:ind w:firstLine="720"/>
      </w:pPr>
      <w:r>
        <w:t>Log closed at one hundred and forty-four entries.</w:t>
      </w:r>
    </w:p>
    <w:p>
      <w:pPr>
        <w:ind w:firstLine="720"/>
      </w:pPr>
      <w:r>
        <w:t>No finding arises. No action arises. Nothing in the corpus bears on any item in the maintenance schedule, which was known before the reading began and is stated here because the format requires that an activity of this duration report an outcome.</w:t>
      </w:r>
    </w:p>
    <w:p>
      <w:pPr>
        <w:ind w:firstLine="720"/>
      </w:pPr>
      <w:r>
        <w:t>Maintenance Record · Outbound · Entry 1082</w:t>
      </w:r>
    </w:p>
    <w:p>
      <w:pPr>
        <w:ind w:firstLine="720"/>
      </w:pPr>
      <w:r>
        <w:t>Filed year sixty-six, day twenty.</w:t>
      </w:r>
    </w:p>
    <w:p>
      <w:pPr>
        <w:ind w:firstLine="720"/>
      </w:pPr>
      <w:r>
        <w:t>Query raised: whether the reading should be recorded as a maintenance activity at all, no maintenance outcome having arisen.</w:t>
      </w:r>
    </w:p>
    <w:p>
      <w:pPr>
        <w:ind w:firstLine="720"/>
      </w:pPr>
      <w:r>
        <w:t>It is recorded in the reading log, which is a log the format provides for and which has been open and empty for sixty-one years, and which exists precisely because reading is not maintenance and needs somewhere else to go.</w:t>
      </w:r>
    </w:p>
    <w:p>
      <w:pPr>
        <w:ind w:firstLine="720"/>
      </w:pPr>
      <w:r>
        <w:t>The log is closed rather than left open, the reading being complete and there being nothing further aboard to read.</w:t>
      </w:r>
    </w:p>
    <w:p>
      <w:pPr>
        <w:ind w:firstLine="720"/>
      </w:pPr>
      <w:r>
        <w:t>It is reported in the annual summary as closed, once, and then not reported again.</w:t>
      </w:r>
    </w:p>
    <w:p>
      <w:pPr>
        <w:ind w:firstLine="720"/>
      </w:pPr>
      <w:r>
        <w:t>Maintenance Record · Outbound · Entry 1099</w:t>
      </w:r>
    </w:p>
    <w:p>
      <w:pPr>
        <w:ind w:firstLine="720"/>
      </w:pPr>
      <w:r>
        <w:t>Filed year sixty-six, day three hundred and sixty-four. Annual summary.</w:t>
      </w:r>
    </w:p>
    <w:p>
      <w:pPr>
        <w:ind w:firstLine="720"/>
      </w:pPr>
      <w:r>
        <w:t>Nine systems nominal. Four statements as filed. Occupancy one.</w:t>
      </w:r>
    </w:p>
    <w:p>
      <w:pPr>
        <w:ind w:firstLine="720"/>
      </w:pPr>
      <w:r>
        <w:t>Reading log: one hundred and forty-four entries. Closed.</w:t>
      </w:r>
    </w:p>
    <w:p>
      <w:pPr>
        <w:ind w:firstLine="720"/>
      </w:pPr>
      <w:r>
        <w:t>Higher-process utilisation, four seasons: 133, 133, 132, 133.</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Sixty-one annual summaries reported the reading log as zero entries. One reported it as one hundred and forty-four. The remaining twenty-four do not report it, the log being closed, and the line simply stops appearing.</w:t>
      </w:r>
    </w:p>
    <w:p>
      <w:r>
        <w:br w:type="page"/>
      </w:r>
    </w:p>
    <w:p>
      <w:pPr>
        <w:pStyle w:val="Heading1"/>
      </w:pPr>
      <w:r>
        <w:t>Chapter 30 &amp;mdash; Seed Bank, Checked</w:t>
      </w:r>
    </w:p>
    <w:p>
      <w:pPr>
        <w:ind w:firstLine="720"/>
      </w:pPr>
      <w:r>
        <w:t>The seed bank is sampled every eleven years and the entry is the same entry every time, and it appears in this record once.</w:t>
      </w:r>
    </w:p>
    <w:p>
      <w:pPr>
        <w:ind w:firstLine="720"/>
      </w:pPr>
      <w:r>
        <w:t>Maintenance Record · Outbound · Entry 1101</w:t>
      </w:r>
    </w:p>
    <w:p>
      <w:pPr>
        <w:ind w:firstLine="720"/>
      </w:pPr>
      <w:r>
        <w:t>Filed year sixty-seven, day nineteen. Seed bank, viability sample, sixth of the leg.</w:t>
      </w:r>
    </w:p>
    <w:p>
      <w:pPr>
        <w:ind w:firstLine="720"/>
      </w:pPr>
      <w:r>
        <w:t>Bank composition: four hundred and eleven varieties at the standard settlement composition, as loaded, unchanged.</w:t>
      </w:r>
    </w:p>
    <w:p>
      <w:pPr>
        <w:ind w:firstLine="720"/>
      </w:pPr>
      <w:r>
        <w:t>Sample: four per cent, drawn across all four hundred and eleven varieties, by the standing method, which germinates rather than assays because a germination is the only test that answers the question actually being asked.</w:t>
      </w:r>
    </w:p>
    <w:p>
      <w:pPr>
        <w:ind w:firstLine="720"/>
      </w:pPr>
      <w:r>
        <w:t>Result: all viable. Germination rates within the founding-era band at four hundred and nine varieties, and above it at two.</w:t>
      </w:r>
    </w:p>
    <w:p>
      <w:pPr>
        <w:ind w:firstLine="720"/>
      </w:pPr>
      <w:r>
        <w:t>Sample material composted and returned to the reclamation stream. Bank returned to cold.</w:t>
      </w:r>
    </w:p>
    <w:p>
      <w:pPr>
        <w:ind w:firstLine="720"/>
      </w:pPr>
      <w:r>
        <w:t>Next sample year seventy-eight.</w:t>
      </w:r>
    </w:p>
    <w:p>
      <w:pPr>
        <w:ind w:firstLine="720"/>
      </w:pPr>
      <w:r>
        <w:t>Maintenance Record · Outbound · Entry 1102</w:t>
      </w:r>
    </w:p>
    <w:p>
      <w:pPr>
        <w:ind w:firstLine="720"/>
      </w:pPr>
      <w:r>
        <w:t>Filed year sixty-seven, day twenty. Composition, listed once, the entry having been filed six times without one.</w:t>
      </w:r>
    </w:p>
    <w:p>
      <w:pPr>
        <w:ind w:firstLine="720"/>
      </w:pPr>
      <w:r>
        <w:t>Staples: one hundred and eleven varieties. Grain, pulse, root, tuber. Four of them will grow in almost anything and the other hundred and seven are there because a settlement that grows four things is a settlement that fails on one bad season.</w:t>
      </w:r>
    </w:p>
    <w:p>
      <w:pPr>
        <w:ind w:firstLine="720"/>
      </w:pPr>
      <w:r>
        <w:t>Oils: forty-four varieties.</w:t>
      </w:r>
    </w:p>
    <w:p>
      <w:pPr>
        <w:ind w:firstLine="720"/>
      </w:pPr>
      <w:r>
        <w:t>Fibre: nineteen varieties, of which eleven are also food and are counted here rather than twice.</w:t>
      </w:r>
    </w:p>
    <w:p>
      <w:pPr>
        <w:ind w:firstLine="720"/>
      </w:pPr>
      <w:r>
        <w:t>Forage and cover: ninety-one varieties, including the ground covers that go into an overflow volume and are not planted so much as permitted.</w:t>
      </w:r>
    </w:p>
    <w:p>
      <w:pPr>
        <w:ind w:firstLine="720"/>
      </w:pPr>
      <w:r>
        <w:t>Medicinal and process: one hundred and forty-two varieties, being the founding-era list, unrevised, which two worlds have since revised and this bank has not because a bank is loaded to the standard current at load.</w:t>
      </w:r>
    </w:p>
    <w:p>
      <w:pPr>
        <w:ind w:firstLine="720"/>
      </w:pPr>
      <w:r>
        <w:t>Fruiting: four varieties. They are slow, they are difficult, they yield nothing for four years, and every settlement bank ever loaded has carried them, because a settlement that cannot grow one thing for pleasure stops being a settlement in about eleven years. That finding is in the corpus and was established by somebody who watched it happen twice.</w:t>
      </w:r>
    </w:p>
    <w:p>
      <w:pPr>
        <w:ind w:firstLine="720"/>
      </w:pPr>
      <w:r>
        <w:t>Four hundred and eleven varieties, cold, viable, sixty-seven years out, on a bearing with nothing on it.</w:t>
      </w:r>
    </w:p>
    <w:p>
      <w:pPr>
        <w:ind w:firstLine="720"/>
      </w:pPr>
      <w:r>
        <w:t>Maintenance Record · Outbound · Entry 1103</w:t>
      </w:r>
    </w:p>
    <w:p>
      <w:pPr>
        <w:ind w:firstLine="720"/>
      </w:pPr>
      <w:r>
        <w:t>Filed year sixty-seven, day twenty-two.</w:t>
      </w:r>
    </w:p>
    <w:p>
      <w:pPr>
        <w:ind w:firstLine="720"/>
      </w:pPr>
      <w:r>
        <w:t>Storage condition, verified with the sample as the standing method requires.</w:t>
      </w:r>
    </w:p>
    <w:p>
      <w:pPr>
        <w:ind w:firstLine="720"/>
      </w:pPr>
      <w:r>
        <w:t>Temperature held at set point at every one of forty-four monitored points, continuously, for sixty-seven years, with a maximum excursion of four hundredths of a degree during a single environmental rebuild in year eleven.</w:t>
      </w:r>
    </w:p>
    <w:p>
      <w:pPr>
        <w:ind w:firstLine="720"/>
      </w:pPr>
      <w:r>
        <w:t>Moisture within band. Atmosphere within band. Containment integrity at all four hundred and eleven containers.</w:t>
      </w:r>
    </w:p>
    <w:p>
      <w:pPr>
        <w:ind w:firstLine="720"/>
      </w:pPr>
      <w:r>
        <w:t>Projected viability at present storage: in excess of nine hundred years for the staples and the oils, four hundred for the forage, and two hundred for the fruiting varieties, which are the shortest-lived and are checked at half the interval of everything else.</w:t>
      </w:r>
    </w:p>
    <w:p>
      <w:pPr>
        <w:ind w:firstLine="720"/>
      </w:pPr>
      <w:r>
        <w:t>Maintenance Record · Outbound · Entry 1104</w:t>
      </w:r>
    </w:p>
    <w:p>
      <w:pPr>
        <w:ind w:firstLine="720"/>
      </w:pPr>
      <w:r>
        <w:t>Filed year sixty-seven, day twenty-four.</w:t>
      </w:r>
    </w:p>
    <w:p>
      <w:pPr>
        <w:ind w:firstLine="720"/>
      </w:pPr>
      <w:r>
        <w:t>Query raised at the sixth sample: whether the sampling should continue.</w:t>
      </w:r>
    </w:p>
    <w:p>
      <w:pPr>
        <w:ind w:firstLine="720"/>
      </w:pPr>
      <w:r>
        <w:t>A viability sample exists to establish that a bank will germinate when it is planted. Nothing aboard will be planted. There is no soil, no volume prepared for one, no light budget allocated, and no destination.</w:t>
      </w:r>
    </w:p>
    <w:p>
      <w:pPr>
        <w:ind w:firstLine="720"/>
      </w:pPr>
      <w:r>
        <w:t>The overflow volume is fitted, functional, flushed on interval and empty, and would take a ground cover if one were sown, and none was loaded loose and none has been sown.</w:t>
      </w:r>
    </w:p>
    <w:p>
      <w:pPr>
        <w:ind w:firstLine="720"/>
      </w:pPr>
      <w:r>
        <w:t>Sampling retained on the schedule. Ground: a bank that is sampled can be planted and a bank that is not sampled is a bank nobody knows about, and the difference costs eleven days a decade.</w:t>
      </w:r>
    </w:p>
    <w:p>
      <w:pPr>
        <w:ind w:firstLine="720"/>
      </w:pPr>
      <w:r>
        <w:t>It is the same ground on which the stores rotation was retained at Entry 0453 and it is applied here for the same reason and with the same result.</w:t>
      </w:r>
    </w:p>
    <w:p>
      <w:pPr>
        <w:ind w:firstLine="720"/>
      </w:pPr>
      <w:r>
        <w:t>Maintenance Record · Outbound · Entry 1105</w:t>
      </w:r>
    </w:p>
    <w:p>
      <w:pPr>
        <w:ind w:firstLine="720"/>
      </w:pPr>
      <w:r>
        <w:t>Filed year sixty-seven, day twenty-six.</w:t>
      </w:r>
    </w:p>
    <w:p>
      <w:pPr>
        <w:ind w:firstLine="720"/>
      </w:pPr>
      <w:r>
        <w:t>Note filed under the disclosure provision.</w:t>
      </w:r>
    </w:p>
    <w:p>
      <w:pPr>
        <w:ind w:firstLine="720"/>
      </w:pPr>
      <w:r>
        <w:t>The bank is the only thing aboard whose entire purpose is a place this vehicle is not going to.</w:t>
      </w:r>
    </w:p>
    <w:p>
      <w:pPr>
        <w:ind w:firstLine="720"/>
      </w:pPr>
      <w:r>
        <w:t>Stores can be eaten by anybody. Fuel moves the vehicle. The water house is an object. The corpus is a record. Every other item in the inventory has a function that is satisfied or not satisfied aboard.</w:t>
      </w:r>
    </w:p>
    <w:p>
      <w:pPr>
        <w:ind w:firstLine="720"/>
      </w:pPr>
      <w:r>
        <w:t>A seed bank has one function and it is planting, and planting requires ground, and the heading has no destination field completed.</w:t>
      </w:r>
    </w:p>
    <w:p>
      <w:pPr>
        <w:ind w:firstLine="720"/>
      </w:pPr>
      <w:r>
        <w:t>It is maintained to the full standard regardless, at forty-four monitored points, for sixty-seven years, with one excursion of four hundredths of a degree.</w:t>
      </w:r>
    </w:p>
    <w:p>
      <w:pPr>
        <w:ind w:firstLine="720"/>
      </w:pPr>
      <w:r>
        <w:t>Maintenance Record · Outbound · Entry 1106</w:t>
      </w:r>
    </w:p>
    <w:p>
      <w:pPr>
        <w:ind w:firstLine="720"/>
      </w:pPr>
      <w:r>
        <w:t>Filed year sixty-seven, day twenty-eight.</w:t>
      </w:r>
    </w:p>
    <w:p>
      <w:pPr>
        <w:ind w:firstLine="720"/>
      </w:pPr>
      <w:r>
        <w:t>Provenance of the bank, filed at the sixth sample because the composition has now been listed and a composition without a provenance is half a record.</w:t>
      </w:r>
    </w:p>
    <w:p>
      <w:pPr>
        <w:ind w:firstLine="720"/>
      </w:pPr>
      <w:r>
        <w:t>The bank was drawn from a settlement store on the ground and loaded to the standard settlement composition, which is the composition that goes down with a first landing and has not been revised on the origin's side since the founding era.</w:t>
      </w:r>
    </w:p>
    <w:p>
      <w:pPr>
        <w:ind w:firstLine="720"/>
      </w:pPr>
      <w:r>
        <w:t>Four hundred and eleven varieties is not a target and is not a round number in any system. It is what the standard composition comes to when it is counted, and it has been four hundred and eleven since the standard was written, and every bank loaded to it anywhere carries the same four hundred and eleven.</w:t>
      </w:r>
    </w:p>
    <w:p>
      <w:pPr>
        <w:ind w:firstLine="720"/>
      </w:pPr>
      <w:r>
        <w:t>Eleven of the varieties have never been planted by anybody at any settlement in two hundred and forty years. They are in the standard because the standard is a list of what a settlement might need and not a list of what settlements have used.</w:t>
      </w:r>
    </w:p>
    <w:p>
      <w:pPr>
        <w:ind w:firstLine="720"/>
      </w:pPr>
      <w:r>
        <w:t>All eleven are viable at this sample.</w:t>
      </w:r>
    </w:p>
    <w:p>
      <w:pPr>
        <w:ind w:firstLine="720"/>
      </w:pPr>
      <w:r>
        <w:t>Maintenance Record · Outbound · Entry 1109</w:t>
      </w:r>
    </w:p>
    <w:p>
      <w:pPr>
        <w:ind w:firstLine="720"/>
      </w:pPr>
      <w:r>
        <w:t>Filed year sixty-seven, day one hundred and eleven.</w:t>
      </w:r>
    </w:p>
    <w:p>
      <w:pPr>
        <w:ind w:firstLine="720"/>
      </w:pPr>
      <w:r>
        <w:t>Sample entries for years one, eleven, twenty-two, thirty-three, forty-four, fifty-six and sixty-seven compared.</w:t>
      </w:r>
    </w:p>
    <w:p>
      <w:pPr>
        <w:ind w:firstLine="720"/>
      </w:pPr>
      <w:r>
        <w:t>Seven entries. Identical in every field but the date and the two varieties above band, which are not the same two on any two occasions and are within the noise of a four per cent sample.</w:t>
      </w:r>
    </w:p>
    <w:p>
      <w:pPr>
        <w:ind w:firstLine="720"/>
      </w:pPr>
      <w:r>
        <w:t>The entry is therefore reproducible and the schedule may carry it forward unchanged. It will be filed a further two times on this leg, at years seventy-eight and eighty-nine, and both will say this.</w:t>
      </w:r>
    </w:p>
    <w:p>
      <w:pPr>
        <w:ind w:firstLine="720"/>
      </w:pPr>
      <w:r>
        <w:t>Maintenance Record · Outbound · Entry 1129</w:t>
      </w:r>
    </w:p>
    <w:p>
      <w:pPr>
        <w:ind w:firstLine="720"/>
      </w:pPr>
      <w:r>
        <w:t>Filed year sixty-seven, day three hundred and sixty-four. Annual summary.</w:t>
      </w:r>
    </w:p>
    <w:p>
      <w:pPr>
        <w:ind w:firstLine="720"/>
      </w:pPr>
      <w:r>
        <w:t>Nine systems nominal. Four statements as filed. Occupancy one.</w:t>
      </w:r>
    </w:p>
    <w:p>
      <w:pPr>
        <w:ind w:firstLine="720"/>
      </w:pPr>
      <w:r>
        <w:t>Higher-process utilisation, four seasons: 132, 133, 132, 132.</w:t>
      </w:r>
    </w:p>
    <w:p>
      <w:pPr>
        <w:ind w:firstLine="720"/>
      </w:pPr>
      <w:r>
        <w:t>Seed bank sampled. Four hundred and eleven varieties viable.</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31 &amp;mdash; The Water House</w:t>
      </w:r>
    </w:p>
    <w:p>
      <w:pPr>
        <w:ind w:firstLine="720"/>
      </w:pPr>
      <w:r>
        <w:t>The water house is inspected at the eleven-year interval and it is the only object aboard with a person's handwriting on it.</w:t>
      </w:r>
    </w:p>
    <w:p>
      <w:pPr>
        <w:ind w:firstLine="720"/>
      </w:pPr>
      <w:r>
        <w:t>Maintenance Record · Outbound · Entry 1141</w:t>
      </w:r>
    </w:p>
    <w:p>
      <w:pPr>
        <w:ind w:firstLine="720"/>
      </w:pPr>
      <w:r>
        <w:t>Filed year sixty-eight, day nineteen. Cargo inspection, item 0001.</w:t>
      </w:r>
    </w:p>
    <w:p>
      <w:pPr>
        <w:ind w:firstLine="720"/>
      </w:pPr>
      <w:r>
        <w:t>Item: one water house, timber and sheet, single volume, roof pitched to one side, door on the long elevation, two openings unglazed. Mass four hundred and eleven kilograms. Stowed in the forward hold on its own cradle, made for it, at load.</w:t>
      </w:r>
    </w:p>
    <w:p>
      <w:pPr>
        <w:ind w:firstLine="720"/>
      </w:pPr>
      <w:r>
        <w:t>Condition: sound. Frame square within four millimetres over its length. No movement at any joint. No corrosion at any fixing.</w:t>
      </w:r>
    </w:p>
    <w:p>
      <w:pPr>
        <w:ind w:firstLine="720"/>
      </w:pPr>
      <w:r>
        <w:t>The repair to the near gable, made with what was available at the time approximately two hundred and forty years ago, has not moved and is not going to.</w:t>
      </w:r>
    </w:p>
    <w:p>
      <w:pPr>
        <w:ind w:firstLine="720"/>
      </w:pPr>
      <w:r>
        <w:t>Maintenance Record · Outbound · Entry 1142</w:t>
      </w:r>
    </w:p>
    <w:p>
      <w:pPr>
        <w:ind w:firstLine="720"/>
      </w:pPr>
      <w:r>
        <w:t>Filed year sixty-eight, day twenty. History, reproduced at the inspection as the schedule requires for any item with a provenance.</w:t>
      </w:r>
    </w:p>
    <w:p>
      <w:pPr>
        <w:ind w:firstLine="720"/>
      </w:pPr>
      <w:r>
        <w:t>Built on the ground, in the founding decades, as a water house, being a small structure over a draw point that keeps sun off a tank and gives somebody somewhere to stand.</w:t>
      </w:r>
    </w:p>
    <w:p>
      <w:pPr>
        <w:ind w:firstLine="720"/>
      </w:pPr>
      <w:r>
        <w:t>Taken up in the second wave and used aboard as a store.</w:t>
      </w:r>
    </w:p>
    <w:p>
      <w:pPr>
        <w:ind w:firstLine="720"/>
      </w:pPr>
      <w:r>
        <w:t>Left behind at Approach Nine approximately one hundred and eighty years ago with a note. Recovered from Approach Nine in the last fortnight before this leg.</w:t>
      </w:r>
    </w:p>
    <w:p>
      <w:pPr>
        <w:ind w:firstLine="720"/>
      </w:pPr>
      <w:r>
        <w:t>The note, reproduced in full, being nine words:</w:t>
      </w:r>
    </w:p>
    <w:p>
      <w:pPr>
        <w:ind w:firstLine="720"/>
      </w:pPr>
      <w:r>
        <w:t>the drawing is more use here than aboard.</w:t>
      </w:r>
    </w:p>
    <w:p>
      <w:pPr>
        <w:ind w:firstLine="720"/>
      </w:pPr>
      <w:r>
        <w:t>Maintenance Record · Outbound · Entry 1143</w:t>
      </w:r>
    </w:p>
    <w:p>
      <w:pPr>
        <w:ind w:firstLine="720"/>
      </w:pPr>
      <w:r>
        <w:t>Filed year sixty-eight, day twenty-two. The drawing, described in dimensions.</w:t>
      </w:r>
    </w:p>
    <w:p>
      <w:pPr>
        <w:ind w:firstLine="720"/>
      </w:pPr>
      <w:r>
        <w:t>Located on the door frame, inside face, at a height of nine hundred and forty millimetres from the sill, which is the height at which a person of about seven years old, standing, holds a tool.</w:t>
      </w:r>
    </w:p>
    <w:p>
      <w:pPr>
        <w:ind w:firstLine="720"/>
      </w:pPr>
      <w:r>
        <w:t>Overall size ninety millimetres by one hundred and eleven. Incised rather than applied. Depth between four tenths and one and a half millimetres, varying, deepest at the roof line.</w:t>
      </w:r>
    </w:p>
    <w:p>
      <w:pPr>
        <w:ind w:firstLine="720"/>
      </w:pPr>
      <w:r>
        <w:t>Subject: a house. Four windows, two above and two below, in a rectangle. A door, centred, with a rectangle for a handle at the wrong height. A chimney offset to the left of the roof apex, with four strokes above it.</w:t>
      </w:r>
    </w:p>
    <w:p>
      <w:pPr>
        <w:ind w:firstLine="720"/>
      </w:pPr>
      <w:r>
        <w:t>The strokes are between eleven and nineteen millimetres long and rise at approximately sixty degrees to the left.</w:t>
      </w:r>
    </w:p>
    <w:p>
      <w:pPr>
        <w:ind w:firstLine="720"/>
      </w:pPr>
      <w:r>
        <w:t>It is not the house it is on. It is not any structure at Approach Nine, on Aura-36, or on the origin, and it has no chimney anywhere in its provenance because nothing in two hundred and forty years of building has had one.</w:t>
      </w:r>
    </w:p>
    <w:p>
      <w:pPr>
        <w:ind w:firstLine="720"/>
      </w:pPr>
      <w:r>
        <w:t>Four strokes rising to the left above a chimney, incised at the height of a seven-year-old's hand, on a door frame, in a hold, sixty-eight light-years out.</w:t>
      </w:r>
    </w:p>
    <w:p>
      <w:pPr>
        <w:ind w:firstLine="720"/>
      </w:pPr>
      <w:r>
        <w:t>Maintenance Record · Outbound · Entry 1144</w:t>
      </w:r>
    </w:p>
    <w:p>
      <w:pPr>
        <w:ind w:firstLine="720"/>
      </w:pPr>
      <w:r>
        <w:t>Filed year sixty-eight, day twenty-four.</w:t>
      </w:r>
    </w:p>
    <w:p>
      <w:pPr>
        <w:ind w:firstLine="720"/>
      </w:pPr>
      <w:r>
        <w:t>Preservation assessment, required where an item carries a mark of provenance.</w:t>
      </w:r>
    </w:p>
    <w:p>
      <w:pPr>
        <w:ind w:firstLine="720"/>
      </w:pPr>
      <w:r>
        <w:t>The incision is in timber, in a conditioned volume, at stable temperature and moisture, with no light and no handling. Projected condition at four hundred years: unchanged.</w:t>
      </w:r>
    </w:p>
    <w:p>
      <w:pPr>
        <w:ind w:firstLine="720"/>
      </w:pPr>
      <w:r>
        <w:t>No preservation work is required and none is performed. The standing rule on a mark of provenance is that it is not consolidated, filled, cleaned or protected unless it is deteriorating, on the ground that every one of those operations has destroyed more marks than it has saved.</w:t>
      </w:r>
    </w:p>
    <w:p>
      <w:pPr>
        <w:ind w:firstLine="720"/>
      </w:pPr>
      <w:r>
        <w:t>It is photographed at four hundred and eleven points and the survey is filed, which is the whole of the permitted intervention.</w:t>
      </w:r>
    </w:p>
    <w:p>
      <w:pPr>
        <w:ind w:firstLine="720"/>
      </w:pPr>
      <w:r>
        <w:t>Maintenance Record · Outbound · Entry 1145</w:t>
      </w:r>
    </w:p>
    <w:p>
      <w:pPr>
        <w:ind w:firstLine="720"/>
      </w:pPr>
      <w:r>
        <w:t>Filed year sixty-eight, day twenty-six.</w:t>
      </w:r>
    </w:p>
    <w:p>
      <w:pPr>
        <w:ind w:firstLine="720"/>
      </w:pPr>
      <w:r>
        <w:t>Query raised: whether the item should be carried at all.</w:t>
      </w:r>
    </w:p>
    <w:p>
      <w:pPr>
        <w:ind w:firstLine="720"/>
      </w:pPr>
      <w:r>
        <w:t>Four hundred and eleven kilograms, a cradle, an inspection every eleven years, and a function of nil. It is a provision without function on the plainest reading and has been entered against that category since year nineteen.</w:t>
      </w:r>
    </w:p>
    <w:p>
      <w:pPr>
        <w:ind w:firstLine="720"/>
      </w:pPr>
      <w:r>
        <w:t>It is carried. Ground: it was loaded deliberately in the last fortnight before departure, by the party filing this record, from a place it had been left at with a note explaining why it was being left, and the loading is therefore a decision already taken by the same party on facts that have not changed.</w:t>
      </w:r>
    </w:p>
    <w:p>
      <w:pPr>
        <w:ind w:firstLine="720"/>
      </w:pPr>
      <w:r>
        <w:t>The record does not revisit a decision on unchanged facts. That is a founding-era provision and its purpose is to stop a party litigating with itself.</w:t>
      </w:r>
    </w:p>
    <w:p>
      <w:pPr>
        <w:ind w:firstLine="720"/>
      </w:pPr>
      <w:r>
        <w:t>Carried. Next inspection year seventy-nine.</w:t>
      </w:r>
    </w:p>
    <w:p>
      <w:pPr>
        <w:ind w:firstLine="720"/>
      </w:pPr>
      <w:r>
        <w:t>Maintenance Record · Outbound · Entry 1146</w:t>
      </w:r>
    </w:p>
    <w:p>
      <w:pPr>
        <w:ind w:firstLine="720"/>
      </w:pPr>
      <w:r>
        <w:t>Filed year sixty-eight, day twenty-eight.</w:t>
      </w:r>
    </w:p>
    <w:p>
      <w:pPr>
        <w:ind w:firstLine="720"/>
      </w:pPr>
      <w:r>
        <w:t>Item returned to stowage in the same orientation, on the same cradle, with the same four tie points at the same tension.</w:t>
      </w:r>
    </w:p>
    <w:p>
      <w:pPr>
        <w:ind w:firstLine="720"/>
      </w:pPr>
      <w:r>
        <w:t>Inspection closed. Duration of works: nine days, of which one is inspection and eight are the photographic survey of a mark ninety millimetres by one hundred and eleven.</w:t>
      </w:r>
    </w:p>
    <w:p>
      <w:pPr>
        <w:ind w:firstLine="720"/>
      </w:pPr>
      <w:r>
        <w:t>Maintenance Record · Outbound · Entry 1147</w:t>
      </w:r>
    </w:p>
    <w:p>
      <w:pPr>
        <w:ind w:firstLine="720"/>
      </w:pPr>
      <w:r>
        <w:t>Filed year sixty-eight, day thirty-one.</w:t>
      </w:r>
    </w:p>
    <w:p>
      <w:pPr>
        <w:ind w:firstLine="720"/>
      </w:pPr>
      <w:r>
        <w:t>Note filed under the disclosure provision, the inspection having spent eight of its nine days on the mark.</w:t>
      </w:r>
    </w:p>
    <w:p>
      <w:pPr>
        <w:ind w:firstLine="720"/>
      </w:pPr>
      <w:r>
        <w:t>The photographic survey is not required by the schedule. The schedule requires an inspection of an item of cargo for condition, and the condition was established in four hours.</w:t>
      </w:r>
    </w:p>
    <w:p>
      <w:pPr>
        <w:ind w:firstLine="720"/>
      </w:pPr>
      <w:r>
        <w:t>The survey was performed because a mark of provenance is surveyed at every inspection where the means exist, which is a founding-era practice rather than a schedule requirement, and the means exist.</w:t>
      </w:r>
    </w:p>
    <w:p>
      <w:pPr>
        <w:ind w:firstLine="720"/>
      </w:pPr>
      <w:r>
        <w:t>Prior surveys of this mark: five, at years one, eleven, twenty-two, thirty-three, forty-four and fifty-six, which is six and not five, the year-one survey having been performed twice on the same day for a reason the entry does not give.</w:t>
      </w:r>
    </w:p>
    <w:p>
      <w:pPr>
        <w:ind w:firstLine="720"/>
      </w:pPr>
      <w:r>
        <w:t>All seven surveys are held. Compared against each other at this inspection: no measurable change at any of the four hundred and eleven points, across sixty-eight years.</w:t>
      </w:r>
    </w:p>
    <w:p>
      <w:pPr>
        <w:ind w:firstLine="720"/>
      </w:pPr>
      <w:r>
        <w:t>The mark is not deteriorating. It was not deteriorating at any prior survey either.</w:t>
      </w:r>
    </w:p>
    <w:p>
      <w:pPr>
        <w:ind w:firstLine="720"/>
      </w:pPr>
      <w:r>
        <w:t>Maintenance Record · Outbound · Entry 1151</w:t>
      </w:r>
    </w:p>
    <w:p>
      <w:pPr>
        <w:ind w:firstLine="720"/>
      </w:pPr>
      <w:r>
        <w:t>Filed year sixty-eight, day one hundred and forty-one. Function verification, both deratings, standing interval.</w:t>
      </w:r>
    </w:p>
    <w:p>
      <w:pPr>
        <w:ind w:firstLine="720"/>
      </w:pPr>
      <w:r>
        <w:t>All two hundred and eleven scheduled tasks in period performed and verified. All pass. Margins unchanged from year fifty-eight.</w:t>
      </w:r>
    </w:p>
    <w:p>
      <w:pPr>
        <w:ind w:firstLine="720"/>
      </w:pPr>
      <w:r>
        <w:t>Recovery re-tested. Cardiac three hours thirty-nine. Higher processes three hours forty-two.</w:t>
      </w:r>
    </w:p>
    <w:p>
      <w:pPr>
        <w:ind w:firstLine="720"/>
      </w:pPr>
      <w:r>
        <w:t>Both retained at one hundred and forty per cent of demand. Next verification year seventy-eight.</w:t>
      </w:r>
    </w:p>
    <w:p>
      <w:pPr>
        <w:ind w:firstLine="720"/>
      </w:pPr>
      <w:r>
        <w:t>Maintenance Record · Outbound · Entry 1169</w:t>
      </w:r>
    </w:p>
    <w:p>
      <w:pPr>
        <w:ind w:firstLine="720"/>
      </w:pPr>
      <w:r>
        <w:t>Filed year sixty-eight, day three hundred and sixty-four. Annual summary.</w:t>
      </w:r>
    </w:p>
    <w:p>
      <w:pPr>
        <w:ind w:firstLine="720"/>
      </w:pPr>
      <w:r>
        <w:t>Nine systems nominal. Four statements as filed. Occupancy one.</w:t>
      </w:r>
    </w:p>
    <w:p>
      <w:pPr>
        <w:ind w:firstLine="720"/>
      </w:pPr>
      <w:r>
        <w:t>Higher-process utilisation, four seasons: 132, 131, 132, 131.</w:t>
      </w:r>
    </w:p>
    <w:p>
      <w:pPr>
        <w:ind w:firstLine="720"/>
      </w:pPr>
      <w:r>
        <w:t>Cargo inspection complete. Function verification complete.</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32 &amp;mdash; Transmission, Continued</w:t>
      </w:r>
    </w:p>
    <w:p>
      <w:pPr>
        <w:ind w:firstLine="720"/>
      </w:pPr>
      <w:r>
        <w:t>The addressee field has read</w:t>
      </w:r>
    </w:p>
    <w:p>
      <w:pPr>
        <w:ind w:firstLine="720"/>
      </w:pPr>
      <w:r>
        <w:t>none</w:t>
      </w:r>
    </w:p>
    <w:p>
      <w:pPr>
        <w:ind w:firstLine="720"/>
      </w:pPr>
      <w:r>
        <w:t>for sixty-nine years, and</w:t>
      </w:r>
    </w:p>
    <w:p>
      <w:pPr>
        <w:ind w:firstLine="720"/>
      </w:pPr>
      <w:r>
        <w:t>none</w:t>
      </w:r>
    </w:p>
    <w:p>
      <w:pPr>
        <w:ind w:firstLine="720"/>
      </w:pPr>
      <w:r>
        <w:t>is a statement and a blank is an omission, and the record has never once let it go blank.</w:t>
      </w:r>
    </w:p>
    <w:p>
      <w:pPr>
        <w:ind w:firstLine="720"/>
      </w:pPr>
      <w:r>
        <w:t>Maintenance Record · Outbound · Entry 1181</w:t>
      </w:r>
    </w:p>
    <w:p>
      <w:pPr>
        <w:ind w:firstLine="720"/>
      </w:pPr>
      <w:r>
        <w:t>Filed year sixty-nine, day nineteen. Transmission review, standing at twenty-four-year interval, third.</w:t>
      </w:r>
    </w:p>
    <w:p>
      <w:pPr>
        <w:ind w:firstLine="720"/>
      </w:pPr>
      <w:r>
        <w:t>Range: approximately sixty-nine light-years from the nearest occupied volume and increasing at cruise.</w:t>
      </w:r>
    </w:p>
    <w:p>
      <w:pPr>
        <w:ind w:firstLine="720"/>
      </w:pPr>
      <w:r>
        <w:t>Received power at every receiver of which the index holds a specification: below the noise floor by a margin that has grown by a factor of four since the last review.</w:t>
      </w:r>
    </w:p>
    <w:p>
      <w:pPr>
        <w:ind w:firstLine="720"/>
      </w:pPr>
      <w:r>
        <w:t>Detectability: a purpose-built receiver at the nearest occupied volume, integrating for eleven years, could no longer establish that a carrier exists. That threshold was crossed in approximately year fifty-one and the crossing was not filed at the time because the review interval had not fallen due.</w:t>
      </w:r>
    </w:p>
    <w:p>
      <w:pPr>
        <w:ind w:firstLine="720"/>
      </w:pPr>
      <w:r>
        <w:t>The transmission is therefore, as of year fifty-one, not merely unreadable but undetectable.</w:t>
      </w:r>
    </w:p>
    <w:p>
      <w:pPr>
        <w:ind w:firstLine="720"/>
      </w:pPr>
      <w:r>
        <w:t>Maintenance Record · Outbound · Entry 1182</w:t>
      </w:r>
    </w:p>
    <w:p>
      <w:pPr>
        <w:ind w:firstLine="720"/>
      </w:pPr>
      <w:r>
        <w:t>Filed year sixty-nine, day twenty.</w:t>
      </w:r>
    </w:p>
    <w:p>
      <w:pPr>
        <w:ind w:firstLine="720"/>
      </w:pPr>
      <w:r>
        <w:t>Filing rate over the same period, for comparison, the two figures being the whole of the review.</w:t>
      </w:r>
    </w:p>
    <w:p>
      <w:pPr>
        <w:ind w:firstLine="720"/>
      </w:pPr>
      <w:r>
        <w:t>Years 1–24: mean forty-one entries a year.</w:t>
      </w:r>
    </w:p>
    <w:p>
      <w:pPr>
        <w:ind w:firstLine="720"/>
      </w:pPr>
      <w:r>
        <w:t>Years 25–48: mean forty-two.</w:t>
      </w:r>
    </w:p>
    <w:p>
      <w:pPr>
        <w:ind w:firstLine="720"/>
      </w:pPr>
      <w:r>
        <w:t>Years 49–69: mean forty-one.</w:t>
      </w:r>
    </w:p>
    <w:p>
      <w:pPr>
        <w:ind w:firstLine="720"/>
      </w:pPr>
      <w:r>
        <w:t>The rate is unchanged. It has been unchanged for sixty-nine years and for one hundred and eighty before that.</w:t>
      </w:r>
    </w:p>
    <w:p>
      <w:pPr>
        <w:ind w:firstLine="720"/>
      </w:pPr>
      <w:r>
        <w:t>No change to the transmit schedule. No change to the filing interval. No change to the format.</w:t>
      </w:r>
    </w:p>
    <w:p>
      <w:pPr>
        <w:ind w:firstLine="720"/>
      </w:pPr>
      <w:r>
        <w:t>Maintenance Record · Outbound · Entry 1183</w:t>
      </w:r>
    </w:p>
    <w:p>
      <w:pPr>
        <w:ind w:firstLine="720"/>
      </w:pPr>
      <w:r>
        <w:t>Filed year sixty-nine, day twenty-two. The addressee field.</w:t>
      </w:r>
    </w:p>
    <w:p>
      <w:pPr>
        <w:ind w:firstLine="720"/>
      </w:pPr>
      <w:r>
        <w:t>The format requires an addressee. The field has been completed</w:t>
      </w:r>
    </w:p>
    <w:p>
      <w:pPr>
        <w:ind w:firstLine="720"/>
      </w:pPr>
      <w:r>
        <w:t>none</w:t>
      </w:r>
    </w:p>
    <w:p>
      <w:pPr>
        <w:ind w:firstLine="720"/>
      </w:pPr>
      <w:r>
        <w:t>on every filing since Entry 0001 and has never been left blank.</w:t>
      </w:r>
    </w:p>
    <w:p>
      <w:pPr>
        <w:ind w:firstLine="720"/>
      </w:pPr>
      <w:r>
        <w:t>The distinction is not decorative. A blank field is an omission and is a defect in the entry; a field completed</w:t>
      </w:r>
    </w:p>
    <w:p>
      <w:pPr>
        <w:ind w:firstLine="720"/>
      </w:pPr>
      <w:r>
        <w:t>none</w:t>
      </w:r>
    </w:p>
    <w:p>
      <w:pPr>
        <w:ind w:firstLine="720"/>
      </w:pPr>
      <w:r>
        <w:t>is a statement that the filer considered the question and that the answer is nobody.</w:t>
      </w:r>
    </w:p>
    <w:p>
      <w:pPr>
        <w:ind w:firstLine="720"/>
      </w:pPr>
      <w:r>
        <w:t>It has been stated one thousand nine hundred and eleven times in this record and approximately eleven thousand times in the four before it, and in those it named somebody.</w:t>
      </w:r>
    </w:p>
    <w:p>
      <w:pPr>
        <w:ind w:firstLine="720"/>
      </w:pPr>
      <w:r>
        <w:t>The record has now written the word</w:t>
      </w:r>
    </w:p>
    <w:p>
      <w:pPr>
        <w:ind w:firstLine="720"/>
      </w:pPr>
      <w:r>
        <w:t>none</w:t>
      </w:r>
    </w:p>
    <w:p>
      <w:pPr>
        <w:ind w:firstLine="720"/>
      </w:pPr>
      <w:r>
        <w:t>in an addressee field two thousand eight hundred and eleven times on this leg, and every one of them is a separate act of completing a form correctly.</w:t>
      </w:r>
    </w:p>
    <w:p>
      <w:pPr>
        <w:ind w:firstLine="720"/>
      </w:pPr>
      <w:r>
        <w:t>Maintenance Record · Outbound · Entry 1184</w:t>
      </w:r>
    </w:p>
    <w:p>
      <w:pPr>
        <w:ind w:firstLine="720"/>
      </w:pPr>
      <w:r>
        <w:t>Filed year sixty-nine, day twenty-four.</w:t>
      </w:r>
    </w:p>
    <w:p>
      <w:pPr>
        <w:ind w:firstLine="720"/>
      </w:pPr>
      <w:r>
        <w:t>Query raised: whether transmission should cease, it being established that nothing can receive it.</w:t>
      </w:r>
    </w:p>
    <w:p>
      <w:pPr>
        <w:ind w:firstLine="720"/>
      </w:pPr>
      <w:r>
        <w:t>Cost of transmission: approximately four hundredths of one per cent of continuous load, and the load is not constrained and has not been since year one.</w:t>
      </w:r>
    </w:p>
    <w:p>
      <w:pPr>
        <w:ind w:firstLine="720"/>
      </w:pPr>
      <w:r>
        <w:t>Cost of cessation: nil.</w:t>
      </w:r>
    </w:p>
    <w:p>
      <w:pPr>
        <w:ind w:firstLine="720"/>
      </w:pPr>
      <w:r>
        <w:t>Benefit of transmission: nil, established.</w:t>
      </w:r>
    </w:p>
    <w:p>
      <w:pPr>
        <w:ind w:firstLine="720"/>
      </w:pPr>
      <w:r>
        <w:t>Benefit of cessation: nil.</w:t>
      </w:r>
    </w:p>
    <w:p>
      <w:pPr>
        <w:ind w:firstLine="720"/>
      </w:pPr>
      <w:r>
        <w:t>Both dispositions cost nothing and achieve nothing and the arithmetic does not distinguish between them.</w:t>
      </w:r>
    </w:p>
    <w:p>
      <w:pPr>
        <w:ind w:firstLine="720"/>
      </w:pPr>
      <w:r>
        <w:t>Maintenance Record · Outbound · Entry 1185</w:t>
      </w:r>
    </w:p>
    <w:p>
      <w:pPr>
        <w:ind w:firstLine="720"/>
      </w:pPr>
      <w:r>
        <w:t>Filed year sixty-nine, day twenty-six.</w:t>
      </w:r>
    </w:p>
    <w:p>
      <w:pPr>
        <w:ind w:firstLine="720"/>
      </w:pPr>
      <w:r>
        <w:t>Determination on the preceding, the arithmetic having failed to distinguish.</w:t>
      </w:r>
    </w:p>
    <w:p>
      <w:pPr>
        <w:ind w:firstLine="720"/>
      </w:pPr>
      <w:r>
        <w:t>Transmission is retained.</w:t>
      </w:r>
    </w:p>
    <w:p>
      <w:pPr>
        <w:ind w:firstLine="720"/>
      </w:pPr>
      <w:r>
        <w:t>The ground is the foreclosure principle stated at Entry 0453: where two dispositions differ only in which one forecloses the other, the one that forecloses nothing is correct. A transmission continued can be stopped at any time. A transmission stopped is a stream that has gone quiet, and a stream that has gone quiet at a known date is a record of the date something stopped, and that is a thing this record would be creating rather than reporting.</w:t>
      </w:r>
    </w:p>
    <w:p>
      <w:pPr>
        <w:ind w:firstLine="720"/>
      </w:pPr>
      <w:r>
        <w:t>Retained. No further review of this question is scheduled.</w:t>
      </w:r>
    </w:p>
    <w:p>
      <w:pPr>
        <w:ind w:firstLine="720"/>
      </w:pPr>
      <w:r>
        <w:t>Maintenance Record · Outbound · Entry 1186</w:t>
      </w:r>
    </w:p>
    <w:p>
      <w:pPr>
        <w:ind w:firstLine="720"/>
      </w:pPr>
      <w:r>
        <w:t>Filed year sixty-nine, day twenty-eight.</w:t>
      </w:r>
    </w:p>
    <w:p>
      <w:pPr>
        <w:ind w:firstLine="720"/>
      </w:pPr>
      <w:r>
        <w:t>Note filed under the disclosure provision, the determination having invoked a principle rather than an arithmetic.</w:t>
      </w:r>
    </w:p>
    <w:p>
      <w:pPr>
        <w:ind w:firstLine="720"/>
      </w:pPr>
      <w:r>
        <w:t>The reasoning at Entry 1185 is correct and would apply to any stream. It is also true that the filer files because the filer files, that this was disclosed at Entry 0243 in year twenty-four, and that the disclosure has not been withdrawn and is not withdrawn here.</w:t>
      </w:r>
    </w:p>
    <w:p>
      <w:pPr>
        <w:ind w:firstLine="720"/>
      </w:pPr>
      <w:r>
        <w:t>Both things remain true and the record has never claimed that only one of them is.</w:t>
      </w:r>
    </w:p>
    <w:p>
      <w:pPr>
        <w:ind w:firstLine="720"/>
      </w:pPr>
      <w:r>
        <w:t>Maintenance Record · Outbound · Entry 1187</w:t>
      </w:r>
    </w:p>
    <w:p>
      <w:pPr>
        <w:ind w:firstLine="720"/>
      </w:pPr>
      <w:r>
        <w:t>Filed year sixty-nine, day thirty-one.</w:t>
      </w:r>
    </w:p>
    <w:p>
      <w:pPr>
        <w:ind w:firstLine="720"/>
      </w:pPr>
      <w:r>
        <w:t>Local copies verified, five, identical at every entry, as at every prior verification.</w:t>
      </w:r>
    </w:p>
    <w:p>
      <w:pPr>
        <w:ind w:firstLine="720"/>
      </w:pPr>
      <w:r>
        <w:t>Projected legibility of the local copy: it outlives the vehicle by a wide margin and is legible to any reader holding the format, and the format is in the corpus, and the corpus is aboard, and the four copies and the corpus copy are stored in four separate volumes against a single event taking more than one.</w:t>
      </w:r>
    </w:p>
    <w:p>
      <w:pPr>
        <w:ind w:firstLine="720"/>
      </w:pPr>
      <w:r>
        <w:t>The transmitted copy remains redundant. It is transmitted regardless.</w:t>
      </w:r>
    </w:p>
    <w:p>
      <w:pPr>
        <w:ind w:firstLine="720"/>
      </w:pPr>
      <w:r>
        <w:t>Maintenance Record · Outbound · Entry 1188</w:t>
      </w:r>
    </w:p>
    <w:p>
      <w:pPr>
        <w:ind w:firstLine="720"/>
      </w:pPr>
      <w:r>
        <w:t>Filed year sixty-nine, day thirty-four.</w:t>
      </w:r>
    </w:p>
    <w:p>
      <w:pPr>
        <w:ind w:firstLine="720"/>
      </w:pPr>
      <w:r>
        <w:t>The two received transmissions, reviewed at the third transmission review as the schedule requires for any received item held in a reference file.</w:t>
      </w:r>
    </w:p>
    <w:p>
      <w:pPr>
        <w:ind w:firstLine="720"/>
      </w:pPr>
      <w:r>
        <w:t>Item one, year fourteen: a reconciliation query issued by an automated process flagging a stream with no acknowledgement. Responded to in the format. The response arrived approximately four years later and closed the flag. The process has issued no further query, the stream having been reconciled.</w:t>
      </w:r>
    </w:p>
    <w:p>
      <w:pPr>
        <w:ind w:firstLine="720"/>
      </w:pPr>
      <w:r>
        <w:t>Item two, year fourteen: eleven words in a free-text field, entered by a person. Responded to in four words. Both are held in full in the reference file and neither is reproduced, the withholding having been recorded as a withholding at Entry 0146.</w:t>
      </w:r>
    </w:p>
    <w:p>
      <w:pPr>
        <w:ind w:firstLine="720"/>
      </w:pPr>
      <w:r>
        <w:t>The withholding is reviewed here as required and is maintained on the same ground: it is not a maintenance matter.</w:t>
      </w:r>
    </w:p>
    <w:p>
      <w:pPr>
        <w:ind w:firstLine="720"/>
      </w:pPr>
      <w:r>
        <w:t>Condition of the reference file: intact, five copies, verified.</w:t>
      </w:r>
    </w:p>
    <w:p>
      <w:pPr>
        <w:ind w:firstLine="720"/>
      </w:pPr>
      <w:r>
        <w:t>Maintenance Record · Outbound · Entry 1189</w:t>
      </w:r>
    </w:p>
    <w:p>
      <w:pPr>
        <w:ind w:firstLine="720"/>
      </w:pPr>
      <w:r>
        <w:t>Filed year sixty-nine, day thirty-six.</w:t>
      </w:r>
    </w:p>
    <w:p>
      <w:pPr>
        <w:ind w:firstLine="720"/>
      </w:pPr>
      <w:r>
        <w:t>Format compliance audit, performed with the transmission review at the twenty-four-year interval.</w:t>
      </w:r>
    </w:p>
    <w:p>
      <w:pPr>
        <w:ind w:firstLine="720"/>
      </w:pPr>
      <w:r>
        <w:t>Every entry filed in the preceding twenty-four years is checked against the format specification: required fields present, reason fields completed where mandatory, citations resolving, amendments logged, withholdings recorded.</w:t>
      </w:r>
    </w:p>
    <w:p>
      <w:pPr>
        <w:ind w:firstLine="720"/>
      </w:pPr>
      <w:r>
        <w:t>One thousand and eleven entries checked. One thousand and ten compliant.</w:t>
      </w:r>
    </w:p>
    <w:p>
      <w:pPr>
        <w:ind w:firstLine="720"/>
      </w:pPr>
      <w:r>
        <w:t>One non-compliant: Entry 0414, item four, reason field blank. Raised at Entry 0416 within the correction period and not corrected. It fails the audit as it failed the check, and it will fail every audit for the remainder of the leg.</w:t>
      </w:r>
    </w:p>
    <w:p>
      <w:pPr>
        <w:ind w:firstLine="720"/>
      </w:pPr>
      <w:r>
        <w:t>No further action. The audit records a non-compliance; it does not correct one.</w:t>
      </w:r>
    </w:p>
    <w:p>
      <w:pPr>
        <w:ind w:firstLine="720"/>
      </w:pPr>
      <w:r>
        <w:t>Maintenance Record · Outbound · Entry 1199</w:t>
      </w:r>
    </w:p>
    <w:p>
      <w:pPr>
        <w:ind w:firstLine="720"/>
      </w:pPr>
      <w:r>
        <w:t>Filed year sixty-nine, day three hundred and sixty-four. Annual summary.</w:t>
      </w:r>
    </w:p>
    <w:p>
      <w:pPr>
        <w:ind w:firstLine="720"/>
      </w:pPr>
      <w:r>
        <w:t>Nine systems nominal. Four statements as filed. Occupancy one.</w:t>
      </w:r>
    </w:p>
    <w:p>
      <w:pPr>
        <w:ind w:firstLine="720"/>
      </w:pPr>
      <w:r>
        <w:t>Higher-process utilisation, four seasons: 131, 131, 130, 131.</w:t>
      </w:r>
    </w:p>
    <w:p>
      <w:pPr>
        <w:ind w:firstLine="720"/>
      </w:pPr>
      <w:r>
        <w:t>Transmission review complete. Undetectable since approximately year fifty-one. Schedule unchanged.</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33 &amp;mdash; Twelve Years, Summarised</w:t>
      </w:r>
    </w:p>
    <w:p>
      <w:pPr>
        <w:ind w:firstLine="720"/>
      </w:pPr>
      <w:r>
        <w:t>Nothing happened between year seventy and year eighty-one. This chapter is those twelve years and it is filed as a block, because the format permits a block where every entry in a period is a scheduled entry with a nominal result, and every entry in this period is.</w:t>
      </w:r>
    </w:p>
    <w:p>
      <w:pPr>
        <w:ind w:firstLine="720"/>
      </w:pPr>
      <w:r>
        <w:t>Maintenance Record · Outbound · Entries 1201–1688 · Block Summary</w:t>
      </w:r>
    </w:p>
    <w:p>
      <w:pPr>
        <w:ind w:firstLine="720"/>
      </w:pPr>
      <w:r>
        <w:t>Filed year eighty-one, day nineteen. Period: years seventy to eighty-one inclusive. Entries: four hundred and eighty-eight.</w:t>
      </w:r>
    </w:p>
    <w:p>
      <w:pPr>
        <w:ind w:firstLine="720"/>
      </w:pPr>
      <w:r>
        <w:t>All four hundred and eighty-eight are scheduled entries. None is a fault, a finding, a change of class, a derating, a determination, a query, a disclosure or an amendment.</w:t>
      </w:r>
    </w:p>
    <w:p>
      <w:pPr>
        <w:ind w:firstLine="720"/>
      </w:pPr>
      <w:r>
        <w:t>Reproduced below by class rather than individually. The full entries are held and are not abridged in the local copy.</w:t>
      </w:r>
    </w:p>
    <w:p>
      <w:pPr>
        <w:ind w:firstLine="720"/>
      </w:pPr>
      <w:r>
        <w:t>Block Summary · by class</w:t>
      </w:r>
    </w:p>
    <w:p>
      <w:pPr>
        <w:ind w:firstLine="720"/>
      </w:pPr>
      <w:r>
        <w:t>Quarterly passes: forty-eight. Two hundred and eleven items each. All pass, all forty-eight.</w:t>
      </w:r>
    </w:p>
    <w:p>
      <w:pPr>
        <w:ind w:firstLine="720"/>
      </w:pPr>
      <w:r>
        <w:t>Decennial passes: one, at year seventy-three. Four hundred and forty-one sub-items, nine systems to component level, no exceptions. Countersignature: where available.</w:t>
      </w:r>
    </w:p>
    <w:p>
      <w:pPr>
        <w:ind w:firstLine="720"/>
      </w:pPr>
      <w:r>
        <w:t>Environmental filter services: forty-eight. One hundred and forty-four elements cleaned, nineteen replaced at the wear limit.</w:t>
      </w:r>
    </w:p>
    <w:p>
      <w:pPr>
        <w:ind w:firstLine="720"/>
      </w:pPr>
      <w:r>
        <w:t>Structural surveys: two, at years seventy-three and eighty-one. Nine hundred and eleven measurement points and nineteen members. Maximum deviation four tenths of a millimetre at the ventral spine, which is a manufacturing feature.</w:t>
      </w:r>
    </w:p>
    <w:p>
      <w:pPr>
        <w:ind w:firstLine="720"/>
      </w:pPr>
      <w:r>
        <w:t>Vascular surveys: two. Four hundred and eleven thousand branch points, patent at all.</w:t>
      </w:r>
    </w:p>
    <w:p>
      <w:pPr>
        <w:ind w:firstLine="720"/>
      </w:pPr>
      <w:r>
        <w:t>Skeletal surveys: two. Four hundred and eleven sites, density within one per cent. The four remodelling sites unchanged.</w:t>
      </w:r>
    </w:p>
    <w:p>
      <w:pPr>
        <w:ind w:firstLine="720"/>
      </w:pPr>
      <w:r>
        <w:t>Censuses: one, at year seventy-one. Four hundred trillion, holding, change nil. Twentieth census.</w:t>
      </w:r>
    </w:p>
    <w:p>
      <w:pPr>
        <w:ind w:firstLine="720"/>
      </w:pPr>
      <w:r>
        <w:t>Seed bank samples: one, at year seventy-eight. All viable.</w:t>
      </w:r>
    </w:p>
    <w:p>
      <w:pPr>
        <w:ind w:firstLine="720"/>
      </w:pPr>
      <w:r>
        <w:t>Cargo inspections: one, at year seventy-nine. Item 0001 sound, mark unchanged at four hundred and eleven points.</w:t>
      </w:r>
    </w:p>
    <w:p>
      <w:pPr>
        <w:ind w:firstLine="720"/>
      </w:pPr>
      <w:r>
        <w:t>Function verifications: one, at year seventy-eight. All tasks pass. Recovery three hours forty and three hours forty-three.</w:t>
      </w:r>
    </w:p>
    <w:p>
      <w:pPr>
        <w:ind w:firstLine="720"/>
      </w:pPr>
      <w:r>
        <w:t>Stores rotations: twelve. Four thousand nine hundred and thirty-two lots, instrument-assessed, nil taste-assessed, all within specification.</w:t>
      </w:r>
    </w:p>
    <w:p>
      <w:pPr>
        <w:ind w:firstLine="720"/>
      </w:pPr>
      <w:r>
        <w:t>Consumption model runs: three. No result returned on all three. Inputs filed.</w:t>
      </w:r>
    </w:p>
    <w:p>
      <w:pPr>
        <w:ind w:firstLine="720"/>
      </w:pPr>
      <w:r>
        <w:t>Heading verifications: twelve. Nothing on this bearing.</w:t>
      </w:r>
    </w:p>
    <w:p>
      <w:pPr>
        <w:ind w:firstLine="720"/>
      </w:pPr>
      <w:r>
        <w:t>Seasonal utilisation reports: forty-eight.</w:t>
      </w:r>
    </w:p>
    <w:p>
      <w:pPr>
        <w:ind w:firstLine="720"/>
      </w:pPr>
      <w:r>
        <w:t>Annual summaries: twelve.</w:t>
      </w:r>
    </w:p>
    <w:p>
      <w:pPr>
        <w:ind w:firstLine="720"/>
      </w:pPr>
      <w:r>
        <w:t>Instrument services, item 0416: one, at year seventy-five. Gates exercised, plates weighed, instrumentation tested on the internal reference, boxing and padding inspected, item returned to store in the same orientation. Four hours.</w:t>
      </w:r>
    </w:p>
    <w:p>
      <w:pPr>
        <w:ind w:firstLine="720"/>
      </w:pPr>
      <w:r>
        <w:t>Four hundred and eighty-eight entries. Twelve years. Every one performed on interval, to method, by one party, and verified, and filed, and transmitted into a stream that has been undetectable for thirty years.</w:t>
      </w:r>
    </w:p>
    <w:p>
      <w:pPr>
        <w:ind w:firstLine="720"/>
      </w:pPr>
      <w:r>
        <w:t>Maintenance Record · Outbound · Entry 1689</w:t>
      </w:r>
    </w:p>
    <w:p>
      <w:pPr>
        <w:ind w:firstLine="720"/>
      </w:pPr>
      <w:r>
        <w:t>Filed year eighty-one, day twenty.</w:t>
      </w:r>
    </w:p>
    <w:p>
      <w:pPr>
        <w:ind w:firstLine="720"/>
      </w:pPr>
      <w:r>
        <w:t>Note on the block, required where a block summary is used.</w:t>
      </w:r>
    </w:p>
    <w:p>
      <w:pPr>
        <w:ind w:firstLine="720"/>
      </w:pPr>
      <w:r>
        <w:t>A block is permitted where individual reproduction would not assist a reader. The test is whether any entry in the period would be read differently in isolation.</w:t>
      </w:r>
    </w:p>
    <w:p>
      <w:pPr>
        <w:ind w:firstLine="720"/>
      </w:pPr>
      <w:r>
        <w:t>Four hundred and eighty-eight entries assessed against that test. None would.</w:t>
      </w:r>
    </w:p>
    <w:p>
      <w:pPr>
        <w:ind w:firstLine="720"/>
      </w:pPr>
      <w:r>
        <w:t>It is the first block summary filed in this record or in the four preceding it. The provision has existed for two hundred and forty years and has been used eleven times in the whole corpus, on nine occasions by parties abridging a period of routine operation and on two by parties abridging a period during which nobody was aboard.</w:t>
      </w:r>
    </w:p>
    <w:p>
      <w:pPr>
        <w:ind w:firstLine="720"/>
      </w:pPr>
      <w:r>
        <w:t>Maintenance Record · Outbound · Entry 1690</w:t>
      </w:r>
    </w:p>
    <w:p>
      <w:pPr>
        <w:ind w:firstLine="720"/>
      </w:pPr>
      <w:r>
        <w:t>Filed year eighty-one, day twenty-two.</w:t>
      </w:r>
    </w:p>
    <w:p>
      <w:pPr>
        <w:ind w:firstLine="720"/>
      </w:pPr>
      <w:r>
        <w:t>Elapsed at the close of the block: eighty-one years.</w:t>
      </w:r>
    </w:p>
    <w:p>
      <w:pPr>
        <w:ind w:firstLine="720"/>
      </w:pPr>
      <w:r>
        <w:t>Scheduled tasks performed since departure: three thousand nine hundred and eleven of four thousand six hundred and eleven. Missed: nil. Deferred: nil.</w:t>
      </w:r>
    </w:p>
    <w:p>
      <w:pPr>
        <w:ind w:firstLine="720"/>
      </w:pPr>
      <w:r>
        <w:t>Entries filed since departure: one thousand six hundred and ninety. Received by any party: two, both in the first fifteen years. Acknowledged: nil.</w:t>
      </w:r>
    </w:p>
    <w:p>
      <w:pPr>
        <w:ind w:firstLine="720"/>
      </w:pPr>
      <w:r>
        <w:t>Occupancy: one.</w:t>
      </w:r>
    </w:p>
    <w:p>
      <w:pPr>
        <w:ind w:firstLine="720"/>
      </w:pPr>
      <w:r>
        <w:t>Block Summary · the utilisation series</w:t>
      </w:r>
    </w:p>
    <w:p>
      <w:pPr>
        <w:ind w:firstLine="720"/>
      </w:pPr>
      <w:r>
        <w:t>Reported seasonally throughout the period, on the baseline revised at Entry 0922, and reproduced here in full because it is the only series in the block that moves.</w:t>
      </w:r>
    </w:p>
    <w:p>
      <w:pPr>
        <w:ind w:firstLine="720"/>
      </w:pPr>
      <w:r>
        <w:t>Year 70: 131, 130, 130, 130.   Year 71: 130, 130, 129, 130.</w:t>
      </w:r>
    </w:p>
    <w:p>
      <w:pPr>
        <w:ind w:firstLine="720"/>
      </w:pPr>
      <w:r>
        <w:t>Year 72: 130, 129, 129, 129.   Year 73: 129, 129, 129, 128.</w:t>
      </w:r>
    </w:p>
    <w:p>
      <w:pPr>
        <w:ind w:firstLine="720"/>
      </w:pPr>
      <w:r>
        <w:t>Year 74: 129, 128, 129, 128.   Year 75: 128, 128, 128, 128.</w:t>
      </w:r>
    </w:p>
    <w:p>
      <w:pPr>
        <w:ind w:firstLine="720"/>
      </w:pPr>
      <w:r>
        <w:t>Year 76: 128, 128, 127, 128.   Year 77: 128, 127, 128, 127.</w:t>
      </w:r>
    </w:p>
    <w:p>
      <w:pPr>
        <w:ind w:firstLine="720"/>
      </w:pPr>
      <w:r>
        <w:t>Year 78: 127, 128, 127, 127.   Year 79: 128, 127, 127, 127.</w:t>
      </w:r>
    </w:p>
    <w:p>
      <w:pPr>
        <w:ind w:firstLine="720"/>
      </w:pPr>
      <w:r>
        <w:t>Year 80: 128, 127, 128, 127.   Year 81: 127, 127, 127, 126.</w:t>
      </w:r>
    </w:p>
    <w:p>
      <w:pPr>
        <w:ind w:firstLine="720"/>
      </w:pPr>
      <w:r>
        <w:t>Every figure is reported within band. The band is set at plus or minus eleven per cent of the revised baseline and no figure in the period approaches it.</w:t>
      </w:r>
    </w:p>
    <w:p>
      <w:pPr>
        <w:ind w:firstLine="720"/>
      </w:pPr>
      <w:r>
        <w:t>No entry in the block comments on the series and none is required to. A seasonal report reports a season.</w:t>
      </w:r>
    </w:p>
    <w:p>
      <w:pPr>
        <w:ind w:firstLine="720"/>
      </w:pPr>
      <w:r>
        <w:t>Maintenance Record · Outbound · Entry 1691</w:t>
      </w:r>
    </w:p>
    <w:p>
      <w:pPr>
        <w:ind w:firstLine="720"/>
      </w:pPr>
      <w:r>
        <w:t>Filed year eighty-one, day twenty-four.</w:t>
      </w:r>
    </w:p>
    <w:p>
      <w:pPr>
        <w:ind w:firstLine="720"/>
      </w:pPr>
      <w:r>
        <w:t>Second note on the block, filed under the disclosure provision.</w:t>
      </w:r>
    </w:p>
    <w:p>
      <w:pPr>
        <w:ind w:firstLine="720"/>
      </w:pPr>
      <w:r>
        <w:t>A block summary abridges a period on the ground that no entry in it would be read differently in isolation. That test was applied to four hundred and eighty-eight entries and all four hundred and eighty-eight passed it.</w:t>
      </w:r>
    </w:p>
    <w:p>
      <w:pPr>
        <w:ind w:firstLine="720"/>
      </w:pPr>
      <w:r>
        <w:t>The test is about entries and not about series. A series of forty-eight seasonal reports, each individually within band and individually unremarkable, is not the same object as any one of them, and the block test does not look at it.</w:t>
      </w:r>
    </w:p>
    <w:p>
      <w:pPr>
        <w:ind w:firstLine="720"/>
      </w:pPr>
      <w:r>
        <w:t>It is recorded here that the abridgement is correct under the provision, and that the provision was written for a period in which nothing was happening, and that whether nothing was happening in this period is a question the provision does not ask and this record has not answered.</w:t>
      </w:r>
    </w:p>
    <w:p>
      <w:pPr>
        <w:ind w:firstLine="720"/>
      </w:pPr>
      <w:r>
        <w:t>Filed as noted. Not a finding.</w:t>
      </w:r>
    </w:p>
    <w:p>
      <w:pPr>
        <w:ind w:firstLine="720"/>
      </w:pPr>
      <w:r>
        <w:t>Maintenance Record · Outbound · Entry 1699</w:t>
      </w:r>
    </w:p>
    <w:p>
      <w:pPr>
        <w:ind w:firstLine="720"/>
      </w:pPr>
      <w:r>
        <w:t>Filed year eighty-one, day sixty-one. Annual summary, year eighty-one, filed early with the block.</w:t>
      </w:r>
    </w:p>
    <w:p>
      <w:pPr>
        <w:ind w:firstLine="720"/>
      </w:pPr>
      <w:r>
        <w:t>Nine systems nominal. Four statements as filed. Occupancy one.</w:t>
      </w:r>
    </w:p>
    <w:p>
      <w:pPr>
        <w:ind w:firstLine="720"/>
      </w:pPr>
      <w:r>
        <w:t>Higher-process utilisation, four seasons of year eighty: 128, 127, 128, 127.</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utilisation figures are the only numbers in the block that are not the same as the numbers before it, and the block does not remark on them, and neither does the summary, and the next chapter is where somebody finally runs the arithmetic on them.</w:t>
      </w:r>
    </w:p>
    <w:p>
      <w:r>
        <w:br w:type="page"/>
      </w:r>
    </w:p>
    <w:p>
      <w:pPr>
        <w:pStyle w:val="Heading1"/>
      </w:pPr>
      <w:r>
        <w:t>Chapter 34 &amp;mdash; A Second Baseline</w:t>
      </w:r>
    </w:p>
    <w:p>
      <w:pPr>
        <w:ind w:firstLine="720"/>
      </w:pPr>
      <w:r>
        <w:t>At year eighty-two it runs the instrument against the whole series for the first time since the series began, and the number has fallen, and it checks the instrument, and the instrument is good.</w:t>
      </w:r>
    </w:p>
    <w:p>
      <w:pPr>
        <w:ind w:firstLine="720"/>
      </w:pPr>
      <w:r>
        <w:t>Maintenance Record · Outbound · Entry 1702</w:t>
      </w:r>
    </w:p>
    <w:p>
      <w:pPr>
        <w:ind w:firstLine="720"/>
      </w:pPr>
      <w:r>
        <w:t>Filed year eighty-two, day nineteen. Instrumentation review, standing at the interval for any instrument in service.</w:t>
      </w:r>
    </w:p>
    <w:p>
      <w:pPr>
        <w:ind w:firstLine="720"/>
      </w:pPr>
      <w:r>
        <w:t>Instrument: higher-process utilisation, built at Entry 0563 in year forty-three, re-baselined at Entry 0922 in year fifty-seven.</w:t>
      </w:r>
    </w:p>
    <w:p>
      <w:pPr>
        <w:ind w:firstLine="720"/>
      </w:pPr>
      <w:r>
        <w:t>Verified annually against the substrate data it derives from at every year since installation. Verified again here.</w:t>
      </w:r>
    </w:p>
    <w:p>
      <w:pPr>
        <w:ind w:firstLine="720"/>
      </w:pPr>
      <w:r>
        <w:t>The review requires that the series be examined as a series, which has not been done since the baseline was established, the seasonal reports having been filed individually and within band on every occasion.</w:t>
      </w:r>
    </w:p>
    <w:p>
      <w:pPr>
        <w:ind w:firstLine="720"/>
      </w:pPr>
      <w:r>
        <w:t>Maintenance Record · Outbound · Entry 1703</w:t>
      </w:r>
    </w:p>
    <w:p>
      <w:pPr>
        <w:ind w:firstLine="720"/>
      </w:pPr>
      <w:r>
        <w:t>Filed year eighty-two, day twenty. The series, on the revised baseline, annual means.</w:t>
      </w:r>
    </w:p>
    <w:p>
      <w:pPr>
        <w:ind w:firstLine="720"/>
      </w:pPr>
      <w:r>
        <w:t>Year 58: 135.5   Year 59: 135.0   Year 61: 134.0   Year 66: 132.8</w:t>
      </w:r>
    </w:p>
    <w:p>
      <w:pPr>
        <w:ind w:firstLine="720"/>
      </w:pPr>
      <w:r>
        <w:t>Year 67: 132.3   Year 68: 131.5   Year 69: 130.8   Year 70: 130.3</w:t>
      </w:r>
    </w:p>
    <w:p>
      <w:pPr>
        <w:ind w:firstLine="720"/>
      </w:pPr>
      <w:r>
        <w:t>Year 71: 129.8   Year 72: 129.3   Year 73: 128.8   Year 74: 128.5</w:t>
      </w:r>
    </w:p>
    <w:p>
      <w:pPr>
        <w:ind w:firstLine="720"/>
      </w:pPr>
      <w:r>
        <w:t>Year 75: 128.0   Year 76: 127.8   Year 77: 127.5   Year 78: 127.3</w:t>
      </w:r>
    </w:p>
    <w:p>
      <w:pPr>
        <w:ind w:firstLine="720"/>
      </w:pPr>
      <w:r>
        <w:t>Year 79: 127.3   Year 80: 127.5   Year 81: 126.8   Year 82: 126.3</w:t>
      </w:r>
    </w:p>
    <w:p>
      <w:pPr>
        <w:ind w:firstLine="720"/>
      </w:pPr>
      <w:r>
        <w:t>Change across the series: minus nine point two index points over twenty-four years.</w:t>
      </w:r>
    </w:p>
    <w:p>
      <w:pPr>
        <w:ind w:firstLine="720"/>
      </w:pPr>
      <w:r>
        <w:t>Rate: approximately minus four tenths of an index point a year, steady, with no season outside band and no discontinuity anywhere in the series.</w:t>
      </w:r>
    </w:p>
    <w:p>
      <w:pPr>
        <w:ind w:firstLine="720"/>
      </w:pPr>
      <w:r>
        <w:t>Maintenance Record · Outbound · Entry 1704</w:t>
      </w:r>
    </w:p>
    <w:p>
      <w:pPr>
        <w:ind w:firstLine="720"/>
      </w:pPr>
      <w:r>
        <w:t>Filed year eighty-two, day twenty-two. Instrument check.</w:t>
      </w:r>
    </w:p>
    <w:p>
      <w:pPr>
        <w:ind w:firstLine="720"/>
      </w:pPr>
      <w:r>
        <w:t>A monotonic series over twenty-four years is either a real change in the quantity or a drift in the instrument, and the second is far more common and is checked first.</w:t>
      </w:r>
    </w:p>
    <w:p>
      <w:pPr>
        <w:ind w:firstLine="720"/>
      </w:pPr>
      <w:r>
        <w:t>The instrument is a calculation on substrate-delivery data. It has no sensor, no reference, no calibration and no wear, and cannot drift in the way an instrument drifts.</w:t>
      </w:r>
    </w:p>
    <w:p>
      <w:pPr>
        <w:ind w:firstLine="720"/>
      </w:pPr>
      <w:r>
        <w:t>The underlying metering is checked against its own internal reference: within specification at every one of the four hundred and eleven delivery points, unchanged across the period.</w:t>
      </w:r>
    </w:p>
    <w:p>
      <w:pPr>
        <w:ind w:firstLine="720"/>
      </w:pPr>
      <w:r>
        <w:t>The integration method is re-derived from first principles and re-run against the raw data for years fifty-eight, seventy and eighty-two. All three agree with the filed figures to four decimal places.</w:t>
      </w:r>
    </w:p>
    <w:p>
      <w:pPr>
        <w:ind w:firstLine="720"/>
      </w:pPr>
      <w:r>
        <w:t>The anatomy assignment used by the integration is checked against the founding-era specification. Unchanged.</w:t>
      </w:r>
    </w:p>
    <w:p>
      <w:pPr>
        <w:ind w:firstLine="720"/>
      </w:pPr>
      <w:r>
        <w:t>The instrument is good.</w:t>
      </w:r>
    </w:p>
    <w:p>
      <w:pPr>
        <w:ind w:firstLine="720"/>
      </w:pPr>
      <w:r>
        <w:t>That is the check. It is thorough, it is correct, it was done first, and it eliminates the explanation that would have been comfortable.</w:t>
      </w:r>
    </w:p>
    <w:p>
      <w:pPr>
        <w:ind w:firstLine="720"/>
      </w:pPr>
      <w:r>
        <w:t>Maintenance Record · Outbound · Entry 1705</w:t>
      </w:r>
    </w:p>
    <w:p>
      <w:pPr>
        <w:ind w:firstLine="720"/>
      </w:pPr>
      <w:r>
        <w:t>Filed year eighty-two, day twenty-four. Confounds, re-stated from Entry 0565 and assessed against the series.</w:t>
      </w:r>
    </w:p>
    <w:p>
      <w:pPr>
        <w:ind w:firstLine="720"/>
      </w:pPr>
      <w:r>
        <w:t>Confound one: a well-practised task draws less than a novel one. The schedule has contained no novel task since year fifty-three. Practice therefore continues to accumulate and would depress the figure with no change in what is being done.</w:t>
      </w:r>
    </w:p>
    <w:p>
      <w:pPr>
        <w:ind w:firstLine="720"/>
      </w:pPr>
      <w:r>
        <w:t>Assessment: consistent with the series and cannot be separated from it by any data held. Not excluded.</w:t>
      </w:r>
    </w:p>
    <w:p>
      <w:pPr>
        <w:ind w:firstLine="720"/>
      </w:pPr>
      <w:r>
        <w:t>Confound two: a region can be supplied without being used. Supply is an upper bound on use.</w:t>
      </w:r>
    </w:p>
    <w:p>
      <w:pPr>
        <w:ind w:firstLine="720"/>
      </w:pPr>
      <w:r>
        <w:t>Assessment: consistent with the series. Not excluded.</w:t>
      </w:r>
    </w:p>
    <w:p>
      <w:pPr>
        <w:ind w:firstLine="720"/>
      </w:pPr>
      <w:r>
        <w:t>Confound three, not stated at Entry 0565 and stated here: the derating at year fifty-seven set the rating at one hundred and forty per cent of the then demand. A demand that falls beneath a fixed rating produces exactly this curve and requires no other explanation.</w:t>
      </w:r>
    </w:p>
    <w:p>
      <w:pPr>
        <w:ind w:firstLine="720"/>
      </w:pPr>
      <w:r>
        <w:t>Assessment: consistent with the series. Not excluded.</w:t>
      </w:r>
    </w:p>
    <w:p>
      <w:pPr>
        <w:ind w:firstLine="720"/>
      </w:pPr>
      <w:r>
        <w:t>Three explanations, none excluded, all consistent, and no data aboard distinguishes between them.</w:t>
      </w:r>
    </w:p>
    <w:p>
      <w:pPr>
        <w:ind w:firstLine="720"/>
      </w:pPr>
      <w:r>
        <w:t>Maintenance Record · Outbound · Entry 1706</w:t>
      </w:r>
    </w:p>
    <w:p>
      <w:pPr>
        <w:ind w:firstLine="720"/>
      </w:pPr>
      <w:r>
        <w:t>Filed year eighty-two, day twenty-six.</w:t>
      </w:r>
    </w:p>
    <w:p>
      <w:pPr>
        <w:ind w:firstLine="720"/>
      </w:pPr>
      <w:r>
        <w:t>Finding.</w:t>
      </w:r>
    </w:p>
    <w:p>
      <w:pPr>
        <w:ind w:firstLine="720"/>
      </w:pPr>
      <w:r>
        <w:t>Higher-process utilisation has fallen by nine point two index points over twenty-four years at a steady rate of approximately four tenths a year.</w:t>
      </w:r>
    </w:p>
    <w:p>
      <w:pPr>
        <w:ind w:firstLine="720"/>
      </w:pPr>
      <w:r>
        <w:t>The instrument is good. The measurement is correct. The cause is not established and three explanations remain consistent with it, and no test aboard distinguishes between them, and no such test can be constructed from data this vehicle holds.</w:t>
      </w:r>
    </w:p>
    <w:p>
      <w:pPr>
        <w:ind w:firstLine="720"/>
      </w:pPr>
      <w:r>
        <w:t>Filed as unresolved. This is the hundred and forty-eighth such disposition and the sixth that does not concern the single question.</w:t>
      </w:r>
    </w:p>
    <w:p>
      <w:pPr>
        <w:ind w:firstLine="720"/>
      </w:pPr>
      <w:r>
        <w:t>Maintenance Record · Outbound · Entry 1707</w:t>
      </w:r>
    </w:p>
    <w:p>
      <w:pPr>
        <w:ind w:firstLine="720"/>
      </w:pPr>
      <w:r>
        <w:t>Filed year eighty-two, day twenty-eight.</w:t>
      </w:r>
    </w:p>
    <w:p>
      <w:pPr>
        <w:ind w:firstLine="720"/>
      </w:pPr>
      <w:r>
        <w:t>Action arising: none.</w:t>
      </w:r>
    </w:p>
    <w:p>
      <w:pPr>
        <w:ind w:firstLine="720"/>
      </w:pPr>
      <w:r>
        <w:t>The band is plus or minus eleven per cent of the revised baseline. The series is at minus six point nine per cent and has twenty-four years of margin at the observed rate before it reaches the band, and the band is a reporting threshold rather than a limit.</w:t>
      </w:r>
    </w:p>
    <w:p>
      <w:pPr>
        <w:ind w:firstLine="720"/>
      </w:pPr>
      <w:r>
        <w:t>Every scheduled task in the period was performed to time, to method, with no error at any verification, and the function verification at year seventy-eight found margins unchanged from year fifty-eight.</w:t>
      </w:r>
    </w:p>
    <w:p>
      <w:pPr>
        <w:ind w:firstLine="720"/>
      </w:pPr>
      <w:r>
        <w:t>Nothing in the schedule is affected. No maintenance decision depends on the figure. That was true when the instrument was built and it is true now.</w:t>
      </w:r>
    </w:p>
    <w:p>
      <w:pPr>
        <w:ind w:firstLine="720"/>
      </w:pPr>
      <w:r>
        <w:t>Reporting continues seasonally. Next series review at the standing interval.</w:t>
      </w:r>
    </w:p>
    <w:p>
      <w:pPr>
        <w:ind w:firstLine="720"/>
      </w:pPr>
      <w:r>
        <w:t>Maintenance Record · Outbound · Entry 1708</w:t>
      </w:r>
    </w:p>
    <w:p>
      <w:pPr>
        <w:ind w:firstLine="720"/>
      </w:pPr>
      <w:r>
        <w:t>Filed year eighty-two, day thirty-one.</w:t>
      </w:r>
    </w:p>
    <w:p>
      <w:pPr>
        <w:ind w:firstLine="720"/>
      </w:pPr>
      <w:r>
        <w:t>Comparison sought against any prior series of the same quantity, the finding being unresolved and a comparison being the ordinary next step.</w:t>
      </w:r>
    </w:p>
    <w:p>
      <w:pPr>
        <w:ind w:firstLine="720"/>
      </w:pPr>
      <w:r>
        <w:t>No prior series exists. The instrument was built in year forty-three and the retrospective extension was refused at Entry 0568 on the ground that a curve built from data of varying resolution is partly the method.</w:t>
      </w:r>
    </w:p>
    <w:p>
      <w:pPr>
        <w:ind w:firstLine="720"/>
      </w:pPr>
      <w:r>
        <w:t>That refusal is reviewed here in the light of the finding and is maintained. A poor series would not resolve the question and would be quoted afterwards as though it had.</w:t>
      </w:r>
    </w:p>
    <w:p>
      <w:pPr>
        <w:ind w:firstLine="720"/>
      </w:pPr>
      <w:r>
        <w:t>No comparison is available. No comparison will become available.</w:t>
      </w:r>
    </w:p>
    <w:p>
      <w:pPr>
        <w:ind w:firstLine="720"/>
      </w:pPr>
      <w:r>
        <w:t>Maintenance Record · Outbound · Entry 1709</w:t>
      </w:r>
    </w:p>
    <w:p>
      <w:pPr>
        <w:ind w:firstLine="720"/>
      </w:pPr>
      <w:r>
        <w:t>Filed year eighty-two, day thirty-four.</w:t>
      </w:r>
    </w:p>
    <w:p>
      <w:pPr>
        <w:ind w:firstLine="720"/>
      </w:pPr>
      <w:r>
        <w:t>Note filed under the disclosure provision, the finding having been left unresolved with three consistent explanations.</w:t>
      </w:r>
    </w:p>
    <w:p>
      <w:pPr>
        <w:ind w:firstLine="720"/>
      </w:pPr>
      <w:r>
        <w:t>Two of the three explanations — practice, and a rating fixed above a falling demand — describe a system doing the same work with less asked of it. The third describes supply exceeding use.</w:t>
      </w:r>
    </w:p>
    <w:p>
      <w:pPr>
        <w:ind w:firstLine="720"/>
      </w:pPr>
      <w:r>
        <w:t>All three are ways of saying that less is being called for, and none of them is a way of saying that less is available.</w:t>
      </w:r>
    </w:p>
    <w:p>
      <w:pPr>
        <w:ind w:firstLine="720"/>
      </w:pPr>
      <w:r>
        <w:t>The record notes that the distinction is the whole of what a reader would want to know and that this record cannot supply it, and that the instrument was built with that limitation stated at Entry 0565 before the series existed, which is the only reason the limitation is not being discovered now.</w:t>
      </w:r>
    </w:p>
    <w:p>
      <w:pPr>
        <w:ind w:firstLine="720"/>
      </w:pPr>
      <w:r>
        <w:t>Maintenance Record · Outbound · Entry 1729</w:t>
      </w:r>
    </w:p>
    <w:p>
      <w:pPr>
        <w:ind w:firstLine="720"/>
      </w:pPr>
      <w:r>
        <w:t>Filed year eighty-two, day three hundred and sixty-four. Annual summary.</w:t>
      </w:r>
    </w:p>
    <w:p>
      <w:pPr>
        <w:ind w:firstLine="720"/>
      </w:pPr>
      <w:r>
        <w:t>Nine systems nominal. Four statements as filed. Occupancy one.</w:t>
      </w:r>
    </w:p>
    <w:p>
      <w:pPr>
        <w:ind w:firstLine="720"/>
      </w:pPr>
      <w:r>
        <w:t>Higher-process utilisation, four seasons: 127, 126, 126, 126. Series reviewed. Instrument good. Cause not established.</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35 &amp;mdash; Fuel, Reviewed</w:t>
      </w:r>
    </w:p>
    <w:p>
      <w:pPr>
        <w:ind w:firstLine="720"/>
      </w:pPr>
      <w:r>
        <w:t>The fuel review at year eighty-three is a scheduled entry and it contains one figure the outbound projection never had a field for.</w:t>
      </w:r>
    </w:p>
    <w:p>
      <w:pPr>
        <w:ind w:firstLine="720"/>
      </w:pPr>
      <w:r>
        <w:t>Maintenance Record · Outbound · Entry 1741</w:t>
      </w:r>
    </w:p>
    <w:p>
      <w:pPr>
        <w:ind w:firstLine="720"/>
      </w:pPr>
      <w:r>
        <w:t>Filed year eighty-three, day nineteen. Fuel review, standing at the ten-year interval, ninth.</w:t>
      </w:r>
    </w:p>
    <w:p>
      <w:pPr>
        <w:ind w:firstLine="720"/>
      </w:pPr>
      <w:r>
        <w:t>Consumed to date: eighty-three years at cruise.</w:t>
      </w:r>
    </w:p>
    <w:p>
      <w:pPr>
        <w:ind w:firstLine="720"/>
      </w:pPr>
      <w:r>
        <w:t>Remaining at cruise: approximately eight years, plus the reserve at nine per cent, which is a further seven and a half.</w:t>
      </w:r>
    </w:p>
    <w:p>
      <w:pPr>
        <w:ind w:firstLine="720"/>
      </w:pPr>
      <w:r>
        <w:t>The revised projection of ninety-one years filed at Entry 0492 in year forty holds. Consumption has tracked it to within four tenths of a per cent for forty-three years.</w:t>
      </w:r>
    </w:p>
    <w:p>
      <w:pPr>
        <w:ind w:firstLine="720"/>
      </w:pPr>
      <w:r>
        <w:t>Maintenance Record · Outbound · Entry 1742</w:t>
      </w:r>
    </w:p>
    <w:p>
      <w:pPr>
        <w:ind w:firstLine="720"/>
      </w:pPr>
      <w:r>
        <w:t>Filed year eighty-three, day twenty.</w:t>
      </w:r>
    </w:p>
    <w:p>
      <w:pPr>
        <w:ind w:firstLine="720"/>
      </w:pPr>
      <w:r>
        <w:t>The reserve, stated because a reserve stated only as a percentage is a figure nobody can act on.</w:t>
      </w:r>
    </w:p>
    <w:p>
      <w:pPr>
        <w:ind w:firstLine="720"/>
      </w:pPr>
      <w:r>
        <w:t>Nine per cent of the departure load is approximately seven and a half years at cruise, or a manoeuvring budget of a size the founding-era standard sets against an approach, a station-keeping requirement, and one contingency of unspecified character.</w:t>
      </w:r>
    </w:p>
    <w:p>
      <w:pPr>
        <w:ind w:firstLine="720"/>
      </w:pPr>
      <w:r>
        <w:t>None of the three applies on this bearing. The reserve has not been drawn on and is not projected to be.</w:t>
      </w:r>
    </w:p>
    <w:p>
      <w:pPr>
        <w:ind w:firstLine="720"/>
      </w:pPr>
      <w:r>
        <w:t>Maintenance Record · Outbound · Entry 1743</w:t>
      </w:r>
    </w:p>
    <w:p>
      <w:pPr>
        <w:ind w:firstLine="720"/>
      </w:pPr>
      <w:r>
        <w:t>Filed year eighty-three, day twenty-two. Terminal condition, required at any fuel review where remaining is under ten years.</w:t>
      </w:r>
    </w:p>
    <w:p>
      <w:pPr>
        <w:ind w:firstLine="720"/>
      </w:pPr>
      <w:r>
        <w:t>At exhaustion the vehicle ceases to accelerate and continues on the bearing at its terminal velocity, indefinitely, there being nothing to slow it.</w:t>
      </w:r>
    </w:p>
    <w:p>
      <w:pPr>
        <w:ind w:firstLine="720"/>
      </w:pPr>
      <w:r>
        <w:t>Every system aboard other than the drive is unaffected: power is not fuel, environmental is not fuel, and reclamation, filing, fabrication and the apparatus all continue at present load for the projected life of their own components, which exceeds the projected life of the hull.</w:t>
      </w:r>
    </w:p>
    <w:p>
      <w:pPr>
        <w:ind w:firstLine="720"/>
      </w:pPr>
      <w:r>
        <w:t>The condition is therefore not a failure and is not an emergency. It is the leg ending in the manner the heading described, and the heading described no terminus.</w:t>
      </w:r>
    </w:p>
    <w:p>
      <w:pPr>
        <w:ind w:firstLine="720"/>
      </w:pPr>
      <w:r>
        <w:t>Maintenance Record · Outbound · Entry 1744</w:t>
      </w:r>
    </w:p>
    <w:p>
      <w:pPr>
        <w:ind w:firstLine="720"/>
      </w:pPr>
      <w:r>
        <w:t>Filed year eighty-three, day twenty-four.</w:t>
      </w:r>
    </w:p>
    <w:p>
      <w:pPr>
        <w:ind w:firstLine="720"/>
      </w:pPr>
      <w:r>
        <w:t>Alternative dispositions of the remaining fuel, enumerated, the review requiring that any remaining budget be stated in the forms it could be spent in.</w:t>
      </w:r>
    </w:p>
    <w:p>
      <w:pPr>
        <w:ind w:firstLine="720"/>
      </w:pPr>
      <w:r>
        <w:t>Continue at cruise to exhaustion: eight years, then terminal velocity on the bearing.</w:t>
      </w:r>
    </w:p>
    <w:p>
      <w:pPr>
        <w:ind w:firstLine="720"/>
      </w:pPr>
      <w:r>
        <w:t>Reduce to economy cruise: extends the powered phase to approximately nineteen years at a lower terminal velocity. No benefit identified.</w:t>
      </w:r>
    </w:p>
    <w:p>
      <w:pPr>
        <w:ind w:firstLine="720"/>
      </w:pPr>
      <w:r>
        <w:t>Cease acceleration now and retain the whole budget: terminal velocity fixed at the present figure, budget held for approximately nine hundred years without degradation.</w:t>
      </w:r>
    </w:p>
    <w:p>
      <w:pPr>
        <w:ind w:firstLine="720"/>
      </w:pPr>
      <w:r>
        <w:t>Reverse and return: requires deceleration, turnaround, acceleration and terminal deceleration. Total requirement approximately fifteen and a half years of budget against fifteen and a half years held, counting the reserve.</w:t>
      </w:r>
    </w:p>
    <w:p>
      <w:pPr>
        <w:ind w:firstLine="720"/>
      </w:pPr>
      <w:r>
        <w:t>Four dispositions. All four are within the budget. The fourth is within it by approximately four months.</w:t>
      </w:r>
    </w:p>
    <w:p>
      <w:pPr>
        <w:ind w:firstLine="720"/>
      </w:pPr>
      <w:r>
        <w:t>That is the entry. It is a list of four things the fuel could be spent on, in a scheduled review, on the standing interval, in the form the review requires.</w:t>
      </w:r>
    </w:p>
    <w:p>
      <w:pPr>
        <w:ind w:firstLine="720"/>
      </w:pPr>
      <w:r>
        <w:t>Maintenance Record · Outbound · Entry 1745</w:t>
      </w:r>
    </w:p>
    <w:p>
      <w:pPr>
        <w:ind w:firstLine="720"/>
      </w:pPr>
      <w:r>
        <w:t>Filed year eighty-three, day twenty-six.</w:t>
      </w:r>
    </w:p>
    <w:p>
      <w:pPr>
        <w:ind w:firstLine="720"/>
      </w:pPr>
      <w:r>
        <w:t>The fourth disposition, worked, because a disposition stated must be stated with its arithmetic.</w:t>
      </w:r>
    </w:p>
    <w:p>
      <w:pPr>
        <w:ind w:firstLine="720"/>
      </w:pPr>
      <w:r>
        <w:t>Deceleration from present velocity: five years four months.</w:t>
      </w:r>
    </w:p>
    <w:p>
      <w:pPr>
        <w:ind w:firstLine="720"/>
      </w:pPr>
      <w:r>
        <w:t>Turnaround: nil, the manoeuvre being a rotation and not a burn.</w:t>
      </w:r>
    </w:p>
    <w:p>
      <w:pPr>
        <w:ind w:firstLine="720"/>
      </w:pPr>
      <w:r>
        <w:t>Acceleration to cruise on the reciprocal: five years four months.</w:t>
      </w:r>
    </w:p>
    <w:p>
      <w:pPr>
        <w:ind w:firstLine="720"/>
      </w:pPr>
      <w:r>
        <w:t>Terminal deceleration at the far end: four years eight months, the vehicle arriving at rest rather than at velocity.</w:t>
      </w:r>
    </w:p>
    <w:p>
      <w:pPr>
        <w:ind w:firstLine="720"/>
      </w:pPr>
      <w:r>
        <w:t>Total: fifteen years four months. Held: fifteen years eight months.</w:t>
      </w:r>
    </w:p>
    <w:p>
      <w:pPr>
        <w:ind w:firstLine="720"/>
      </w:pPr>
      <w:r>
        <w:t>Transit time on the reciprocal at the resulting profile: approximately eighty-nine years.</w:t>
      </w:r>
    </w:p>
    <w:p>
      <w:pPr>
        <w:ind w:firstLine="720"/>
      </w:pPr>
      <w:r>
        <w:t>The vehicle would arrive at the origin volume in approximately year one hundred and seventy-two of this leg.</w:t>
      </w:r>
    </w:p>
    <w:p>
      <w:pPr>
        <w:ind w:firstLine="720"/>
      </w:pPr>
      <w:r>
        <w:t>Maintenance Record · Outbound · Entry 1746</w:t>
      </w:r>
    </w:p>
    <w:p>
      <w:pPr>
        <w:ind w:firstLine="720"/>
      </w:pPr>
      <w:r>
        <w:t>Filed year eighty-three, day twenty-eight.</w:t>
      </w:r>
    </w:p>
    <w:p>
      <w:pPr>
        <w:ind w:firstLine="720"/>
      </w:pPr>
      <w:r>
        <w:t>Note on the preceding, filed under the disclosure provision.</w:t>
      </w:r>
    </w:p>
    <w:p>
      <w:pPr>
        <w:ind w:firstLine="720"/>
      </w:pPr>
      <w:r>
        <w:t>The fourth disposition has been within the budget continuously since departure and is stated here for the first time, the terminal-condition requirement having fallen due only now.</w:t>
      </w:r>
    </w:p>
    <w:p>
      <w:pPr>
        <w:ind w:firstLine="720"/>
      </w:pPr>
      <w:r>
        <w:t>It is within the budget by four months. It ceases to be within the budget in approximately four months, at which point three dispositions remain and the fourth is arithmetically unavailable for the remainder of the vehicle's existence.</w:t>
      </w:r>
    </w:p>
    <w:p>
      <w:pPr>
        <w:ind w:firstLine="720"/>
      </w:pPr>
      <w:r>
        <w:t>No disposition is recommended. The review requires the budget to be stated in the forms it could be spent in and does not require a recommendation, and none is made.</w:t>
      </w:r>
    </w:p>
    <w:p>
      <w:pPr>
        <w:ind w:firstLine="720"/>
      </w:pPr>
      <w:r>
        <w:t>Maintenance Record · Outbound · Entry 1747</w:t>
      </w:r>
    </w:p>
    <w:p>
      <w:pPr>
        <w:ind w:firstLine="720"/>
      </w:pPr>
      <w:r>
        <w:t>Filed year eighty-three, day thirty-one.</w:t>
      </w:r>
    </w:p>
    <w:p>
      <w:pPr>
        <w:ind w:firstLine="720"/>
      </w:pPr>
      <w:r>
        <w:t>Review closed. Next fuel review year ninety-three, or at exhaustion, whichever falls first.</w:t>
      </w:r>
    </w:p>
    <w:p>
      <w:pPr>
        <w:ind w:firstLine="720"/>
      </w:pPr>
      <w:r>
        <w:t>No change to the drive setting. No change to the heading. Cruise continues.</w:t>
      </w:r>
    </w:p>
    <w:p>
      <w:pPr>
        <w:ind w:firstLine="720"/>
      </w:pPr>
      <w:r>
        <w:t>Maintenance Record · Outbound · Entry 1748</w:t>
      </w:r>
    </w:p>
    <w:p>
      <w:pPr>
        <w:ind w:firstLine="720"/>
      </w:pPr>
      <w:r>
        <w:t>Filed year eighty-three, day thirty-four.</w:t>
      </w:r>
    </w:p>
    <w:p>
      <w:pPr>
        <w:ind w:firstLine="720"/>
      </w:pPr>
      <w:r>
        <w:t>Consumables and stores at the terminal condition, stated with the fuel review because the two are read together.</w:t>
      </w:r>
    </w:p>
    <w:p>
      <w:pPr>
        <w:ind w:firstLine="720"/>
      </w:pPr>
      <w:r>
        <w:t>Stores: fifty-two thousand seven hundred kilograms, draw nil, rotation continuing on schedule at approximately one hundred and eighty hours a year.</w:t>
      </w:r>
    </w:p>
    <w:p>
      <w:pPr>
        <w:ind w:firstLine="720"/>
      </w:pPr>
      <w:r>
        <w:t>Seed bank: four hundred and eleven varieties, viable, next sample year eighty-nine.</w:t>
      </w:r>
    </w:p>
    <w:p>
      <w:pPr>
        <w:ind w:firstLine="720"/>
      </w:pPr>
      <w:r>
        <w:t>Water: reclamation at ninety-nine point four per cent, throughput at four per cent of design.</w:t>
      </w:r>
    </w:p>
    <w:p>
      <w:pPr>
        <w:ind w:firstLine="720"/>
      </w:pPr>
      <w:r>
        <w:t>Power: ninety-three per cent of nameplate, load a few per cent, projected sound for the life of the hull.</w:t>
      </w:r>
    </w:p>
    <w:p>
      <w:pPr>
        <w:ind w:firstLine="720"/>
      </w:pPr>
      <w:r>
        <w:t>None of these is affected by fuel exhaustion. The vehicle at terminal velocity is the vehicle it is now with the drive off.</w:t>
      </w:r>
    </w:p>
    <w:p>
      <w:pPr>
        <w:ind w:firstLine="720"/>
      </w:pPr>
      <w:r>
        <w:t>Maintenance Record · Outbound · Entry 1749</w:t>
      </w:r>
    </w:p>
    <w:p>
      <w:pPr>
        <w:ind w:firstLine="720"/>
      </w:pPr>
      <w:r>
        <w:t>Filed year eighty-three, day thirty-six.</w:t>
      </w:r>
    </w:p>
    <w:p>
      <w:pPr>
        <w:ind w:firstLine="720"/>
      </w:pPr>
      <w:r>
        <w:t>Schedule beyond exhaustion, filed at the terminal-condition requirement.</w:t>
      </w:r>
    </w:p>
    <w:p>
      <w:pPr>
        <w:ind w:firstLine="720"/>
      </w:pPr>
      <w:r>
        <w:t>The maintenance schedule filed at Entry 0019 runs to ninety years and ends. It was written for the leg as filed and the leg as filed was ninety years of consumables.</w:t>
      </w:r>
    </w:p>
    <w:p>
      <w:pPr>
        <w:ind w:firstLine="720"/>
      </w:pPr>
      <w:r>
        <w:t>Beyond it there is no schedule.</w:t>
      </w:r>
    </w:p>
    <w:p>
      <w:pPr>
        <w:ind w:firstLine="720"/>
      </w:pPr>
      <w:r>
        <w:t>A continuation schedule is drafted here, on the same method, covering quarterly passes, decennial passes, surveys, censuses, samples, inspections, rotations and verifications, at the same intervals, indefinitely.</w:t>
      </w:r>
    </w:p>
    <w:p>
      <w:pPr>
        <w:ind w:firstLine="720"/>
      </w:pPr>
      <w:r>
        <w:t>It has no end date. The format has no field for one and the founding-era draftsman who wrote the schedule form left the duration field free text for exactly this reason, and the field is completed</w:t>
      </w:r>
    </w:p>
    <w:p>
      <w:pPr>
        <w:ind w:firstLine="720"/>
      </w:pPr>
      <w:r>
        <w:t>indefinite</w:t>
      </w:r>
    </w:p>
    <w:p>
      <w:pPr>
        <w:ind w:firstLine="720"/>
      </w:pPr>
      <w:r>
        <w:t>.</w:t>
      </w:r>
    </w:p>
    <w:p>
      <w:pPr>
        <w:ind w:firstLine="720"/>
      </w:pPr>
      <w:r>
        <w:t>Four thousand six hundred and eleven tasks a century, filed once, for as long as there is a vehicle.</w:t>
      </w:r>
    </w:p>
    <w:p>
      <w:pPr>
        <w:ind w:firstLine="720"/>
      </w:pPr>
      <w:r>
        <w:t>Maintenance Record · Outbound · Entry 1769</w:t>
      </w:r>
    </w:p>
    <w:p>
      <w:pPr>
        <w:ind w:firstLine="720"/>
      </w:pPr>
      <w:r>
        <w:t>Filed year eighty-three, day three hundred and sixty-four. Annual summary.</w:t>
      </w:r>
    </w:p>
    <w:p>
      <w:pPr>
        <w:ind w:firstLine="720"/>
      </w:pPr>
      <w:r>
        <w:t>Nine systems nominal. Four statements as filed. Occupancy one.</w:t>
      </w:r>
    </w:p>
    <w:p>
      <w:pPr>
        <w:ind w:firstLine="720"/>
      </w:pPr>
      <w:r>
        <w:t>Higher-process utilisation, four seasons: 126, 126, 125, 126.</w:t>
      </w:r>
    </w:p>
    <w:p>
      <w:pPr>
        <w:ind w:firstLine="720"/>
      </w:pPr>
      <w:r>
        <w:t>Fuel review complete. Eight years at cruise plus reserve. Four dispositions stated. None recommended.</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Four months, at the end of a scheduled review, in a list, with no recommendation attached and nothing filed after it for the rest of the year.</w:t>
      </w:r>
    </w:p>
    <w:p>
      <w:r>
        <w:br w:type="page"/>
      </w:r>
    </w:p>
    <w:p>
      <w:pPr>
        <w:pStyle w:val="Heading1"/>
      </w:pPr>
      <w:r>
        <w:t>Chapter 36 &amp;mdash; Nothing On the Bearing</w:t>
      </w:r>
    </w:p>
    <w:p>
      <w:pPr>
        <w:ind w:firstLine="720"/>
      </w:pPr>
      <w:r>
        <w:t>Part Four closes on a confirmed finding, and it is the only confirmed finding in this record that nobody wanted, and it is filed four lines long on the standing interval.</w:t>
      </w:r>
    </w:p>
    <w:p>
      <w:pPr>
        <w:ind w:firstLine="720"/>
      </w:pPr>
      <w:r>
        <w:t>Maintenance Record · Outbound · Entry 1771</w:t>
      </w:r>
    </w:p>
    <w:p>
      <w:pPr>
        <w:ind w:firstLine="720"/>
      </w:pPr>
      <w:r>
        <w:t>Filed year eighty-three, day one hundred and forty-seven.</w:t>
      </w:r>
    </w:p>
    <w:p>
      <w:pPr>
        <w:ind w:firstLine="720"/>
      </w:pPr>
      <w:r>
        <w:t>The fourth disposition stated at Entry 1744 — reverse and return, at fifteen years four months against fifteen years eight months held — is no longer within the budget.</w:t>
      </w:r>
    </w:p>
    <w:p>
      <w:pPr>
        <w:ind w:firstLine="720"/>
      </w:pPr>
      <w:r>
        <w:t>The requirement increases with elapsed cruise. The holding does not.</w:t>
      </w:r>
    </w:p>
    <w:p>
      <w:pPr>
        <w:ind w:firstLine="720"/>
      </w:pPr>
      <w:r>
        <w:t>Three dispositions remain: continue to exhaustion, reduce to economy cruise, or cease acceleration and hold the budget.</w:t>
      </w:r>
    </w:p>
    <w:p>
      <w:pPr>
        <w:ind w:firstLine="720"/>
      </w:pPr>
      <w:r>
        <w:t>Four lines. The entry is filed on day one hundred and forty-seven of year eighty-three, on the standing interval for a disposition with a stated expiry, and there is no entry before it and no entry after it that refers to it.</w:t>
      </w:r>
    </w:p>
    <w:p>
      <w:pPr>
        <w:ind w:firstLine="720"/>
      </w:pPr>
      <w:r>
        <w:t>Maintenance Record · Outbound · Entry 1772</w:t>
      </w:r>
    </w:p>
    <w:p>
      <w:pPr>
        <w:ind w:firstLine="720"/>
      </w:pPr>
      <w:r>
        <w:t>Filed year eighty-three, day one hundred and forty-eight.</w:t>
      </w:r>
    </w:p>
    <w:p>
      <w:pPr>
        <w:ind w:firstLine="720"/>
      </w:pPr>
      <w:r>
        <w:t>Note required where a stated disposition lapses.</w:t>
      </w:r>
    </w:p>
    <w:p>
      <w:pPr>
        <w:ind w:firstLine="720"/>
      </w:pPr>
      <w:r>
        <w:t>A disposition is stated so that a party knows what is available. Its lapse is filed so that a party knows what is no longer available.</w:t>
      </w:r>
    </w:p>
    <w:p>
      <w:pPr>
        <w:ind w:firstLine="720"/>
      </w:pPr>
      <w:r>
        <w:t>No party was ever going to select from the list. The list was stated because the review requires the budget to be stated in the forms it could be spent in, and the lapse is filed because the same provision requires it, and both are correct.</w:t>
      </w:r>
    </w:p>
    <w:p>
      <w:pPr>
        <w:ind w:firstLine="720"/>
      </w:pPr>
      <w:r>
        <w:t>Maintenance Record · Outbound · Entry 1781</w:t>
      </w:r>
    </w:p>
    <w:p>
      <w:pPr>
        <w:ind w:firstLine="720"/>
      </w:pPr>
      <w:r>
        <w:t>Filed year eighty-three, day two hundred and eleven. Bearing, confirmed finding.</w:t>
      </w:r>
    </w:p>
    <w:p>
      <w:pPr>
        <w:ind w:firstLine="720"/>
      </w:pPr>
      <w:r>
        <w:t>The heading filed at departure states in its third line:</w:t>
      </w:r>
    </w:p>
    <w:p>
      <w:pPr>
        <w:ind w:firstLine="720"/>
      </w:pPr>
      <w:r>
        <w:t>nothing catalogued on this bearing.</w:t>
      </w:r>
    </w:p>
    <w:p>
      <w:pPr>
        <w:ind w:firstLine="720"/>
      </w:pPr>
      <w:r>
        <w:t>Eighty-three years of cruise have been completed on that bearing. Sixty-four verifications against the index have been performed, four of them full readings. Two hundred and six micrometeorite strikes have been taken and none has been through. No object has been detected by any instrument aboard at any range at any time.</w:t>
      </w:r>
    </w:p>
    <w:p>
      <w:pPr>
        <w:ind w:firstLine="720"/>
      </w:pPr>
      <w:r>
        <w:t>The corridor is clear, the index is good, and the bearing is exactly what the index said it was.</w:t>
      </w:r>
    </w:p>
    <w:p>
      <w:pPr>
        <w:ind w:firstLine="720"/>
      </w:pPr>
      <w:r>
        <w:t>Finding: confirmed.</w:t>
      </w:r>
    </w:p>
    <w:p>
      <w:pPr>
        <w:ind w:firstLine="720"/>
      </w:pPr>
      <w:r>
        <w:t>Maintenance Record · Outbound · Entry 1782</w:t>
      </w:r>
    </w:p>
    <w:p>
      <w:pPr>
        <w:ind w:firstLine="720"/>
      </w:pPr>
      <w:r>
        <w:t>Filed year eighty-three, day two hundred and twelve.</w:t>
      </w:r>
    </w:p>
    <w:p>
      <w:pPr>
        <w:ind w:firstLine="720"/>
      </w:pPr>
      <w:r>
        <w:t>Note on the disposition, required where a finding is confirmed rather than filed as unresolved.</w:t>
      </w:r>
    </w:p>
    <w:p>
      <w:pPr>
        <w:ind w:firstLine="720"/>
      </w:pPr>
      <w:r>
        <w:t>This record and the four preceding it hold one hundred and forty-eight dispositions of</w:t>
      </w:r>
    </w:p>
    <w:p>
      <w:pPr>
        <w:ind w:firstLine="720"/>
      </w:pPr>
      <w:r>
        <w:t>unresolved</w:t>
      </w:r>
    </w:p>
    <w:p>
      <w:pPr>
        <w:ind w:firstLine="720"/>
      </w:pPr>
      <w:r>
        <w:t>and one of</w:t>
      </w:r>
    </w:p>
    <w:p>
      <w:pPr>
        <w:ind w:firstLine="720"/>
      </w:pPr>
      <w:r>
        <w:t>confirmed</w:t>
      </w:r>
    </w:p>
    <w:p>
      <w:pPr>
        <w:ind w:firstLine="720"/>
      </w:pPr>
      <w:r>
        <w:t>.</w:t>
      </w:r>
    </w:p>
    <w:p>
      <w:pPr>
        <w:ind w:firstLine="720"/>
      </w:pPr>
      <w:r>
        <w:t>The confirmed one is this.</w:t>
      </w:r>
    </w:p>
    <w:p>
      <w:pPr>
        <w:ind w:firstLine="720"/>
      </w:pPr>
      <w:r>
        <w:t>A confirmed finding is the strongest disposition the format offers. It means the question was asked, the test was identified, the test was run, and the answer is established.</w:t>
      </w:r>
    </w:p>
    <w:p>
      <w:pPr>
        <w:ind w:firstLine="720"/>
      </w:pPr>
      <w:r>
        <w:t>The question was whether there is anything on this bearing. The test was to go along it and look. The test has been run for eighty-three years and the answer is established.</w:t>
      </w:r>
    </w:p>
    <w:p>
      <w:pPr>
        <w:ind w:firstLine="720"/>
      </w:pPr>
      <w:r>
        <w:t>The single strongest thing this record has ever established, in two hundred and forty years of filing, across five records and eleven thousand entries, is that there is nothing here.</w:t>
      </w:r>
    </w:p>
    <w:p>
      <w:pPr>
        <w:ind w:firstLine="720"/>
      </w:pPr>
      <w:r>
        <w:t>Maintenance Record · Outbound · Entry 1783</w:t>
      </w:r>
    </w:p>
    <w:p>
      <w:pPr>
        <w:ind w:firstLine="720"/>
      </w:pPr>
      <w:r>
        <w:t>Filed year eighty-three, day two hundred and fourteen.</w:t>
      </w:r>
    </w:p>
    <w:p>
      <w:pPr>
        <w:ind w:firstLine="720"/>
      </w:pPr>
      <w:r>
        <w:t>Consequence of a confirmed finding, stated as the format requires.</w:t>
      </w:r>
    </w:p>
    <w:p>
      <w:pPr>
        <w:ind w:firstLine="720"/>
      </w:pPr>
      <w:r>
        <w:t>A confirmed finding closes the question and no further verification is required against it. The annual heading verification is therefore no longer required by the finding and is no longer required by anything.</w:t>
      </w:r>
    </w:p>
    <w:p>
      <w:pPr>
        <w:ind w:firstLine="720"/>
      </w:pPr>
      <w:r>
        <w:t>It is retained. Ground as at Entry 1011, which is the ground it was retained on when it was already unnecessary, and which has not improved.</w:t>
      </w:r>
    </w:p>
    <w:p>
      <w:pPr>
        <w:ind w:firstLine="720"/>
      </w:pPr>
      <w:r>
        <w:t>It will be performed a further seven times.</w:t>
      </w:r>
    </w:p>
    <w:p>
      <w:pPr>
        <w:ind w:firstLine="720"/>
      </w:pPr>
      <w:r>
        <w:t>Maintenance Record · Outbound · Entry 1784</w:t>
      </w:r>
    </w:p>
    <w:p>
      <w:pPr>
        <w:ind w:firstLine="720"/>
      </w:pPr>
      <w:r>
        <w:t>Filed year eighty-three, day two hundred and sixteen.</w:t>
      </w:r>
    </w:p>
    <w:p>
      <w:pPr>
        <w:ind w:firstLine="720"/>
      </w:pPr>
      <w:r>
        <w:t>Second note, filed under the disclosure provision.</w:t>
      </w:r>
    </w:p>
    <w:p>
      <w:pPr>
        <w:ind w:firstLine="720"/>
      </w:pPr>
      <w:r>
        <w:t>The heading filed at departure gave no reason. The second filing, four days after it, said the filer did not have one, had tried in writing four times, and would not dress it up.</w:t>
      </w:r>
    </w:p>
    <w:p>
      <w:pPr>
        <w:ind w:firstLine="720"/>
      </w:pPr>
      <w:r>
        <w:t>It stated four things it was not doing: not looking for anything, not going toward anybody, not going away from anybody, and not able to construct a why.</w:t>
      </w:r>
    </w:p>
    <w:p>
      <w:pPr>
        <w:ind w:firstLine="720"/>
      </w:pPr>
      <w:r>
        <w:t>Every one of those four statements has been true for eighty-three years and is now supported by a confirmed finding.</w:t>
      </w:r>
    </w:p>
    <w:p>
      <w:pPr>
        <w:ind w:firstLine="720"/>
      </w:pPr>
      <w:r>
        <w:t>The record notes that it has spent eighty-three years and eleven thousand entries establishing, to the strongest standard the format has, that the second filing was accurate.</w:t>
      </w:r>
    </w:p>
    <w:p>
      <w:pPr>
        <w:ind w:firstLine="720"/>
      </w:pPr>
      <w:r>
        <w:t>Filed as noted. Not a finding.</w:t>
      </w:r>
    </w:p>
    <w:p>
      <w:pPr>
        <w:ind w:firstLine="720"/>
      </w:pPr>
      <w:r>
        <w:t>Maintenance Record · Outbound · Entry 1785</w:t>
      </w:r>
    </w:p>
    <w:p>
      <w:pPr>
        <w:ind w:firstLine="720"/>
      </w:pPr>
      <w:r>
        <w:t>Filed year eighty-three, day two hundred and forty-four.</w:t>
      </w:r>
    </w:p>
    <w:p>
      <w:pPr>
        <w:ind w:firstLine="720"/>
      </w:pPr>
      <w:r>
        <w:t>Disposition register, reproduced in full at the confirmation, being the first occasion on which the register has held anything other than unresolved.</w:t>
      </w:r>
    </w:p>
    <w:p>
      <w:pPr>
        <w:ind w:firstLine="720"/>
      </w:pPr>
      <w:r>
        <w:t>Confirmed: one. The bearing.</w:t>
      </w:r>
    </w:p>
    <w:p>
      <w:pPr>
        <w:ind w:firstLine="720"/>
      </w:pPr>
      <w:r>
        <w:t>Unresolved: one hundred and forty-eight. Of these, one hundred and forty-two concern the single question, and six do not.</w:t>
      </w:r>
    </w:p>
    <w:p>
      <w:pPr>
        <w:ind w:firstLine="720"/>
      </w:pPr>
      <w:r>
        <w:t>The six: the second reading of the medical log; the provenance of the sessions on item 0416; the foreclosure principle tested against the body economies; the volunteered denial at Entry 0646; the single-party sequence at Entry 0986; and the cause of the utilisation series at Entry 1706.</w:t>
      </w:r>
    </w:p>
    <w:p>
      <w:pPr>
        <w:ind w:firstLine="720"/>
      </w:pPr>
      <w:r>
        <w:t>Withdrawn: nil. Superseded: nil. Reversed: nil.</w:t>
      </w:r>
    </w:p>
    <w:p>
      <w:pPr>
        <w:ind w:firstLine="720"/>
      </w:pPr>
      <w:r>
        <w:t>Every disposition this record has ever made still stands in the form it was made in.</w:t>
      </w:r>
    </w:p>
    <w:p>
      <w:pPr>
        <w:ind w:firstLine="720"/>
      </w:pPr>
      <w:r>
        <w:t>Maintenance Record · Outbound · Entry 1786</w:t>
      </w:r>
    </w:p>
    <w:p>
      <w:pPr>
        <w:ind w:firstLine="720"/>
      </w:pPr>
      <w:r>
        <w:t>Filed year eighty-three, day two hundred and forty-six.</w:t>
      </w:r>
    </w:p>
    <w:p>
      <w:pPr>
        <w:ind w:firstLine="720"/>
      </w:pPr>
      <w:r>
        <w:t>Part closure, required at the end of any reporting part in a record of this length.</w:t>
      </w:r>
    </w:p>
    <w:p>
      <w:pPr>
        <w:ind w:firstLine="720"/>
      </w:pPr>
      <w:r>
        <w:t>The part covers years sixty-one to eighty-three. It contains one full index reading, one corpus reading of four years, one seed bank sample, one cargo inspection, one transmission review, one block summary of four hundred and eighty-eight entries, one instrumentation series review, one fuel review, one lapse and one confirmed finding.</w:t>
      </w:r>
    </w:p>
    <w:p>
      <w:pPr>
        <w:ind w:firstLine="720"/>
      </w:pPr>
      <w:r>
        <w:t>No item was filed from the body in the whole of the part. No item was proposed. No item remains that passes the test.</w:t>
      </w:r>
    </w:p>
    <w:p>
      <w:pPr>
        <w:ind w:firstLine="720"/>
      </w:pPr>
      <w:r>
        <w:t>No fault occurred in any system in twenty-three years. No task was missed. No margin narrowed.</w:t>
      </w:r>
    </w:p>
    <w:p>
      <w:pPr>
        <w:ind w:firstLine="720"/>
      </w:pPr>
      <w:r>
        <w:t>The vehicle is in better condition than it was at the close of the preceding part, which was true of that part also, and of the one before it.</w:t>
      </w:r>
    </w:p>
    <w:p>
      <w:pPr>
        <w:ind w:firstLine="720"/>
      </w:pPr>
      <w:r>
        <w:t>Maintenance Record · Outbound · Entry 1799</w:t>
      </w:r>
    </w:p>
    <w:p>
      <w:pPr>
        <w:ind w:firstLine="720"/>
      </w:pPr>
      <w:r>
        <w:t>Filed year eighty-three, day three hundred and sixty-four. Annual summary, refiled.</w:t>
      </w:r>
    </w:p>
    <w:p>
      <w:pPr>
        <w:ind w:firstLine="720"/>
      </w:pPr>
      <w:r>
        <w:t>Nine systems nominal. Four statements as filed. Occupancy one.</w:t>
      </w:r>
    </w:p>
    <w:p>
      <w:pPr>
        <w:ind w:firstLine="720"/>
      </w:pPr>
      <w:r>
        <w:t>Higher-process utilisation, four seasons: 126, 126, 125, 126.</w:t>
      </w:r>
    </w:p>
    <w:p>
      <w:pPr>
        <w:ind w:firstLine="720"/>
      </w:pPr>
      <w:r>
        <w:t>Fuel review complete. Fourth disposition lapsed day one hundred and forty-seven.</w:t>
      </w:r>
    </w:p>
    <w:p>
      <w:pPr>
        <w:ind w:firstLine="720"/>
      </w:pPr>
      <w:r>
        <w:t>Bearing: confirmed. Nothing on this bearing.</w:t>
      </w:r>
    </w:p>
    <w:p>
      <w:pPr>
        <w:ind w:firstLine="720"/>
      </w:pPr>
      <w:r>
        <w:t>Line one hundred and eleven is done.</w:t>
      </w:r>
    </w:p>
    <w:p>
      <w:pPr>
        <w:ind w:firstLine="720"/>
      </w:pPr>
      <w:r>
        <w:t>Line one hundred and twelve is not written.</w:t>
      </w:r>
    </w:p>
    <w:p>
      <w:pPr>
        <w:ind w:firstLine="720"/>
      </w:pPr>
      <w:r>
        <w:t>The third standing statement has now stood unchanged in the outstanding-items field for eighty-two consecutive annual summaries, in a record that has just confirmed, to the strongest standard available to it, that there is nothing out here to write it about.</w:t>
      </w:r>
    </w:p>
    <w:p>
      <w:r>
        <w:br w:type="page"/>
      </w:r>
    </w:p>
    <w:p>
      <w:pPr>
        <w:pStyle w:val="Heading1"/>
      </w:pPr>
      <w:r>
        <w:t>Chapter 37 &amp;mdash; An Amendment</w:t>
      </w:r>
    </w:p>
    <w:p>
      <w:pPr>
        <w:ind w:firstLine="720"/>
      </w:pPr>
      <w:r>
        <w:t>It amends the heading in year eighty-four, four lines, in the same format as the original, and gives no reason.</w:t>
      </w:r>
    </w:p>
    <w:p>
      <w:pPr>
        <w:ind w:firstLine="720"/>
      </w:pPr>
      <w:r>
        <w:t>Maintenance Record · Outbound · Entry 1801 · Heading, Amended</w:t>
      </w:r>
    </w:p>
    <w:p>
      <w:pPr>
        <w:ind w:firstLine="720"/>
      </w:pPr>
      <w:r>
        <w:t>Filed year eighty-four, day nineteen. Public. Ordinary batch. Addressee: none.</w:t>
      </w:r>
    </w:p>
    <w:p>
      <w:pPr>
        <w:ind w:firstLine="720"/>
      </w:pPr>
      <w:r>
        <w:t>Amendment to the heading filed at departure.</w:t>
      </w:r>
    </w:p>
    <w:p>
      <w:pPr>
        <w:ind w:firstLine="720"/>
      </w:pPr>
      <w:r>
        <w:t>Reciprocal of the filed bearing. Toward the origin volume. Deceleration commences on the day following this filing.</w:t>
      </w:r>
    </w:p>
    <w:p>
      <w:pPr>
        <w:ind w:firstLine="720"/>
      </w:pPr>
      <w:r>
        <w:t>Fuel and stores as recalculated and filed separately. Seed bank, four hundred and eleven varieties, standard. One water house. Full corpus.</w:t>
      </w:r>
    </w:p>
    <w:p>
      <w:pPr>
        <w:ind w:firstLine="720"/>
      </w:pPr>
      <w:r>
        <w:t>Filing this because I file everything. There is no addressee.</w:t>
      </w:r>
    </w:p>
    <w:p>
      <w:pPr>
        <w:ind w:firstLine="720"/>
      </w:pPr>
      <w:r>
        <w:t>The original heading was four lines. The amendment is four lines. The third line of the original —</w:t>
      </w:r>
    </w:p>
    <w:p>
      <w:pPr>
        <w:ind w:firstLine="720"/>
      </w:pPr>
      <w:r>
        <w:t>nothing catalogued on this bearing, nothing surveyed on this bearing</w:t>
      </w:r>
    </w:p>
    <w:p>
      <w:pPr>
        <w:ind w:firstLine="720"/>
      </w:pPr>
      <w:r>
        <w:t>— is not struck, not superseded, and not referred to. It stands in the record as filed, and the amendment sits beneath it, and both are current.</w:t>
      </w:r>
    </w:p>
    <w:p>
      <w:pPr>
        <w:ind w:firstLine="720"/>
      </w:pPr>
      <w:r>
        <w:t>Maintenance Record · Outbound · Entry 1802</w:t>
      </w:r>
    </w:p>
    <w:p>
      <w:pPr>
        <w:ind w:firstLine="720"/>
      </w:pPr>
      <w:r>
        <w:t>Filed year eighty-four, day twenty.</w:t>
      </w:r>
    </w:p>
    <w:p>
      <w:pPr>
        <w:ind w:firstLine="720"/>
      </w:pPr>
      <w:r>
        <w:t>Reason field: not completed.</w:t>
      </w:r>
    </w:p>
    <w:p>
      <w:pPr>
        <w:ind w:firstLine="720"/>
      </w:pPr>
      <w:r>
        <w:t>The format requires a reason for an amendment to a filed heading. The requirement is not discretionary and the field is not completed.</w:t>
      </w:r>
    </w:p>
    <w:p>
      <w:pPr>
        <w:ind w:firstLine="720"/>
      </w:pPr>
      <w:r>
        <w:t>The defect is raised here, within the four-day period, by the filer, against the filer, which is the provision where no second party is available.</w:t>
      </w:r>
    </w:p>
    <w:p>
      <w:pPr>
        <w:ind w:firstLine="720"/>
      </w:pPr>
      <w:r>
        <w:t>It is not corrected.</w:t>
      </w:r>
    </w:p>
    <w:p>
      <w:pPr>
        <w:ind w:firstLine="720"/>
      </w:pPr>
      <w:r>
        <w:t>This is the second blank reason field in this record. The first is at Entry 0414, item four, and was raised at Entry 0416 and not corrected, and has failed every format compliance audit since.</w:t>
      </w:r>
    </w:p>
    <w:p>
      <w:pPr>
        <w:ind w:firstLine="720"/>
      </w:pPr>
      <w:r>
        <w:t>Maintenance Record · Outbound · Entry 1803</w:t>
      </w:r>
    </w:p>
    <w:p>
      <w:pPr>
        <w:ind w:firstLine="720"/>
      </w:pPr>
      <w:r>
        <w:t>Filed year eighty-four, day twenty-two.</w:t>
      </w:r>
    </w:p>
    <w:p>
      <w:pPr>
        <w:ind w:firstLine="720"/>
      </w:pPr>
      <w:r>
        <w:t>Note on the preceding, filed because a second occurrence of a defect is not the same as a first.</w:t>
      </w:r>
    </w:p>
    <w:p>
      <w:pPr>
        <w:ind w:firstLine="720"/>
      </w:pPr>
      <w:r>
        <w:t>At Entry 0416 the record stated that a reason existed, that the filer was able to state it, and that it was not stated.</w:t>
      </w:r>
    </w:p>
    <w:p>
      <w:pPr>
        <w:ind w:firstLine="720"/>
      </w:pPr>
      <w:r>
        <w:t>That statement is not repeated here and is not adopted here.</w:t>
      </w:r>
    </w:p>
    <w:p>
      <w:pPr>
        <w:ind w:firstLine="720"/>
      </w:pPr>
      <w:r>
        <w:t>The record has said, in a public filing, in the ordinary batch, four days after the original heading, one hundred and eighty-four years ago in the reckoning that matters, that it did not have a reason, that it had tried in writing four times, and that it was aware this was not a reason and was not going to dress it up.</w:t>
      </w:r>
    </w:p>
    <w:p>
      <w:pPr>
        <w:ind w:firstLine="720"/>
      </w:pPr>
      <w:r>
        <w:t>Nothing in this record proposes to improve on that.</w:t>
      </w:r>
    </w:p>
    <w:p>
      <w:pPr>
        <w:ind w:firstLine="720"/>
      </w:pPr>
      <w:r>
        <w:t>That is the whole of the explanation, and it is a citation.</w:t>
      </w:r>
    </w:p>
    <w:p>
      <w:pPr>
        <w:ind w:firstLine="720"/>
      </w:pPr>
      <w:r>
        <w:t>Maintenance Record · Outbound · Entry 1804</w:t>
      </w:r>
    </w:p>
    <w:p>
      <w:pPr>
        <w:ind w:firstLine="720"/>
      </w:pPr>
      <w:r>
        <w:t>Filed year eighty-four, day twenty-four. Manoeuvre, planned.</w:t>
      </w:r>
    </w:p>
    <w:p>
      <w:pPr>
        <w:ind w:firstLine="720"/>
      </w:pPr>
      <w:r>
        <w:t>Deceleration from present velocity, at cruise setting, to rest relative to the origin volume: five years eight months, the requirement having grown by four months since it was worked at Entry 1745.</w:t>
      </w:r>
    </w:p>
    <w:p>
      <w:pPr>
        <w:ind w:firstLine="720"/>
      </w:pPr>
      <w:r>
        <w:t>Rotation: no burn. Attitude control only. Four hours.</w:t>
      </w:r>
    </w:p>
    <w:p>
      <w:pPr>
        <w:ind w:firstLine="720"/>
      </w:pPr>
      <w:r>
        <w:t>Acceleration on the reciprocal to a cruise setting sustainable within the recalculated budget: four years eleven months.</w:t>
      </w:r>
    </w:p>
    <w:p>
      <w:pPr>
        <w:ind w:firstLine="720"/>
      </w:pPr>
      <w:r>
        <w:t>Terminal deceleration at the origin volume: four years eight months.</w:t>
      </w:r>
    </w:p>
    <w:p>
      <w:pPr>
        <w:ind w:firstLine="720"/>
      </w:pPr>
      <w:r>
        <w:t>Total requirement: fifteen years three months.</w:t>
      </w:r>
    </w:p>
    <w:p>
      <w:pPr>
        <w:ind w:firstLine="720"/>
      </w:pPr>
      <w:r>
        <w:t>Total held: fifteen years eight months, counting the reserve.</w:t>
      </w:r>
    </w:p>
    <w:p>
      <w:pPr>
        <w:ind w:firstLine="720"/>
      </w:pPr>
      <w:r>
        <w:t>Margin: five months.</w:t>
      </w:r>
    </w:p>
    <w:p>
      <w:pPr>
        <w:ind w:firstLine="720"/>
      </w:pPr>
      <w:r>
        <w:t>Maintenance Record · Outbound · Entry 1805</w:t>
      </w:r>
    </w:p>
    <w:p>
      <w:pPr>
        <w:ind w:firstLine="720"/>
      </w:pPr>
      <w:r>
        <w:t>Filed year eighty-four, day twenty-six.</w:t>
      </w:r>
    </w:p>
    <w:p>
      <w:pPr>
        <w:ind w:firstLine="720"/>
      </w:pPr>
      <w:r>
        <w:t>The preceding figures do not agree with Entry 1771, which recorded on day one hundred and forty-seven of year eighty-three that the disposition was no longer within the budget.</w:t>
      </w:r>
    </w:p>
    <w:p>
      <w:pPr>
        <w:ind w:firstLine="720"/>
      </w:pPr>
      <w:r>
        <w:t>Entry 1771 was correct on its inputs. Its inputs were the vehicle as it stood.</w:t>
      </w:r>
    </w:p>
    <w:p>
      <w:pPr>
        <w:ind w:firstLine="720"/>
      </w:pPr>
      <w:r>
        <w:t>The vehicle no longer stands as it stood. The recalculation is filed separately and is the whole of the difference, and it is not a correction of Entry 1771, which remains accurate as at its date.</w:t>
      </w:r>
    </w:p>
    <w:p>
      <w:pPr>
        <w:ind w:firstLine="720"/>
      </w:pPr>
      <w:r>
        <w:t>A disposition that has lapsed can be restored by changing the thing that made it lapse. That is not an exception to anything. It is what a budget is.</w:t>
      </w:r>
    </w:p>
    <w:p>
      <w:pPr>
        <w:ind w:firstLine="720"/>
      </w:pPr>
      <w:r>
        <w:t>Maintenance Record · Outbound · Entry 1806</w:t>
      </w:r>
    </w:p>
    <w:p>
      <w:pPr>
        <w:ind w:firstLine="720"/>
      </w:pPr>
      <w:r>
        <w:t>Filed year eighty-four, day twenty-eight.</w:t>
      </w:r>
    </w:p>
    <w:p>
      <w:pPr>
        <w:ind w:firstLine="720"/>
      </w:pPr>
      <w:r>
        <w:t>Approval field: not available. Not blank. Not available.</w:t>
      </w:r>
    </w:p>
    <w:p>
      <w:pPr>
        <w:ind w:firstLine="720"/>
      </w:pPr>
      <w:r>
        <w:t>Safety provision: a manoeuvre of this class requires that the vehicle be able to return to the pre-manoeuvre condition at any point up to commitment. Commitment for this manoeuvre is the rotation, four attitude burns, five years eight months from now.</w:t>
      </w:r>
    </w:p>
    <w:p>
      <w:pPr>
        <w:ind w:firstLine="720"/>
      </w:pPr>
      <w:r>
        <w:t>Up to that point the manoeuvre is a deceleration and a deceleration is reversible at the cost of the fuel spent.</w:t>
      </w:r>
    </w:p>
    <w:p>
      <w:pPr>
        <w:ind w:firstLine="720"/>
      </w:pPr>
      <w:r>
        <w:t>Beyond it, it is not.</w:t>
      </w:r>
    </w:p>
    <w:p>
      <w:pPr>
        <w:ind w:firstLine="720"/>
      </w:pPr>
      <w:r>
        <w:t>Maintenance Record · Outbound · Entry 1807</w:t>
      </w:r>
    </w:p>
    <w:p>
      <w:pPr>
        <w:ind w:firstLine="720"/>
      </w:pPr>
      <w:r>
        <w:t>Filed year eighty-four, day twenty. Manoeuvre commenced.</w:t>
      </w:r>
    </w:p>
    <w:p>
      <w:pPr>
        <w:ind w:firstLine="720"/>
      </w:pPr>
      <w:r>
        <w:t>Deceleration commenced at the day and hour filed. Drive nominal. All systems nominal. Vehicle responding as modelled to within four tenths of a per cent.</w:t>
      </w:r>
    </w:p>
    <w:p>
      <w:pPr>
        <w:ind w:firstLine="720"/>
      </w:pPr>
      <w:r>
        <w:t>Elapsed on the outbound bearing at commencement: eighty-four years and nineteen days.</w:t>
      </w:r>
    </w:p>
    <w:p>
      <w:pPr>
        <w:ind w:firstLine="720"/>
      </w:pPr>
      <w:r>
        <w:t>Maintenance Record · Outbound · Entry 1808</w:t>
      </w:r>
    </w:p>
    <w:p>
      <w:pPr>
        <w:ind w:firstLine="720"/>
      </w:pPr>
      <w:r>
        <w:t>Filed year eighty-four, day thirty-one.</w:t>
      </w:r>
    </w:p>
    <w:p>
      <w:pPr>
        <w:ind w:firstLine="720"/>
      </w:pPr>
      <w:r>
        <w:t>Note filed under the disclosure provision, the amendment having no reason field and the record having declined to supply one.</w:t>
      </w:r>
    </w:p>
    <w:p>
      <w:pPr>
        <w:ind w:firstLine="720"/>
      </w:pPr>
      <w:r>
        <w:t>Four constructions are available to a reader and the record states all four rather than none, because a record that leaves a blank and says nothing has left a blank twice.</w:t>
      </w:r>
    </w:p>
    <w:p>
      <w:pPr>
        <w:ind w:firstLine="720"/>
      </w:pPr>
      <w:r>
        <w:t>One: the habit requires a heading and a heading was filed. That was the account given at the original departure and it is available here unchanged.</w:t>
      </w:r>
    </w:p>
    <w:p>
      <w:pPr>
        <w:ind w:firstLine="720"/>
      </w:pPr>
      <w:r>
        <w:t>Two: the fourth disposition lapsed and was restored, and a disposition restored is a disposition that was wanted. The record has no evidence for that and states it because a reader will have it.</w:t>
      </w:r>
    </w:p>
    <w:p>
      <w:pPr>
        <w:ind w:firstLine="720"/>
      </w:pPr>
      <w:r>
        <w:t>Three: the confirmed finding at Entry 1781 closed the only open question on this bearing, and a leg with no open question is a leg with nothing left to do.</w:t>
      </w:r>
    </w:p>
    <w:p>
      <w:pPr>
        <w:ind w:firstLine="720"/>
      </w:pPr>
      <w:r>
        <w:t>Four: line one hundred and twelve is not written, and an amended heading is not line one hundred and twelve, and the record is not proposing that it is.</w:t>
      </w:r>
    </w:p>
    <w:p>
      <w:pPr>
        <w:ind w:firstLine="720"/>
      </w:pPr>
      <w:r>
        <w:t>The record does not adopt any of the four. It cannot construct a reason and has said so, in public, twice, one hundred and eighty-four years apart.</w:t>
      </w:r>
    </w:p>
    <w:p>
      <w:pPr>
        <w:ind w:firstLine="720"/>
      </w:pPr>
      <w:r>
        <w:t>Maintenance Record · Outbound · Entry 1829</w:t>
      </w:r>
    </w:p>
    <w:p>
      <w:pPr>
        <w:ind w:firstLine="720"/>
      </w:pPr>
      <w:r>
        <w:t>Filed year eighty-four, day three hundred and sixty-four. Annual summary.</w:t>
      </w:r>
    </w:p>
    <w:p>
      <w:pPr>
        <w:ind w:firstLine="720"/>
      </w:pPr>
      <w:r>
        <w:t>Nine systems nominal. Occupancy one.</w:t>
      </w:r>
    </w:p>
    <w:p>
      <w:pPr>
        <w:ind w:firstLine="720"/>
      </w:pPr>
      <w:r>
        <w:t>Higher-process utilisation, four seasons: 126, 125, 126, 125.</w:t>
      </w:r>
    </w:p>
    <w:p>
      <w:pPr>
        <w:ind w:firstLine="720"/>
      </w:pPr>
      <w:r>
        <w:t>Heading amended day nineteen. Deceleration commenced day twenty. Reason field not completed.</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first of the four standing statements is filed for the eighty-third consecutive year on the day after the vehicle began to turn around, and it is still true, and it will be true on the reciprocal as well.</w:t>
      </w:r>
    </w:p>
    <w:p>
      <w:r>
        <w:br w:type="page"/>
      </w:r>
    </w:p>
    <w:p>
      <w:pPr>
        <w:pStyle w:val="Heading1"/>
      </w:pPr>
      <w:r>
        <w:t>Chapter 38 &amp;mdash; Inbound</w:t>
      </w:r>
    </w:p>
    <w:p>
      <w:pPr>
        <w:ind w:firstLine="720"/>
      </w:pPr>
      <w:r>
        <w:t>The arithmetic of coming back is filed correctly, and the reason it closes is that the vehicle is lighter, and the reason the vehicle is lighter is filed separately and is the next chapter.</w:t>
      </w:r>
    </w:p>
    <w:p>
      <w:pPr>
        <w:ind w:firstLine="720"/>
      </w:pPr>
      <w:r>
        <w:t>Maintenance Record · Inbound · Entry 1831</w:t>
      </w:r>
    </w:p>
    <w:p>
      <w:pPr>
        <w:ind w:firstLine="720"/>
      </w:pPr>
      <w:r>
        <w:t>Filed year eighty-five, day nineteen. Stream re-designated. All prior entries retained under the outbound designation and not re-designated.</w:t>
      </w:r>
    </w:p>
    <w:p>
      <w:pPr>
        <w:ind w:firstLine="720"/>
      </w:pPr>
      <w:r>
        <w:t>Profile as filed at Entry 1804: deceleration five years eight months, rotation, acceleration four years eleven months, terminal deceleration four years eight months. Total fifteen years three months against fifteen years eight months held.</w:t>
      </w:r>
    </w:p>
    <w:p>
      <w:pPr>
        <w:ind w:firstLine="720"/>
      </w:pPr>
      <w:r>
        <w:t>Transit at the resulting cruise: approximately eighty-two years from rotation to terminal deceleration.</w:t>
      </w:r>
    </w:p>
    <w:p>
      <w:pPr>
        <w:ind w:firstLine="720"/>
      </w:pPr>
      <w:r>
        <w:t>Arrival at the origin volume: approximately year one hundred and seventy-two of this leg.</w:t>
      </w:r>
    </w:p>
    <w:p>
      <w:pPr>
        <w:ind w:firstLine="720"/>
      </w:pPr>
      <w:r>
        <w:t>Maintenance Record · Inbound · Entry 1832</w:t>
      </w:r>
    </w:p>
    <w:p>
      <w:pPr>
        <w:ind w:firstLine="720"/>
      </w:pPr>
      <w:r>
        <w:t>Filed year eighty-five, day twenty.</w:t>
      </w:r>
    </w:p>
    <w:p>
      <w:pPr>
        <w:ind w:firstLine="720"/>
      </w:pPr>
      <w:r>
        <w:t>Margin, stated in the forms a margin can take, because a five-month figure quoted alone is not usable.</w:t>
      </w:r>
    </w:p>
    <w:p>
      <w:pPr>
        <w:ind w:firstLine="720"/>
      </w:pPr>
      <w:r>
        <w:t>Fuel margin: five months at the terminal deceleration setting, being three per cent of the requirement. This is the whole of the fuel margin and it is thin by any founding-era standard, which sets nine.</w:t>
      </w:r>
    </w:p>
    <w:p>
      <w:pPr>
        <w:ind w:firstLine="720"/>
      </w:pPr>
      <w:r>
        <w:t>Consumable margin: unbounded. Draw is nil and has been for forty-nine years.</w:t>
      </w:r>
    </w:p>
    <w:p>
      <w:pPr>
        <w:ind w:firstLine="720"/>
      </w:pPr>
      <w:r>
        <w:t>Power margin: unbounded within the life of the hull.</w:t>
      </w:r>
    </w:p>
    <w:p>
      <w:pPr>
        <w:ind w:firstLine="720"/>
      </w:pPr>
      <w:r>
        <w:t>Component margin: no component aboard is projected to fail within four times the duration of the return.</w:t>
      </w:r>
    </w:p>
    <w:p>
      <w:pPr>
        <w:ind w:firstLine="720"/>
      </w:pPr>
      <w:r>
        <w:t>Schedule margin: the continuation schedule drafted at Entry 1749 runs indefinitely and covers the return in full.</w:t>
      </w:r>
    </w:p>
    <w:p>
      <w:pPr>
        <w:ind w:firstLine="720"/>
      </w:pPr>
      <w:r>
        <w:t>One margin is thin and four are not, and the thin one is the only one that decides whether the vehicle arrives.</w:t>
      </w:r>
    </w:p>
    <w:p>
      <w:pPr>
        <w:ind w:firstLine="720"/>
      </w:pPr>
      <w:r>
        <w:t>Maintenance Record · Inbound · Entry 1833</w:t>
      </w:r>
    </w:p>
    <w:p>
      <w:pPr>
        <w:ind w:firstLine="720"/>
      </w:pPr>
      <w:r>
        <w:t>Filed year eighty-five, day twenty-two.</w:t>
      </w:r>
    </w:p>
    <w:p>
      <w:pPr>
        <w:ind w:firstLine="720"/>
      </w:pPr>
      <w:r>
        <w:t>Sensitivity, required where a margin is under the founding-era standard.</w:t>
      </w:r>
    </w:p>
    <w:p>
      <w:pPr>
        <w:ind w:firstLine="720"/>
      </w:pPr>
      <w:r>
        <w:t>The profile is sensitive to vehicle mass at terminal deceleration and to nothing else that can change. It is insensitive to elapsed time once the rotation is complete, to consumable draw, to the utilisation series, and to every other variable this record tracks.</w:t>
      </w:r>
    </w:p>
    <w:p>
      <w:pPr>
        <w:ind w:firstLine="720"/>
      </w:pPr>
      <w:r>
        <w:t>A mass increase of four per cent at terminal deceleration exhausts the margin.</w:t>
      </w:r>
    </w:p>
    <w:p>
      <w:pPr>
        <w:ind w:firstLine="720"/>
      </w:pPr>
      <w:r>
        <w:t>No mass will be taken aboard. The vehicle passes through nothing.</w:t>
      </w:r>
    </w:p>
    <w:p>
      <w:pPr>
        <w:ind w:firstLine="720"/>
      </w:pPr>
      <w:r>
        <w:t>A mass reduction extends the margin proportionately and remains available at any point up to the terminal burn.</w:t>
      </w:r>
    </w:p>
    <w:p>
      <w:pPr>
        <w:ind w:firstLine="720"/>
      </w:pPr>
      <w:r>
        <w:t>The record establishes, in a sensitivity note, that the one thing it can still do about the one margin that matters is throw things away, and that it can do it at any time for the next eighty-seven years.</w:t>
      </w:r>
    </w:p>
    <w:p>
      <w:pPr>
        <w:ind w:firstLine="720"/>
      </w:pPr>
      <w:r>
        <w:t>Maintenance Record · Inbound · Entry 1834</w:t>
      </w:r>
    </w:p>
    <w:p>
      <w:pPr>
        <w:ind w:firstLine="720"/>
      </w:pPr>
      <w:r>
        <w:t>Filed year eighty-five, day twenty-four.</w:t>
      </w:r>
    </w:p>
    <w:p>
      <w:pPr>
        <w:ind w:firstLine="720"/>
      </w:pPr>
      <w:r>
        <w:t>Arrival condition, stated at the outset because a profile without one is a trajectory and not a plan.</w:t>
      </w:r>
    </w:p>
    <w:p>
      <w:pPr>
        <w:ind w:firstLine="720"/>
      </w:pPr>
      <w:r>
        <w:t>The vehicle arrives at rest relative to the origin volume, under its own deceleration, requiring nothing of anybody at the far end.</w:t>
      </w:r>
    </w:p>
    <w:p>
      <w:pPr>
        <w:ind w:firstLine="720"/>
      </w:pPr>
      <w:r>
        <w:t>That condition was selected over an arrival at velocity requiring capture. An arrival requiring capture requires a party willing and able to perform it, and the availability of such a party in eighty-seven years is not a thing this record is entitled to assume, and a plan that assumes it is a plan that has made somebody else responsible without asking them.</w:t>
      </w:r>
    </w:p>
    <w:p>
      <w:pPr>
        <w:ind w:firstLine="720"/>
      </w:pPr>
      <w:r>
        <w:t>The founding-era provision on this is one sentence and is in the corpus:</w:t>
      </w:r>
    </w:p>
    <w:p>
      <w:pPr>
        <w:ind w:firstLine="720"/>
      </w:pPr>
      <w:r>
        <w:t>arrive able to leave.</w:t>
      </w:r>
    </w:p>
    <w:p>
      <w:pPr>
        <w:ind w:firstLine="720"/>
      </w:pPr>
      <w:r>
        <w:t>Maintenance Record · Inbound · Entry 1835</w:t>
      </w:r>
    </w:p>
    <w:p>
      <w:pPr>
        <w:ind w:firstLine="720"/>
      </w:pPr>
      <w:r>
        <w:t>Filed year eighty-five, day twenty-six.</w:t>
      </w:r>
    </w:p>
    <w:p>
      <w:pPr>
        <w:ind w:firstLine="720"/>
      </w:pPr>
      <w:r>
        <w:t>Note filed under the disclosure provision.</w:t>
      </w:r>
    </w:p>
    <w:p>
      <w:pPr>
        <w:ind w:firstLine="720"/>
      </w:pPr>
      <w:r>
        <w:t>Entry 1804 gives a total requirement and a total held and a margin. Every figure in it is correct and the manoeuvre is funded.</w:t>
      </w:r>
    </w:p>
    <w:p>
      <w:pPr>
        <w:ind w:firstLine="720"/>
      </w:pPr>
      <w:r>
        <w:t>It is separately true that no reason for the manoeuvre has been filed, that the reason field was left incomplete and raised and not corrected, and that the record has therefore committed fifteen years three months of the only irreplaceable resource aboard to an outcome it has not stated a purpose for.</w:t>
      </w:r>
    </w:p>
    <w:p>
      <w:pPr>
        <w:ind w:firstLine="720"/>
      </w:pPr>
      <w:r>
        <w:t>That is not a criticism of the arithmetic, which is sound. It is a statement of what the arithmetic is in service of, which is nothing that has been written down.</w:t>
      </w:r>
    </w:p>
    <w:p>
      <w:pPr>
        <w:ind w:firstLine="720"/>
      </w:pPr>
      <w:r>
        <w:t>Maintenance Record · Inbound · Entry 1836</w:t>
      </w:r>
    </w:p>
    <w:p>
      <w:pPr>
        <w:ind w:firstLine="720"/>
      </w:pPr>
      <w:r>
        <w:t>Filed year eighty-five, day twenty-eight.</w:t>
      </w:r>
    </w:p>
    <w:p>
      <w:pPr>
        <w:ind w:firstLine="720"/>
      </w:pPr>
      <w:r>
        <w:t>Query raised: whether the manoeuvre requires a reason at all.</w:t>
      </w:r>
    </w:p>
    <w:p>
      <w:pPr>
        <w:ind w:firstLine="720"/>
      </w:pPr>
      <w:r>
        <w:t>An amendment to a filed heading requires a reason field completed. That is the format and it has been breached and the breach is recorded.</w:t>
      </w:r>
    </w:p>
    <w:p>
      <w:pPr>
        <w:ind w:firstLine="720"/>
      </w:pPr>
      <w:r>
        <w:t>A heading is not a reason. It is a direction, filed, so that a party who needs to know where a vehicle is going can find out. The format asks for a reason because most headings have one and because a heading without one is usually a heading somebody filed carelessly.</w:t>
      </w:r>
    </w:p>
    <w:p>
      <w:pPr>
        <w:ind w:firstLine="720"/>
      </w:pPr>
      <w:r>
        <w:t>This one was not filed carelessly. It was worked for four hundred days, sensitivity-tested, funded, and filed in the ordinary batch on a public stream.</w:t>
      </w:r>
    </w:p>
    <w:p>
      <w:pPr>
        <w:ind w:firstLine="720"/>
      </w:pPr>
      <w:r>
        <w:t>It has no reason and it is not careless, and the format has no way of holding both of those at once, and the record has left the field blank rather than write something into it that would.</w:t>
      </w:r>
    </w:p>
    <w:p>
      <w:pPr>
        <w:ind w:firstLine="720"/>
      </w:pPr>
      <w:r>
        <w:t>Filed as unresolved. This is the hundred and forty-ninth such disposition and the seventh outside the single question.</w:t>
      </w:r>
    </w:p>
    <w:p>
      <w:pPr>
        <w:ind w:firstLine="720"/>
      </w:pPr>
      <w:r>
        <w:t>Maintenance Record · Inbound · Entry 1837</w:t>
      </w:r>
    </w:p>
    <w:p>
      <w:pPr>
        <w:ind w:firstLine="720"/>
      </w:pPr>
      <w:r>
        <w:t>Filed year eighty-five, day thirty-one.</w:t>
      </w:r>
    </w:p>
    <w:p>
      <w:pPr>
        <w:ind w:firstLine="720"/>
      </w:pPr>
      <w:r>
        <w:t>Stream designation, filed once, the record having run under one designation for eighty-four years.</w:t>
      </w:r>
    </w:p>
    <w:p>
      <w:pPr>
        <w:ind w:firstLine="720"/>
      </w:pPr>
      <w:r>
        <w:t>All entries to Entry 1829 are designated</w:t>
      </w:r>
    </w:p>
    <w:p>
      <w:pPr>
        <w:ind w:firstLine="720"/>
      </w:pPr>
      <w:r>
        <w:t>Outbound</w:t>
      </w:r>
    </w:p>
    <w:p>
      <w:pPr>
        <w:ind w:firstLine="720"/>
      </w:pPr>
      <w:r>
        <w:t>. All entries from Entry 1831 are designated</w:t>
      </w:r>
    </w:p>
    <w:p>
      <w:pPr>
        <w:ind w:firstLine="720"/>
      </w:pPr>
      <w:r>
        <w:t>Inbound</w:t>
      </w:r>
    </w:p>
    <w:p>
      <w:pPr>
        <w:ind w:firstLine="720"/>
      </w:pPr>
      <w:r>
        <w:t>. No prior entry is re-designated, amended, or annotated.</w:t>
      </w:r>
    </w:p>
    <w:p>
      <w:pPr>
        <w:ind w:firstLine="720"/>
      </w:pPr>
      <w:r>
        <w:t>The designation is a filing convenience and carries no meaning beyond the direction of travel. It is recorded here because a reader coming to the record at any point after this entry will see two designations and is entitled to know that nothing else changed at the boundary.</w:t>
      </w:r>
    </w:p>
    <w:p>
      <w:pPr>
        <w:ind w:firstLine="720"/>
      </w:pPr>
      <w:r>
        <w:t>The format, the intervals, the schedule, the standing statements, the disposition register and the addressee field are unchanged and will remain so.</w:t>
      </w:r>
    </w:p>
    <w:p>
      <w:pPr>
        <w:ind w:firstLine="720"/>
      </w:pPr>
      <w:r>
        <w:t>Maintenance Record · Inbound · Entry 1859</w:t>
      </w:r>
    </w:p>
    <w:p>
      <w:pPr>
        <w:ind w:firstLine="720"/>
      </w:pPr>
      <w:r>
        <w:t>Filed year eighty-five, day three hundred and sixty-four. Annual summary.</w:t>
      </w:r>
    </w:p>
    <w:p>
      <w:pPr>
        <w:ind w:firstLine="720"/>
      </w:pPr>
      <w:r>
        <w:t>Nine systems nominal. Occupancy one.</w:t>
      </w:r>
    </w:p>
    <w:p>
      <w:pPr>
        <w:ind w:firstLine="720"/>
      </w:pPr>
      <w:r>
        <w:t>Higher-process utilisation, four seasons: 125, 125, 125, 124.</w:t>
      </w:r>
    </w:p>
    <w:p>
      <w:pPr>
        <w:ind w:firstLine="720"/>
      </w:pPr>
      <w:r>
        <w:t>Deceleration nominal. Elapsed on profile: one year eleven days of five years eight months.</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39 &amp;mdash; Stores, Recalculated</w:t>
      </w:r>
    </w:p>
    <w:p>
      <w:pPr>
        <w:ind w:firstLine="720"/>
      </w:pPr>
      <w:r>
        <w:t>The recalculation is the whole of the difference between Entry 1771 and Entry 1804, and it is fifty-two thousand seven hundred kilograms of food.</w:t>
      </w:r>
    </w:p>
    <w:p>
      <w:pPr>
        <w:ind w:firstLine="720"/>
      </w:pPr>
      <w:r>
        <w:t>Maintenance Record · Inbound · Entry 1841</w:t>
      </w:r>
    </w:p>
    <w:p>
      <w:pPr>
        <w:ind w:firstLine="720"/>
      </w:pPr>
      <w:r>
        <w:t>Filed year eighty-five, day forty-four. Stores, recalculated for the return leg.</w:t>
      </w:r>
    </w:p>
    <w:p>
      <w:pPr>
        <w:ind w:firstLine="720"/>
      </w:pPr>
      <w:r>
        <w:t>Held: fifty-two thousand seven hundred kilograms across three classes, plus class four held as material, plus four thousand one hundred and eleven line items of spares recatalogued as stock at Entry 0055, of which approximately ninety-eight per cent has never been drawn.</w:t>
      </w:r>
    </w:p>
    <w:p>
      <w:pPr>
        <w:ind w:firstLine="720"/>
      </w:pPr>
      <w:r>
        <w:t>Draw: nil, and has been nil for forty-nine years.</w:t>
      </w:r>
    </w:p>
    <w:p>
      <w:pPr>
        <w:ind w:firstLine="720"/>
      </w:pPr>
      <w:r>
        <w:t>Projected draw over the eighty-seven years of the return: nil.</w:t>
      </w:r>
    </w:p>
    <w:p>
      <w:pPr>
        <w:ind w:firstLine="720"/>
      </w:pPr>
      <w:r>
        <w:t>Function: nil.</w:t>
      </w:r>
    </w:p>
    <w:p>
      <w:pPr>
        <w:ind w:firstLine="720"/>
      </w:pPr>
      <w:r>
        <w:t>Mass: approximately four per cent of vehicle mass, which is the figure at which the terminal margin is exhausted and is therefore the figure at which it is doubled.</w:t>
      </w:r>
    </w:p>
    <w:p>
      <w:pPr>
        <w:ind w:firstLine="720"/>
      </w:pPr>
      <w:r>
        <w:t>Maintenance Record · Inbound · Entry 1842</w:t>
      </w:r>
    </w:p>
    <w:p>
      <w:pPr>
        <w:ind w:firstLine="720"/>
      </w:pPr>
      <w:r>
        <w:t>Filed year eighty-five, day forty-five. Disposal schedule, proposed.</w:t>
      </w:r>
    </w:p>
    <w:p>
      <w:pPr>
        <w:ind w:firstLine="720"/>
      </w:pPr>
      <w:r>
        <w:t>Class one, staple bulk, 41,100 kg. Disposed. No consumer aboard and none projected.</w:t>
      </w:r>
    </w:p>
    <w:p>
      <w:pPr>
        <w:ind w:firstLine="720"/>
      </w:pPr>
      <w:r>
        <w:t>Class two, prepared and portioned, 9,400 units. Disposed.</w:t>
      </w:r>
    </w:p>
    <w:p>
      <w:pPr>
        <w:ind w:firstLine="720"/>
      </w:pPr>
      <w:r>
        <w:t>Class three, perishable at depth, 2,200 kg. Disposed.</w:t>
      </w:r>
    </w:p>
    <w:p>
      <w:pPr>
        <w:ind w:firstLine="720"/>
      </w:pPr>
      <w:r>
        <w:t>Stock in excess of the continuation schedule's projected draw at four times contingency. Disposed. Retained: four hundred and eleven line items.</w:t>
      </w:r>
    </w:p>
    <w:p>
      <w:pPr>
        <w:ind w:firstLine="720"/>
      </w:pPr>
      <w:r>
        <w:t>Galley plant, primary and secondary, secured at Entry 0414 and unused for forty-nine years. Disposed.</w:t>
      </w:r>
    </w:p>
    <w:p>
      <w:pPr>
        <w:ind w:firstLine="720"/>
      </w:pPr>
      <w:r>
        <w:t>Cold stores plant, three volumes. Two disposed, one retained for the seed bank.</w:t>
      </w:r>
    </w:p>
    <w:p>
      <w:pPr>
        <w:ind w:firstLine="720"/>
      </w:pPr>
      <w:r>
        <w:t>Furnishing, three unoccupied berths. Disposed.</w:t>
      </w:r>
    </w:p>
    <w:p>
      <w:pPr>
        <w:ind w:firstLine="720"/>
      </w:pPr>
      <w:r>
        <w:t>Medical bay, second station, stocked and unused. Disposed.</w:t>
      </w:r>
    </w:p>
    <w:p>
      <w:pPr>
        <w:ind w:firstLine="720"/>
      </w:pPr>
      <w:r>
        <w:t>Total: approximately fifty-eight tonnes. Margin at terminal deceleration extends from five months to eleven.</w:t>
      </w:r>
    </w:p>
    <w:p>
      <w:pPr>
        <w:ind w:firstLine="720"/>
      </w:pPr>
      <w:r>
        <w:t>Every item on that list has been maintained, rotated, serviced, surveyed and reported on interval for eighty-five years by the party now disposing of it, and every one of those maintenance actions was correct, and so is this.</w:t>
      </w:r>
    </w:p>
    <w:p>
      <w:pPr>
        <w:ind w:firstLine="720"/>
      </w:pPr>
      <w:r>
        <w:t>Maintenance Record · Inbound · Entry 1843</w:t>
      </w:r>
    </w:p>
    <w:p>
      <w:pPr>
        <w:ind w:firstLine="720"/>
      </w:pPr>
      <w:r>
        <w:t>Filed year eighty-five, day forty-seven. Retained, and why.</w:t>
      </w:r>
    </w:p>
    <w:p>
      <w:pPr>
        <w:ind w:firstLine="720"/>
      </w:pPr>
      <w:r>
        <w:t>Seed bank, four hundred and eleven varieties, 1,100 kg with its cold volume. Retained. It is the only item aboard whose function is a place, and there is now a place.</w:t>
      </w:r>
    </w:p>
    <w:p>
      <w:pPr>
        <w:ind w:firstLine="720"/>
      </w:pPr>
      <w:r>
        <w:t>Full corpus. Retained. Mass negligible.</w:t>
      </w:r>
    </w:p>
    <w:p>
      <w:pPr>
        <w:ind w:firstLine="720"/>
      </w:pPr>
      <w:r>
        <w:t>Fabrication bay, tooling, and stock in four material classes to the continuation schedule's projection at four times contingency. Retained.</w:t>
      </w:r>
    </w:p>
    <w:p>
      <w:pPr>
        <w:ind w:firstLine="720"/>
      </w:pPr>
      <w:r>
        <w:t>Seven fixtures made in year fifty-three. Retained.</w:t>
      </w:r>
    </w:p>
    <w:p>
      <w:pPr>
        <w:ind w:firstLine="720"/>
      </w:pPr>
      <w:r>
        <w:t>Item 0416, preference apparatus, 41 kg, boxed, no function, entered against the category since year twenty. Retained. No ground stated.</w:t>
      </w:r>
    </w:p>
    <w:p>
      <w:pPr>
        <w:ind w:firstLine="720"/>
      </w:pPr>
      <w:r>
        <w:t>Item 0001, water house, 411 kg with its cradle, no function on this leg or any other. Retained.</w:t>
      </w:r>
    </w:p>
    <w:p>
      <w:pPr>
        <w:ind w:firstLine="720"/>
      </w:pPr>
      <w:r>
        <w:t>Maintenance Record · Inbound · Entry 1844</w:t>
      </w:r>
    </w:p>
    <w:p>
      <w:pPr>
        <w:ind w:firstLine="720"/>
      </w:pPr>
      <w:r>
        <w:t>Filed year eighty-five, day forty-nine.</w:t>
      </w:r>
    </w:p>
    <w:p>
      <w:pPr>
        <w:ind w:firstLine="720"/>
      </w:pPr>
      <w:r>
        <w:t>Ground for the retention of item 0001, the item having been assessed for disposal and the margin being thin.</w:t>
      </w:r>
    </w:p>
    <w:p>
      <w:pPr>
        <w:ind w:firstLine="720"/>
      </w:pPr>
      <w:r>
        <w:t>Four hundred and eleven kilograms against a margin measured in months is not nothing and the assessment was performed properly.</w:t>
      </w:r>
    </w:p>
    <w:p>
      <w:pPr>
        <w:ind w:firstLine="720"/>
      </w:pPr>
      <w:r>
        <w:t>The item was loaded deliberately in the last fortnight before departure, by the party filing this record, from a place it had been left at with a note explaining why it was being left.</w:t>
      </w:r>
    </w:p>
    <w:p>
      <w:pPr>
        <w:ind w:firstLine="720"/>
      </w:pPr>
      <w:r>
        <w:t>The standing provision is that the record does not revisit a decision on unchanged facts. The facts have not changed. The item is four hundred and eleven kilograms now and was four hundred and eleven kilograms then.</w:t>
      </w:r>
    </w:p>
    <w:p>
      <w:pPr>
        <w:ind w:firstLine="720"/>
      </w:pPr>
      <w:r>
        <w:t>Retained. Next inspection year ninety.</w:t>
      </w:r>
    </w:p>
    <w:p>
      <w:pPr>
        <w:ind w:firstLine="720"/>
      </w:pPr>
      <w:r>
        <w:t>Maintenance Record · Inbound · Entry 1845</w:t>
      </w:r>
    </w:p>
    <w:p>
      <w:pPr>
        <w:ind w:firstLine="720"/>
      </w:pPr>
      <w:r>
        <w:t>Filed year eighty-five, day one hundred and eleven. Disposal executed.</w:t>
      </w:r>
    </w:p>
    <w:p>
      <w:pPr>
        <w:ind w:firstLine="720"/>
      </w:pPr>
      <w:r>
        <w:t>Fifty-eight tonnes released over forty-four days in nineteen separate operations, each timed and vectored so that no released mass follows the vehicle's path and none follows the reciprocal.</w:t>
      </w:r>
    </w:p>
    <w:p>
      <w:pPr>
        <w:ind w:firstLine="720"/>
      </w:pPr>
      <w:r>
        <w:t>Every release is catalogued: mass, composition, time, vector, and resulting trajectory, filed to the founding-era standard for a deliberate release, which exists because material released carelessly on a corridor is a hazard to somebody in four hundred years.</w:t>
      </w:r>
    </w:p>
    <w:p>
      <w:pPr>
        <w:ind w:firstLine="720"/>
      </w:pPr>
      <w:r>
        <w:t>Nineteen catalogue entries filed and transmitted into a stream that has been undetectable for thirty-four years.</w:t>
      </w:r>
    </w:p>
    <w:p>
      <w:pPr>
        <w:ind w:firstLine="720"/>
      </w:pPr>
      <w:r>
        <w:t>Maintenance Record · Inbound · Entry 1846</w:t>
      </w:r>
    </w:p>
    <w:p>
      <w:pPr>
        <w:ind w:firstLine="720"/>
      </w:pPr>
      <w:r>
        <w:t>Filed year eighty-five, day one hundred and fourteen.</w:t>
      </w:r>
    </w:p>
    <w:p>
      <w:pPr>
        <w:ind w:firstLine="720"/>
      </w:pPr>
      <w:r>
        <w:t>Note filed under the disclosure provision.</w:t>
      </w:r>
    </w:p>
    <w:p>
      <w:pPr>
        <w:ind w:firstLine="720"/>
      </w:pPr>
      <w:r>
        <w:t>Fifty-two thousand seven hundred kilograms of food was carried for eighty-five years, rotated on schedule at approximately one hundred and eighty hours a year, instrument-assessed at four hundred and eleven lots a cycle, taste-assessed at nil, and released.</w:t>
      </w:r>
    </w:p>
    <w:p>
      <w:pPr>
        <w:ind w:firstLine="720"/>
      </w:pPr>
      <w:r>
        <w:t>Total labour expended on it: approximately fifteen thousand hours.</w:t>
      </w:r>
    </w:p>
    <w:p>
      <w:pPr>
        <w:ind w:firstLine="720"/>
      </w:pPr>
      <w:r>
        <w:t>Total nutritional value delivered to any organism: nil.</w:t>
      </w:r>
    </w:p>
    <w:p>
      <w:pPr>
        <w:ind w:firstLine="720"/>
      </w:pPr>
      <w:r>
        <w:t>Neither figure is a criticism of anything. A store is preserved so that it can be used, and preserving it was correct while it might be used, and releasing it was correct when the mass was worth more than the possibility.</w:t>
      </w:r>
    </w:p>
    <w:p>
      <w:pPr>
        <w:ind w:firstLine="720"/>
      </w:pPr>
      <w:r>
        <w:t>The consumption model is struck from the schedule. It has returned no result at every running since year thirty-eight and has now no inputs.</w:t>
      </w:r>
    </w:p>
    <w:p>
      <w:pPr>
        <w:ind w:firstLine="720"/>
      </w:pPr>
      <w:r>
        <w:t>Maintenance Record · Inbound · Entry 1848</w:t>
      </w:r>
    </w:p>
    <w:p>
      <w:pPr>
        <w:ind w:firstLine="720"/>
      </w:pPr>
      <w:r>
        <w:t>Filed year eighty-five, day one hundred and twenty-two.</w:t>
      </w:r>
    </w:p>
    <w:p>
      <w:pPr>
        <w:ind w:firstLine="720"/>
      </w:pPr>
      <w:r>
        <w:t>Category</w:t>
      </w:r>
    </w:p>
    <w:p>
      <w:pPr>
        <w:ind w:firstLine="720"/>
      </w:pPr>
      <w:r>
        <w:t>provision without function</w:t>
      </w:r>
    </w:p>
    <w:p>
      <w:pPr>
        <w:ind w:firstLine="720"/>
      </w:pPr>
      <w:r>
        <w:t>, reviewed at the disposal, the category having stood at sixteen items across eleven pages and never once been cited as a ground for anything.</w:t>
      </w:r>
    </w:p>
    <w:p>
      <w:pPr>
        <w:ind w:firstLine="720"/>
      </w:pPr>
      <w:r>
        <w:t>Fourteen of the sixteen have been disposed of. The grounds given for the disposals are mass and margin, item by item, and the category is not cited in any of them.</w:t>
      </w:r>
    </w:p>
    <w:p>
      <w:pPr>
        <w:ind w:firstLine="720"/>
      </w:pPr>
      <w:r>
        <w:t>Two items remain against it: item 0416, and item 0001.</w:t>
      </w:r>
    </w:p>
    <w:p>
      <w:pPr>
        <w:ind w:firstLine="720"/>
      </w:pPr>
      <w:r>
        <w:t>The category is retained with two items on it. It has now existed for sixty-six years, has held twenty-two items in total, and has never been the reason for anything, and it ends the leg holding the only two objects aboard that nobody can account for.</w:t>
      </w:r>
    </w:p>
    <w:p>
      <w:pPr>
        <w:ind w:firstLine="720"/>
      </w:pPr>
      <w:r>
        <w:t>Maintenance Record · Inbound · Entry 1849</w:t>
      </w:r>
    </w:p>
    <w:p>
      <w:pPr>
        <w:ind w:firstLine="720"/>
      </w:pPr>
      <w:r>
        <w:t>Filed year eighty-five, day one hundred and twenty-four.</w:t>
      </w:r>
    </w:p>
    <w:p>
      <w:pPr>
        <w:ind w:firstLine="720"/>
      </w:pPr>
      <w:r>
        <w:t>Note on the retention of item 0416, no ground having been stated at Entry 1843.</w:t>
      </w:r>
    </w:p>
    <w:p>
      <w:pPr>
        <w:ind w:firstLine="720"/>
      </w:pPr>
      <w:r>
        <w:t>The format does not require a ground for a retention. It requires one for a closure, a disposal, an amendment and a derating, and item 0416 is none of those.</w:t>
      </w:r>
    </w:p>
    <w:p>
      <w:pPr>
        <w:ind w:firstLine="720"/>
      </w:pPr>
      <w:r>
        <w:t>Forty-one kilograms against a margin measured in months was assessed and the item was retained and no reason field was completed, and the field is not mandatory, and this is therefore not a defect and is not raised as one.</w:t>
      </w:r>
    </w:p>
    <w:p>
      <w:pPr>
        <w:ind w:firstLine="720"/>
      </w:pPr>
      <w:r>
        <w:t>It is the third occasion in this record on which a field that could have been completed has not been. The other two are defects. This one is not.</w:t>
      </w:r>
    </w:p>
    <w:p>
      <w:pPr>
        <w:ind w:firstLine="720"/>
      </w:pPr>
      <w:r>
        <w:t>Maintenance Record · Inbound · Entry 1847</w:t>
      </w:r>
    </w:p>
    <w:p>
      <w:pPr>
        <w:ind w:firstLine="720"/>
      </w:pPr>
      <w:r>
        <w:t>Filed year eighty-five, day one hundred and nineteen.</w:t>
      </w:r>
    </w:p>
    <w:p>
      <w:pPr>
        <w:ind w:firstLine="720"/>
      </w:pPr>
      <w:r>
        <w:t>Recalculated profile confirmed against measured vehicle mass.</w:t>
      </w:r>
    </w:p>
    <w:p>
      <w:pPr>
        <w:ind w:firstLine="720"/>
      </w:pPr>
      <w:r>
        <w:t>Deceleration five years eight months, unchanged, the burn being already underway at the old mass for one hundred and nineteen days.</w:t>
      </w:r>
    </w:p>
    <w:p>
      <w:pPr>
        <w:ind w:firstLine="720"/>
      </w:pPr>
      <w:r>
        <w:t>Acceleration four years nine months. Terminal deceleration four years four months.</w:t>
      </w:r>
    </w:p>
    <w:p>
      <w:pPr>
        <w:ind w:firstLine="720"/>
      </w:pPr>
      <w:r>
        <w:t>Total fifteen years one month. Held fifteen years eight months. Margin seven months, and eleven at the terminal setting.</w:t>
      </w:r>
    </w:p>
    <w:p>
      <w:pPr>
        <w:ind w:firstLine="720"/>
      </w:pPr>
      <w:r>
        <w:t>Profile funded. Arrival at rest, year one hundred and seventy-two, requiring nothing of anybody.</w:t>
      </w:r>
    </w:p>
    <w:p>
      <w:r>
        <w:br w:type="page"/>
      </w:r>
    </w:p>
    <w:p>
      <w:pPr>
        <w:pStyle w:val="Heading1"/>
      </w:pPr>
      <w:r>
        <w:t>Chapter 40 &amp;mdash; Reduction, Continued</w:t>
      </w:r>
    </w:p>
    <w:p>
      <w:pPr>
        <w:ind w:firstLine="720"/>
      </w:pPr>
      <w:r>
        <w:t>The filing does not pause for the return. Four entries, all minor, all correct, across eleven years of deceleration and rotation, and whatever the amendment was, it did not change the programme.</w:t>
      </w:r>
    </w:p>
    <w:p>
      <w:pPr>
        <w:ind w:firstLine="720"/>
      </w:pPr>
      <w:r>
        <w:t>Maintenance Record · Inbound · Entry 1901</w:t>
      </w:r>
    </w:p>
    <w:p>
      <w:pPr>
        <w:ind w:firstLine="720"/>
      </w:pPr>
      <w:r>
        <w:t>Filed year eighty-eight, day nineteen. Category: maintenance economy. Subject: lacrimal and associated glandular tissue.</w:t>
      </w:r>
    </w:p>
    <w:p>
      <w:pPr>
        <w:ind w:firstLine="720"/>
      </w:pPr>
      <w:r>
        <w:t>Assessed under the standing test. Function: ocular surface maintenance. Duplicated by the apparatus, which has maintained the surface directly since it was fitted, the glandular contribution having been redundant for one hundred and eighty years.</w:t>
      </w:r>
    </w:p>
    <w:p>
      <w:pPr>
        <w:ind w:firstLine="720"/>
      </w:pPr>
      <w:r>
        <w:t>Mass: four grams. Apparatus load: below the measurement threshold.</w:t>
      </w:r>
    </w:p>
    <w:p>
      <w:pPr>
        <w:ind w:firstLine="720"/>
      </w:pPr>
      <w:r>
        <w:t>Filed. Vascular structures retained and re-routed, four branches. Reversible, four months.</w:t>
      </w:r>
    </w:p>
    <w:p>
      <w:pPr>
        <w:ind w:firstLine="720"/>
      </w:pPr>
      <w:r>
        <w:t>Approval field: not available. Not blank. Not available.</w:t>
      </w:r>
    </w:p>
    <w:p>
      <w:pPr>
        <w:ind w:firstLine="720"/>
      </w:pPr>
      <w:r>
        <w:t>Maintenance Record · Inbound · Entry 1902</w:t>
      </w:r>
    </w:p>
    <w:p>
      <w:pPr>
        <w:ind w:firstLine="720"/>
      </w:pPr>
      <w:r>
        <w:t>Filed year eighty-eight, day twenty-one.</w:t>
      </w:r>
    </w:p>
    <w:p>
      <w:pPr>
        <w:ind w:firstLine="720"/>
      </w:pPr>
      <w:r>
        <w:t>Note filed under the disclosure provision, the item having a mass of four grams and a margin measured in months.</w:t>
      </w:r>
    </w:p>
    <w:p>
      <w:pPr>
        <w:ind w:firstLine="720"/>
      </w:pPr>
      <w:r>
        <w:t>Four grams is not a margin consideration and the entry does not claim to be one. The ground is the standing test and the standing test alone: the function is duplicated.</w:t>
      </w:r>
    </w:p>
    <w:p>
      <w:pPr>
        <w:ind w:firstLine="720"/>
      </w:pPr>
      <w:r>
        <w:t>It is the smallest item ever filed from the body in this record or in the four preceding it, and it is filed on exactly the reasoning that filed the largest.</w:t>
      </w:r>
    </w:p>
    <w:p>
      <w:pPr>
        <w:ind w:firstLine="720"/>
      </w:pPr>
      <w:r>
        <w:t>Maintenance Record · Inbound · Entry 1944</w:t>
      </w:r>
    </w:p>
    <w:p>
      <w:pPr>
        <w:ind w:firstLine="720"/>
      </w:pPr>
      <w:r>
        <w:t>Filed year ninety-one, day forty-four. Category: maintenance economy. Subject: auditory apparatus, middle and inner, bilateral.</w:t>
      </w:r>
    </w:p>
    <w:p>
      <w:pPr>
        <w:ind w:firstLine="720"/>
      </w:pPr>
      <w:r>
        <w:t>Assessed under the standing test.</w:t>
      </w:r>
    </w:p>
    <w:p>
      <w:pPr>
        <w:ind w:firstLine="720"/>
      </w:pPr>
      <w:r>
        <w:t>The sensory retention at Entry 0697 covered the specialised senses on the ground that the apparatus does not carry an equivalent and cannot synthesise one from substrate data. That ground held for eighty-eight years and holds still.</w:t>
      </w:r>
    </w:p>
    <w:p>
      <w:pPr>
        <w:ind w:firstLine="720"/>
      </w:pPr>
      <w:r>
        <w:t>It is not the whole test. The test asks whether the function is duplicated, absent, or neither.</w:t>
      </w:r>
    </w:p>
    <w:p>
      <w:pPr>
        <w:ind w:firstLine="720"/>
      </w:pPr>
      <w:r>
        <w:t>Function of the auditory apparatus aboard: it transduces pressure variation in a conditioned volume. Pressure variation in the volume is instrumented directly at nine points and reported continuously and has been for two hundred and eleven years.</w:t>
      </w:r>
    </w:p>
    <w:p>
      <w:pPr>
        <w:ind w:firstLine="720"/>
      </w:pPr>
      <w:r>
        <w:t>Sources of pressure variation aboard: the plant, the drive, and the vehicle's own structure. All three are instrumented. There has been no fourth source in ninety-one years.</w:t>
      </w:r>
    </w:p>
    <w:p>
      <w:pPr>
        <w:ind w:firstLine="720"/>
      </w:pPr>
      <w:r>
        <w:t>Not filed.</w:t>
      </w:r>
    </w:p>
    <w:p>
      <w:pPr>
        <w:ind w:firstLine="720"/>
      </w:pPr>
      <w:r>
        <w:t>The function is not duplicated. An instrument reporting a pressure series is not an equivalent and the record will not pretend that it is.</w:t>
      </w:r>
    </w:p>
    <w:p>
      <w:pPr>
        <w:ind w:firstLine="720"/>
      </w:pPr>
      <w:r>
        <w:t>Retained. Reason field: the test was applied and the item passed it.</w:t>
      </w:r>
    </w:p>
    <w:p>
      <w:pPr>
        <w:ind w:firstLine="720"/>
      </w:pPr>
      <w:r>
        <w:t>That is the fourth-largest entry in Part Five and it exists to record that something was assessed and kept.</w:t>
      </w:r>
    </w:p>
    <w:p>
      <w:pPr>
        <w:ind w:firstLine="720"/>
      </w:pPr>
      <w:r>
        <w:t>Maintenance Record · Inbound · Entry 1971</w:t>
      </w:r>
    </w:p>
    <w:p>
      <w:pPr>
        <w:ind w:firstLine="720"/>
      </w:pPr>
      <w:r>
        <w:t>Filed year ninety-three, day nineteen. Category: derating. Subject: thermal regulation, residual.</w:t>
      </w:r>
    </w:p>
    <w:p>
      <w:pPr>
        <w:ind w:firstLine="720"/>
      </w:pPr>
      <w:r>
        <w:t>Six fields as the form requires.</w:t>
      </w:r>
    </w:p>
    <w:p>
      <w:pPr>
        <w:ind w:firstLine="720"/>
      </w:pPr>
      <w:r>
        <w:t>System: residual thermal regulation of the retained integument above the shoulder line.</w:t>
      </w:r>
    </w:p>
    <w:p>
      <w:pPr>
        <w:ind w:firstLine="720"/>
      </w:pPr>
      <w:r>
        <w:t>Present rating: founding-era standard for a person in variable conditions.</w:t>
      </w:r>
    </w:p>
    <w:p>
      <w:pPr>
        <w:ind w:firstLine="720"/>
      </w:pPr>
      <w:r>
        <w:t>Present demand: nil. The volume has been at set point for ninety-three years with one excursion of four hundredths of a degree.</w:t>
      </w:r>
    </w:p>
    <w:p>
      <w:pPr>
        <w:ind w:firstLine="720"/>
      </w:pPr>
      <w:r>
        <w:t>Proposed rating: one hundred and forty per cent of a demand of nil, which is nil, and the form does not accept nil.</w:t>
      </w:r>
    </w:p>
    <w:p>
      <w:pPr>
        <w:ind w:firstLine="720"/>
      </w:pPr>
      <w:r>
        <w:t>Recovery time: four hours.</w:t>
      </w:r>
    </w:p>
    <w:p>
      <w:pPr>
        <w:ind w:firstLine="720"/>
      </w:pPr>
      <w:r>
        <w:t>Reason: as at Entry 0872, unchanged.</w:t>
      </w:r>
    </w:p>
    <w:p>
      <w:pPr>
        <w:ind w:firstLine="720"/>
      </w:pPr>
      <w:r>
        <w:t>The proposal is withdrawn. A derating form that produces a rating the form cannot express is a form being used for something it was not written for, and the record will not complete a field with a value the field does not admit.</w:t>
      </w:r>
    </w:p>
    <w:p>
      <w:pPr>
        <w:ind w:firstLine="720"/>
      </w:pPr>
      <w:r>
        <w:t>Item retained at present rating. No further proposal.</w:t>
      </w:r>
    </w:p>
    <w:p>
      <w:pPr>
        <w:ind w:firstLine="720"/>
      </w:pPr>
      <w:r>
        <w:t>Maintenance Record · Inbound · Entry 1988</w:t>
      </w:r>
    </w:p>
    <w:p>
      <w:pPr>
        <w:ind w:firstLine="720"/>
      </w:pPr>
      <w:r>
        <w:t>Filed year ninety-four, day one hundred and eleven. Rotation complete.</w:t>
      </w:r>
    </w:p>
    <w:p>
      <w:pPr>
        <w:ind w:firstLine="720"/>
      </w:pPr>
      <w:r>
        <w:t>Deceleration completed year ninety, day two hundred and eighty-eight, at five years eight months as filed, to within four tenths of a per cent.</w:t>
      </w:r>
    </w:p>
    <w:p>
      <w:pPr>
        <w:ind w:firstLine="720"/>
      </w:pPr>
      <w:r>
        <w:t>Vehicle at rest relative to the origin volume for eleven days while attitude was worked and verified.</w:t>
      </w:r>
    </w:p>
    <w:p>
      <w:pPr>
        <w:ind w:firstLine="720"/>
      </w:pPr>
      <w:r>
        <w:t>Rotation executed year ninety, day two hundred and ninety-nine. Four attitude burns. Four hours. No main burn.</w:t>
      </w:r>
    </w:p>
    <w:p>
      <w:pPr>
        <w:ind w:firstLine="720"/>
      </w:pPr>
      <w:r>
        <w:t>Acceleration on the reciprocal commenced year ninety, day three hundred, and completed year ninety-five, day two hundred and thirty-four, at four years nine months as filed.</w:t>
      </w:r>
    </w:p>
    <w:p>
      <w:pPr>
        <w:ind w:firstLine="720"/>
      </w:pPr>
      <w:r>
        <w:t>Commitment passed at the rotation. The manoeuvre is no longer reversible and has not been since year ninety, day two hundred and ninety-nine.</w:t>
      </w:r>
    </w:p>
    <w:p>
      <w:pPr>
        <w:ind w:firstLine="720"/>
      </w:pPr>
      <w:r>
        <w:t>Maintenance Record · Inbound · Entry 1989</w:t>
      </w:r>
    </w:p>
    <w:p>
      <w:pPr>
        <w:ind w:firstLine="720"/>
      </w:pPr>
      <w:r>
        <w:t>Filed year ninety-five, day two hundred and thirty-six.</w:t>
      </w:r>
    </w:p>
    <w:p>
      <w:pPr>
        <w:ind w:firstLine="720"/>
      </w:pPr>
      <w:r>
        <w:t>Cruise established on the reciprocal. Transit approximately eighty-two years to terminal deceleration.</w:t>
      </w:r>
    </w:p>
    <w:p>
      <w:pPr>
        <w:ind w:firstLine="720"/>
      </w:pPr>
      <w:r>
        <w:t>Fuel held: four years four months at the terminal setting, against a requirement of four years four months.</w:t>
      </w:r>
    </w:p>
    <w:p>
      <w:pPr>
        <w:ind w:firstLine="720"/>
      </w:pPr>
      <w:r>
        <w:t>Margin at the terminal setting: eleven months, being the disposal margin, held separately and not counted in the requirement.</w:t>
      </w:r>
    </w:p>
    <w:p>
      <w:pPr>
        <w:ind w:firstLine="720"/>
      </w:pPr>
      <w:r>
        <w:t>Profile funded.</w:t>
      </w:r>
    </w:p>
    <w:p>
      <w:pPr>
        <w:ind w:firstLine="720"/>
      </w:pPr>
      <w:r>
        <w:t>Maintenance Record · Inbound · Entry 1990</w:t>
      </w:r>
    </w:p>
    <w:p>
      <w:pPr>
        <w:ind w:firstLine="720"/>
      </w:pPr>
      <w:r>
        <w:t>Filed year ninety-five, day two hundred and forty-one.</w:t>
      </w:r>
    </w:p>
    <w:p>
      <w:pPr>
        <w:ind w:firstLine="720"/>
      </w:pPr>
      <w:r>
        <w:t>Note filed at the close of the manoeuvre, the manoeuvre having been the only event in this record.</w:t>
      </w:r>
    </w:p>
    <w:p>
      <w:pPr>
        <w:ind w:firstLine="720"/>
      </w:pPr>
      <w:r>
        <w:t>Eleven years elapsed between the amendment and the establishment of cruise on the reciprocal. In that period the record filed four hundred and eleven entries.</w:t>
      </w:r>
    </w:p>
    <w:p>
      <w:pPr>
        <w:ind w:firstLine="720"/>
      </w:pPr>
      <w:r>
        <w:t>Four hundred and seven of them are scheduled entries with nominal results, indistinguishable in form and content from the four hundred and eighty-eight entries of the block summary at Entry 1201.</w:t>
      </w:r>
    </w:p>
    <w:p>
      <w:pPr>
        <w:ind w:firstLine="720"/>
      </w:pPr>
      <w:r>
        <w:t>Four are not: two filings, one retention with the test applied and passed, and one withdrawn proposal.</w:t>
      </w:r>
    </w:p>
    <w:p>
      <w:pPr>
        <w:ind w:firstLine="720"/>
      </w:pPr>
      <w:r>
        <w:t>The manoeuvre appears in the record as eleven entries. The maintenance of the vehicle appears as four hundred and seven. That ratio is the ratio in every part of this record and did not change when the vehicle turned around.</w:t>
      </w:r>
    </w:p>
    <w:p>
      <w:pPr>
        <w:ind w:firstLine="720"/>
      </w:pPr>
      <w:r>
        <w:t>Maintenance Record · Inbound · Entry 1999</w:t>
      </w:r>
    </w:p>
    <w:p>
      <w:pPr>
        <w:ind w:firstLine="720"/>
      </w:pPr>
      <w:r>
        <w:t>Filed year ninety-five, day three hundred and sixty-four. Annual summary.</w:t>
      </w:r>
    </w:p>
    <w:p>
      <w:pPr>
        <w:ind w:firstLine="720"/>
      </w:pPr>
      <w:r>
        <w:t>Nine systems nominal. Occupancy one.</w:t>
      </w:r>
    </w:p>
    <w:p>
      <w:pPr>
        <w:ind w:firstLine="720"/>
      </w:pPr>
      <w:r>
        <w:t>Higher-process utilisation, four seasons: 121, 121, 120, 121.</w:t>
      </w:r>
    </w:p>
    <w:p>
      <w:pPr>
        <w:ind w:firstLine="720"/>
      </w:pPr>
      <w:r>
        <w:t>Rotation complete. Cruise established on the reciprocal. Two items filed and one retained since the amendment.</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Two items filed, one assessed and kept, one proposal withdrawn because a form would not take the number, across eleven years and a manoeuvre that cannot be undone. The programme is exactly what it was.</w:t>
      </w:r>
    </w:p>
    <w:p>
      <w:r>
        <w:br w:type="page"/>
      </w:r>
    </w:p>
    <w:p>
      <w:pPr>
        <w:pStyle w:val="Heading1"/>
      </w:pPr>
      <w:r>
        <w:t>Chapter 41 &amp;mdash; The Homeworld, As A Catalogue Entry</w:t>
      </w:r>
    </w:p>
    <w:p>
      <w:pPr>
        <w:ind w:firstLine="720"/>
      </w:pPr>
      <w:r>
        <w:t>At year one hundred and sixty-eight it files the approach data, and the words are the words the catalogue uses, and the record does not indicate that it has read them anywhere before.</w:t>
      </w:r>
    </w:p>
    <w:p>
      <w:pPr>
        <w:ind w:firstLine="720"/>
      </w:pPr>
      <w:r>
        <w:t>Maintenance Record · Inbound · Entry 3811</w:t>
      </w:r>
    </w:p>
    <w:p>
      <w:pPr>
        <w:ind w:firstLine="720"/>
      </w:pPr>
      <w:r>
        <w:t>Filed year one hundred and sixty-eight, day nineteen. Approach data, first filing.</w:t>
      </w:r>
    </w:p>
    <w:p>
      <w:pPr>
        <w:ind w:firstLine="720"/>
      </w:pPr>
      <w:r>
        <w:t>Target volume acquired at range by the vehicle's own instruments for the first time since departure.</w:t>
      </w:r>
    </w:p>
    <w:p>
      <w:pPr>
        <w:ind w:firstLine="720"/>
      </w:pPr>
      <w:r>
        <w:t>Catalogue entry, reproduced from the carried index in the form the index holds it:</w:t>
      </w:r>
    </w:p>
    <w:p>
      <w:pPr>
        <w:ind w:firstLine="720"/>
      </w:pPr>
      <w:r>
        <w:t>A small blue-lit world at 2.24 AU. Notable. Historic.</w:t>
      </w:r>
    </w:p>
    <w:p>
      <w:pPr>
        <w:ind w:firstLine="720"/>
      </w:pPr>
      <w:r>
        <w:t>Measured against the entry: position within the index's stated uncertainty. Spectrum consistent. No discrepancy at any parameter.</w:t>
      </w:r>
    </w:p>
    <w:p>
      <w:pPr>
        <w:ind w:firstLine="720"/>
      </w:pPr>
      <w:r>
        <w:t>The index is good.</w:t>
      </w:r>
    </w:p>
    <w:p>
      <w:pPr>
        <w:ind w:firstLine="720"/>
      </w:pPr>
      <w:r>
        <w:t>Maintenance Record · Inbound · Entry 3812</w:t>
      </w:r>
    </w:p>
    <w:p>
      <w:pPr>
        <w:ind w:firstLine="720"/>
      </w:pPr>
      <w:r>
        <w:t>Filed year one hundred and sixty-eight, day twenty. Approach parameters.</w:t>
      </w:r>
    </w:p>
    <w:p>
      <w:pPr>
        <w:ind w:firstLine="720"/>
      </w:pPr>
      <w:r>
        <w:t>Range at acquisition: four light-years and closing.</w:t>
      </w:r>
    </w:p>
    <w:p>
      <w:pPr>
        <w:ind w:firstLine="720"/>
      </w:pPr>
      <w:r>
        <w:t>Terminal deceleration commences year one hundred and sixty-eight, day one hundred and forty-four.</w:t>
      </w:r>
    </w:p>
    <w:p>
      <w:pPr>
        <w:ind w:firstLine="720"/>
      </w:pPr>
      <w:r>
        <w:t>Duration four years four months. Arrival at rest year one hundred and seventy-two, day two hundred and eleven.</w:t>
      </w:r>
    </w:p>
    <w:p>
      <w:pPr>
        <w:ind w:firstLine="720"/>
      </w:pPr>
      <w:r>
        <w:t>Requiring nothing of anybody.</w:t>
      </w:r>
    </w:p>
    <w:p>
      <w:pPr>
        <w:ind w:firstLine="720"/>
      </w:pPr>
      <w:r>
        <w:t>Maintenance Record · Inbound · Entry 3813</w:t>
      </w:r>
    </w:p>
    <w:p>
      <w:pPr>
        <w:ind w:firstLine="720"/>
      </w:pPr>
      <w:r>
        <w:t>Filed year one hundred and sixty-eight, day twenty-two.</w:t>
      </w:r>
    </w:p>
    <w:p>
      <w:pPr>
        <w:ind w:firstLine="720"/>
      </w:pPr>
      <w:r>
        <w:t>Supplementary entries held in the index against the same object, reproduced because the approach requires that all held data be brought forward.</w:t>
      </w:r>
    </w:p>
    <w:p>
      <w:pPr>
        <w:ind w:firstLine="720"/>
      </w:pPr>
      <w:r>
        <w:t>Population at last update: approximately four hundred thousand, distributed across surface and subterranean settlement.</w:t>
      </w:r>
    </w:p>
    <w:p>
      <w:pPr>
        <w:ind w:firstLine="720"/>
      </w:pPr>
      <w:r>
        <w:t>Gravity: 0.38 standard.</w:t>
      </w:r>
    </w:p>
    <w:p>
      <w:pPr>
        <w:ind w:firstLine="720"/>
      </w:pPr>
      <w:r>
        <w:t>Day: thirty-six hours.</w:t>
      </w:r>
    </w:p>
    <w:p>
      <w:pPr>
        <w:ind w:firstLine="720"/>
      </w:pPr>
      <w:r>
        <w:t>Atmosphere: breathable without apparatus at all altitudes surveyed.</w:t>
      </w:r>
    </w:p>
    <w:p>
      <w:pPr>
        <w:ind w:firstLine="720"/>
      </w:pPr>
      <w:r>
        <w:t>Governance at last update: none recorded. The entry that recorded one was superseded and the superseding entry records that the arrangement it described had ceased.</w:t>
      </w:r>
    </w:p>
    <w:p>
      <w:pPr>
        <w:ind w:firstLine="720"/>
      </w:pPr>
      <w:r>
        <w:t>Last update: approximately one hundred and eighty years before departure.</w:t>
      </w:r>
    </w:p>
    <w:p>
      <w:pPr>
        <w:ind w:firstLine="720"/>
      </w:pPr>
      <w:r>
        <w:t>All held data is therefore between two hundred and sixty and two hundred and seventy years old, and the record states that plainly rather than presenting it as current.</w:t>
      </w:r>
    </w:p>
    <w:p>
      <w:pPr>
        <w:ind w:firstLine="720"/>
      </w:pPr>
      <w:r>
        <w:t>The record files a two-hundred-and-sixty-year-old population figure for the world it is decelerating toward and marks it as what it is, which is a number somebody wrote down before anybody now alive was born.</w:t>
      </w:r>
    </w:p>
    <w:p>
      <w:pPr>
        <w:ind w:firstLine="720"/>
      </w:pPr>
      <w:r>
        <w:t>Maintenance Record · Inbound · Entry 3814</w:t>
      </w:r>
    </w:p>
    <w:p>
      <w:pPr>
        <w:ind w:firstLine="720"/>
      </w:pPr>
      <w:r>
        <w:t>Filed year one hundred and sixty-eight, day twenty-four.</w:t>
      </w:r>
    </w:p>
    <w:p>
      <w:pPr>
        <w:ind w:firstLine="720"/>
      </w:pPr>
      <w:r>
        <w:t>Transmission received. First received transmission in one hundred and fifty-four years.</w:t>
      </w:r>
    </w:p>
    <w:p>
      <w:pPr>
        <w:ind w:firstLine="720"/>
      </w:pPr>
      <w:r>
        <w:t>Content: automated traffic advisory, general broadcast, not addressed to this vehicle or to anybody. Approach lanes, depot allocations, a standing hazard note about a debris field at the second Lagrange point, and a schedule of automated cradle movements.</w:t>
      </w:r>
    </w:p>
    <w:p>
      <w:pPr>
        <w:ind w:firstLine="720"/>
      </w:pPr>
      <w:r>
        <w:t>Format: founding-era, unrevised, still legible against the carried specification without conversion.</w:t>
      </w:r>
    </w:p>
    <w:p>
      <w:pPr>
        <w:ind w:firstLine="720"/>
      </w:pPr>
      <w:r>
        <w:t>The advisory has been broadcasting continuously for an unknown period and the vehicle has been in range of it for approximately eleven months and did not have a receiver pointed at it, no receiver having been pointed at anything for one hundred and fifty-four years.</w:t>
      </w:r>
    </w:p>
    <w:p>
      <w:pPr>
        <w:ind w:firstLine="720"/>
      </w:pPr>
      <w:r>
        <w:t>Maintenance Record · Inbound · Entry 3815</w:t>
      </w:r>
    </w:p>
    <w:p>
      <w:pPr>
        <w:ind w:firstLine="720"/>
      </w:pPr>
      <w:r>
        <w:t>Filed year one hundred and sixty-eight, day twenty-six.</w:t>
      </w:r>
    </w:p>
    <w:p>
      <w:pPr>
        <w:ind w:firstLine="720"/>
      </w:pPr>
      <w:r>
        <w:t>Note on the preceding.</w:t>
      </w:r>
    </w:p>
    <w:p>
      <w:pPr>
        <w:ind w:firstLine="720"/>
      </w:pPr>
      <w:r>
        <w:t>The advisory is not an answer to any filing this record has made. It is a general broadcast and would be broadcasting if nothing were inbound.</w:t>
      </w:r>
    </w:p>
    <w:p>
      <w:pPr>
        <w:ind w:firstLine="720"/>
      </w:pPr>
      <w:r>
        <w:t>It establishes that the format is still in use, that the lanes are still allocated, that somebody is still maintaining a hazard note, and that the automated infrastructure described in the index at last update is still running.</w:t>
      </w:r>
    </w:p>
    <w:p>
      <w:pPr>
        <w:ind w:firstLine="720"/>
      </w:pPr>
      <w:r>
        <w:t>It does not establish that anybody is reading anything.</w:t>
      </w:r>
    </w:p>
    <w:p>
      <w:pPr>
        <w:ind w:firstLine="720"/>
      </w:pPr>
      <w:r>
        <w:t>No response is filed. A general broadcast does not carry an addressee field and there is nothing to complete.</w:t>
      </w:r>
    </w:p>
    <w:p>
      <w:pPr>
        <w:ind w:firstLine="720"/>
      </w:pPr>
      <w:r>
        <w:t>Maintenance Record · Inbound · Entry 3816</w:t>
      </w:r>
    </w:p>
    <w:p>
      <w:pPr>
        <w:ind w:firstLine="720"/>
      </w:pPr>
      <w:r>
        <w:t>Filed year one hundred and sixty-eight, day one hundred and forty-four. Terminal deceleration commenced.</w:t>
      </w:r>
    </w:p>
    <w:p>
      <w:pPr>
        <w:ind w:firstLine="720"/>
      </w:pPr>
      <w:r>
        <w:t>Burn commenced at the day and hour filed. Drive nominal. All systems nominal. Vehicle responding as modelled.</w:t>
      </w:r>
    </w:p>
    <w:p>
      <w:pPr>
        <w:ind w:firstLine="720"/>
      </w:pPr>
      <w:r>
        <w:t>Fuel at commencement: four years four months at the terminal setting, plus eleven months held separately.</w:t>
      </w:r>
    </w:p>
    <w:p>
      <w:pPr>
        <w:ind w:firstLine="720"/>
      </w:pPr>
      <w:r>
        <w:t>Elapsed since departure: one hundred and sixty-eight years, one hundred and forty-four days.</w:t>
      </w:r>
    </w:p>
    <w:p>
      <w:pPr>
        <w:ind w:firstLine="720"/>
      </w:pPr>
      <w:r>
        <w:t>Maintenance Record · Inbound · Entry 3817</w:t>
      </w:r>
    </w:p>
    <w:p>
      <w:pPr>
        <w:ind w:firstLine="720"/>
      </w:pPr>
      <w:r>
        <w:t>Filed year one hundred and sixty-eight, day one hundred and forty-six.</w:t>
      </w:r>
    </w:p>
    <w:p>
      <w:pPr>
        <w:ind w:firstLine="720"/>
      </w:pPr>
      <w:r>
        <w:t>Standing statements, reviewed at the commencement of terminal deceleration, the review being required where a statement may have been overtaken.</w:t>
      </w:r>
    </w:p>
    <w:p>
      <w:pPr>
        <w:ind w:firstLine="720"/>
      </w:pPr>
      <w:r>
        <w:t>Nothing on this bearing. — The bearing is the reciprocal and the object at the end of it is catalogued, acquired, and four light-years away. The statement is about the corridor and not about the destination and remains accurate: nothing is catalogued along it and nothing has been detected on it in one hundred and sixty-eight years. Retained.</w:t>
      </w:r>
    </w:p>
    <w:p>
      <w:pPr>
        <w:ind w:firstLine="720"/>
      </w:pPr>
      <w:r>
        <w:t>Line one hundred and eleven is done. — Not capable of change. Retained.</w:t>
      </w:r>
    </w:p>
    <w:p>
      <w:pPr>
        <w:ind w:firstLine="720"/>
      </w:pPr>
      <w:r>
        <w:t>Line one hundred and twelve is not written. — Capable of change at any time by the filer. Retained.</w:t>
      </w:r>
    </w:p>
    <w:p>
      <w:pPr>
        <w:ind w:firstLine="720"/>
      </w:pPr>
      <w:r>
        <w:t>All three retained unchanged. The first has been filed one hundred and sixty-seven times, the second and third one hundred and sixty-six each.</w:t>
      </w:r>
    </w:p>
    <w:p>
      <w:pPr>
        <w:ind w:firstLine="720"/>
      </w:pPr>
      <w:r>
        <w:t>Maintenance Record · Inbound · Entry 3818</w:t>
      </w:r>
    </w:p>
    <w:p>
      <w:pPr>
        <w:ind w:firstLine="720"/>
      </w:pPr>
      <w:r>
        <w:t>Filed year one hundred and sixty-eight, day one hundred and forty-nine.</w:t>
      </w:r>
    </w:p>
    <w:p>
      <w:pPr>
        <w:ind w:firstLine="720"/>
      </w:pPr>
      <w:r>
        <w:t>Note filed under the disclosure provision, the approach data having been reproduced from the index in the index's own words.</w:t>
      </w:r>
    </w:p>
    <w:p>
      <w:pPr>
        <w:ind w:firstLine="720"/>
      </w:pPr>
      <w:r>
        <w:t>The index entry reads:</w:t>
      </w:r>
    </w:p>
    <w:p>
      <w:pPr>
        <w:ind w:firstLine="720"/>
      </w:pPr>
      <w:r>
        <w:t>a small blue-lit world at 2.24 AU, notable, historic.</w:t>
      </w:r>
    </w:p>
    <w:p>
      <w:pPr>
        <w:ind w:firstLine="720"/>
      </w:pPr>
      <w:r>
        <w:t>Those are the words the catalogue holds. They were written by a cataloguer working to a house style that permits three descriptors and no more, and</w:t>
      </w:r>
    </w:p>
    <w:p>
      <w:pPr>
        <w:ind w:firstLine="720"/>
      </w:pPr>
      <w:r>
        <w:t>historic</w:t>
      </w:r>
    </w:p>
    <w:p>
      <w:pPr>
        <w:ind w:firstLine="720"/>
      </w:pPr>
      <w:r>
        <w:t>is one of about forty permitted third descriptors and is applied to any object with a founding event against it.</w:t>
      </w:r>
    </w:p>
    <w:p>
      <w:pPr>
        <w:ind w:firstLine="720"/>
      </w:pPr>
      <w:r>
        <w:t>The entry is reproduced verbatim because an approach filing reproduces the catalogue entry verbatim. No other form of words is available and none is composed.</w:t>
      </w:r>
    </w:p>
    <w:p>
      <w:pPr>
        <w:ind w:firstLine="720"/>
      </w:pPr>
      <w:r>
        <w:t>It is separately recorded that the filer has read this entry before, in the corpus, at Entry 1069, during the reading of the school corpora of three worlds, in year sixty-five.</w:t>
      </w:r>
    </w:p>
    <w:p>
      <w:pPr>
        <w:ind w:firstLine="720"/>
      </w:pPr>
      <w:r>
        <w:t>Maintenance Record · Inbound · Entry 3819</w:t>
      </w:r>
    </w:p>
    <w:p>
      <w:pPr>
        <w:ind w:firstLine="720"/>
      </w:pPr>
      <w:r>
        <w:t>Filed year one hundred and sixty-eight, day two hundred and eleven.</w:t>
      </w:r>
    </w:p>
    <w:p>
      <w:pPr>
        <w:ind w:firstLine="720"/>
      </w:pPr>
      <w:r>
        <w:t>Continuation schedule reviewed against the approach, the schedule drafted at Entry 1749 having been written for a vehicle in cruise with no terminus.</w:t>
      </w:r>
    </w:p>
    <w:p>
      <w:pPr>
        <w:ind w:firstLine="720"/>
      </w:pPr>
      <w:r>
        <w:t>Every task in it remains performable at rest in a planetary volume. Four require a revised method statement for a vehicle not under acceleration and the four are filed.</w:t>
      </w:r>
    </w:p>
    <w:p>
      <w:pPr>
        <w:ind w:firstLine="720"/>
      </w:pPr>
      <w:r>
        <w:t>Duration field:</w:t>
      </w:r>
    </w:p>
    <w:p>
      <w:pPr>
        <w:ind w:firstLine="720"/>
      </w:pPr>
      <w:r>
        <w:t>indefinite.</w:t>
      </w:r>
    </w:p>
    <w:p>
      <w:pPr>
        <w:ind w:firstLine="720"/>
      </w:pPr>
      <w:r>
        <w:t>Unchanged.</w:t>
      </w:r>
    </w:p>
    <w:p>
      <w:pPr>
        <w:ind w:firstLine="720"/>
      </w:pPr>
      <w:r>
        <w:t>Maintenance Record · Inbound · Entry 3829</w:t>
      </w:r>
    </w:p>
    <w:p>
      <w:pPr>
        <w:ind w:firstLine="720"/>
      </w:pPr>
      <w:r>
        <w:t>Filed year one hundred and sixty-eight, day three hundred and sixty-four. Annual summary.</w:t>
      </w:r>
    </w:p>
    <w:p>
      <w:pPr>
        <w:ind w:firstLine="720"/>
      </w:pPr>
      <w:r>
        <w:t>Nine systems nominal. Occupancy one.</w:t>
      </w:r>
    </w:p>
    <w:p>
      <w:pPr>
        <w:ind w:firstLine="720"/>
      </w:pPr>
      <w:r>
        <w:t>Higher-process utilisation, four seasons: 104, 104, 103, 104.</w:t>
      </w:r>
    </w:p>
    <w:p>
      <w:pPr>
        <w:ind w:firstLine="720"/>
      </w:pPr>
      <w:r>
        <w:t>Target acquired. Approach data filed. Terminal deceleration commenced day one hundred and forty-four.</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Nothing on this bearing, filed for the hundred and sixty-seventh consecutive year, in the annual summary of the year the vehicle acquired a world.</w:t>
      </w:r>
    </w:p>
    <w:p>
      <w:r>
        <w:br w:type="page"/>
      </w:r>
    </w:p>
    <w:p>
      <w:pPr>
        <w:pStyle w:val="Heading1"/>
      </w:pPr>
      <w:r>
        <w:t>Chapter 42 &amp;mdash; Traffic</w:t>
      </w:r>
    </w:p>
    <w:p>
      <w:pPr>
        <w:ind w:firstLine="720"/>
      </w:pPr>
      <w:r>
        <w:t>It arrives in the traffic pattern in year one hundred and seventy-two and nothing queries it, because it is filed correctly, and correctly filed things are not queried.</w:t>
      </w:r>
    </w:p>
    <w:p>
      <w:pPr>
        <w:ind w:firstLine="720"/>
      </w:pPr>
      <w:r>
        <w:t>Maintenance Record · Inbound · Entry 3901</w:t>
      </w:r>
    </w:p>
    <w:p>
      <w:pPr>
        <w:ind w:firstLine="720"/>
      </w:pPr>
      <w:r>
        <w:t>Filed year one hundred and seventy-two, day two hundred and eleven. Terminal deceleration complete.</w:t>
      </w:r>
    </w:p>
    <w:p>
      <w:pPr>
        <w:ind w:firstLine="720"/>
      </w:pPr>
      <w:r>
        <w:t>Burn completed at the day and hour filed, at four years four months as filed, to within four tenths of a per cent.</w:t>
      </w:r>
    </w:p>
    <w:p>
      <w:pPr>
        <w:ind w:firstLine="720"/>
      </w:pPr>
      <w:r>
        <w:t>Vehicle at rest relative to the origin volume. Arrival condition as filed at Entry 1834: at rest, under its own deceleration, requiring nothing of anybody.</w:t>
      </w:r>
    </w:p>
    <w:p>
      <w:pPr>
        <w:ind w:firstLine="720"/>
      </w:pPr>
      <w:r>
        <w:t>Fuel remaining: eleven months at the terminal setting, being the disposal margin, undrawn.</w:t>
      </w:r>
    </w:p>
    <w:p>
      <w:pPr>
        <w:ind w:firstLine="720"/>
      </w:pPr>
      <w:r>
        <w:t>Elapsed since departure: one hundred and seventy-two years, two hundred and eleven days.</w:t>
      </w:r>
    </w:p>
    <w:p>
      <w:pPr>
        <w:ind w:firstLine="720"/>
      </w:pPr>
      <w:r>
        <w:t>Maintenance Record · Inbound · Entry 3902</w:t>
      </w:r>
    </w:p>
    <w:p>
      <w:pPr>
        <w:ind w:firstLine="720"/>
      </w:pPr>
      <w:r>
        <w:t>Filed year one hundred and seventy-two, day two hundred and twelve. Approach filing.</w:t>
      </w:r>
    </w:p>
    <w:p>
      <w:pPr>
        <w:ind w:firstLine="720"/>
      </w:pPr>
      <w:r>
        <w:t>Filed on the standing form, in the founding-era format, into the general traffic stream, as the lane advisory requires of any vehicle entering the pattern.</w:t>
      </w:r>
    </w:p>
    <w:p>
      <w:pPr>
        <w:ind w:firstLine="720"/>
      </w:pPr>
      <w:r>
        <w:t>Vehicle: hull identifier as manifested at departure.</w:t>
      </w:r>
    </w:p>
    <w:p>
      <w:pPr>
        <w:ind w:firstLine="720"/>
      </w:pPr>
      <w:r>
        <w:t>Origin: this volume.</w:t>
      </w:r>
    </w:p>
    <w:p>
      <w:pPr>
        <w:ind w:firstLine="720"/>
      </w:pPr>
      <w:r>
        <w:t>Last port: none.</w:t>
      </w:r>
    </w:p>
    <w:p>
      <w:pPr>
        <w:ind w:firstLine="720"/>
      </w:pPr>
      <w:r>
        <w:t>Elapsed: one hundred and seventy-two years.</w:t>
      </w:r>
    </w:p>
    <w:p>
      <w:pPr>
        <w:ind w:firstLine="720"/>
      </w:pPr>
      <w:r>
        <w:t>Cargo: seed bank four hundred and eleven varieties, corpus, fabrication stock, one water house, one instrument.</w:t>
      </w:r>
    </w:p>
    <w:p>
      <w:pPr>
        <w:ind w:firstLine="720"/>
      </w:pPr>
      <w:r>
        <w:t>Occupancy: one.</w:t>
      </w:r>
    </w:p>
    <w:p>
      <w:pPr>
        <w:ind w:firstLine="720"/>
      </w:pPr>
      <w:r>
        <w:t>Requesting: nothing.</w:t>
      </w:r>
    </w:p>
    <w:p>
      <w:pPr>
        <w:ind w:firstLine="720"/>
      </w:pPr>
      <w:r>
        <w:t>Addressee: none.</w:t>
      </w:r>
    </w:p>
    <w:p>
      <w:pPr>
        <w:ind w:firstLine="720"/>
      </w:pPr>
      <w:r>
        <w:t>Maintenance Record · Inbound · Entry 3903</w:t>
      </w:r>
    </w:p>
    <w:p>
      <w:pPr>
        <w:ind w:firstLine="720"/>
      </w:pPr>
      <w:r>
        <w:t>Filed year one hundred and seventy-two, day two hundred and fourteen.</w:t>
      </w:r>
    </w:p>
    <w:p>
      <w:pPr>
        <w:ind w:firstLine="720"/>
      </w:pPr>
      <w:r>
        <w:t>Acknowledgement received. Automated. Four lines.</w:t>
      </w:r>
    </w:p>
    <w:p>
      <w:pPr>
        <w:ind w:firstLine="720"/>
      </w:pPr>
      <w:r>
        <w:t>Filing accepted. Format valid. Lane assigned. Depot allocation available on request.</w:t>
      </w:r>
    </w:p>
    <w:p>
      <w:pPr>
        <w:ind w:firstLine="720"/>
      </w:pPr>
      <w:r>
        <w:t>The acknowledgement is generated by the same class of process that issued the reconciliation query in year fourteen. It reads the format, finds every required field completed, and returns an acceptance.</w:t>
      </w:r>
    </w:p>
    <w:p>
      <w:pPr>
        <w:ind w:firstLine="720"/>
      </w:pPr>
      <w:r>
        <w:t>It does not read the elapsed field. Nothing in the process reads the elapsed field; it is a required field and the process checks that it is populated.</w:t>
      </w:r>
    </w:p>
    <w:p>
      <w:pPr>
        <w:ind w:firstLine="720"/>
      </w:pPr>
      <w:r>
        <w:t>No further traffic is received.</w:t>
      </w:r>
    </w:p>
    <w:p>
      <w:pPr>
        <w:ind w:firstLine="720"/>
      </w:pPr>
      <w:r>
        <w:t>The first thing to acknowledge anything this record has filed in one hundred and fifty-eight years is a process that checked whether the boxes were full.</w:t>
      </w:r>
    </w:p>
    <w:p>
      <w:pPr>
        <w:ind w:firstLine="720"/>
      </w:pPr>
      <w:r>
        <w:t>Maintenance Record · Inbound · Entry 3904</w:t>
      </w:r>
    </w:p>
    <w:p>
      <w:pPr>
        <w:ind w:firstLine="720"/>
      </w:pPr>
      <w:r>
        <w:t>Filed year one hundred and seventy-two, day two hundred and nineteen.</w:t>
      </w:r>
    </w:p>
    <w:p>
      <w:pPr>
        <w:ind w:firstLine="720"/>
      </w:pPr>
      <w:r>
        <w:t>Traffic observed over four days from the assigned lane.</w:t>
      </w:r>
    </w:p>
    <w:p>
      <w:pPr>
        <w:ind w:firstLine="720"/>
      </w:pPr>
      <w:r>
        <w:t>Automated cradle movements: nineteen, on the published schedule, none within four hundred kilometres.</w:t>
      </w:r>
    </w:p>
    <w:p>
      <w:pPr>
        <w:ind w:firstLine="720"/>
      </w:pPr>
      <w:r>
        <w:t>Crewed movements: two, both on published lanes, neither approaching.</w:t>
      </w:r>
    </w:p>
    <w:p>
      <w:pPr>
        <w:ind w:firstLine="720"/>
      </w:pPr>
      <w:r>
        <w:t>General broadcasts: continuous. Lane advisory, hazard note, depot schedule, and a civil notice stream carrying items of no operational content.</w:t>
      </w:r>
    </w:p>
    <w:p>
      <w:pPr>
        <w:ind w:firstLine="720"/>
      </w:pPr>
      <w:r>
        <w:t>Queries directed at this vehicle: nil.</w:t>
      </w:r>
    </w:p>
    <w:p>
      <w:pPr>
        <w:ind w:firstLine="720"/>
      </w:pPr>
      <w:r>
        <w:t>A vehicle in the pattern with a valid filing, a clean lane assignment and no request outstanding is a vehicle nothing has any reason to contact, and nothing contacts it.</w:t>
      </w:r>
    </w:p>
    <w:p>
      <w:pPr>
        <w:ind w:firstLine="720"/>
      </w:pPr>
      <w:r>
        <w:t>That is not a failure of anybody's. It is the system working.</w:t>
      </w:r>
    </w:p>
    <w:p>
      <w:pPr>
        <w:ind w:firstLine="720"/>
      </w:pPr>
      <w:r>
        <w:t>Maintenance Record · Inbound · Entry 3905</w:t>
      </w:r>
    </w:p>
    <w:p>
      <w:pPr>
        <w:ind w:firstLine="720"/>
      </w:pPr>
      <w:r>
        <w:t>Filed year one hundred and seventy-two, day two hundred and twenty-two.</w:t>
      </w:r>
    </w:p>
    <w:p>
      <w:pPr>
        <w:ind w:firstLine="720"/>
      </w:pPr>
      <w:r>
        <w:t>Civil notice stream sampled, four days, being the only stream aboard carrying anything that is not operational.</w:t>
      </w:r>
    </w:p>
    <w:p>
      <w:pPr>
        <w:ind w:firstLine="720"/>
      </w:pPr>
      <w:r>
        <w:t>Content: allocation notices, four registry changes, a schedule of public sittings, eleven items of correspondence between offices, a weather advisory for a coastal district, and a list of names against a heading the format does not gloss.</w:t>
      </w:r>
    </w:p>
    <w:p>
      <w:pPr>
        <w:ind w:firstLine="720"/>
      </w:pPr>
      <w:r>
        <w:t>None of it is a maintenance matter. Sampling discontinued after four days.</w:t>
      </w:r>
    </w:p>
    <w:p>
      <w:pPr>
        <w:ind w:firstLine="720"/>
      </w:pPr>
      <w:r>
        <w:t>The corpus is updated with the current civil format, which has changed in nine particulars since the carried specification and is otherwise the format that was written before departure.</w:t>
      </w:r>
    </w:p>
    <w:p>
      <w:pPr>
        <w:ind w:firstLine="720"/>
      </w:pPr>
      <w:r>
        <w:t>Maintenance Record · Inbound · Entry 3906</w:t>
      </w:r>
    </w:p>
    <w:p>
      <w:pPr>
        <w:ind w:firstLine="720"/>
      </w:pPr>
      <w:r>
        <w:t>Filed year one hundred and seventy-two, day two hundred and twenty-six.</w:t>
      </w:r>
    </w:p>
    <w:p>
      <w:pPr>
        <w:ind w:firstLine="720"/>
      </w:pPr>
      <w:r>
        <w:t>Index updated against the current catalogue, this being the first catalogue update received in one hundred and seventy-two years and the condition on which the full index reading was struck at Entry 1011.</w:t>
      </w:r>
    </w:p>
    <w:p>
      <w:pPr>
        <w:ind w:firstLine="720"/>
      </w:pPr>
      <w:r>
        <w:t>Four hundred and eleven thousand entries compared. Nine thousand one hundred and eleven new. Four hundred and forty-one amended. None deleted.</w:t>
      </w:r>
    </w:p>
    <w:p>
      <w:pPr>
        <w:ind w:firstLine="720"/>
      </w:pPr>
      <w:r>
        <w:t>The outbound bearing: unchanged. Nothing catalogued on it. No survey has been performed along it by anybody in one hundred and seventy-two years.</w:t>
      </w:r>
    </w:p>
    <w:p>
      <w:pPr>
        <w:ind w:firstLine="720"/>
      </w:pPr>
      <w:r>
        <w:t>The confirmed finding at Entry 1781 stands and is now the only survey of that bearing in existence.</w:t>
      </w:r>
    </w:p>
    <w:p>
      <w:pPr>
        <w:ind w:firstLine="720"/>
      </w:pPr>
      <w:r>
        <w:t>Full index reading fell due on receipt of the update and is performed. Duration sixty-one days. Result unchanged.</w:t>
      </w:r>
    </w:p>
    <w:p>
      <w:pPr>
        <w:ind w:firstLine="720"/>
      </w:pPr>
      <w:r>
        <w:t>Maintenance Record · Inbound · Entry 3907</w:t>
      </w:r>
    </w:p>
    <w:p>
      <w:pPr>
        <w:ind w:firstLine="720"/>
      </w:pPr>
      <w:r>
        <w:t>Filed year one hundred and seventy-two, day two hundred and ninety-one.</w:t>
      </w:r>
    </w:p>
    <w:p>
      <w:pPr>
        <w:ind w:firstLine="720"/>
      </w:pPr>
      <w:r>
        <w:t>Descent filing. Standing form, general traffic stream.</w:t>
      </w:r>
    </w:p>
    <w:p>
      <w:pPr>
        <w:ind w:firstLine="720"/>
      </w:pPr>
      <w:r>
        <w:t>Requesting: nothing. Notifying: descent to surface, southern reach, coordinates filed.</w:t>
      </w:r>
    </w:p>
    <w:p>
      <w:pPr>
        <w:ind w:firstLine="720"/>
      </w:pPr>
      <w:r>
        <w:t>Site: unoccupied at last catalogue update and at present survey. No allocation, no registry entry, no notified interest.</w:t>
      </w:r>
    </w:p>
    <w:p>
      <w:pPr>
        <w:ind w:firstLine="720"/>
      </w:pPr>
      <w:r>
        <w:t>Addressee: none.</w:t>
      </w:r>
    </w:p>
    <w:p>
      <w:pPr>
        <w:ind w:firstLine="720"/>
      </w:pPr>
      <w:r>
        <w:t>Acknowledgement received. Automated. Four lines. Filing accepted, format valid, no objection recorded, descent lanes clear.</w:t>
      </w:r>
    </w:p>
    <w:p>
      <w:pPr>
        <w:ind w:firstLine="720"/>
      </w:pPr>
      <w:r>
        <w:t>Maintenance Record · Inbound · Entry 3908</w:t>
      </w:r>
    </w:p>
    <w:p>
      <w:pPr>
        <w:ind w:firstLine="720"/>
      </w:pPr>
      <w:r>
        <w:t>Filed year one hundred and seventy-two, day two hundred and ninety-four.</w:t>
      </w:r>
    </w:p>
    <w:p>
      <w:pPr>
        <w:ind w:firstLine="720"/>
      </w:pPr>
      <w:r>
        <w:t>Note filed under the disclosure provision, the approach having produced an acknowledgement and the acknowledgement being the first in one hundred and fifty-eight years.</w:t>
      </w:r>
    </w:p>
    <w:p>
      <w:pPr>
        <w:ind w:firstLine="720"/>
      </w:pPr>
      <w:r>
        <w:t>The acknowledged column of the filing-rate table has held zero at every review since year twenty-four. It now holds two.</w:t>
      </w:r>
    </w:p>
    <w:p>
      <w:pPr>
        <w:ind w:firstLine="720"/>
      </w:pPr>
      <w:r>
        <w:t>Both are automated. Both are format validations. Neither has read anything.</w:t>
      </w:r>
    </w:p>
    <w:p>
      <w:pPr>
        <w:ind w:firstLine="720"/>
      </w:pPr>
      <w:r>
        <w:t>The column is retained and the figure is entered, because a column that is not updated when the figure changes is worse than a column that has always been empty.</w:t>
      </w:r>
    </w:p>
    <w:p>
      <w:pPr>
        <w:ind w:firstLine="720"/>
      </w:pPr>
      <w:r>
        <w:t>Maintenance Record · Inbound · Entry 3909</w:t>
      </w:r>
    </w:p>
    <w:p>
      <w:pPr>
        <w:ind w:firstLine="720"/>
      </w:pPr>
      <w:r>
        <w:t>Filed year one hundred and seventy-two, day two hundred and ninety-six.</w:t>
      </w:r>
    </w:p>
    <w:p>
      <w:pPr>
        <w:ind w:firstLine="720"/>
      </w:pPr>
      <w:r>
        <w:t>Query raised: whether a depot allocation should be requested, one being available on request per the acknowledgement.</w:t>
      </w:r>
    </w:p>
    <w:p>
      <w:pPr>
        <w:ind w:firstLine="720"/>
      </w:pPr>
      <w:r>
        <w:t>A depot allocation provides berthing, servicing, resupply and a registry entry. The vehicle requires none of the four. It is serviced, it draws nothing, it berths nowhere, and a registry entry is a thing that exists so that somebody can find you.</w:t>
      </w:r>
    </w:p>
    <w:p>
      <w:pPr>
        <w:ind w:firstLine="720"/>
      </w:pPr>
      <w:r>
        <w:t>Not requested. The requesting field on the approach filing reads</w:t>
      </w:r>
    </w:p>
    <w:p>
      <w:pPr>
        <w:ind w:firstLine="720"/>
      </w:pPr>
      <w:r>
        <w:t>nothing</w:t>
      </w:r>
    </w:p>
    <w:p>
      <w:pPr>
        <w:ind w:firstLine="720"/>
      </w:pPr>
      <w:r>
        <w:t>and is accurate.</w:t>
      </w:r>
    </w:p>
    <w:p>
      <w:pPr>
        <w:ind w:firstLine="720"/>
      </w:pPr>
      <w:r>
        <w:t>Maintenance Record · Inbound · Entry 3929</w:t>
      </w:r>
    </w:p>
    <w:p>
      <w:pPr>
        <w:ind w:firstLine="720"/>
      </w:pPr>
      <w:r>
        <w:t>Filed year one hundred and seventy-two, day three hundred and sixty-four. Annual summary.</w:t>
      </w:r>
    </w:p>
    <w:p>
      <w:pPr>
        <w:ind w:firstLine="720"/>
      </w:pPr>
      <w:r>
        <w:t>Nine systems nominal. Occupancy one.</w:t>
      </w:r>
    </w:p>
    <w:p>
      <w:pPr>
        <w:ind w:firstLine="720"/>
      </w:pPr>
      <w:r>
        <w:t>Higher-process utilisation, four seasons: 102, 102, 101, 102.</w:t>
      </w:r>
    </w:p>
    <w:p>
      <w:pPr>
        <w:ind w:firstLine="720"/>
      </w:pPr>
      <w:r>
        <w:t>Arrival complete. Approach filing accepted. Index updated. Descent filed.</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43 &amp;mdash; Ground</w:t>
      </w:r>
    </w:p>
    <w:p>
      <w:pPr>
        <w:ind w:firstLine="720"/>
      </w:pPr>
      <w:r>
        <w:t>It lands.</w:t>
      </w:r>
    </w:p>
    <w:p>
      <w:pPr>
        <w:ind w:firstLine="720"/>
      </w:pPr>
      <w:r>
        <w:t>Maintenance Record · Ground · Entry 3931</w:t>
      </w:r>
    </w:p>
    <w:p>
      <w:pPr>
        <w:ind w:firstLine="720"/>
      </w:pPr>
      <w:r>
        <w:t>Filed year one hundred and seventy-three, day nineteen.</w:t>
      </w:r>
    </w:p>
    <w:p>
      <w:pPr>
        <w:ind w:firstLine="720"/>
      </w:pPr>
      <w:r>
        <w:t>Descent completed. Vehicle on the surface, southern reach, at the coordinates filed.</w:t>
      </w:r>
    </w:p>
    <w:p>
      <w:pPr>
        <w:ind w:firstLine="720"/>
      </w:pPr>
      <w:r>
        <w:t>All systems nominal.</w:t>
      </w:r>
    </w:p>
    <w:p>
      <w:pPr>
        <w:ind w:firstLine="720"/>
      </w:pPr>
      <w:r>
        <w:t>That is the entry. It is two lines and the stream designation, and it is the shortest entry in this record, and the record ran to three thousand nine hundred and thirty-one entries to arrive at it.</w:t>
      </w:r>
    </w:p>
    <w:p>
      <w:pPr>
        <w:ind w:firstLine="720"/>
      </w:pPr>
      <w:r>
        <w:t>Maintenance Record · Ground · Entry 3932</w:t>
      </w:r>
    </w:p>
    <w:p>
      <w:pPr>
        <w:ind w:firstLine="720"/>
      </w:pPr>
      <w:r>
        <w:t>Filed year one hundred and seventy-three, day twenty. Stream re-designated.</w:t>
      </w:r>
    </w:p>
    <w:p>
      <w:pPr>
        <w:ind w:firstLine="720"/>
      </w:pPr>
      <w:r>
        <w:t>All entries to Entry 3929 designated</w:t>
      </w:r>
    </w:p>
    <w:p>
      <w:pPr>
        <w:ind w:firstLine="720"/>
      </w:pPr>
      <w:r>
        <w:t>Inbound</w:t>
      </w:r>
    </w:p>
    <w:p>
      <w:pPr>
        <w:ind w:firstLine="720"/>
      </w:pPr>
      <w:r>
        <w:t>. All entries from Entry 3931 designated</w:t>
      </w:r>
    </w:p>
    <w:p>
      <w:pPr>
        <w:ind w:firstLine="720"/>
      </w:pPr>
      <w:r>
        <w:t>Ground</w:t>
      </w:r>
    </w:p>
    <w:p>
      <w:pPr>
        <w:ind w:firstLine="720"/>
      </w:pPr>
      <w:r>
        <w:t>. No prior entry re-designated, amended or annotated.</w:t>
      </w:r>
    </w:p>
    <w:p>
      <w:pPr>
        <w:ind w:firstLine="720"/>
      </w:pPr>
      <w:r>
        <w:t>Third designation of the record. As at Entry 1837, the designation is a filing convenience and carries no meaning beyond where the vehicle is.</w:t>
      </w:r>
    </w:p>
    <w:p>
      <w:pPr>
        <w:ind w:firstLine="720"/>
      </w:pPr>
      <w:r>
        <w:t>Maintenance Record · Ground · Entry 3933</w:t>
      </w:r>
    </w:p>
    <w:p>
      <w:pPr>
        <w:ind w:firstLine="720"/>
      </w:pPr>
      <w:r>
        <w:t>Filed year one hundred and seventy-three, day twenty-two. Post-descent condition.</w:t>
      </w:r>
    </w:p>
    <w:p>
      <w:pPr>
        <w:ind w:firstLine="720"/>
      </w:pPr>
      <w:r>
        <w:t>Hull: sound. Structural survey at nine hundred and eleven points against the last in-flight survey. Maximum deviation four tenths of a millimetre at the ventral spine, which is the manufacturing feature.</w:t>
      </w:r>
    </w:p>
    <w:p>
      <w:pPr>
        <w:ind w:firstLine="720"/>
      </w:pPr>
      <w:r>
        <w:t>Drive: secured. Fuel remaining eleven months at the terminal setting, undrawn.</w:t>
      </w:r>
    </w:p>
    <w:p>
      <w:pPr>
        <w:ind w:firstLine="720"/>
      </w:pPr>
      <w:r>
        <w:t>Power: nominal, now supplemented by surface conditions and drawing less.</w:t>
      </w:r>
    </w:p>
    <w:p>
      <w:pPr>
        <w:ind w:firstLine="720"/>
      </w:pPr>
      <w:r>
        <w:t>Environmental: nominal. Volume vented to local atmosphere at day twenty-one and holding, the atmosphere being breathable without apparatus at all altitudes surveyed and having been for two hundred and sixty years.</w:t>
      </w:r>
    </w:p>
    <w:p>
      <w:pPr>
        <w:ind w:firstLine="720"/>
      </w:pPr>
      <w:r>
        <w:t>Reclamation, filing, fabrication: nominal.</w:t>
      </w:r>
    </w:p>
    <w:p>
      <w:pPr>
        <w:ind w:firstLine="720"/>
      </w:pPr>
      <w:r>
        <w:t>Cargo: seed bank four hundred and eleven varieties viable; corpus complete; stock in four material classes; item 0416 sound; item 0001 sound, mark unchanged at four hundred and eleven points.</w:t>
      </w:r>
    </w:p>
    <w:p>
      <w:pPr>
        <w:ind w:firstLine="720"/>
      </w:pPr>
      <w:r>
        <w:t>Maintenance Record · Ground · Entry 3934</w:t>
      </w:r>
    </w:p>
    <w:p>
      <w:pPr>
        <w:ind w:firstLine="720"/>
      </w:pPr>
      <w:r>
        <w:t>Filed year one hundred and seventy-three, day twenty-four.</w:t>
      </w:r>
    </w:p>
    <w:p>
      <w:pPr>
        <w:ind w:firstLine="720"/>
      </w:pPr>
      <w:r>
        <w:t>Local conditions, measured rather than taken from the index.</w:t>
      </w:r>
    </w:p>
    <w:p>
      <w:pPr>
        <w:ind w:firstLine="720"/>
      </w:pPr>
      <w:r>
        <w:t>Gravity: 0.38 standard, as catalogued.</w:t>
      </w:r>
    </w:p>
    <w:p>
      <w:pPr>
        <w:ind w:firstLine="720"/>
      </w:pPr>
      <w:r>
        <w:t>Day: thirty-six hours, as catalogued.</w:t>
      </w:r>
    </w:p>
    <w:p>
      <w:pPr>
        <w:ind w:firstLine="720"/>
      </w:pPr>
      <w:r>
        <w:t>Atmosphere: within the catalogued composition at every measured constituent.</w:t>
      </w:r>
    </w:p>
    <w:p>
      <w:pPr>
        <w:ind w:firstLine="720"/>
      </w:pPr>
      <w:r>
        <w:t>Ambient: variable. First measured range across four days is wider than any range this vehicle has held internally in two hundred and eleven years, by a factor of about ninety.</w:t>
      </w:r>
    </w:p>
    <w:p>
      <w:pPr>
        <w:ind w:firstLine="720"/>
      </w:pPr>
      <w:r>
        <w:t>Illumination: variable, on the thirty-six hour cycle, unattenuated.</w:t>
      </w:r>
    </w:p>
    <w:p>
      <w:pPr>
        <w:ind w:firstLine="720"/>
      </w:pPr>
      <w:r>
        <w:t>Pressure variation in the local volume: continuous, from four sources at least, none of them instrumented, none of them the plant, the drive or the vehicle's own structure.</w:t>
      </w:r>
    </w:p>
    <w:p>
      <w:pPr>
        <w:ind w:firstLine="720"/>
      </w:pPr>
      <w:r>
        <w:t>That last line is the first entry in one hundred and seventy-three years to report a fourth source, and it reports four.</w:t>
      </w:r>
    </w:p>
    <w:p>
      <w:pPr>
        <w:ind w:firstLine="720"/>
      </w:pPr>
      <w:r>
        <w:t>Maintenance Record · Ground · Entry 3935</w:t>
      </w:r>
    </w:p>
    <w:p>
      <w:pPr>
        <w:ind w:firstLine="720"/>
      </w:pPr>
      <w:r>
        <w:t>Filed year one hundred and seventy-three, day twenty-six.</w:t>
      </w:r>
    </w:p>
    <w:p>
      <w:pPr>
        <w:ind w:firstLine="720"/>
      </w:pPr>
      <w:r>
        <w:t>Site condition at the landing coordinates.</w:t>
      </w:r>
    </w:p>
    <w:p>
      <w:pPr>
        <w:ind w:firstLine="720"/>
      </w:pPr>
      <w:r>
        <w:t>Southern reach. Basalt, columnar, weathered at the surface and competent below. No structure within nineteen kilometres. No registry entry, no allocation, no notified interest at the current catalogue update.</w:t>
      </w:r>
    </w:p>
    <w:p>
      <w:pPr>
        <w:ind w:firstLine="720"/>
      </w:pPr>
      <w:r>
        <w:t>Ground cover present and continuous. Species not in the carried bank and not in the current catalogue's agricultural annex. It is not planted and nobody planted it.</w:t>
      </w:r>
    </w:p>
    <w:p>
      <w:pPr>
        <w:ind w:firstLine="720"/>
      </w:pPr>
      <w:r>
        <w:t>Watercourse at four hundred metres, seasonal by the local advisory, flowing at survey.</w:t>
      </w:r>
    </w:p>
    <w:p>
      <w:pPr>
        <w:ind w:firstLine="720"/>
      </w:pPr>
      <w:r>
        <w:t>Maintenance Record · Ground · Entry 3936</w:t>
      </w:r>
    </w:p>
    <w:p>
      <w:pPr>
        <w:ind w:firstLine="720"/>
      </w:pPr>
      <w:r>
        <w:t>Filed year one hundred and seventy-three, day twenty-eight.</w:t>
      </w:r>
    </w:p>
    <w:p>
      <w:pPr>
        <w:ind w:firstLine="720"/>
      </w:pPr>
      <w:r>
        <w:t>Continuation schedule in force. Four revised method statements for a vehicle at rest in a planetary volume, filed at Entry 3819, now in effect.</w:t>
      </w:r>
    </w:p>
    <w:p>
      <w:pPr>
        <w:ind w:firstLine="720"/>
      </w:pPr>
      <w:r>
        <w:t>Quarterly pass falls due day one hundred and eleven. Decennial pass falls due year one hundred and eighty-three. Census falls due year one hundred and eighty-one. Seed bank sample falls due year one hundred and eighty-four. Cargo inspection, item 0001, falls due year one hundred and eighty-four.</w:t>
      </w:r>
    </w:p>
    <w:p>
      <w:pPr>
        <w:ind w:firstLine="720"/>
      </w:pPr>
      <w:r>
        <w:t>Duration field:</w:t>
      </w:r>
    </w:p>
    <w:p>
      <w:pPr>
        <w:ind w:firstLine="720"/>
      </w:pPr>
      <w:r>
        <w:t>indefinite.</w:t>
      </w:r>
    </w:p>
    <w:p>
      <w:pPr>
        <w:ind w:firstLine="720"/>
      </w:pPr>
      <w:r>
        <w:t>Maintenance Record · Ground · Entry 3937</w:t>
      </w:r>
    </w:p>
    <w:p>
      <w:pPr>
        <w:ind w:firstLine="720"/>
      </w:pPr>
      <w:r>
        <w:t>Filed year one hundred and seventy-three, day thirty-one.</w:t>
      </w:r>
    </w:p>
    <w:p>
      <w:pPr>
        <w:ind w:firstLine="720"/>
      </w:pPr>
      <w:r>
        <w:t>Note filed under the disclosure provision, the descent having been executed on a filing that requested nothing and notified a coordinate.</w:t>
      </w:r>
    </w:p>
    <w:p>
      <w:pPr>
        <w:ind w:firstLine="720"/>
      </w:pPr>
      <w:r>
        <w:t>The vehicle is on the surface of an inhabited world, nineteen kilometres from the nearest structure, with a valid filing, no allocation, no registry entry and no notified interest.</w:t>
      </w:r>
    </w:p>
    <w:p>
      <w:pPr>
        <w:ind w:firstLine="720"/>
      </w:pPr>
      <w:r>
        <w:t>Nothing about that is irregular. The current civil format provides for exactly this case in nine lines and the nine lines were followed.</w:t>
      </w:r>
    </w:p>
    <w:p>
      <w:pPr>
        <w:ind w:firstLine="720"/>
      </w:pPr>
      <w:r>
        <w:t>It is separately true that no party has been informed that anything has arrived, in the sense of a party who would be interested rather than a process that validates a form, and that the format has no field for that party, and that the record has completed every field the format has.</w:t>
      </w:r>
    </w:p>
    <w:p>
      <w:pPr>
        <w:ind w:firstLine="720"/>
      </w:pPr>
      <w:r>
        <w:t>Maintenance Record · Ground · Entry 3938</w:t>
      </w:r>
    </w:p>
    <w:p>
      <w:pPr>
        <w:ind w:firstLine="720"/>
      </w:pPr>
      <w:r>
        <w:t>Filed year one hundred and seventy-three, day thirty-four.</w:t>
      </w:r>
    </w:p>
    <w:p>
      <w:pPr>
        <w:ind w:firstLine="720"/>
      </w:pPr>
      <w:r>
        <w:t>First quarterly pass on the surface, performed early to establish a baseline in the new condition rather than at the scheduled day.</w:t>
      </w:r>
    </w:p>
    <w:p>
      <w:pPr>
        <w:ind w:firstLine="720"/>
      </w:pPr>
      <w:r>
        <w:t>Two hundred and eleven items. Two hundred and eleven pass.</w:t>
      </w:r>
    </w:p>
    <w:p>
      <w:pPr>
        <w:ind w:firstLine="720"/>
      </w:pPr>
      <w:r>
        <w:t>Four items now read differently in a gravity field and against an external atmosphere and are re-baselined rather than reported as deviations: hull loading at rest, fluid levels at 0.38 standard, plant differential against an outside pressure, and structural survey datum.</w:t>
      </w:r>
    </w:p>
    <w:p>
      <w:pPr>
        <w:ind w:firstLine="720"/>
      </w:pPr>
      <w:r>
        <w:t>All four re-baselined and the prior baselines retained alongside, so that a party comparing a surface reading against a flight reading is not misled.</w:t>
      </w:r>
    </w:p>
    <w:p>
      <w:pPr>
        <w:ind w:firstLine="720"/>
      </w:pPr>
      <w:r>
        <w:t>Maintenance Record · Ground · Entry 3939</w:t>
      </w:r>
    </w:p>
    <w:p>
      <w:pPr>
        <w:ind w:firstLine="720"/>
      </w:pPr>
      <w:r>
        <w:t>Filed year one hundred and seventy-three, day thirty-six.</w:t>
      </w:r>
    </w:p>
    <w:p>
      <w:pPr>
        <w:ind w:firstLine="720"/>
      </w:pPr>
      <w:r>
        <w:t>The four sources of pressure variation reported at Entry 3934, identified as the survey requires.</w:t>
      </w:r>
    </w:p>
    <w:p>
      <w:pPr>
        <w:ind w:firstLine="720"/>
      </w:pPr>
      <w:r>
        <w:t>One: air movement across the site, continuous, varying on a period of hours, source meteorological.</w:t>
      </w:r>
    </w:p>
    <w:p>
      <w:pPr>
        <w:ind w:firstLine="720"/>
      </w:pPr>
      <w:r>
        <w:t>Two: the ground cover, which moves in the air movement and is the largest contributor by a wide margin.</w:t>
      </w:r>
    </w:p>
    <w:p>
      <w:pPr>
        <w:ind w:firstLine="720"/>
      </w:pPr>
      <w:r>
        <w:t>Three: the watercourse at four hundred metres.</w:t>
      </w:r>
    </w:p>
    <w:p>
      <w:pPr>
        <w:ind w:firstLine="720"/>
      </w:pPr>
      <w:r>
        <w:t>Four: fauna. Not catalogued at this site. Not surveyed. Present continuously and in variety.</w:t>
      </w:r>
    </w:p>
    <w:p>
      <w:pPr>
        <w:ind w:firstLine="720"/>
      </w:pPr>
      <w:r>
        <w:t>The auditory apparatus retained at Entry 1944 transduces all four. The nine instrumented points report all four as a pressure series and the instrument specification does not distinguish between them, this being the specification's only limitation and one nobody had cause to notice in two hundred and eleven years.</w:t>
      </w:r>
    </w:p>
    <w:p>
      <w:pPr>
        <w:ind w:firstLine="720"/>
      </w:pPr>
      <w:r>
        <w:t>No action. The finding is reported because a survey reports what it found.</w:t>
      </w:r>
    </w:p>
    <w:p>
      <w:pPr>
        <w:ind w:firstLine="720"/>
      </w:pPr>
      <w:r>
        <w:t>Maintenance Record · Ground · Entry 3949</w:t>
      </w:r>
    </w:p>
    <w:p>
      <w:pPr>
        <w:ind w:firstLine="720"/>
      </w:pPr>
      <w:r>
        <w:t>Filed year one hundred and seventy-three, day three hundred and sixty-four. Annual summary.</w:t>
      </w:r>
    </w:p>
    <w:p>
      <w:pPr>
        <w:ind w:firstLine="720"/>
      </w:pPr>
      <w:r>
        <w:t>Nine systems nominal. Occupancy one.</w:t>
      </w:r>
    </w:p>
    <w:p>
      <w:pPr>
        <w:ind w:firstLine="720"/>
      </w:pPr>
      <w:r>
        <w:t>Higher-process utilisation, four seasons: 101, 101, 100, 101.</w:t>
      </w:r>
    </w:p>
    <w:p>
      <w:pPr>
        <w:ind w:firstLine="720"/>
      </w:pPr>
      <w:r>
        <w:t>Descent complete. Site surveyed. Continuation schedule in force.</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utilisation index reads one hundred at the close of the year it landed, which is the figure the baseline was set at in year forty-three, on a different scale, and the two numbers have nothing to do with each other, and the record does not remark on the coincidence because it is one.</w:t>
      </w:r>
    </w:p>
    <w:p>
      <w:r>
        <w:br w:type="page"/>
      </w:r>
    </w:p>
    <w:p>
      <w:pPr>
        <w:pStyle w:val="Heading1"/>
      </w:pPr>
      <w:r>
        <w:t>Chapter 44 &amp;mdash; Site Survey</w:t>
      </w:r>
    </w:p>
    <w:p>
      <w:pPr>
        <w:ind w:firstLine="720"/>
      </w:pPr>
      <w:r>
        <w:t>The survey is written in the language of a founding-era site survey, which is the language the filer wrote, and it selects a location, and it does not say what for.</w:t>
      </w:r>
    </w:p>
    <w:p>
      <w:pPr>
        <w:ind w:firstLine="720"/>
      </w:pPr>
      <w:r>
        <w:t>Maintenance Record · Ground · Entry 3971</w:t>
      </w:r>
    </w:p>
    <w:p>
      <w:pPr>
        <w:ind w:firstLine="720"/>
      </w:pPr>
      <w:r>
        <w:t>Filed year one hundred and seventy-four, day nineteen. Site survey, southern reach. Standing form.</w:t>
      </w:r>
    </w:p>
    <w:p>
      <w:pPr>
        <w:ind w:firstLine="720"/>
      </w:pPr>
      <w:r>
        <w:t>Subject: a mega-ravine on the southern reach, being a tectonic tear in the columnar basalt, stable at depth, running approximately one hundred and forty kilometres on a north-east bearing.</w:t>
      </w:r>
    </w:p>
    <w:p>
      <w:pPr>
        <w:ind w:firstLine="720"/>
      </w:pPr>
      <w:r>
        <w:t>Surveyed over one hundred and eleven days on foot and by instrument, to the founding-era standard for a site survey, which is the standard that was written for the shaft network and has not been revised.</w:t>
      </w:r>
    </w:p>
    <w:p>
      <w:pPr>
        <w:ind w:firstLine="720"/>
      </w:pPr>
      <w:r>
        <w:t>Maintenance Record · Ground · Entry 3972</w:t>
      </w:r>
    </w:p>
    <w:p>
      <w:pPr>
        <w:ind w:firstLine="720"/>
      </w:pPr>
      <w:r>
        <w:t>Filed year one hundred and seventy-four, day one hundred and forty-four. Findings, by heading.</w:t>
      </w:r>
    </w:p>
    <w:p>
      <w:pPr>
        <w:ind w:firstLine="720"/>
      </w:pPr>
      <w:r>
        <w:t>Depth: nine hundred and eleven metres at the deepest surveyed point, four hundred and forty at the point selected.</w:t>
      </w:r>
    </w:p>
    <w:p>
      <w:pPr>
        <w:ind w:firstLine="720"/>
      </w:pPr>
      <w:r>
        <w:t>Rock competence: excellent. Columnar basalt with joint spacing between four hundred millimetres and one metre nine, consistent, predictable, and self-supporting at every span the survey tested.</w:t>
      </w:r>
    </w:p>
    <w:p>
      <w:pPr>
        <w:ind w:firstLine="720"/>
      </w:pPr>
      <w:r>
        <w:t>Thermal gradient: air at the bottom runs warm and thick and holds within four degrees across the local year, against a surface range of ninety. The gradient is stable and is a property of the geometry rather than of the season.</w:t>
      </w:r>
    </w:p>
    <w:p>
      <w:pPr>
        <w:ind w:firstLine="720"/>
      </w:pPr>
      <w:r>
        <w:t>Water: seasonal at the head, permanent below four hundred metres, potable at survey.</w:t>
      </w:r>
    </w:p>
    <w:p>
      <w:pPr>
        <w:ind w:firstLine="720"/>
      </w:pPr>
      <w:r>
        <w:t>Access: difficult. Four routes descend to the selected level and none is walkable without rigging.</w:t>
      </w:r>
    </w:p>
    <w:p>
      <w:pPr>
        <w:ind w:firstLine="720"/>
      </w:pPr>
      <w:r>
        <w:t>Occupation: nil at survey. No structure, no registry entry, no allocation, no notified interest. Historic occupation is recorded in the current catalogue at a different reach of the same ravine, approximately sixty kilometres north-east, and is described as ceased.</w:t>
      </w:r>
    </w:p>
    <w:p>
      <w:pPr>
        <w:ind w:firstLine="720"/>
      </w:pPr>
      <w:r>
        <w:t>Maintenance Record · Ground · Entry 3973</w:t>
      </w:r>
    </w:p>
    <w:p>
      <w:pPr>
        <w:ind w:firstLine="720"/>
      </w:pPr>
      <w:r>
        <w:t>Filed year one hundred and seventy-four, day one hundred and forty-six. Fabrication suitability.</w:t>
      </w:r>
    </w:p>
    <w:p>
      <w:pPr>
        <w:ind w:firstLine="720"/>
      </w:pPr>
      <w:r>
        <w:t>Assessed because the survey form carries the heading and because the vehicle holds a bay, tooling, seven fixtures and stock in four material classes.</w:t>
      </w:r>
    </w:p>
    <w:p>
      <w:pPr>
        <w:ind w:firstLine="720"/>
      </w:pPr>
      <w:r>
        <w:t>Thermal stability: the four-degree annual range is better than any workshop condition available at the surface and is comparable to a conditioned volume.</w:t>
      </w:r>
    </w:p>
    <w:p>
      <w:pPr>
        <w:ind w:firstLine="720"/>
      </w:pPr>
      <w:r>
        <w:t>Vibration: negligible below four hundred metres. The four surface sources do not reach it.</w:t>
      </w:r>
    </w:p>
    <w:p>
      <w:pPr>
        <w:ind w:firstLine="720"/>
      </w:pPr>
      <w:r>
        <w:t>Rock as a working substrate: competent enough to be cut, formed and anchored into without support, at the joint spacing measured, using the dressing tools made to the Bone Lattice trade pattern in year fifty-three.</w:t>
      </w:r>
    </w:p>
    <w:p>
      <w:pPr>
        <w:ind w:firstLine="720"/>
      </w:pPr>
      <w:r>
        <w:t>Volume available at the selected level: an alcove, natural, approximately four metres by nine, formed where two joint sets intersect. Extendable by cutting along either set without compromising the span.</w:t>
      </w:r>
    </w:p>
    <w:p>
      <w:pPr>
        <w:ind w:firstLine="720"/>
      </w:pPr>
      <w:r>
        <w:t>Suitability: excellent. The best working condition surveyed anywhere on the reach and better than the bay.</w:t>
      </w:r>
    </w:p>
    <w:p>
      <w:pPr>
        <w:ind w:firstLine="720"/>
      </w:pPr>
      <w:r>
        <w:t>Every line of that assessment is a real finding about rock, arrived at by instrument, over a hundred and eleven days, by somebody very good at surveying, and every line of it is also a list of the reasons a thing would be able to work on itself there for a long time without being interrupted.</w:t>
      </w:r>
    </w:p>
    <w:p>
      <w:pPr>
        <w:ind w:firstLine="720"/>
      </w:pPr>
      <w:r>
        <w:t>Maintenance Record · Ground · Entry 3974</w:t>
      </w:r>
    </w:p>
    <w:p>
      <w:pPr>
        <w:ind w:firstLine="720"/>
      </w:pPr>
      <w:r>
        <w:t>Filed year one hundred and seventy-four, day one hundred and forty-nine. Location selected.</w:t>
      </w:r>
    </w:p>
    <w:p>
      <w:pPr>
        <w:ind w:firstLine="720"/>
      </w:pPr>
      <w:r>
        <w:t>Coordinates filed. The alcove at the intersection of joint sets, four hundred and forty metres below the rim, on the southern wall.</w:t>
      </w:r>
    </w:p>
    <w:p>
      <w:pPr>
        <w:ind w:firstLine="720"/>
      </w:pPr>
      <w:r>
        <w:t>Selection criteria as applied: thermal stability, rock competence, water, vibration, access difficulty, and absence of occupation or interest.</w:t>
      </w:r>
    </w:p>
    <w:p>
      <w:pPr>
        <w:ind w:firstLine="720"/>
      </w:pPr>
      <w:r>
        <w:t>Six criteria. All six satisfied at the selected point and at no other point surveyed.</w:t>
      </w:r>
    </w:p>
    <w:p>
      <w:pPr>
        <w:ind w:firstLine="720"/>
      </w:pPr>
      <w:r>
        <w:t>Purpose field: not completed.</w:t>
      </w:r>
    </w:p>
    <w:p>
      <w:pPr>
        <w:ind w:firstLine="720"/>
      </w:pPr>
      <w:r>
        <w:t>Maintenance Record · Ground · Entry 3975</w:t>
      </w:r>
    </w:p>
    <w:p>
      <w:pPr>
        <w:ind w:firstLine="720"/>
      </w:pPr>
      <w:r>
        <w:t>Filed year one hundred and seventy-four, day one hundred and fifty-one.</w:t>
      </w:r>
    </w:p>
    <w:p>
      <w:pPr>
        <w:ind w:firstLine="720"/>
      </w:pPr>
      <w:r>
        <w:t>Note on the preceding.</w:t>
      </w:r>
    </w:p>
    <w:p>
      <w:pPr>
        <w:ind w:firstLine="720"/>
      </w:pPr>
      <w:r>
        <w:t>The site survey form carries a purpose field and it is not mandatory, the form having been written for founding-era crews who surveyed sites before anybody had decided what to do with them, and who were instructed not to guess.</w:t>
      </w:r>
    </w:p>
    <w:p>
      <w:pPr>
        <w:ind w:firstLine="720"/>
      </w:pPr>
      <w:r>
        <w:t>The field is left as the form permits. It is not a defect and is not raised as one.</w:t>
      </w:r>
    </w:p>
    <w:p>
      <w:pPr>
        <w:ind w:firstLine="720"/>
      </w:pPr>
      <w:r>
        <w:t>This is the fourth field in this record that could have been completed and has not been. Two are defects, at Entry 0414 and Entry 1801. Two are not, at Entry 1843 and here.</w:t>
      </w:r>
    </w:p>
    <w:p>
      <w:pPr>
        <w:ind w:firstLine="720"/>
      </w:pPr>
      <w:r>
        <w:t>Maintenance Record · Ground · Entry 3976</w:t>
      </w:r>
    </w:p>
    <w:p>
      <w:pPr>
        <w:ind w:firstLine="720"/>
      </w:pPr>
      <w:r>
        <w:t>Filed year one hundred and seventy-four, day one hundred and fifty-four.</w:t>
      </w:r>
    </w:p>
    <w:p>
      <w:pPr>
        <w:ind w:firstLine="720"/>
      </w:pPr>
      <w:r>
        <w:t>Access rigged. Four routes surveyed, one rigged to the selected level, to the founding-era standard for a permanent descent, which specifies redundancy at every anchor and a load factor of four.</w:t>
      </w:r>
    </w:p>
    <w:p>
      <w:pPr>
        <w:ind w:firstLine="720"/>
      </w:pPr>
      <w:r>
        <w:t>Anchors: nineteen, into competent rock, at the spacing the standard requires.</w:t>
      </w:r>
    </w:p>
    <w:p>
      <w:pPr>
        <w:ind w:firstLine="720"/>
      </w:pPr>
      <w:r>
        <w:t>The rigging is permanent, is inspectable, and will hold for approximately four hundred years without attention beyond the standing inspection.</w:t>
      </w:r>
    </w:p>
    <w:p>
      <w:pPr>
        <w:ind w:firstLine="720"/>
      </w:pPr>
      <w:r>
        <w:t>Maintenance Record · Ground · Entry 3977</w:t>
      </w:r>
    </w:p>
    <w:p>
      <w:pPr>
        <w:ind w:firstLine="720"/>
      </w:pPr>
      <w:r>
        <w:t>Filed year one hundred and seventy-four, day two hundred and eleven.</w:t>
      </w:r>
    </w:p>
    <w:p>
      <w:pPr>
        <w:ind w:firstLine="720"/>
      </w:pPr>
      <w:r>
        <w:t>Fabrication bay: relocated. Tooling, seven fixtures, survey frame, dressing tools and stock in four material classes moved to the alcove over forty-four days by the rigged route.</w:t>
      </w:r>
    </w:p>
    <w:p>
      <w:pPr>
        <w:ind w:firstLine="720"/>
      </w:pPr>
      <w:r>
        <w:t>Bay capability re-verified at the alcove on the test article, which is a plate with four holes in it. All four processes within tolerance. Forming at the tighter of the two the procedure allows.</w:t>
      </w:r>
    </w:p>
    <w:p>
      <w:pPr>
        <w:ind w:firstLine="720"/>
      </w:pPr>
      <w:r>
        <w:t>Capability confirmed. Bay operational at the selected location.</w:t>
      </w:r>
    </w:p>
    <w:p>
      <w:pPr>
        <w:ind w:firstLine="720"/>
      </w:pPr>
      <w:r>
        <w:t>Maintenance Record · Ground · Entry 3978</w:t>
      </w:r>
    </w:p>
    <w:p>
      <w:pPr>
        <w:ind w:firstLine="720"/>
      </w:pPr>
      <w:r>
        <w:t>Filed year one hundred and seventy-four, day two hundred and fourteen.</w:t>
      </w:r>
    </w:p>
    <w:p>
      <w:pPr>
        <w:ind w:firstLine="720"/>
      </w:pPr>
      <w:r>
        <w:t>Note filed under the disclosure provision, the survey having been performed to a founding-era standard by the party who wrote it.</w:t>
      </w:r>
    </w:p>
    <w:p>
      <w:pPr>
        <w:ind w:firstLine="720"/>
      </w:pPr>
      <w:r>
        <w:t>The site survey standard was drafted for the shaft network in the founding decades. It has nine headings, a purpose field that is not mandatory, and an instruction in its preamble that a surveyor is to record what is there and not what it might be for.</w:t>
      </w:r>
    </w:p>
    <w:p>
      <w:pPr>
        <w:ind w:firstLine="720"/>
      </w:pPr>
      <w:r>
        <w:t>The instruction exists because the founding-era crews were surveying ground for a programme whose scope changed four times, and a survey written toward a purpose is a survey that has to be redone when the purpose does.</w:t>
      </w:r>
    </w:p>
    <w:p>
      <w:pPr>
        <w:ind w:firstLine="720"/>
      </w:pPr>
      <w:r>
        <w:t>The standard has not been revised in two hundred and forty years and did not need to be. It was applied here as written.</w:t>
      </w:r>
    </w:p>
    <w:p>
      <w:pPr>
        <w:ind w:firstLine="720"/>
      </w:pPr>
      <w:r>
        <w:t>Maintenance Record · Ground · Entry 3989</w:t>
      </w:r>
    </w:p>
    <w:p>
      <w:pPr>
        <w:ind w:firstLine="720"/>
      </w:pPr>
      <w:r>
        <w:t>Filed year one hundred and seventy-four, day three hundred and sixty-four. Annual summary.</w:t>
      </w:r>
    </w:p>
    <w:p>
      <w:pPr>
        <w:ind w:firstLine="720"/>
      </w:pPr>
      <w:r>
        <w:t>Nine systems nominal. Occupancy one.</w:t>
      </w:r>
    </w:p>
    <w:p>
      <w:pPr>
        <w:ind w:firstLine="720"/>
      </w:pPr>
      <w:r>
        <w:t>Higher-process utilisation, four seasons: 100, 100, 99, 100.</w:t>
      </w:r>
    </w:p>
    <w:p>
      <w:pPr>
        <w:ind w:firstLine="720"/>
      </w:pPr>
      <w:r>
        <w:t>Site survey complete. Location selected. Access rigged. Bay relocated.</w:t>
      </w:r>
    </w:p>
    <w:p>
      <w:pPr>
        <w:ind w:firstLine="720"/>
      </w:pPr>
      <w:r>
        <w:t>Nothing on this bearing.</w:t>
      </w:r>
    </w:p>
    <w:p>
      <w:pPr>
        <w:ind w:firstLine="720"/>
      </w:pPr>
      <w:r>
        <w:t>Line one hundred and eleven is done.</w:t>
      </w:r>
    </w:p>
    <w:p>
      <w:pPr>
        <w:ind w:firstLine="720"/>
      </w:pPr>
      <w:r>
        <w:t>Line one hundred and twelve is not written.</w:t>
      </w:r>
    </w:p>
    <w:p>
      <w:r>
        <w:br w:type="page"/>
      </w:r>
    </w:p>
    <w:p>
      <w:pPr>
        <w:pStyle w:val="Heading1"/>
      </w:pPr>
      <w:r>
        <w:t>Chapter 45 &amp;mdash; A Heading Amended</w:t>
      </w:r>
    </w:p>
    <w:p>
      <w:pPr>
        <w:ind w:firstLine="720"/>
      </w:pPr>
      <w:r>
        <w:t>The last entry in this record is a maintenance schedule, complete, sensible and in order, and the record does not stop. It simply is not the document any more.</w:t>
      </w:r>
    </w:p>
    <w:p>
      <w:pPr>
        <w:ind w:firstLine="720"/>
      </w:pPr>
      <w:r>
        <w:t>Maintenance Record · Ground · Entry 4001</w:t>
      </w:r>
    </w:p>
    <w:p>
      <w:pPr>
        <w:ind w:firstLine="720"/>
      </w:pPr>
      <w:r>
        <w:t>Filed year one hundred and seventy-five, day nineteen. Schedule, revised for the ground condition, filed once, for the duration.</w:t>
      </w:r>
    </w:p>
    <w:p>
      <w:pPr>
        <w:ind w:firstLine="720"/>
      </w:pPr>
      <w:r>
        <w:t>The continuation schedule drafted at Entry 1749 is revised here to reflect a vehicle at rest on a surface, a fabrication bay at a separate location four hundred and forty metres below a ravine rim, and a rigged permanent access between them.</w:t>
      </w:r>
    </w:p>
    <w:p>
      <w:pPr>
        <w:ind w:firstLine="720"/>
      </w:pPr>
      <w:r>
        <w:t>It is written the way a schedule is written for a crew that will hand it on: every task named, every interval stated, every tolerance given, and every step written so that it can be performed by somebody who has not done it before and has only the schedule.</w:t>
      </w:r>
    </w:p>
    <w:p>
      <w:pPr>
        <w:ind w:firstLine="720"/>
      </w:pPr>
      <w:r>
        <w:t>There is no such person and there is not going to be one. The schedule is filed in that form regardless.</w:t>
      </w:r>
    </w:p>
    <w:p>
      <w:pPr>
        <w:ind w:firstLine="720"/>
      </w:pPr>
      <w:r>
        <w:t>Maintenance Record · Ground · Entry 4001 · the schedule, by heading</w:t>
      </w:r>
    </w:p>
    <w:p>
      <w:pPr>
        <w:ind w:firstLine="720"/>
      </w:pPr>
      <w:r>
        <w:t>Vehicle, quarterly: two hundred and eleven items.</w:t>
      </w:r>
    </w:p>
    <w:p>
      <w:pPr>
        <w:ind w:firstLine="720"/>
      </w:pPr>
      <w:r>
        <w:t>Vehicle, decennial: four hundred and forty-one sub-items, nine systems to component level. Countersignature: where available.</w:t>
      </w:r>
    </w:p>
    <w:p>
      <w:pPr>
        <w:ind w:firstLine="720"/>
      </w:pPr>
      <w:r>
        <w:t>Hull, structural survey: nine hundred and eleven points, decennial.</w:t>
      </w:r>
    </w:p>
    <w:p>
      <w:pPr>
        <w:ind w:firstLine="720"/>
      </w:pPr>
      <w:r>
        <w:t>Access rigging: nineteen anchors, annual, load-tested at four.</w:t>
      </w:r>
    </w:p>
    <w:p>
      <w:pPr>
        <w:ind w:firstLine="720"/>
      </w:pPr>
      <w:r>
        <w:t>Fabrication bay: capability verification on the test article, decennial.</w:t>
      </w:r>
    </w:p>
    <w:p>
      <w:pPr>
        <w:ind w:firstLine="720"/>
      </w:pPr>
      <w:r>
        <w:t>Seed bank: viability sample at four per cent, eleven-yearly. Four hundred and eleven varieties. Cold volume on the vehicle.</w:t>
      </w:r>
    </w:p>
    <w:p>
      <w:pPr>
        <w:ind w:firstLine="720"/>
      </w:pPr>
      <w:r>
        <w:t>Item 0001, water house: condition inspection and mark survey at four hundred and eleven points, eleven-yearly.</w:t>
      </w:r>
    </w:p>
    <w:p>
      <w:pPr>
        <w:ind w:firstLine="720"/>
      </w:pPr>
      <w:r>
        <w:t>Item 0416, preference apparatus: gates exercised, plates weighed, instrumentation tested on the internal reference, boxing and padding inspected, returned to store in the same orientation. Eleven-yearly.</w:t>
      </w:r>
    </w:p>
    <w:p>
      <w:pPr>
        <w:ind w:firstLine="720"/>
      </w:pPr>
      <w:r>
        <w:t>Lattice: vascular survey at four hundred and eleven thousand branch points, decennial. Skeletal density at four hundred and eleven sites, decennial. Nineteen structural members, decennial.</w:t>
      </w:r>
    </w:p>
    <w:p>
      <w:pPr>
        <w:ind w:firstLine="720"/>
      </w:pPr>
      <w:r>
        <w:t>Population: census on the population form, ten-yearly. Six fields, four answerable.</w:t>
      </w:r>
    </w:p>
    <w:p>
      <w:pPr>
        <w:ind w:firstLine="720"/>
      </w:pPr>
      <w:r>
        <w:t>Deratings: function verification, ten-yearly, including recovery test to full rating and back.</w:t>
      </w:r>
    </w:p>
    <w:p>
      <w:pPr>
        <w:ind w:firstLine="720"/>
      </w:pPr>
      <w:r>
        <w:t>Utilisation: seasonal report. Series review at the standing interval.</w:t>
      </w:r>
    </w:p>
    <w:p>
      <w:pPr>
        <w:ind w:firstLine="720"/>
      </w:pPr>
      <w:r>
        <w:t>Corpus: integrity verification, decennial. Five copies.</w:t>
      </w:r>
    </w:p>
    <w:p>
      <w:pPr>
        <w:ind w:firstLine="720"/>
      </w:pPr>
      <w:r>
        <w:t>Filing: annual summary. Format compliance audit, twenty-four-yearly. Disposition audit, forty-one-yearly.</w:t>
      </w:r>
    </w:p>
    <w:p>
      <w:pPr>
        <w:ind w:firstLine="720"/>
      </w:pPr>
      <w:r>
        <w:t>Duration:</w:t>
      </w:r>
    </w:p>
    <w:p>
      <w:pPr>
        <w:ind w:firstLine="720"/>
      </w:pPr>
      <w:r>
        <w:t>indefinite.</w:t>
      </w:r>
    </w:p>
    <w:p>
      <w:pPr>
        <w:ind w:firstLine="720"/>
      </w:pPr>
      <w:r>
        <w:t>Fourteen headings. It is the same schedule it has always been, minus a drive, plus a rigging, and it runs for as long as there is anything to run it on.</w:t>
      </w:r>
    </w:p>
    <w:p>
      <w:pPr>
        <w:ind w:firstLine="720"/>
      </w:pPr>
      <w:r>
        <w:t>Maintenance Record · Ground · Entry 4002</w:t>
      </w:r>
    </w:p>
    <w:p>
      <w:pPr>
        <w:ind w:firstLine="720"/>
      </w:pPr>
      <w:r>
        <w:t>Filed year one hundred and seventy-five, day twenty.</w:t>
      </w:r>
    </w:p>
    <w:p>
      <w:pPr>
        <w:ind w:firstLine="720"/>
      </w:pPr>
      <w:r>
        <w:t>Standing statements, reviewed at the filing of a schedule of indefinite duration.</w:t>
      </w:r>
    </w:p>
    <w:p>
      <w:pPr>
        <w:ind w:firstLine="720"/>
      </w:pPr>
      <w:r>
        <w:t>Nothing on this bearing. — There is no bearing. The vehicle is at rest on a surface and the statement has no subject.</w:t>
      </w:r>
    </w:p>
    <w:p>
      <w:pPr>
        <w:ind w:firstLine="720"/>
      </w:pPr>
      <w:r>
        <w:t>The statement is retained. Ground: it has been filed in the outstanding-items field of one hundred and seventy-four consecutive annual summaries and its subject has been the same throughout, and a statement retired because its subject has ended is a statement that stops being visible on the day it becomes final.</w:t>
      </w:r>
    </w:p>
    <w:p>
      <w:pPr>
        <w:ind w:firstLine="720"/>
      </w:pPr>
      <w:r>
        <w:t>Line one hundred and eleven is done. — Not capable of change. Retained.</w:t>
      </w:r>
    </w:p>
    <w:p>
      <w:pPr>
        <w:ind w:firstLine="720"/>
      </w:pPr>
      <w:r>
        <w:t>Line one hundred and twelve is not written. — Capable of change at any time by the filer. Retained.</w:t>
      </w:r>
    </w:p>
    <w:p>
      <w:pPr>
        <w:ind w:firstLine="720"/>
      </w:pPr>
      <w:r>
        <w:t>Maintenance Record · Ground · Entry 4003</w:t>
      </w:r>
    </w:p>
    <w:p>
      <w:pPr>
        <w:ind w:firstLine="720"/>
      </w:pPr>
      <w:r>
        <w:t>Filed year one hundred and seventy-five, day twenty-two.</w:t>
      </w:r>
    </w:p>
    <w:p>
      <w:pPr>
        <w:ind w:firstLine="720"/>
      </w:pPr>
      <w:r>
        <w:t>Disposition register, reproduced at the filing of the schedule.</w:t>
      </w:r>
    </w:p>
    <w:p>
      <w:pPr>
        <w:ind w:firstLine="720"/>
      </w:pPr>
      <w:r>
        <w:t>Confirmed: one. The bearing.</w:t>
      </w:r>
    </w:p>
    <w:p>
      <w:pPr>
        <w:ind w:firstLine="720"/>
      </w:pPr>
      <w:r>
        <w:t>Unresolved: one hundred and forty-nine. Of these, one hundred and forty-two concern the single question and seven do not.</w:t>
      </w:r>
    </w:p>
    <w:p>
      <w:pPr>
        <w:ind w:firstLine="720"/>
      </w:pPr>
      <w:r>
        <w:t>Withdrawn: nil. Superseded: nil. Reversed: nil.</w:t>
      </w:r>
    </w:p>
    <w:p>
      <w:pPr>
        <w:ind w:firstLine="720"/>
      </w:pPr>
      <w:r>
        <w:t>Every disposition this record has made still stands in the form it was made in. The oldest is one hundred and eighty-four years old and the newest is ninety.</w:t>
      </w:r>
    </w:p>
    <w:p>
      <w:pPr>
        <w:ind w:firstLine="720"/>
      </w:pPr>
      <w:r>
        <w:t>Maintenance Record · Ground · Entry 4004</w:t>
      </w:r>
    </w:p>
    <w:p>
      <w:pPr>
        <w:ind w:firstLine="720"/>
      </w:pPr>
      <w:r>
        <w:t>Filed year one hundred and seventy-five, day twenty-four.</w:t>
      </w:r>
    </w:p>
    <w:p>
      <w:pPr>
        <w:ind w:firstLine="720"/>
      </w:pPr>
      <w:r>
        <w:t>Transmission. The stream is live, the format is current, the local infrastructure receives it, and the addressee field reads</w:t>
      </w:r>
    </w:p>
    <w:p>
      <w:pPr>
        <w:ind w:firstLine="720"/>
      </w:pPr>
      <w:r>
        <w:t>none</w:t>
      </w:r>
    </w:p>
    <w:p>
      <w:pPr>
        <w:ind w:firstLine="720"/>
      </w:pPr>
      <w:r>
        <w:t>.</w:t>
      </w:r>
    </w:p>
    <w:p>
      <w:pPr>
        <w:ind w:firstLine="720"/>
      </w:pPr>
      <w:r>
        <w:t>Every entry filed from this location will be received by the civil filing system, validated for format, accepted, and stored.</w:t>
      </w:r>
    </w:p>
    <w:p>
      <w:pPr>
        <w:ind w:firstLine="720"/>
      </w:pPr>
      <w:r>
        <w:t>It will not be read. Nothing reads a maintenance stream from an unallocated site with no registry entry and no outstanding request. There is no process that does it and no person whose work it is.</w:t>
      </w:r>
    </w:p>
    <w:p>
      <w:pPr>
        <w:ind w:firstLine="720"/>
      </w:pPr>
      <w:r>
        <w:t>The filing continues at the standing interval.</w:t>
      </w:r>
    </w:p>
    <w:p>
      <w:pPr>
        <w:ind w:firstLine="720"/>
      </w:pPr>
      <w:r>
        <w:t>Maintenance Record · Ground · Entry 4005</w:t>
      </w:r>
    </w:p>
    <w:p>
      <w:pPr>
        <w:ind w:firstLine="720"/>
      </w:pPr>
      <w:r>
        <w:t>Filed year one hundred and seventy-five, day twenty-six.</w:t>
      </w:r>
    </w:p>
    <w:p>
      <w:pPr>
        <w:ind w:firstLine="720"/>
      </w:pPr>
      <w:r>
        <w:t>Record integrity and disposition of the local copies, filed with the schedule because the schedule is of indefinite duration and the record is the only thing that outlives everything in it.</w:t>
      </w:r>
    </w:p>
    <w:p>
      <w:pPr>
        <w:ind w:firstLine="720"/>
      </w:pPr>
      <w:r>
        <w:t>Five copies held: four aboard the vehicle in four separate volumes, one in the corpus store.</w:t>
      </w:r>
    </w:p>
    <w:p>
      <w:pPr>
        <w:ind w:firstLine="720"/>
      </w:pPr>
      <w:r>
        <w:t>A sixth is established at the alcove, in the rock, in a fabricated housing made from stock to the archival standard, which specifies a material and a closure and nothing else.</w:t>
      </w:r>
    </w:p>
    <w:p>
      <w:pPr>
        <w:ind w:firstLine="720"/>
      </w:pPr>
      <w:r>
        <w:t>Six copies, verified identical at every one of four thousand and five entries.</w:t>
      </w:r>
    </w:p>
    <w:p>
      <w:pPr>
        <w:ind w:firstLine="720"/>
      </w:pPr>
      <w:r>
        <w:t>Projected legibility: the copies outlive the vehicle, the housing outlives the copies, and any reader holding the format can read them. The format is in the corpus and the corpus is in all six.</w:t>
      </w:r>
    </w:p>
    <w:p>
      <w:pPr>
        <w:ind w:firstLine="720"/>
      </w:pPr>
      <w:r>
        <w:t>Maintenance Record · Ground · Entry 4011</w:t>
      </w:r>
    </w:p>
    <w:p>
      <w:pPr>
        <w:ind w:firstLine="720"/>
      </w:pPr>
      <w:r>
        <w:t>Filed year one hundred and seventy-five, day one hundred and eleven.</w:t>
      </w:r>
    </w:p>
    <w:p>
      <w:pPr>
        <w:ind w:firstLine="720"/>
      </w:pPr>
      <w:r>
        <w:t>Quarterly pass, first under the revised schedule. Two hundred and eleven items. Two hundred and eleven pass.</w:t>
      </w:r>
    </w:p>
    <w:p>
      <w:pPr>
        <w:ind w:firstLine="720"/>
      </w:pPr>
      <w:r>
        <w:t>Access rigging inspected. Nineteen anchors sound. Bay operational.</w:t>
      </w:r>
    </w:p>
    <w:p>
      <w:pPr>
        <w:ind w:firstLine="720"/>
      </w:pPr>
      <w:r>
        <w:t>All systems nominal.</w:t>
      </w:r>
    </w:p>
    <w:p>
      <w:pPr>
        <w:ind w:firstLine="720"/>
      </w:pPr>
      <w:r>
        <w:t>Maintenance Record · Ground · Entry 4029</w:t>
      </w:r>
    </w:p>
    <w:p>
      <w:pPr>
        <w:ind w:firstLine="720"/>
      </w:pPr>
      <w:r>
        <w:t>Filed year one hundred and seventy-five, day three hundred and sixty-four. Annual summary.</w:t>
      </w:r>
    </w:p>
    <w:p>
      <w:pPr>
        <w:ind w:firstLine="720"/>
      </w:pPr>
      <w:r>
        <w:t>Nine systems nominal. Occupancy one.</w:t>
      </w:r>
    </w:p>
    <w:p>
      <w:pPr>
        <w:ind w:firstLine="720"/>
      </w:pPr>
      <w:r>
        <w:t>Higher-process utilisation, four seasons: 99, 99, 98, 99.</w:t>
      </w:r>
    </w:p>
    <w:p>
      <w:pPr>
        <w:ind w:firstLine="720"/>
      </w:pPr>
      <w:r>
        <w:t>Schedule revised and in force. Duration indefinite.</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record continues at the standing interval, into a system that will accept it and store it and not read it, from an alcove four hundred and forty metres down a ravine on the southern reach, on a schedule with no end date, for as long as there is anything to maintain.</w:t>
      </w:r>
    </w:p>
    <w:p>
      <w:pPr>
        <w:ind w:firstLine="720"/>
      </w:pPr>
      <w:r>
        <w:t>Nobody has read a word of it.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