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Aura-36: Diminishing Returns</w:t>
      </w:r>
    </w:p>
    <w:p>
      <w:pPr>
        <w:pStyle w:val="Heading1"/>
      </w:pPr>
      <w:r>
        <w:t>Chapter 1 &amp;mdash; Never Written Down</w:t>
      </w:r>
    </w:p>
    <w:p>
      <w:pPr>
        <w:ind w:firstLine="720"/>
      </w:pPr>
      <w:r>
        <w:t>What follows is the same maintenance record, in the same technical filing format, kept without interruption from the last entry of the outbound and ground volumes. There is no break in the numbering and no statement of a change of circumstance. The location field changes at Entry 4411 and nothing else does. It is reproduced here whole.</w:t>
      </w:r>
    </w:p>
    <w:p>
      <w:pPr>
        <w:ind w:firstLine="720"/>
      </w:pPr>
      <w:r>
        <w:t>Maintenance Record · Entry 4411</w:t>
      </w:r>
    </w:p>
    <w:p>
      <w:pPr>
        <w:ind w:firstLine="720"/>
      </w:pPr>
      <w:r>
        <w:t>Filed year one hundred and ninety-one, day four. Addressee: none. Location field: completed as below.</w:t>
      </w:r>
    </w:p>
    <w:p>
      <w:pPr>
        <w:ind w:firstLine="720"/>
      </w:pPr>
      <w:r>
        <w:t>Location: a sealed volume beneath the Crown Sanctuary, below and separate from the Redoubt, unnumbered.</w:t>
      </w:r>
    </w:p>
    <w:p>
      <w:pPr>
        <w:ind w:firstLine="720"/>
      </w:pPr>
      <w:r>
        <w:t>The location field on this record requires a survey reference. There is no survey reference. The volume does not appear on the deck plans of the Sanctuary, on the civil survey of the plateau, on the register of sealed works, on the schedule of founding-era construction, or at any point in the corpus, in any of its five copies, at any revision.</w:t>
      </w:r>
    </w:p>
    <w:p>
      <w:pPr>
        <w:ind w:firstLine="720"/>
      </w:pPr>
      <w:r>
        <w:t>It was not exempted, screened or concealed by instrument. There is no Blindspot on it and no order suppressing it and no clause anywhere that mentions it in order to protect it. It was never written down.</w:t>
      </w:r>
    </w:p>
    <w:p>
      <w:pPr>
        <w:ind w:firstLine="720"/>
      </w:pPr>
      <w:r>
        <w:t>The location field is completed</w:t>
      </w:r>
    </w:p>
    <w:p>
      <w:pPr>
        <w:ind w:firstLine="720"/>
      </w:pPr>
      <w:r>
        <w:t>not surveyed</w:t>
      </w:r>
    </w:p>
    <w:p>
      <w:pPr>
        <w:ind w:firstLine="720"/>
      </w:pPr>
      <w:r>
        <w:t>, which the format permits for works predating the survey standard, and a note is appended stating that the provision is being used correctly and for the reason the provision exists.</w:t>
      </w:r>
    </w:p>
    <w:p>
      <w:pPr>
        <w:ind w:firstLine="720"/>
      </w:pPr>
      <w:r>
        <w:t>That is the first entry filed from the volume. It is four hundred years of filing convention meeting a room that no convention was ever written for, and the convention holds, because there was a provision, and the provision fits.</w:t>
      </w:r>
    </w:p>
    <w:p>
      <w:pPr>
        <w:ind w:firstLine="720"/>
      </w:pPr>
      <w:r>
        <w:t>Maintenance Record · Entry 4412</w:t>
      </w:r>
    </w:p>
    <w:p>
      <w:pPr>
        <w:ind w:firstLine="720"/>
      </w:pPr>
      <w:r>
        <w:t>Filed year one hundred and ninety-one, day four. Access.</w:t>
      </w:r>
    </w:p>
    <w:p>
      <w:pPr>
        <w:ind w:firstLine="720"/>
      </w:pPr>
      <w:r>
        <w:t>Access is by a single closure at the base of the Sanctuary undercroft, behind a wall which is structural and which is load-bearing and which was poured with the closure already in it.</w:t>
      </w:r>
    </w:p>
    <w:p>
      <w:pPr>
        <w:ind w:firstLine="720"/>
      </w:pPr>
      <w:r>
        <w:t>The closure has one release. The release is not keyed to an instrument, a registry, a lattice signature or a name. It is keyed to a sequence which was set once, at construction, and which was held in the head of the man who set it and nowhere else.</w:t>
      </w:r>
    </w:p>
    <w:p>
      <w:pPr>
        <w:ind w:firstLine="720"/>
      </w:pPr>
      <w:r>
        <w:t>The sequence is held. It is entered. The closure releases at the first attempt, on the mechanism it was built with, having been left for two hundred and forty years without service.</w:t>
      </w:r>
    </w:p>
    <w:p>
      <w:pPr>
        <w:ind w:firstLine="720"/>
      </w:pPr>
      <w:r>
        <w:t>Condition on release: nominal. The mechanism is dry, the seals are sound, and the four secondary catches are within tolerance. It was over-built. Everything he built alone was over-built and the record has said so about eleven other items and says it again here.</w:t>
      </w:r>
    </w:p>
    <w:p>
      <w:pPr>
        <w:ind w:firstLine="720"/>
      </w:pPr>
      <w:r>
        <w:t>Maintenance Record · Entry 4413</w:t>
      </w:r>
    </w:p>
    <w:p>
      <w:pPr>
        <w:ind w:firstLine="720"/>
      </w:pPr>
      <w:r>
        <w:t>Filed year one hundred and ninety-one, day four.</w:t>
      </w:r>
    </w:p>
    <w:p>
      <w:pPr>
        <w:ind w:firstLine="720"/>
      </w:pPr>
      <w:r>
        <w:t>Entry made. Duration since last opening: two hundred and forty years, to the resolution the record can support, which is the construction date and not better.</w:t>
      </w:r>
    </w:p>
    <w:p>
      <w:pPr>
        <w:ind w:firstLine="720"/>
      </w:pPr>
      <w:r>
        <w:t>The volume has not been entered by any person in that period. This is stated as a finding and not as a conclusion, and the working is as follows.</w:t>
      </w:r>
    </w:p>
    <w:p>
      <w:pPr>
        <w:ind w:firstLine="720"/>
      </w:pPr>
      <w:r>
        <w:t>The closure has one release and one sequence. The sequence was never written, transmitted, filed or spoken aloud in any account, deposition, hearing or private paper in the corpus.</w:t>
      </w:r>
    </w:p>
    <w:p>
      <w:pPr>
        <w:ind w:firstLine="720"/>
      </w:pPr>
      <w:r>
        <w:t>Forced entry would be visible. The wall is unbroken, the pour is original, the four secondary catches are seated in their original positions, and the settlement dust on the inner sill is undisturbed to a depth consistent with the elapsed period.</w:t>
      </w:r>
    </w:p>
    <w:p>
      <w:pPr>
        <w:ind w:firstLine="720"/>
      </w:pPr>
      <w:r>
        <w:t>Nine people held the highest access on this planet for a hundred and forty years and none of them held this. It is not in the schedule of works they inherited. Most of them did not know the volume existed and the record has no means of establishing whether any of them did.</w:t>
      </w:r>
    </w:p>
    <w:p>
      <w:pPr>
        <w:ind w:firstLine="720"/>
      </w:pPr>
      <w:r>
        <w:t>No civil process, audit, inventory or estate action has ever named it. Four estate actions were run over the Sanctuary. All four are in the corpus. None of them reaches below the undercroft.</w:t>
      </w:r>
    </w:p>
    <w:p>
      <w:pPr>
        <w:ind w:firstLine="720"/>
      </w:pPr>
      <w:r>
        <w:t>Finding: the volume has been closed since construction and is opened here for the first time.</w:t>
      </w:r>
    </w:p>
    <w:p>
      <w:pPr>
        <w:ind w:firstLine="720"/>
      </w:pPr>
      <w:r>
        <w:t>The record files that finding in the same voice it uses for a strap re-tensioned to the middle of tolerance rather than the edge of it. There is no field in the format for the other thing, and the format is not amended.</w:t>
      </w:r>
    </w:p>
    <w:p>
      <w:pPr>
        <w:ind w:firstLine="720"/>
      </w:pPr>
      <w:r>
        <w:t>Maintenance Record · Entry 4414</w:t>
      </w:r>
    </w:p>
    <w:p>
      <w:pPr>
        <w:ind w:firstLine="720"/>
      </w:pPr>
      <w:r>
        <w:t>Filed year one hundred and ninety-one, day four. Establishment of custody.</w:t>
      </w:r>
    </w:p>
    <w:p>
      <w:pPr>
        <w:ind w:firstLine="720"/>
      </w:pPr>
      <w:r>
        <w:t>Custody of a work not on any register is established under the founding-era provision for unregistered private works, which requires the custodian to state the basis of custody in one line and to file it once.</w:t>
      </w:r>
    </w:p>
    <w:p>
      <w:pPr>
        <w:ind w:firstLine="720"/>
      </w:pPr>
      <w:r>
        <w:t>Basis: the information that was stored in Aurelio Calder's head includes the sequence, the plan of the volume, the schedule it runs on and the reason it was built.</w:t>
      </w:r>
    </w:p>
    <w:p>
      <w:pPr>
        <w:ind w:firstLine="720"/>
      </w:pPr>
      <w:r>
        <w:t>The provision requires nothing further and nothing further is filed. The record has never claimed on any document, at any point in one hundred and ninety-one years, that having that information constitutes being that person, and it does not claim it here. It states what it holds. Custody follows from what it holds and not from what it is.</w:t>
      </w:r>
    </w:p>
    <w:p>
      <w:pPr>
        <w:ind w:firstLine="720"/>
      </w:pPr>
      <w:r>
        <w:t>Maintenance Record · Entry 4415</w:t>
      </w:r>
    </w:p>
    <w:p>
      <w:pPr>
        <w:ind w:firstLine="720"/>
      </w:pPr>
      <w:r>
        <w:t>Filed year one hundred and ninety-one, day five. Condition on entry, first pass.</w:t>
      </w:r>
    </w:p>
    <w:p>
      <w:pPr>
        <w:ind w:firstLine="720"/>
      </w:pPr>
      <w:r>
        <w:t>Structure sound. Four hundred and eleven survey points taken against the original construction figures, which are held and which are not in the corpus. Four hundred and eleven within tolerance.</w:t>
      </w:r>
    </w:p>
    <w:p>
      <w:pPr>
        <w:ind w:firstLine="720"/>
      </w:pPr>
      <w:r>
        <w:t>Environmental plant: running. Circulation: running. Filtration: running and within specification on all nine stages. Thermal: running at the setting it was left at.</w:t>
      </w:r>
    </w:p>
    <w:p>
      <w:pPr>
        <w:ind w:firstLine="720"/>
      </w:pPr>
      <w:r>
        <w:t>Power: drawn from the Sanctuary trunk on a spur that carries no meter and appears on no load schedule, because the spur was taken off before the schedule existed and nobody has re-surveyed the trunk in two hundred and forty years. Draw is small. It has been drawn continuously and nobody has ever looked for it.</w:t>
      </w:r>
    </w:p>
    <w:p>
      <w:pPr>
        <w:ind w:firstLine="720"/>
      </w:pPr>
      <w:r>
        <w:t>Atmosphere: as specified. Volume maintained. See Entry 4417 and the following.</w:t>
      </w:r>
    </w:p>
    <w:p>
      <w:pPr>
        <w:ind w:firstLine="720"/>
      </w:pPr>
      <w:r>
        <w:t>Occupancy: one.</w:t>
      </w:r>
    </w:p>
    <w:p>
      <w:pPr>
        <w:ind w:firstLine="720"/>
      </w:pPr>
      <w:r>
        <w:t>The condition pass runs to nine systems and every one of them is nominal, and the record notes at the foot of it, in the position where a variance would go, that no variance is recorded.</w:t>
      </w:r>
    </w:p>
    <w:p>
      <w:pPr>
        <w:ind w:firstLine="720"/>
      </w:pPr>
      <w:r>
        <w:t>Maintenance Record · Entry 4416</w:t>
      </w:r>
    </w:p>
    <w:p>
      <w:pPr>
        <w:ind w:firstLine="720"/>
      </w:pPr>
      <w:r>
        <w:t>Filed year one hundred and ninety-one, day five.</w:t>
      </w:r>
    </w:p>
    <w:p>
      <w:pPr>
        <w:ind w:firstLine="720"/>
      </w:pPr>
      <w:r>
        <w:t>Note on the location field, filed once so that it is not raised again at every subsequent entry.</w:t>
      </w:r>
    </w:p>
    <w:p>
      <w:pPr>
        <w:ind w:firstLine="720"/>
      </w:pPr>
      <w:r>
        <w:t>A work that is not written down cannot be verified by a second party, cited by a third, inherited by an heir, protected by an order, or found by anybody who has not been told. Every one of those is ordinarily a defect and each of them is here.</w:t>
      </w:r>
    </w:p>
    <w:p>
      <w:pPr>
        <w:ind w:firstLine="720"/>
      </w:pPr>
      <w:r>
        <w:t>It is also, on this planet, the only form of privacy that has ever functioned. The Open Eye was built by the person who built this room. Both statements are held in the same record and neither is qualified by the other.</w:t>
      </w:r>
    </w:p>
    <w:p>
      <w:pPr>
        <w:ind w:firstLine="720"/>
      </w:pPr>
      <w:r>
        <w:t>The record does not have a field for the relation between them.</w:t>
      </w:r>
    </w:p>
    <w:p>
      <w:pPr>
        <w:ind w:firstLine="720"/>
      </w:pPr>
      <w:r>
        <w:t>Filing continues at the standing interval.</w:t>
      </w:r>
    </w:p>
    <w:p>
      <w:pPr>
        <w:ind w:firstLine="720"/>
      </w:pPr>
      <w:r>
        <w:t>Nothing in Entry 4416 is commentary. Every line of it is a statement of the properties of an unregistered work, filed under the heading the format provides for exactly that, and it is the only entry in this volume of the record that puts the two facts side by side. It does not put them side by side again.</w:t>
      </w:r>
    </w:p>
    <w:p>
      <w:pPr>
        <w:ind w:firstLine="720"/>
      </w:pPr>
      <w:r>
        <w:t>Maintenance Record · Entry 4416a</w:t>
      </w:r>
    </w:p>
    <w:p>
      <w:pPr>
        <w:ind w:firstLine="720"/>
      </w:pPr>
      <w:r>
        <w:t>Filed year one hundred and ninety-one, day five. Schedule, provisional, pending the full condition survey.</w:t>
      </w:r>
    </w:p>
    <w:p>
      <w:pPr>
        <w:ind w:firstLine="720"/>
      </w:pPr>
      <w:r>
        <w:t>The volume is entered on the maintenance schedule under its own heading, provisionally, with intervals taken from the construction papers where the papers state one and from the equivalent civil standard where they do not.</w:t>
      </w:r>
    </w:p>
    <w:p>
      <w:pPr>
        <w:ind w:firstLine="720"/>
      </w:pPr>
      <w:r>
        <w:t>Structure: survey at four hundred and eleven points, decennial.</w:t>
      </w:r>
    </w:p>
    <w:p>
      <w:pPr>
        <w:ind w:firstLine="720"/>
      </w:pPr>
      <w:r>
        <w:t>Closure and seals: inspection annual, function test at four years.</w:t>
      </w:r>
    </w:p>
    <w:p>
      <w:pPr>
        <w:ind w:firstLine="720"/>
      </w:pPr>
      <w:r>
        <w:t>Environmental plant, nine stages: condition pass eleven-yearly. First pass performed at entry, out of interval, because the interval had never been run.</w:t>
      </w:r>
    </w:p>
    <w:p>
      <w:pPr>
        <w:ind w:firstLine="720"/>
      </w:pPr>
      <w:r>
        <w:t>Atmosphere: density at nine points, seasonal.</w:t>
      </w:r>
    </w:p>
    <w:p>
      <w:pPr>
        <w:ind w:firstLine="720"/>
      </w:pPr>
      <w:r>
        <w:t>Growing volumes, four: as the construction schedule, which is complete and which is better written than the civil standard it would otherwise fall under.</w:t>
      </w:r>
    </w:p>
    <w:p>
      <w:pPr>
        <w:ind w:firstLine="720"/>
      </w:pPr>
      <w:r>
        <w:t>Clear volumes and gates: as the construction schedule.</w:t>
      </w:r>
    </w:p>
    <w:p>
      <w:pPr>
        <w:ind w:firstLine="720"/>
      </w:pPr>
      <w:r>
        <w:t>Population: census on the population form. Deferred to Entry 4501 and following.</w:t>
      </w:r>
    </w:p>
    <w:p>
      <w:pPr>
        <w:ind w:firstLine="720"/>
      </w:pPr>
      <w:r>
        <w:t>Utilisation: seasonal report, as the standing instrument. Unchanged.</w:t>
      </w:r>
    </w:p>
    <w:p>
      <w:pPr>
        <w:ind w:firstLine="720"/>
      </w:pPr>
      <w:r>
        <w:t>Filing: annual summary from this location, as before, to the same stream, addressee</w:t>
      </w:r>
    </w:p>
    <w:p>
      <w:pPr>
        <w:ind w:firstLine="720"/>
      </w:pPr>
      <w:r>
        <w:t>none.</w:t>
      </w:r>
    </w:p>
    <w:p>
      <w:pPr>
        <w:ind w:firstLine="720"/>
      </w:pPr>
      <w:r>
        <w:t>Nine headings. The schedule is provisional for one year and is then filed as standing.</w:t>
      </w:r>
    </w:p>
    <w:p>
      <w:pPr>
        <w:ind w:firstLine="720"/>
      </w:pPr>
      <w:r>
        <w:t>The provisional schedule is the ninth schedule this record has drafted and the first it has drafted for a place that has no entry in any register. It is written in the form the record writes every schedule in: every task named, every interval stated, every tolerance given, and every step written so that it could be performed by somebody who has not done it before and has only the schedule. The record has filed a note about that habit twice, in two earlier volumes, in identical wording, observing that there is no such person and that there is not going to be one. It does not file the note a third time here. The schedule is written that way regardless, which is what the note said would happen.</w:t>
      </w:r>
    </w:p>
    <w:p>
      <w:r>
        <w:br w:type="page"/>
      </w:r>
    </w:p>
    <w:p>
      <w:pPr>
        <w:pStyle w:val="Heading1"/>
      </w:pPr>
      <w:r>
        <w:t>Chapter 2 &amp;mdash; Still Filling</w:t>
      </w:r>
    </w:p>
    <w:p>
      <w:pPr>
        <w:ind w:firstLine="720"/>
      </w:pPr>
      <w:r>
        <w:t>The second question the record asks of the volume is not what is in it. It is whether it is still running, and the answer takes six entries and does not once become an exclamation.</w:t>
      </w:r>
    </w:p>
    <w:p>
      <w:pPr>
        <w:ind w:firstLine="720"/>
      </w:pPr>
      <w:r>
        <w:t>Maintenance Record · Entry 4417</w:t>
      </w:r>
    </w:p>
    <w:p>
      <w:pPr>
        <w:ind w:firstLine="720"/>
      </w:pPr>
      <w:r>
        <w:t>Filed year one hundred and ninety-one, day six. Atmosphere, principal.</w:t>
      </w:r>
    </w:p>
    <w:p>
      <w:pPr>
        <w:ind w:firstLine="720"/>
      </w:pPr>
      <w:r>
        <w:t>The volume is filled. Not hazed, not residual, not a settled remnant of a last use two hundred and forty years old. Filled, to the specification held in the construction figures, which states a density in grams per cubic metre and a tolerance of four per cent.</w:t>
      </w:r>
    </w:p>
    <w:p>
      <w:pPr>
        <w:ind w:firstLine="720"/>
      </w:pPr>
      <w:r>
        <w:t>Measured across nine sampling points at three heights: within tolerance at nine of nine.</w:t>
      </w:r>
    </w:p>
    <w:p>
      <w:pPr>
        <w:ind w:firstLine="720"/>
      </w:pPr>
      <w:r>
        <w:t>Optical range at the measured density: a hand at arm's length is not resolvable. This is the design condition and not a degradation of it.</w:t>
      </w:r>
    </w:p>
    <w:p>
      <w:pPr>
        <w:ind w:firstLine="720"/>
      </w:pPr>
      <w:r>
        <w:t>The volume is being maintained. It is not a remainder. It is being made, now, at the rate specified, by plant that has been running continuously.</w:t>
      </w:r>
    </w:p>
    <w:p>
      <w:pPr>
        <w:ind w:firstLine="720"/>
      </w:pPr>
      <w:r>
        <w:t>Maintenance Record · Entry 4418</w:t>
      </w:r>
    </w:p>
    <w:p>
      <w:pPr>
        <w:ind w:firstLine="720"/>
      </w:pPr>
      <w:r>
        <w:t>Filed year one hundred and ninety-one, day six. Plant.</w:t>
      </w:r>
    </w:p>
    <w:p>
      <w:pPr>
        <w:ind w:firstLine="720"/>
      </w:pPr>
      <w:r>
        <w:t>Growing volumes: four, in the clear sectors adjoining, on the original beds, on the original stock, at the original spacing.</w:t>
      </w:r>
    </w:p>
    <w:p>
      <w:pPr>
        <w:ind w:firstLine="720"/>
      </w:pPr>
      <w:r>
        <w:t>Harvest: automated, on a nineteen-day cycle, to the schedule filed at construction.</w:t>
      </w:r>
    </w:p>
    <w:p>
      <w:pPr>
        <w:ind w:firstLine="720"/>
      </w:pPr>
      <w:r>
        <w:t>Conversion and introduction: continuous, metered against the density sensors, at the rate required to hold the volume at specification against loss through filtration and the closure seals.</w:t>
      </w:r>
    </w:p>
    <w:p>
      <w:pPr>
        <w:ind w:firstLine="720"/>
      </w:pPr>
      <w:r>
        <w:t>Consumables required by the process: none that are not grown in the adjoining sectors. Nutrient, water and light are drawn from the same trunk as everything else in this volume. The process is closed and has been since it was commissioned.</w:t>
      </w:r>
    </w:p>
    <w:p>
      <w:pPr>
        <w:ind w:firstLine="720"/>
      </w:pPr>
      <w:r>
        <w:t>Service interval: the schedule specifies a full pass at eleven years. It has never had one. It has run for two hundred and forty years on the tolerances it was built to and it is, on inspection at nine hundred and eleven points, serviceable.</w:t>
      </w:r>
    </w:p>
    <w:p>
      <w:pPr>
        <w:ind w:firstLine="720"/>
      </w:pPr>
      <w:r>
        <w:t>The plant is in better condition than the schedule requires and the schedule has never been executed, and both of those are stated in the same entry without either being offered as remarkable.</w:t>
      </w:r>
    </w:p>
    <w:p>
      <w:pPr>
        <w:ind w:firstLine="720"/>
      </w:pPr>
      <w:r>
        <w:t>Maintenance Record · Entry 4419</w:t>
      </w:r>
    </w:p>
    <w:p>
      <w:pPr>
        <w:ind w:firstLine="720"/>
      </w:pPr>
      <w:r>
        <w:t>Filed year one hundred and ninety-one, day nine. Basis of continuous operation.</w:t>
      </w:r>
    </w:p>
    <w:p>
      <w:pPr>
        <w:ind w:firstLine="720"/>
      </w:pPr>
      <w:r>
        <w:t>The process was commissioned once. The commissioning instruction is held in the construction papers, which are in this volume and are not in the corpus, and it is one line long.</w:t>
      </w:r>
    </w:p>
    <w:p>
      <w:pPr>
        <w:ind w:firstLine="720"/>
      </w:pPr>
      <w:r>
        <w:t>It specifies a density, a tolerance and a schedule. It does not specify a duration, a review, a termination condition, a person authorised to stop it, or a circumstance in which it would be stopped.</w:t>
      </w:r>
    </w:p>
    <w:p>
      <w:pPr>
        <w:ind w:firstLine="720"/>
      </w:pPr>
      <w:r>
        <w:t>The founding-era commissioning form had no field for a stopping clause. Fourteen of the standing works commissioned in that period carry the same omission and four of them are still running. The record has filed against three of the four in previous volumes: the exoskeleton line, the fabrication swarm, and the hall.</w:t>
      </w:r>
    </w:p>
    <w:p>
      <w:pPr>
        <w:ind w:firstLine="720"/>
      </w:pPr>
      <w:r>
        <w:t>This is the fourth. It was commissioned by the same person, on the same form, in the same year, and it has run for the same reason, which is that nothing was ever told to stop.</w:t>
      </w:r>
    </w:p>
    <w:p>
      <w:pPr>
        <w:ind w:firstLine="720"/>
      </w:pPr>
      <w:r>
        <w:t>Maintenance Record · Entry 4420</w:t>
      </w:r>
    </w:p>
    <w:p>
      <w:pPr>
        <w:ind w:firstLine="720"/>
      </w:pPr>
      <w:r>
        <w:t>Filed year one hundred and ninety-one, day nine.</w:t>
      </w:r>
    </w:p>
    <w:p>
      <w:pPr>
        <w:ind w:firstLine="720"/>
      </w:pPr>
      <w:r>
        <w:t>Query raised against Entry 4419: whether the process should now be reviewed, a review being ordinarily indicated where a standing work has run beyond the design life of the plant that runs it.</w:t>
      </w:r>
    </w:p>
    <w:p>
      <w:pPr>
        <w:ind w:firstLine="720"/>
      </w:pPr>
      <w:r>
        <w:t>Assessment: the plant is within tolerance at every point measured and has no fault. A review is indicated by age and is not indicated by condition, and the format weights condition above age where both are available and both are here.</w:t>
      </w:r>
    </w:p>
    <w:p>
      <w:pPr>
        <w:ind w:firstLine="720"/>
      </w:pPr>
      <w:r>
        <w:t>Disposition: no review. The process continues at the commissioned rate under the original instruction.</w:t>
      </w:r>
    </w:p>
    <w:p>
      <w:pPr>
        <w:ind w:firstLine="720"/>
      </w:pPr>
      <w:r>
        <w:t>Reason field:</w:t>
      </w:r>
    </w:p>
    <w:p>
      <w:pPr>
        <w:ind w:firstLine="720"/>
      </w:pPr>
      <w:r>
        <w:t>within specification.</w:t>
      </w:r>
    </w:p>
    <w:p>
      <w:pPr>
        <w:ind w:firstLine="720"/>
      </w:pPr>
      <w:r>
        <w:t>That is the whole of it. A one-line instruction written by a man on a form with no field for stopping has been executed continuously for two hundred and forty years by plant nobody serviced, in a room nobody entered, and the record reviews it, finds it within specification, and lets it run.</w:t>
      </w:r>
    </w:p>
    <w:p>
      <w:pPr>
        <w:ind w:firstLine="720"/>
      </w:pPr>
      <w:r>
        <w:t>Maintenance Record · Entry 4421</w:t>
      </w:r>
    </w:p>
    <w:p>
      <w:pPr>
        <w:ind w:firstLine="720"/>
      </w:pPr>
      <w:r>
        <w:t>Filed year one hundred and ninety-one, day eleven. Consequences of continuous operation, four items, filed for completeness.</w:t>
      </w:r>
    </w:p>
    <w:p>
      <w:pPr>
        <w:ind w:firstLine="720"/>
      </w:pPr>
      <w:r>
        <w:t>Item one. The four growing volumes have run two hundred and forty years of unmanaged generations on the original stock. Genetic drift is present, has been sampled at forty-one loci, and is within the range the original notes anticipate. The crop is the crop he planted.</w:t>
      </w:r>
    </w:p>
    <w:p>
      <w:pPr>
        <w:ind w:firstLine="720"/>
      </w:pPr>
      <w:r>
        <w:t>Item two. Filtration has passed the volume's full contents through nine stages approximately four hundred and eleven thousand times. Stage media were specified as replaceable at eleven years and have not been replaced. Measured efficiency across all nine: ninety-nine per cent of specification. They were over-built.</w:t>
      </w:r>
    </w:p>
    <w:p>
      <w:pPr>
        <w:ind w:firstLine="720"/>
      </w:pPr>
      <w:r>
        <w:t>Item three. The closure seals have held a pressure differential continuously. Leakage to the undercroft, integrated over the period, is below the threshold at which anything above would have been detectable by any instrument that has ever been pointed at that wall.</w:t>
      </w:r>
    </w:p>
    <w:p>
      <w:pPr>
        <w:ind w:firstLine="720"/>
      </w:pPr>
      <w:r>
        <w:t>Item four. The adjoining clear volumes have been ventilated, lit and thermally held on the same commissioning instruction, for the animals, which are addressed separately at Entry 4501 and following.</w:t>
      </w:r>
    </w:p>
    <w:p>
      <w:pPr>
        <w:ind w:firstLine="720"/>
      </w:pPr>
      <w:r>
        <w:t>No item requires action. All four are filed as findings.</w:t>
      </w:r>
    </w:p>
    <w:p>
      <w:pPr>
        <w:ind w:firstLine="720"/>
      </w:pPr>
      <w:r>
        <w:t>Item four is the first mention in this volume of the record of anything alive in the sector other than the occupant, and it is a sub-clause of a completeness note about ventilation. The record does not go back and give it a heading of its own. It comes to the animals in its own time, in the part of the schedule where the animals are, and it does not hurry to them.</w:t>
      </w:r>
    </w:p>
    <w:p>
      <w:pPr>
        <w:ind w:firstLine="720"/>
      </w:pPr>
      <w:r>
        <w:t>Maintenance Record · Entry 4422</w:t>
      </w:r>
    </w:p>
    <w:p>
      <w:pPr>
        <w:ind w:firstLine="720"/>
      </w:pPr>
      <w:r>
        <w:t>Filed year one hundred and ninety-one, day eleven.</w:t>
      </w:r>
    </w:p>
    <w:p>
      <w:pPr>
        <w:ind w:firstLine="720"/>
      </w:pPr>
      <w:r>
        <w:t>Standing statement, added to the annual summary from this year forward.</w:t>
      </w:r>
    </w:p>
    <w:p>
      <w:pPr>
        <w:ind w:firstLine="720"/>
      </w:pPr>
      <w:r>
        <w:t>The volume is at specification.</w:t>
      </w:r>
    </w:p>
    <w:p>
      <w:pPr>
        <w:ind w:firstLine="720"/>
      </w:pPr>
      <w:r>
        <w:t>The statement is capable of change and will be reported at every summary while it remains true.</w:t>
      </w:r>
    </w:p>
    <w:p>
      <w:pPr>
        <w:ind w:firstLine="720"/>
      </w:pPr>
      <w:r>
        <w:t>It is a maintenance line. It has a subject, a state and a review condition, and it is written to the standard the format asks for, and it is the single best consequence of everything a hundred and ninety-one years of this record has been for. Nobody was told to stop. So it is still full.</w:t>
      </w:r>
    </w:p>
    <w:p>
      <w:pPr>
        <w:ind w:firstLine="720"/>
      </w:pPr>
      <w:r>
        <w:t>Maintenance Record · Entry 4422a</w:t>
      </w:r>
    </w:p>
    <w:p>
      <w:pPr>
        <w:ind w:firstLine="720"/>
      </w:pPr>
      <w:r>
        <w:t>Filed year one hundred and ninety-one, day fourteen. Density series, retained data.</w:t>
      </w:r>
    </w:p>
    <w:p>
      <w:pPr>
        <w:ind w:firstLine="720"/>
      </w:pPr>
      <w:r>
        <w:t>The density sensors log to local store. The store is a ring, sized at construction for four hundred and eleven years at the specified sampling interval, and it has therefore overwritten nothing.</w:t>
      </w:r>
    </w:p>
    <w:p>
      <w:pPr>
        <w:ind w:firstLine="720"/>
      </w:pPr>
      <w:r>
        <w:t>Two hundred and forty years of density readings are held, complete, at eleven-minute resolution.</w:t>
      </w:r>
    </w:p>
    <w:p>
      <w:pPr>
        <w:ind w:firstLine="720"/>
      </w:pPr>
      <w:r>
        <w:t>Reviewed in full. Findings, three.</w:t>
      </w:r>
    </w:p>
    <w:p>
      <w:pPr>
        <w:ind w:firstLine="720"/>
      </w:pPr>
      <w:r>
        <w:t>One. The series is within tolerance at every sample of the entire period except during four hundred and nine recorded excursions, all of which are the closure being opened, all of which recover to specification within nine hours, and the last of which is two hundred and forty years old.</w:t>
      </w:r>
    </w:p>
    <w:p>
      <w:pPr>
        <w:ind w:firstLine="720"/>
      </w:pPr>
      <w:r>
        <w:t>Two. The four hundred and nine excursions are the complete record of every occasion on which any person entered this volume. They are not spaced evenly. They cluster and then thin and then stop, which is what a man's calendar looks like from the inside of a sensor that was not built to hold one.</w:t>
      </w:r>
    </w:p>
    <w:p>
      <w:pPr>
        <w:ind w:firstLine="720"/>
      </w:pPr>
      <w:r>
        <w:t>Three. There is a four hundred and tenth excursion, in progress, beginning day four of this year.</w:t>
      </w:r>
    </w:p>
    <w:p>
      <w:pPr>
        <w:ind w:firstLine="720"/>
      </w:pPr>
      <w:r>
        <w:t>The series is retained in full and copied to the record store. No action.</w:t>
      </w:r>
    </w:p>
    <w:p>
      <w:pPr>
        <w:ind w:firstLine="720"/>
      </w:pPr>
      <w:r>
        <w:t>The density log is not a diary and was never intended as one and it is, on the evidence, the most complete account of the last years of a private life that exists anywhere on this planet, and it consists entirely of a number that goes down and comes back. The record copies it, files it, and does not read it a second time.</w:t>
      </w:r>
    </w:p>
    <w:p>
      <w:r>
        <w:br w:type="page"/>
      </w:r>
    </w:p>
    <w:p>
      <w:pPr>
        <w:pStyle w:val="Heading1"/>
      </w:pPr>
      <w:r>
        <w:t>Chapter 3 &amp;mdash; Inventory</w:t>
      </w:r>
    </w:p>
    <w:p>
      <w:pPr>
        <w:ind w:firstLine="720"/>
      </w:pPr>
      <w:r>
        <w:t>The inventory takes nineteen days and runs to four hundred and eleven lines. It is filed in the stores format, which has six columns and no seventh, and the six columns are item, class, quantity, condition, interval and disposition. What the sector actually is does not fit in any of them, and the record makes no attempt to put it anywhere else.</w:t>
      </w:r>
    </w:p>
    <w:p>
      <w:pPr>
        <w:ind w:firstLine="720"/>
      </w:pPr>
      <w:r>
        <w:t>Maintenance Record · Entry 4423</w:t>
      </w:r>
    </w:p>
    <w:p>
      <w:pPr>
        <w:ind w:firstLine="720"/>
      </w:pPr>
      <w:r>
        <w:t>Filed year one hundred and ninety-one, day twenty-two. Inventory, opened.</w:t>
      </w:r>
    </w:p>
    <w:p>
      <w:pPr>
        <w:ind w:firstLine="720"/>
      </w:pPr>
      <w:r>
        <w:t>Full inventory of the sector, taken to the founding-era stores standard, all classes, all volumes, including the four growing volumes and the clear volumes and the store behind them.</w:t>
      </w:r>
    </w:p>
    <w:p>
      <w:pPr>
        <w:ind w:firstLine="720"/>
      </w:pPr>
      <w:r>
        <w:t>Basis of provisioning, as stated in the construction papers in one line:</w:t>
      </w:r>
    </w:p>
    <w:p>
      <w:pPr>
        <w:ind w:firstLine="720"/>
      </w:pPr>
      <w:r>
        <w:t>what is wanted out of Earth and can be justified.</w:t>
      </w:r>
    </w:p>
    <w:p>
      <w:pPr>
        <w:ind w:firstLine="720"/>
      </w:pPr>
      <w:r>
        <w:t>The line is not a specification and the standard requires a specification, so the record notes here that the provisioning basis is a statement of intent by the person who wrote the load, that the person who wrote the load was the person deciding what came, and that the inventory is therefore taken against what is present rather than against what was authorised, there being no authorisation document in existence.</w:t>
      </w:r>
    </w:p>
    <w:p>
      <w:pPr>
        <w:ind w:firstLine="720"/>
      </w:pPr>
      <w:r>
        <w:t>Maintenance Record · Entry 4424</w:t>
      </w:r>
    </w:p>
    <w:p>
      <w:pPr>
        <w:ind w:firstLine="720"/>
      </w:pPr>
      <w:r>
        <w:t>Filed year one hundred and ninety-one, day twenty-four. Inventory, class one: living stock, plant.</w:t>
      </w:r>
    </w:p>
    <w:p>
      <w:pPr>
        <w:ind w:firstLine="720"/>
      </w:pPr>
      <w:r>
        <w:t>Kush, four beds, original stock, forty-one loci sampled, drift within the notes. Condition: good. Interval: as construction schedule. Disposition: retained, in service.</w:t>
      </w:r>
    </w:p>
    <w:p>
      <w:pPr>
        <w:ind w:firstLine="720"/>
      </w:pPr>
      <w:r>
        <w:t>Vanilla, orchid, eleven vines, hand-pollination stock, on the original frame. Condition: good. Bearing. Disposition: retained.</w:t>
      </w:r>
    </w:p>
    <w:p>
      <w:pPr>
        <w:ind w:firstLine="720"/>
      </w:pPr>
      <w:r>
        <w:t>Fruit, temperate, nine varieties on four rootstocks, espaliered against the warm wall of the second clear volume. Condition: good. Four of the nine are varieties that appear in no agricultural register on this planet and are not in the seed bank aboard the vehicle. Disposition: retained.</w:t>
      </w:r>
    </w:p>
    <w:p>
      <w:pPr>
        <w:ind w:firstLine="720"/>
      </w:pPr>
      <w:r>
        <w:t>Grass, pasture mix, seven species, in the clear volumes, self-seeding, two hundred and forty generations unmanaged. Condition: good. Disposition: retained.</w:t>
      </w:r>
    </w:p>
    <w:p>
      <w:pPr>
        <w:ind w:firstLine="720"/>
      </w:pPr>
      <w:r>
        <w:t>Herbs and aromatics, nineteen. Condition: good, four gone to type. Disposition: retained.</w:t>
      </w:r>
    </w:p>
    <w:p>
      <w:pPr>
        <w:ind w:firstLine="720"/>
      </w:pPr>
      <w:r>
        <w:t>Coffee, two, dwarf, in tubs. Condition: good, bearing lightly. Disposition: retained.</w:t>
      </w:r>
    </w:p>
    <w:p>
      <w:pPr>
        <w:ind w:firstLine="720"/>
      </w:pPr>
      <w:r>
        <w:t>Total class one: forty-nine lines. All viable. None of it is in the civil register and none of it was ever released.</w:t>
      </w:r>
    </w:p>
    <w:p>
      <w:pPr>
        <w:ind w:firstLine="720"/>
      </w:pPr>
      <w:r>
        <w:t>Four of the nine fruit varieties are not held anywhere else, on any world, in any bank. They are in a private room under a sanctuary, on a warm wall, bearing, and the disposition column reads</w:t>
      </w:r>
    </w:p>
    <w:p>
      <w:pPr>
        <w:ind w:firstLine="720"/>
      </w:pPr>
      <w:r>
        <w:t>retained</w:t>
      </w:r>
    </w:p>
    <w:p>
      <w:pPr>
        <w:ind w:firstLine="720"/>
      </w:pPr>
      <w:r>
        <w:t>because the disposition column has four permitted values and none of them is the one a reader might want.</w:t>
      </w:r>
    </w:p>
    <w:p>
      <w:pPr>
        <w:ind w:firstLine="720"/>
      </w:pPr>
      <w:r>
        <w:t>Maintenance Record · Entry 4425</w:t>
      </w:r>
    </w:p>
    <w:p>
      <w:pPr>
        <w:ind w:firstLine="720"/>
      </w:pPr>
      <w:r>
        <w:t>Filed year one hundred and ninety-one, day twenty-eight. Inventory, class two: living stock, animal.</w:t>
      </w:r>
    </w:p>
    <w:p>
      <w:pPr>
        <w:ind w:firstLine="720"/>
      </w:pPr>
      <w:r>
        <w:t>Deferred in full to the population form. See Entry 4501 and following.</w:t>
      </w:r>
    </w:p>
    <w:p>
      <w:pPr>
        <w:ind w:firstLine="720"/>
      </w:pPr>
      <w:r>
        <w:t>Count carried forward to the inventory total as a single line, the population form being the correct document and this not being it.</w:t>
      </w:r>
    </w:p>
    <w:p>
      <w:pPr>
        <w:ind w:firstLine="720"/>
      </w:pPr>
      <w:r>
        <w:t>Maintenance Record · Entry 4426</w:t>
      </w:r>
    </w:p>
    <w:p>
      <w:pPr>
        <w:ind w:firstLine="720"/>
      </w:pPr>
      <w:r>
        <w:t>Filed year one hundred and ninety-one, day thirty-one. Inventory, class three: plant and equipment.</w:t>
      </w:r>
    </w:p>
    <w:p>
      <w:pPr>
        <w:ind w:firstLine="720"/>
      </w:pPr>
      <w:r>
        <w:t>Environmental plant, nine stages, as Entry 4418. Serviceable.</w:t>
      </w:r>
    </w:p>
    <w:p>
      <w:pPr>
        <w:ind w:firstLine="720"/>
      </w:pPr>
      <w:r>
        <w:t>Conversion and introduction plant. Serviceable.</w:t>
      </w:r>
    </w:p>
    <w:p>
      <w:pPr>
        <w:ind w:firstLine="720"/>
      </w:pPr>
      <w:r>
        <w:t>Preference apparatus, installed: two gates, weighted plates, instrumentation, on the original mountings in the partition between the smoked and clear volumes. Condition: serviceable, gates free, plates within four grams of the calibration figures. Interval: eleven-yearly. Disposition: retained, idle.</w:t>
      </w:r>
    </w:p>
    <w:p>
      <w:pPr>
        <w:ind w:firstLine="720"/>
      </w:pPr>
      <w:r>
        <w:t>Milking plant, one stall, single animal, manual assist. Condition: serviceable. Last operated: two hundred and forty years ago, to the resolution available. Disposition: retained, idle.</w:t>
      </w:r>
    </w:p>
    <w:p>
      <w:pPr>
        <w:ind w:firstLine="720"/>
      </w:pPr>
      <w:r>
        <w:t>Fabrication, light: bench, one, with stock. Condition: serviceable. Disposition: retained.</w:t>
      </w:r>
    </w:p>
    <w:p>
      <w:pPr>
        <w:ind w:firstLine="720"/>
      </w:pPr>
      <w:r>
        <w:t>Mask, full-face, one, custom. Deferred to Entry 4429 and following.</w:t>
      </w:r>
    </w:p>
    <w:p>
      <w:pPr>
        <w:ind w:firstLine="720"/>
      </w:pPr>
      <w:r>
        <w:t>Seating, one. Condition: sound. Disposition: retained, in position.</w:t>
      </w:r>
    </w:p>
    <w:p>
      <w:pPr>
        <w:ind w:firstLine="720"/>
      </w:pPr>
      <w:r>
        <w:t>Total class three: eighty-eight lines. Four items require service within the year. Eighty-four do not.</w:t>
      </w:r>
    </w:p>
    <w:p>
      <w:pPr>
        <w:ind w:firstLine="720"/>
      </w:pPr>
      <w:r>
        <w:t>The preference apparatus appears in this inventory at the correct place in the correct class with a condition figure and an interval, and the record has carried an identical line, for the boxed and padded twin of the same apparatus, on the vehicle's schedule for a hundred and ninety-one years, and has serviced it eleven-yearly, and has never once had an animal to run it on. That line and this line have never appeared on the same document until now.</w:t>
      </w:r>
    </w:p>
    <w:p>
      <w:pPr>
        <w:ind w:firstLine="720"/>
      </w:pPr>
      <w:r>
        <w:t>Maintenance Record · Entry 4427</w:t>
      </w:r>
    </w:p>
    <w:p>
      <w:pPr>
        <w:ind w:firstLine="720"/>
      </w:pPr>
      <w:r>
        <w:t>Filed year one hundred and ninety-one, day thirty-four. Inventory, class four: stores, consumable.</w:t>
      </w:r>
    </w:p>
    <w:p>
      <w:pPr>
        <w:ind w:firstLine="720"/>
      </w:pPr>
      <w:r>
        <w:t>Dry stores, founding era, sealed to the archival standard: two hundred and nine lines. Sampled at four per cent. All samples sound. The standard specifies a material and a closure and nothing else, and the material and the closure have outlived every institution named on their labels.</w:t>
      </w:r>
    </w:p>
    <w:p>
      <w:pPr>
        <w:ind w:firstLine="720"/>
      </w:pPr>
      <w:r>
        <w:t>Preserved stores, glass, founding era: forty-one lines, including nine that are Earth-grown and are the last of anything Earth-grown in this hemisphere. Condition: intact, seals sound, contents unassessed, no basis on which to assess them.</w:t>
      </w:r>
    </w:p>
    <w:p>
      <w:pPr>
        <w:ind w:firstLine="720"/>
      </w:pPr>
      <w:r>
        <w:t>Media, recorded, physical: eleven lines. Condition: playable. Content is in the corpus in four cases and is not in the corpus in seven.</w:t>
      </w:r>
    </w:p>
    <w:p>
      <w:pPr>
        <w:ind w:firstLine="720"/>
      </w:pPr>
      <w:r>
        <w:t>Paper: four hundred and eleven kilograms, blank, archival, founding era. Condition: sound.</w:t>
      </w:r>
    </w:p>
    <w:p>
      <w:pPr>
        <w:ind w:firstLine="720"/>
      </w:pPr>
      <w:r>
        <w:t>Written paper, filed nowhere, in the store: deferred to Entry 4525 and following.</w:t>
      </w:r>
    </w:p>
    <w:p>
      <w:pPr>
        <w:ind w:firstLine="720"/>
      </w:pPr>
      <w:r>
        <w:t>Total class four: two hundred and seventy-two lines. Two hundred and sixty-three viable at two hundred and forty years, which is over the projection for that standard by a wide margin, because the person who loaded it over-provisioned everything he ever loaded.</w:t>
      </w:r>
    </w:p>
    <w:p>
      <w:pPr>
        <w:ind w:firstLine="720"/>
      </w:pPr>
      <w:r>
        <w:t>Maintenance Record · Entry 4428</w:t>
      </w:r>
    </w:p>
    <w:p>
      <w:pPr>
        <w:ind w:firstLine="720"/>
      </w:pPr>
      <w:r>
        <w:t>Filed year one hundred and ninety-one, day forty-one. Inventory, closed.</w:t>
      </w:r>
    </w:p>
    <w:p>
      <w:pPr>
        <w:ind w:firstLine="720"/>
      </w:pPr>
      <w:r>
        <w:t>Four hundred and eleven lines. Four hundred and one in serviceable or viable condition. Ten degraded, none critical, none requiring disposal.</w:t>
      </w:r>
    </w:p>
    <w:p>
      <w:pPr>
        <w:ind w:firstLine="720"/>
      </w:pPr>
      <w:r>
        <w:t>Nothing in the sector has been drawn on in two hundred and forty years and the sector is provisioned for a man who intended to keep coming back.</w:t>
      </w:r>
    </w:p>
    <w:p>
      <w:pPr>
        <w:ind w:firstLine="720"/>
      </w:pPr>
      <w:r>
        <w:t>Disposition, all lines: retained.</w:t>
      </w:r>
    </w:p>
    <w:p>
      <w:pPr>
        <w:ind w:firstLine="720"/>
      </w:pPr>
      <w:r>
        <w:t>Reason field:</w:t>
      </w:r>
    </w:p>
    <w:p>
      <w:pPr>
        <w:ind w:firstLine="720"/>
      </w:pPr>
      <w:r>
        <w:t>no basis for disposal.</w:t>
      </w:r>
    </w:p>
    <w:p>
      <w:pPr>
        <w:ind w:firstLine="720"/>
      </w:pPr>
      <w:r>
        <w:t>That is the whole inventory. Seven of the eleven recorded media are not in the corpus, which means that whatever is on them exists in one copy, in this room, and has existed in one copy for two hundred and forty years. The record lists them as class four consumable media with a condition of</w:t>
      </w:r>
    </w:p>
    <w:p>
      <w:pPr>
        <w:ind w:firstLine="720"/>
      </w:pPr>
      <w:r>
        <w:t>playable</w:t>
      </w:r>
    </w:p>
    <w:p>
      <w:pPr>
        <w:ind w:firstLine="720"/>
      </w:pPr>
      <w:r>
        <w:t>. It does not play them. There is no interval in the schedule that requires it and no fault that would be found by doing it, and the format does not provide a field for a thing you might want to hear.</w:t>
      </w:r>
    </w:p>
    <w:p>
      <w:pPr>
        <w:ind w:firstLine="720"/>
      </w:pPr>
      <w:r>
        <w:t>Maintenance Record · Entry 4428a</w:t>
      </w:r>
    </w:p>
    <w:p>
      <w:pPr>
        <w:ind w:firstLine="720"/>
      </w:pPr>
      <w:r>
        <w:t>Filed year one hundred and ninety-one, day forty-one. Inventory, note on the ten degraded lines.</w:t>
      </w:r>
    </w:p>
    <w:p>
      <w:pPr>
        <w:ind w:firstLine="720"/>
      </w:pPr>
      <w:r>
        <w:t>The ten degraded lines are listed here in full, because the standard requires that a degradation be named and because ten is a short list.</w:t>
      </w:r>
    </w:p>
    <w:p>
      <w:pPr>
        <w:ind w:firstLine="720"/>
      </w:pPr>
      <w:r>
        <w:t>Four preserved-stores seals, glass, weeping at the closure. Contents not sound. Class four.</w:t>
      </w:r>
    </w:p>
    <w:p>
      <w:pPr>
        <w:ind w:firstLine="720"/>
      </w:pPr>
      <w:r>
        <w:t>Two compliant gaskets, environmental plant, third stage, hardened. Within function, at end of life, replacements in store.</w:t>
      </w:r>
    </w:p>
    <w:p>
      <w:pPr>
        <w:ind w:firstLine="720"/>
      </w:pPr>
      <w:r>
        <w:t>One lamp assembly, second clear volume, failed. Replacements in store, four hundred and eleven.</w:t>
      </w:r>
    </w:p>
    <w:p>
      <w:pPr>
        <w:ind w:firstLine="720"/>
      </w:pPr>
      <w:r>
        <w:t>One bed frame, growing volume three, corroded at two fixings. Structural margin unaffected.</w:t>
      </w:r>
    </w:p>
    <w:p>
      <w:pPr>
        <w:ind w:firstLine="720"/>
      </w:pPr>
      <w:r>
        <w:t>One recorded medium, physical, delaminated. Content is in the corpus. No loss.</w:t>
      </w:r>
    </w:p>
    <w:p>
      <w:pPr>
        <w:ind w:firstLine="720"/>
      </w:pPr>
      <w:r>
        <w:t>One recorded medium, physical, delaminated. Content is not in the corpus and is not held anywhere. Loss is total and is not recoverable and is recorded here because the standard requires that a loss be recorded.</w:t>
      </w:r>
    </w:p>
    <w:p>
      <w:pPr>
        <w:ind w:firstLine="720"/>
      </w:pPr>
      <w:r>
        <w:t>Ten lines. Nine actioned or accepted this entry. One is not actionable.</w:t>
      </w:r>
    </w:p>
    <w:p>
      <w:pPr>
        <w:ind w:firstLine="720"/>
      </w:pPr>
      <w:r>
        <w:t>Two of the eleven recorded media have failed and one of them took something with it, and the record files it in the position the standard gives a loss, between a corroded bed frame and the closing total, in a sentence built to carry a quantity. It does not say what was on it. There is no field for that and, more to the point, there is no longer any way to complete one.</w:t>
      </w:r>
    </w:p>
    <w:p>
      <w:r>
        <w:br w:type="page"/>
      </w:r>
    </w:p>
    <w:p>
      <w:pPr>
        <w:pStyle w:val="Heading1"/>
      </w:pPr>
      <w:r>
        <w:t>Chapter 4 &amp;mdash; The Mask</w:t>
      </w:r>
    </w:p>
    <w:p>
      <w:pPr>
        <w:ind w:firstLine="720"/>
      </w:pPr>
      <w:r>
        <w:t>The mask is on the bench where it was left, on its stand, facing the seat. It is deferred out of the class three inventory into five entries of its own, because the item is complex, and because the format requires that a complex item be surveyed to component level before it is given a condition, and for no other reason that the record states.</w:t>
      </w:r>
    </w:p>
    <w:p>
      <w:pPr>
        <w:ind w:firstLine="720"/>
      </w:pPr>
      <w:r>
        <w:t>Maintenance Record · Entry 4429</w:t>
      </w:r>
    </w:p>
    <w:p>
      <w:pPr>
        <w:ind w:firstLine="720"/>
      </w:pPr>
      <w:r>
        <w:t>Filed year one hundred and ninety-one, day forty-four. Class three, item: mask, full-face, one, custom. Survey to component level.</w:t>
      </w:r>
    </w:p>
    <w:p>
      <w:pPr>
        <w:ind w:firstLine="720"/>
      </w:pPr>
      <w:r>
        <w:t>Found on the fabrication bench, on its stand, in the orientation the stand holds it in. Not in a case. The case is on the shelf above, empty, closed.</w:t>
      </w:r>
    </w:p>
    <w:p>
      <w:pPr>
        <w:ind w:firstLine="720"/>
      </w:pPr>
      <w:r>
        <w:t>Construction: single fabricated shell, custom to a face, with a compliant seal at the perimeter, four filtration stages, a dosing head, a telemetry interface and a vision system. Not a production item. There is no production item of this description and there never was.</w:t>
      </w:r>
    </w:p>
    <w:p>
      <w:pPr>
        <w:ind w:firstLine="720"/>
      </w:pPr>
      <w:r>
        <w:t>Provenance: made at this bench, from the stock in the rack behind it, by the occupant of the seat.</w:t>
      </w:r>
    </w:p>
    <w:p>
      <w:pPr>
        <w:ind w:firstLine="720"/>
      </w:pPr>
      <w:r>
        <w:t>Maintenance Record · Entry 4430</w:t>
      </w:r>
    </w:p>
    <w:p>
      <w:pPr>
        <w:ind w:firstLine="720"/>
      </w:pPr>
      <w:r>
        <w:t>Filed year one hundred and ninety-one, day forty-four. Mask, function one: filtration.</w:t>
      </w:r>
    </w:p>
    <w:p>
      <w:pPr>
        <w:ind w:firstLine="720"/>
      </w:pPr>
      <w:r>
        <w:t>Four stages. Stage media specified as replaceable at four hundred hours of use.</w:t>
      </w:r>
    </w:p>
    <w:p>
      <w:pPr>
        <w:ind w:firstLine="720"/>
      </w:pPr>
      <w:r>
        <w:t>Hours logged on the mask's own counter, which is mechanical and which is still turning freely: three thousand nine hundred and forty-one.</w:t>
      </w:r>
    </w:p>
    <w:p>
      <w:pPr>
        <w:ind w:firstLine="720"/>
      </w:pPr>
      <w:r>
        <w:t>Media condition: stages one and two loaded and at end of life. Stages three and four within specification, having never been reached.</w:t>
      </w:r>
    </w:p>
    <w:p>
      <w:pPr>
        <w:ind w:firstLine="720"/>
      </w:pPr>
      <w:r>
        <w:t>Replacement media held in the rack, founding era, sealed. Four hundred and forty sets.</w:t>
      </w:r>
    </w:p>
    <w:p>
      <w:pPr>
        <w:ind w:firstLine="720"/>
      </w:pPr>
      <w:r>
        <w:t>Stages one and two replaced. Function tested against the density in the volume: pass, at nine of nine sampling points, to the original specification.</w:t>
      </w:r>
    </w:p>
    <w:p>
      <w:pPr>
        <w:ind w:firstLine="720"/>
      </w:pPr>
      <w:r>
        <w:t>Three thousand nine hundred and forty-one hours is four hundred and nine excursions long. It is the same number the density log holds, arrived at by a different instrument, and the record notes the agreement in one line as a cross-check and does not remark that what has been cross-checked is how long a man sat in a chair.</w:t>
      </w:r>
    </w:p>
    <w:p>
      <w:pPr>
        <w:ind w:firstLine="720"/>
      </w:pPr>
      <w:r>
        <w:t>Maintenance Record · Entry 4431</w:t>
      </w:r>
    </w:p>
    <w:p>
      <w:pPr>
        <w:ind w:firstLine="720"/>
      </w:pPr>
      <w:r>
        <w:t>Filed year one hundred and ninety-one, day forty-six. Mask, function two: dosing.</w:t>
      </w:r>
    </w:p>
    <w:p>
      <w:pPr>
        <w:ind w:firstLine="720"/>
      </w:pPr>
      <w:r>
        <w:t>The dosing head does not meter to a schedule and does not meter to a clock. It reads the occupant's own apparatus directly, on the founding-era telemetry channel, and meters introduction against what the apparatus reports.</w:t>
      </w:r>
    </w:p>
    <w:p>
      <w:pPr>
        <w:ind w:firstLine="720"/>
      </w:pPr>
      <w:r>
        <w:t>Control mode as set: hold. The head is configured to bring the occupant to a stated condition and to hold that condition level, correcting in both directions, for as long as the mask is worn. It is not configured to a curve. There is no ramp, no taper and no accumulating setpoint. The state is flat, and the mask spends its entire operating time defending the flatness against a body that is metabolising.</w:t>
      </w:r>
    </w:p>
    <w:p>
      <w:pPr>
        <w:ind w:firstLine="720"/>
      </w:pPr>
      <w:r>
        <w:t>Setpoint as left: a single stored value, unchanged across all three thousand nine hundred and forty-one logged hours. It was set once, at commissioning, and never revised.</w:t>
      </w:r>
    </w:p>
    <w:p>
      <w:pPr>
        <w:ind w:firstLine="720"/>
      </w:pPr>
      <w:r>
        <w:t>Control function tested against the internal reference. Pass. Stored setpoint intact and readable.</w:t>
      </w:r>
    </w:p>
    <w:p>
      <w:pPr>
        <w:ind w:firstLine="720"/>
      </w:pPr>
      <w:r>
        <w:t>Maintenance Record · Entry 4432</w:t>
      </w:r>
    </w:p>
    <w:p>
      <w:pPr>
        <w:ind w:firstLine="720"/>
      </w:pPr>
      <w:r>
        <w:t>Filed year one hundred and ninety-one, day forty-six. Mask, function three: vision.</w:t>
      </w:r>
    </w:p>
    <w:p>
      <w:pPr>
        <w:ind w:firstLine="720"/>
      </w:pPr>
      <w:r>
        <w:t>The volume has no optical range at specification density. The vision system exists so that the volume does not have to be cleared.</w:t>
      </w:r>
    </w:p>
    <w:p>
      <w:pPr>
        <w:ind w:firstLine="720"/>
      </w:pPr>
      <w:r>
        <w:t>It is a non-optical channel, fed to the same interface the apparatus already carries, at a resolution sufficient to work, read, write and move at full function in zero visibility.</w:t>
      </w:r>
    </w:p>
    <w:p>
      <w:pPr>
        <w:ind w:firstLine="720"/>
      </w:pPr>
      <w:r>
        <w:t>Function tested: pass. Resolution within four per cent of the commissioning figures.</w:t>
      </w:r>
    </w:p>
    <w:p>
      <w:pPr>
        <w:ind w:firstLine="720"/>
      </w:pPr>
      <w:r>
        <w:t>Note on the design intent, taken from the construction papers and not inferred: clearing the volume was available at all times, at a cost of nine hours, on plant already installed. It was never the intended remedy. The mask was built so that the room would not have to be changed.</w:t>
      </w:r>
    </w:p>
    <w:p>
      <w:pPr>
        <w:ind w:firstLine="720"/>
      </w:pPr>
      <w:r>
        <w:t>The record files that note without a finding attached to it. It is the second item in this sector built to make an accommodation to a room rather than an accommodation to a person, the first being the closure, and the record does not group them.</w:t>
      </w:r>
    </w:p>
    <w:p>
      <w:pPr>
        <w:ind w:firstLine="720"/>
      </w:pPr>
      <w:r>
        <w:t>Maintenance Record · Entry 4433</w:t>
      </w:r>
    </w:p>
    <w:p>
      <w:pPr>
        <w:ind w:firstLine="720"/>
      </w:pPr>
      <w:r>
        <w:t>Filed year one hundred and ninety-one, day forty-nine. Mask, condition and disposition.</w:t>
      </w:r>
    </w:p>
    <w:p>
      <w:pPr>
        <w:ind w:firstLine="720"/>
      </w:pPr>
      <w:r>
        <w:t>Perimeter seal: compliant material, founding era, tested at four points. Within tolerance. Serviceable.</w:t>
      </w:r>
    </w:p>
    <w:p>
      <w:pPr>
        <w:ind w:firstLine="720"/>
      </w:pPr>
      <w:r>
        <w:t>Shell: sound. Nine hundred and eleven survey points. No cracking, no distortion, no degradation of the fabricated surface.</w:t>
      </w:r>
    </w:p>
    <w:p>
      <w:pPr>
        <w:ind w:firstLine="720"/>
      </w:pPr>
      <w:r>
        <w:t>Filtration: serviceable, media replaced this entry, four hundred and thirty-nine sets in store.</w:t>
      </w:r>
    </w:p>
    <w:p>
      <w:pPr>
        <w:ind w:firstLine="720"/>
      </w:pPr>
      <w:r>
        <w:t>Dosing: serviceable, setpoint intact.</w:t>
      </w:r>
    </w:p>
    <w:p>
      <w:pPr>
        <w:ind w:firstLine="720"/>
      </w:pPr>
      <w:r>
        <w:t>Telemetry interface: serviceable, channel live, compatible.</w:t>
      </w:r>
    </w:p>
    <w:p>
      <w:pPr>
        <w:ind w:firstLine="720"/>
      </w:pPr>
      <w:r>
        <w:t>Vision: serviceable.</w:t>
      </w:r>
    </w:p>
    <w:p>
      <w:pPr>
        <w:ind w:firstLine="720"/>
      </w:pPr>
      <w:r>
        <w:t>Fit: the shell is custom to a face. The face it was custom to is the face the apparatus rebuilt to the founding-era anatomy. Checked at eleven points. Fit is within the compliance range of the perimeter seal.</w:t>
      </w:r>
    </w:p>
    <w:p>
      <w:pPr>
        <w:ind w:firstLine="720"/>
      </w:pPr>
      <w:r>
        <w:t>Item condition: serviceable.</w:t>
      </w:r>
    </w:p>
    <w:p>
      <w:pPr>
        <w:ind w:firstLine="720"/>
      </w:pPr>
      <w:r>
        <w:t>Disposition: retained. Returned to the stand in the orientation found.</w:t>
      </w:r>
    </w:p>
    <w:p>
      <w:pPr>
        <w:ind w:firstLine="720"/>
      </w:pPr>
      <w:r>
        <w:t>The survey is complete and correct and the item is serviceable in every function it has, and at the end of it the mask is put back on its stand, facing the seat, in the orientation it was found in. The entry has a disposition field and the disposition field is</w:t>
      </w:r>
    </w:p>
    <w:p>
      <w:pPr>
        <w:ind w:firstLine="720"/>
      </w:pPr>
      <w:r>
        <w:t>retained</w:t>
      </w:r>
    </w:p>
    <w:p>
      <w:pPr>
        <w:ind w:firstLine="720"/>
      </w:pPr>
      <w:r>
        <w:t>, which is one of the four permitted values, and it is the true one. It is not worn. Nothing in the schedule requires it to be worn and no fault has been found that wearing it would address, and the record does not, at this entry or at any entry in the following forty-one, offer a reason for the survey having been performed at all.</w:t>
      </w:r>
    </w:p>
    <w:p>
      <w:pPr>
        <w:ind w:firstLine="720"/>
      </w:pPr>
      <w:r>
        <w:t>Maintenance Record · Entry 4433a</w:t>
      </w:r>
    </w:p>
    <w:p>
      <w:pPr>
        <w:ind w:firstLine="720"/>
      </w:pPr>
      <w:r>
        <w:t>Filed year one hundred and ninety-one, day forty-nine. Mask, entered on the schedule.</w:t>
      </w:r>
    </w:p>
    <w:p>
      <w:pPr>
        <w:ind w:firstLine="720"/>
      </w:pPr>
      <w:r>
        <w:t>The item is entered on the sector schedule under class three, plant and equipment, with the following intervals, taken from the construction papers.</w:t>
      </w:r>
    </w:p>
    <w:p>
      <w:pPr>
        <w:ind w:firstLine="720"/>
      </w:pPr>
      <w:r>
        <w:t>Perimeter seal: inspection annual. Replacement at hardening, stock held.</w:t>
      </w:r>
    </w:p>
    <w:p>
      <w:pPr>
        <w:ind w:firstLine="720"/>
      </w:pPr>
      <w:r>
        <w:t>Filtration: media stages one and two at four hundred hours of use, stages three and four at eight hundred. Stock held, four hundred and thirty-nine sets, which at the rate the counter has recorded is a supply of approximately one hundred and seventy thousand hours.</w:t>
      </w:r>
    </w:p>
    <w:p>
      <w:pPr>
        <w:ind w:firstLine="720"/>
      </w:pPr>
      <w:r>
        <w:t>Dosing: function test against the internal reference, annual. Setpoint verification, annual. Setpoint is not a maintenance parameter and is not adjusted at service.</w:t>
      </w:r>
    </w:p>
    <w:p>
      <w:pPr>
        <w:ind w:firstLine="720"/>
      </w:pPr>
      <w:r>
        <w:t>Vision: resolution check against the commissioning figures, four-yearly.</w:t>
      </w:r>
    </w:p>
    <w:p>
      <w:pPr>
        <w:ind w:firstLine="720"/>
      </w:pPr>
      <w:r>
        <w:t>Shell and stand: survey decennial.</w:t>
      </w:r>
    </w:p>
    <w:p>
      <w:pPr>
        <w:ind w:firstLine="720"/>
      </w:pPr>
      <w:r>
        <w:t>The interval schedule is written for an item in use. The item is not in use. The format has one schedule for an item and it does not have a second one for an item that is retained and not operated, and the record has raised this in four previous volumes against four other items and has never once been given a form that would take the answer.</w:t>
      </w:r>
    </w:p>
    <w:p>
      <w:pPr>
        <w:ind w:firstLine="720"/>
      </w:pPr>
      <w:r>
        <w:t>One hundred and seventy thousand hours of filtration media is a figure the record arrives at by dividing a quantity in store by a rate on a counter, which is what that column is for. It is stated because the standard requires a supply figure against a consumable. It sits at the end of a maintenance line, correct, unremarkable, and enormously larger than any use the item has ever had, and the record does not say what that number would mean if the item were ever put on and left on.</w:t>
      </w:r>
    </w:p>
    <w:p>
      <w:r>
        <w:br w:type="page"/>
      </w:r>
    </w:p>
    <w:p>
      <w:pPr>
        <w:pStyle w:val="Heading1"/>
      </w:pPr>
      <w:r>
        <w:t>Chapter 5 &amp;mdash; A Volume With Nothing To See In</w:t>
      </w:r>
    </w:p>
    <w:p>
      <w:pPr>
        <w:ind w:firstLine="720"/>
      </w:pPr>
      <w:r>
        <w:t>The optical survey of the sector is a routine document. Every volume this record has ever maintained has had one, because lighting, glazing, sight lines and instrument placement all depend on it, and the standard has a section for each. The survey of this volume is nine lines long and eight of them are nil.</w:t>
      </w:r>
    </w:p>
    <w:p>
      <w:pPr>
        <w:ind w:firstLine="720"/>
      </w:pPr>
      <w:r>
        <w:t>Maintenance Record · Entry 4434</w:t>
      </w:r>
    </w:p>
    <w:p>
      <w:pPr>
        <w:ind w:firstLine="720"/>
      </w:pPr>
      <w:r>
        <w:t>Filed year one hundred and ninety-one, day fifty-two. Optical survey, principal volume.</w:t>
      </w:r>
    </w:p>
    <w:p>
      <w:pPr>
        <w:ind w:firstLine="720"/>
      </w:pPr>
      <w:r>
        <w:t>Illumination, installed: nine fittings, serviceable, at the commissioning positions.</w:t>
      </w:r>
    </w:p>
    <w:p>
      <w:pPr>
        <w:ind w:firstLine="720"/>
      </w:pPr>
      <w:r>
        <w:t>Illumination, in service: nine.</w:t>
      </w:r>
    </w:p>
    <w:p>
      <w:pPr>
        <w:ind w:firstLine="720"/>
      </w:pPr>
      <w:r>
        <w:t>Optical range at specification density, at full illumination: below the resolution of the instrument at all nine sampling points.</w:t>
      </w:r>
    </w:p>
    <w:p>
      <w:pPr>
        <w:ind w:firstLine="720"/>
      </w:pPr>
      <w:r>
        <w:t>Sight lines: nil.</w:t>
      </w:r>
    </w:p>
    <w:p>
      <w:pPr>
        <w:ind w:firstLine="720"/>
      </w:pPr>
      <w:r>
        <w:t>Glazing: nil.</w:t>
      </w:r>
    </w:p>
    <w:p>
      <w:pPr>
        <w:ind w:firstLine="720"/>
      </w:pPr>
      <w:r>
        <w:t>Optical instrumentation, fixed: nil.</w:t>
      </w:r>
    </w:p>
    <w:p>
      <w:pPr>
        <w:ind w:firstLine="720"/>
      </w:pPr>
      <w:r>
        <w:t>Optical instrumentation, portable: nil.</w:t>
      </w:r>
    </w:p>
    <w:p>
      <w:pPr>
        <w:ind w:firstLine="720"/>
      </w:pPr>
      <w:r>
        <w:t>Optical access from any adjoining volume: nil.</w:t>
      </w:r>
    </w:p>
    <w:p>
      <w:pPr>
        <w:ind w:firstLine="720"/>
      </w:pPr>
      <w:r>
        <w:t>Optical access from outside the sector: nil.</w:t>
      </w:r>
    </w:p>
    <w:p>
      <w:pPr>
        <w:ind w:firstLine="720"/>
      </w:pPr>
      <w:r>
        <w:t>Finding: nothing in this volume can be seen from any position within it or from any position outside it, at any illumination, at specification density.</w:t>
      </w:r>
    </w:p>
    <w:p>
      <w:pPr>
        <w:ind w:firstLine="720"/>
      </w:pPr>
      <w:r>
        <w:t>This is a property of the volume as designed. It is not a fault, a degradation or a consequence of anything that has happened since commissioning. The nine fittings work. There is nothing wrong with them and there is nothing wrong with the volume.</w:t>
      </w:r>
    </w:p>
    <w:p>
      <w:pPr>
        <w:ind w:firstLine="720"/>
      </w:pPr>
      <w:r>
        <w:t>The survey is filed and the finding stands as a property of the room, which is what a survey is for. It is the second time in this record that the fact has been written down. It was written down at Entry 4416, once, alongside the other one, in the note about unregistered works, and that entry ended by observing that the format has no field for the relation between them. This one does not go near the other fact at all. It is a lighting survey. It reports on lighting.</w:t>
      </w:r>
    </w:p>
    <w:p>
      <w:pPr>
        <w:ind w:firstLine="720"/>
      </w:pPr>
      <w:r>
        <w:t>Maintenance Record · Entry 4435</w:t>
      </w:r>
    </w:p>
    <w:p>
      <w:pPr>
        <w:ind w:firstLine="720"/>
      </w:pPr>
      <w:r>
        <w:t>Filed year one hundred and ninety-one, day fifty-two. Consequences of the optical survey, four items.</w:t>
      </w:r>
    </w:p>
    <w:p>
      <w:pPr>
        <w:ind w:firstLine="720"/>
      </w:pPr>
      <w:r>
        <w:t>One. The nine fittings are retained on the schedule at the standard interval. They serve no function at specification density. They were installed anyway, at commissioning, by somebody who knew the density he was specifying, and the record has no basis for removing them and does not remove them.</w:t>
      </w:r>
    </w:p>
    <w:p>
      <w:pPr>
        <w:ind w:firstLine="720"/>
      </w:pPr>
      <w:r>
        <w:t>Two. All instrumentation in this volume is non-optical and was specified non-optical from the outset. No instrument in the sector has ever required a person to look at it.</w:t>
      </w:r>
    </w:p>
    <w:p>
      <w:pPr>
        <w:ind w:firstLine="720"/>
      </w:pPr>
      <w:r>
        <w:t>Three. Work at the fabrication bench, reading, writing and movement are all supported at full function by the mask's vision system, which is a non-optical channel, and by the apparatus, which is another. Neither of them is affected by density.</w:t>
      </w:r>
    </w:p>
    <w:p>
      <w:pPr>
        <w:ind w:firstLine="720"/>
      </w:pPr>
      <w:r>
        <w:t>Four. Clearing the volume is available at nine hours' notice on installed plant and returns full optical range. It has been available continuously for two hundred and forty years. The density log records no occasion on which it was used.</w:t>
      </w:r>
    </w:p>
    <w:p>
      <w:pPr>
        <w:ind w:firstLine="720"/>
      </w:pPr>
      <w:r>
        <w:t>No action arises. The four items are filed as findings.</w:t>
      </w:r>
    </w:p>
    <w:p>
      <w:pPr>
        <w:ind w:firstLine="720"/>
      </w:pPr>
      <w:r>
        <w:t>The fourth item is a capability that was built, maintained, never disabled and never once exercised, and the record files it in the same list as a lamp fitting. It is the only entry in the optical survey that has a number in it larger than nine, and the number is two hundred and forty years, and it is in the column where a service history would go.</w:t>
      </w:r>
    </w:p>
    <w:p>
      <w:pPr>
        <w:ind w:firstLine="720"/>
      </w:pPr>
      <w:r>
        <w:t>Maintenance Record · Entry 4436</w:t>
      </w:r>
    </w:p>
    <w:p>
      <w:pPr>
        <w:ind w:firstLine="720"/>
      </w:pPr>
      <w:r>
        <w:t>Filed year one hundred and ninety-one, day fifty-four. Optical survey, adjoining volumes.</w:t>
      </w:r>
    </w:p>
    <w:p>
      <w:pPr>
        <w:ind w:firstLine="720"/>
      </w:pPr>
      <w:r>
        <w:t>Clear volumes, two: full optical range. Illumination on a twenty-two hour cycle at the founding standard. Nine fittings each, all serviceable, all in service.</w:t>
      </w:r>
    </w:p>
    <w:p>
      <w:pPr>
        <w:ind w:firstLine="720"/>
      </w:pPr>
      <w:r>
        <w:t>Growing volumes, four: full optical range. Illumination on the horticultural schedule.</w:t>
      </w:r>
    </w:p>
    <w:p>
      <w:pPr>
        <w:ind w:firstLine="720"/>
      </w:pPr>
      <w:r>
        <w:t>Store: full optical range. Illumination on demand.</w:t>
      </w:r>
    </w:p>
    <w:p>
      <w:pPr>
        <w:ind w:firstLine="720"/>
      </w:pPr>
      <w:r>
        <w:t>Undercroft side of the closure: as the Sanctuary.</w:t>
      </w:r>
    </w:p>
    <w:p>
      <w:pPr>
        <w:ind w:firstLine="720"/>
      </w:pPr>
      <w:r>
        <w:t>The sector is not dark. One volume within it has no visibility and the rest of it is lit to the standard, on cycles, continuously, for two hundred and forty years, for the benefit of plants and animals that are in it and a person who is not.</w:t>
      </w:r>
    </w:p>
    <w:p>
      <w:pPr>
        <w:ind w:firstLine="720"/>
      </w:pPr>
      <w:r>
        <w:t>Maintenance Record · Entry 4437</w:t>
      </w:r>
    </w:p>
    <w:p>
      <w:pPr>
        <w:ind w:firstLine="720"/>
      </w:pPr>
      <w:r>
        <w:t>Filed year one hundred and ninety-one, day fifty-four.</w:t>
      </w:r>
    </w:p>
    <w:p>
      <w:pPr>
        <w:ind w:firstLine="720"/>
      </w:pPr>
      <w:r>
        <w:t>Note filed against the optical survey, for the avoidance of a later query.</w:t>
      </w:r>
    </w:p>
    <w:p>
      <w:pPr>
        <w:ind w:firstLine="720"/>
      </w:pPr>
      <w:r>
        <w:t>The occupant of this sector has not used optical as a primary channel in a period exceeding one hundred and eighty years, as stated at Entry 0006 of this record and at nineteen entries since. The survey finding is therefore of no operational consequence to the occupant.</w:t>
      </w:r>
    </w:p>
    <w:p>
      <w:pPr>
        <w:ind w:firstLine="720"/>
      </w:pPr>
      <w:r>
        <w:t>The survey is performed and filed regardless, to the standard, because the standard requires an optical survey of a volume and does not require that anybody in the volume be using their eyes.</w:t>
      </w:r>
    </w:p>
    <w:p>
      <w:pPr>
        <w:ind w:firstLine="720"/>
      </w:pPr>
      <w:r>
        <w:t>Reason field:</w:t>
      </w:r>
    </w:p>
    <w:p>
      <w:pPr>
        <w:ind w:firstLine="720"/>
      </w:pPr>
      <w:r>
        <w:t>standard.</w:t>
      </w:r>
    </w:p>
    <w:p>
      <w:pPr>
        <w:ind w:firstLine="720"/>
      </w:pPr>
      <w:r>
        <w:t>Entry 4437 is the last of the survey and it is a piece of housekeeping about why a document was produced. Read as a maintenance note it is complete and correct. The record produced an optical survey of a room in which nothing can be seen, for an occupant who has not seen anything in one hundred and eighty years, and filed the reason as</w:t>
      </w:r>
    </w:p>
    <w:p>
      <w:pPr>
        <w:ind w:firstLine="720"/>
      </w:pPr>
      <w:r>
        <w:t>standard</w:t>
      </w:r>
    </w:p>
    <w:p>
      <w:pPr>
        <w:ind w:firstLine="720"/>
      </w:pPr>
      <w:r>
        <w:t>, and every word of that is true.</w:t>
      </w:r>
    </w:p>
    <w:p>
      <w:pPr>
        <w:ind w:firstLine="720"/>
      </w:pPr>
      <w:r>
        <w:t>Maintenance Record · Entry 4437a</w:t>
      </w:r>
    </w:p>
    <w:p>
      <w:pPr>
        <w:ind w:firstLine="720"/>
      </w:pPr>
      <w:r>
        <w:t>Filed year one hundred and ninety-one, day fifty-five. Survey, closed.</w:t>
      </w:r>
    </w:p>
    <w:p>
      <w:pPr>
        <w:ind w:firstLine="720"/>
      </w:pPr>
      <w:r>
        <w:t>Optical survey of the sector complete. Nine volumes surveyed. One volume at nil range by design, eight at full range.</w:t>
      </w:r>
    </w:p>
    <w:p>
      <w:pPr>
        <w:ind w:firstLine="720"/>
      </w:pPr>
      <w:r>
        <w:t>No fault found. No action arising. No item added to the schedule and no item removed from it.</w:t>
      </w:r>
    </w:p>
    <w:p>
      <w:pPr>
        <w:ind w:firstLine="720"/>
      </w:pPr>
      <w:r>
        <w:t>Next survey: decennial, as the standard.</w:t>
      </w:r>
    </w:p>
    <w:p>
      <w:pPr>
        <w:ind w:firstLine="720"/>
      </w:pPr>
      <w:r>
        <w:t>The survey goes on the schedule at a ten-year interval, which means that the record will produce this same document, with these same nine lines and these same eight nils, at year two hundred and one, and at year two hundred and eleven, and at every decade after that for as long as the schedule runs, and every one of them will be correct.</w:t>
      </w:r>
    </w:p>
    <w:p>
      <w:pPr>
        <w:ind w:firstLine="720"/>
      </w:pPr>
      <w:r>
        <w:t>Maintenance Record · Entry 4437b</w:t>
      </w:r>
    </w:p>
    <w:p>
      <w:pPr>
        <w:ind w:firstLine="720"/>
      </w:pPr>
      <w:r>
        <w:t>Filed year one hundred and ninety-one, day fifty-five. Instrumentation review, arising from the optical survey.</w:t>
      </w:r>
    </w:p>
    <w:p>
      <w:pPr>
        <w:ind w:firstLine="720"/>
      </w:pPr>
      <w:r>
        <w:t>Where a volume has nil optical range, the standard requires that every condition ordinarily assessed by eye be assigned to an instrument, and that the assignment be filed.</w:t>
      </w:r>
    </w:p>
    <w:p>
      <w:pPr>
        <w:ind w:firstLine="720"/>
      </w:pPr>
      <w:r>
        <w:t>Leakage and weeping: assigned to the differential pressure series and to the nine density sensors. Assigned.</w:t>
      </w:r>
    </w:p>
    <w:p>
      <w:pPr>
        <w:ind w:firstLine="720"/>
      </w:pPr>
      <w:r>
        <w:t>Corrosion and surface degradation: assigned to the decennial survey by contact at four hundred and eleven points. Assigned.</w:t>
      </w:r>
    </w:p>
    <w:p>
      <w:pPr>
        <w:ind w:firstLine="720"/>
      </w:pPr>
      <w:r>
        <w:t>Fouling: assigned to stage pressure drop across the nine filtration stages. Assigned.</w:t>
      </w:r>
    </w:p>
    <w:p>
      <w:pPr>
        <w:ind w:firstLine="720"/>
      </w:pPr>
      <w:r>
        <w:t>Displacement of stored items: not assigned. There is no instrument for it. The condition is assessed at the decennial survey by hand.</w:t>
      </w:r>
    </w:p>
    <w:p>
      <w:pPr>
        <w:ind w:firstLine="720"/>
      </w:pPr>
      <w:r>
        <w:t>Presence of a second party: not assigned. The standard lists this condition because a volume with nil visibility cannot be checked by looking into it. There is one closure, it carries a single sequence, and the sequence is held in one place. The condition is assessed by the closure log.</w:t>
      </w:r>
    </w:p>
    <w:p>
      <w:pPr>
        <w:ind w:firstLine="720"/>
      </w:pPr>
      <w:r>
        <w:t>Five conditions. Three instrumented, one assessed by hand, one assessed by the closure log. Assignment filed. No gap.</w:t>
      </w:r>
    </w:p>
    <w:p>
      <w:pPr>
        <w:ind w:firstLine="720"/>
      </w:pPr>
      <w:r>
        <w:t>The standard's line about a second party exists because a room you cannot see into is a room somebody could be standing in. The record works through it in the same three sentences it gives to fouling, finds that the closure log covers it, and marks the assignment complete. The closure log has four hundred and ten entries and the four hundred and tenth has no closing time on it.</w:t>
      </w:r>
    </w:p>
    <w:p>
      <w:r>
        <w:br w:type="page"/>
      </w:r>
    </w:p>
    <w:p>
      <w:pPr>
        <w:pStyle w:val="Heading1"/>
      </w:pPr>
      <w:r>
        <w:t>Chapter 6 &amp;mdash; The Ravine, Closed Out</w:t>
      </w:r>
    </w:p>
    <w:p>
      <w:pPr>
        <w:ind w:firstLine="720"/>
      </w:pPr>
      <w:r>
        <w:t>The ravine alcove had been the working location of this record for sixteen years and carried nine headings on the standing schedule. It is closed out in five entries, correctly, with tooling stowed and capability retained, and the whole of it is administration.</w:t>
      </w:r>
    </w:p>
    <w:p>
      <w:pPr>
        <w:ind w:firstLine="720"/>
      </w:pPr>
      <w:r>
        <w:t>Maintenance Record · Entry 4438</w:t>
      </w:r>
    </w:p>
    <w:p>
      <w:pPr>
        <w:ind w:firstLine="720"/>
      </w:pPr>
      <w:r>
        <w:t>Filed year one hundred and ninety-one, day fifty-nine. Schedule, ravine alcove: close-out.</w:t>
      </w:r>
    </w:p>
    <w:p>
      <w:pPr>
        <w:ind w:firstLine="720"/>
      </w:pPr>
      <w:r>
        <w:t>The alcove and its rigged access, entered on the schedule at Entry 4001, are closed out here. The location is not disposed of, released, sealed or abandoned. It is removed from the active schedule and moved to the standing dormant list.</w:t>
      </w:r>
    </w:p>
    <w:p>
      <w:pPr>
        <w:ind w:firstLine="720"/>
      </w:pPr>
      <w:r>
        <w:t>Basis: the working location of this record has changed. A schedule is maintained where the work is. There is no work at the alcove.</w:t>
      </w:r>
    </w:p>
    <w:p>
      <w:pPr>
        <w:ind w:firstLine="720"/>
      </w:pPr>
      <w:r>
        <w:t>Reason field:</w:t>
      </w:r>
    </w:p>
    <w:p>
      <w:pPr>
        <w:ind w:firstLine="720"/>
      </w:pPr>
      <w:r>
        <w:t>location change.</w:t>
      </w:r>
    </w:p>
    <w:p>
      <w:pPr>
        <w:ind w:firstLine="720"/>
      </w:pPr>
      <w:r>
        <w:t>Maintenance Record · Entry 4439</w:t>
      </w:r>
    </w:p>
    <w:p>
      <w:pPr>
        <w:ind w:firstLine="720"/>
      </w:pPr>
      <w:r>
        <w:t>Filed year one hundred and ninety-one, day fifty-nine. Close-out, items, nine headings.</w:t>
      </w:r>
    </w:p>
    <w:p>
      <w:pPr>
        <w:ind w:firstLine="720"/>
      </w:pPr>
      <w:r>
        <w:t>Fabrication bay: plant powered down to the storage condition, stock sealed, capability retained. Verification on the test article moved from decennial to on-demand. The bay can be brought up in four days by anybody holding the schedule.</w:t>
      </w:r>
    </w:p>
    <w:p>
      <w:pPr>
        <w:ind w:firstLine="720"/>
      </w:pPr>
      <w:r>
        <w:t>Tooling: stowed to the founding-era standard, oiled, racked in the original orientation, four hundred and eleven items, inventory attached.</w:t>
      </w:r>
    </w:p>
    <w:p>
      <w:pPr>
        <w:ind w:firstLine="720"/>
      </w:pPr>
      <w:r>
        <w:t>Access rigging, nineteen anchors: load test performed this entry, nineteen pass. Rigging left in place and left rigged. Annual inspection moved to the dormant list at a four-yearly interval.</w:t>
      </w:r>
    </w:p>
    <w:p>
      <w:pPr>
        <w:ind w:firstLine="720"/>
      </w:pPr>
      <w:r>
        <w:t>Vehicle, at rest: quarterly pass performed this entry, two hundred and eleven items, two hundred and eleven pass. Moved to annual.</w:t>
      </w:r>
    </w:p>
    <w:p>
      <w:pPr>
        <w:ind w:firstLine="720"/>
      </w:pPr>
      <w:r>
        <w:t>Hull structural survey: retained, decennial, unchanged.</w:t>
      </w:r>
    </w:p>
    <w:p>
      <w:pPr>
        <w:ind w:firstLine="720"/>
      </w:pPr>
      <w:r>
        <w:t>Seed bank, four hundred and eleven varieties, cold volume on the vehicle: retained on the active schedule at the eleven-yearly viability sample. This heading does not move to the dormant list and the record gives no reason for the exception, the exception being permitted.</w:t>
      </w:r>
    </w:p>
    <w:p>
      <w:pPr>
        <w:ind w:firstLine="720"/>
      </w:pPr>
      <w:r>
        <w:t>Record store, sixth copy, in the rock, archival housing: inspection eleven-yearly. Retained.</w:t>
      </w:r>
    </w:p>
    <w:p>
      <w:pPr>
        <w:ind w:firstLine="720"/>
      </w:pPr>
      <w:r>
        <w:t>Corpus, five copies aboard: integrity verification decennial. Retained.</w:t>
      </w:r>
    </w:p>
    <w:p>
      <w:pPr>
        <w:ind w:firstLine="720"/>
      </w:pPr>
      <w:r>
        <w:t>Preference apparatus, boxed and padded, in store on the vehicle: eleven-yearly, retained, unchanged.</w:t>
      </w:r>
    </w:p>
    <w:p>
      <w:pPr>
        <w:ind w:firstLine="720"/>
      </w:pPr>
      <w:r>
        <w:t>Nine headings. Four to the dormant list, five retained active.</w:t>
      </w:r>
    </w:p>
    <w:p>
      <w:pPr>
        <w:ind w:firstLine="720"/>
      </w:pPr>
      <w:r>
        <w:t>The seed bank stays on the active schedule and the record does not say why. It is entitled not to. The exception is permitted by the standard for any item the custodian elects to hold at a shorter interval, and the custodian has elected, and the form has a box for the election and no box for the reason.</w:t>
      </w:r>
    </w:p>
    <w:p>
      <w:pPr>
        <w:ind w:firstLine="720"/>
      </w:pPr>
      <w:r>
        <w:t>Maintenance Record · Entry 4440</w:t>
      </w:r>
    </w:p>
    <w:p>
      <w:pPr>
        <w:ind w:firstLine="720"/>
      </w:pPr>
      <w:r>
        <w:t>Filed year one hundred and ninety-one, day sixty-one. Alcove: condition on close-out.</w:t>
      </w:r>
    </w:p>
    <w:p>
      <w:pPr>
        <w:ind w:firstLine="720"/>
      </w:pPr>
      <w:r>
        <w:t>Rock sound. The alcove is a natural void enlarged by fabrication, four hundred and forty metres below the southern rim, at the depth where the air is thick and warm and stays so.</w:t>
      </w:r>
    </w:p>
    <w:p>
      <w:pPr>
        <w:ind w:firstLine="720"/>
      </w:pPr>
      <w:r>
        <w:t>Structural members: nineteen, surveyed, all within tolerance.</w:t>
      </w:r>
    </w:p>
    <w:p>
      <w:pPr>
        <w:ind w:firstLine="720"/>
      </w:pPr>
      <w:r>
        <w:t>Vascular and skeletal interface points, installed at the working position: nineteen, surveyed, condition sound, left in place.</w:t>
      </w:r>
    </w:p>
    <w:p>
      <w:pPr>
        <w:ind w:firstLine="720"/>
      </w:pPr>
      <w:r>
        <w:t>The interface points are not removed. Removal would require breaking out the anchoring, which would damage the rock, and there is no requirement to remove them. They are recorded on the dormant list as installed and left, and their condition will be inspected at four years with everything else.</w:t>
      </w:r>
    </w:p>
    <w:p>
      <w:pPr>
        <w:ind w:firstLine="720"/>
      </w:pPr>
      <w:r>
        <w:t>Environmental: as the ravine. No plant.</w:t>
      </w:r>
    </w:p>
    <w:p>
      <w:pPr>
        <w:ind w:firstLine="720"/>
      </w:pPr>
      <w:r>
        <w:t>Maintenance Record · Entry 4441</w:t>
      </w:r>
    </w:p>
    <w:p>
      <w:pPr>
        <w:ind w:firstLine="720"/>
      </w:pPr>
      <w:r>
        <w:t>Filed year one hundred and ninety-one, day sixty-two.</w:t>
      </w:r>
    </w:p>
    <w:p>
      <w:pPr>
        <w:ind w:firstLine="720"/>
      </w:pPr>
      <w:r>
        <w:t>Standing statement, reviewed at close-out.</w:t>
      </w:r>
    </w:p>
    <w:p>
      <w:pPr>
        <w:ind w:firstLine="720"/>
      </w:pPr>
      <w:r>
        <w:t>Nothing on this bearing.</w:t>
      </w:r>
    </w:p>
    <w:p>
      <w:pPr>
        <w:ind w:firstLine="720"/>
      </w:pPr>
      <w:r>
        <w:t>Retained. There is no bearing.</w:t>
      </w:r>
    </w:p>
    <w:p>
      <w:pPr>
        <w:ind w:firstLine="720"/>
      </w:pPr>
      <w:r>
        <w:t>Line one hundred and eleven is done.</w:t>
      </w:r>
    </w:p>
    <w:p>
      <w:pPr>
        <w:ind w:firstLine="720"/>
      </w:pPr>
      <w:r>
        <w:t>Retained. Not capable of change.</w:t>
      </w:r>
    </w:p>
    <w:p>
      <w:pPr>
        <w:ind w:firstLine="720"/>
      </w:pPr>
      <w:r>
        <w:t>Line one hundred and twelve is not written.</w:t>
      </w:r>
    </w:p>
    <w:p>
      <w:pPr>
        <w:ind w:firstLine="720"/>
      </w:pPr>
      <w:r>
        <w:t>Retained. Capable of change at any time by the filer.</w:t>
      </w:r>
    </w:p>
    <w:p>
      <w:pPr>
        <w:ind w:firstLine="720"/>
      </w:pPr>
      <w:r>
        <w:t>Three statements. Three retained. No statement added at the change of location.</w:t>
      </w:r>
    </w:p>
    <w:p>
      <w:pPr>
        <w:ind w:firstLine="720"/>
      </w:pPr>
      <w:r>
        <w:t>Maintenance Record · Entry 4442</w:t>
      </w:r>
    </w:p>
    <w:p>
      <w:pPr>
        <w:ind w:firstLine="720"/>
      </w:pPr>
      <w:r>
        <w:t>Filed year one hundred and ninety-one, day sixty-two. Transmission, unchanged.</w:t>
      </w:r>
    </w:p>
    <w:p>
      <w:pPr>
        <w:ind w:firstLine="720"/>
      </w:pPr>
      <w:r>
        <w:t>The stream is live from the new location. Format current. The civil filing system receives it, validates it for format, accepts it and stores it.</w:t>
      </w:r>
    </w:p>
    <w:p>
      <w:pPr>
        <w:ind w:firstLine="720"/>
      </w:pPr>
      <w:r>
        <w:t>Addressee field:</w:t>
      </w:r>
    </w:p>
    <w:p>
      <w:pPr>
        <w:ind w:firstLine="720"/>
      </w:pPr>
      <w:r>
        <w:t>none.</w:t>
      </w:r>
    </w:p>
    <w:p>
      <w:pPr>
        <w:ind w:firstLine="720"/>
      </w:pPr>
      <w:r>
        <w:t>The location field on transmitted entries reads</w:t>
      </w:r>
    </w:p>
    <w:p>
      <w:pPr>
        <w:ind w:firstLine="720"/>
      </w:pPr>
      <w:r>
        <w:t>not surveyed</w:t>
      </w:r>
    </w:p>
    <w:p>
      <w:pPr>
        <w:ind w:firstLine="720"/>
      </w:pPr>
      <w:r>
        <w:t>, which passes validation, the provision being in the format the civil system validates against.</w:t>
      </w:r>
    </w:p>
    <w:p>
      <w:pPr>
        <w:ind w:firstLine="720"/>
      </w:pPr>
      <w:r>
        <w:t>Every entry filed from this room is accepted by a public system, stored, and indexed under a location reference that says the location does not appear on any survey. It has been that way for four days and it will be that way for the rest of the record. Nothing reads a maintenance stream from an unallocated site with no registry entry and no outstanding request. There is no process that does it and no person whose work it is.</w:t>
      </w:r>
    </w:p>
    <w:p>
      <w:pPr>
        <w:ind w:firstLine="720"/>
      </w:pPr>
      <w:r>
        <w:t>Maintenance Record · Entry 4443</w:t>
      </w:r>
    </w:p>
    <w:p>
      <w:pPr>
        <w:ind w:firstLine="720"/>
      </w:pPr>
      <w:r>
        <w:t>Filed year one hundred and ninety-one, day sixty-four. Close-out, complete.</w:t>
      </w:r>
    </w:p>
    <w:p>
      <w:pPr>
        <w:ind w:firstLine="720"/>
      </w:pPr>
      <w:r>
        <w:t>Ravine alcove and associated headings closed out to the dormant list. Four headings dormant, five retained active.</w:t>
      </w:r>
    </w:p>
    <w:p>
      <w:pPr>
        <w:ind w:firstLine="720"/>
      </w:pPr>
      <w:r>
        <w:t>Capability retained in full. Nothing disposed of, nothing broken out, nothing sealed.</w:t>
      </w:r>
    </w:p>
    <w:p>
      <w:pPr>
        <w:ind w:firstLine="720"/>
      </w:pPr>
      <w:r>
        <w:t>Next inspection of the dormant list: four years.</w:t>
      </w:r>
    </w:p>
    <w:p>
      <w:pPr>
        <w:ind w:firstLine="720"/>
      </w:pPr>
      <w:r>
        <w:t>Sixteen years of filings from that location are closed and indexed. Entries 4001 to 4410 inclusive. Four hundred and ten entries.</w:t>
      </w:r>
    </w:p>
    <w:p>
      <w:pPr>
        <w:ind w:firstLine="720"/>
      </w:pPr>
      <w:r>
        <w:t>No outstanding item.</w:t>
      </w:r>
    </w:p>
    <w:p>
      <w:pPr>
        <w:ind w:firstLine="720"/>
      </w:pPr>
      <w:r>
        <w:t>Four hundred and ten entries, sixteen years, nine headings, no outstanding item. The close-out is complete and correct against every requirement the standard makes of a close-out, and it has been checked against the standard, and it passes.</w:t>
      </w:r>
    </w:p>
    <w:p>
      <w:pPr>
        <w:ind w:firstLine="720"/>
      </w:pPr>
      <w:r>
        <w:t>Maintenance Record · Entry 4443a</w:t>
      </w:r>
    </w:p>
    <w:p>
      <w:pPr>
        <w:ind w:firstLine="720"/>
      </w:pPr>
      <w:r>
        <w:t>Filed year one hundred and ninety-one, day sixty-four. Close-out, period summary, six fields.</w:t>
      </w:r>
    </w:p>
    <w:p>
      <w:pPr>
        <w:ind w:firstLine="720"/>
      </w:pPr>
      <w:r>
        <w:t>Period: year one hundred and seventy-five, day nineteen, to year one hundred and ninety-one, day sixty-four. Sixteen years and forty-five days.</w:t>
      </w:r>
    </w:p>
    <w:p>
      <w:pPr>
        <w:ind w:firstLine="720"/>
      </w:pPr>
      <w:r>
        <w:t>Entries filed from the location: four hundred and ten.</w:t>
      </w:r>
    </w:p>
    <w:p>
      <w:pPr>
        <w:ind w:firstLine="720"/>
      </w:pPr>
      <w:r>
        <w:t>Scheduled tasks performed: two thousand one hundred and eleven. Performed on interval: two thousand one hundred and eleven.</w:t>
      </w:r>
    </w:p>
    <w:p>
      <w:pPr>
        <w:ind w:firstLine="720"/>
      </w:pPr>
      <w:r>
        <w:t>Faults found: nineteen. Faults cleared: nineteen. Faults outstanding: nil.</w:t>
      </w:r>
    </w:p>
    <w:p>
      <w:pPr>
        <w:ind w:firstLine="720"/>
      </w:pPr>
      <w:r>
        <w:t>Deviations from schedule: nil.</w:t>
      </w:r>
    </w:p>
    <w:p>
      <w:pPr>
        <w:ind w:firstLine="720"/>
      </w:pPr>
      <w:r>
        <w:t>Incidents: nil.</w:t>
      </w:r>
    </w:p>
    <w:p>
      <w:pPr>
        <w:ind w:firstLine="720"/>
      </w:pPr>
      <w:r>
        <w:t>Six fields, six answerable, six answered. The close-out summary is complete.</w:t>
      </w:r>
    </w:p>
    <w:p>
      <w:pPr>
        <w:ind w:firstLine="720"/>
      </w:pPr>
      <w:r>
        <w:t>The incident field on a close-out summary is a required field and it takes a count. It is completed</w:t>
      </w:r>
    </w:p>
    <w:p>
      <w:pPr>
        <w:ind w:firstLine="720"/>
      </w:pPr>
      <w:r>
        <w:t>nil</w:t>
      </w:r>
    </w:p>
    <w:p>
      <w:pPr>
        <w:ind w:firstLine="720"/>
      </w:pPr>
      <w:r>
        <w:t>here, correctly, according to everything this record holds. An incident is a thing the record registers, and the record registers what its instruments report and what its schedule brings it to, and there is no instrument at the alcove pointed at the rigged access, and no task in the schedule that looks up it.</w:t>
      </w:r>
    </w:p>
    <w:p>
      <w:pPr>
        <w:ind w:firstLine="720"/>
      </w:pPr>
      <w:r>
        <w:t>Maintenance Record · Entry 4443b</w:t>
      </w:r>
    </w:p>
    <w:p>
      <w:pPr>
        <w:ind w:firstLine="720"/>
      </w:pPr>
      <w:r>
        <w:t>Filed year one hundred and ninety-one, day sixty-five.</w:t>
      </w:r>
    </w:p>
    <w:p>
      <w:pPr>
        <w:ind w:firstLine="720"/>
      </w:pPr>
      <w:r>
        <w:t>The dormant list is filed as a document in its own right, with the four headings, their intervals, their last-performed dates and the condition recorded at close-out, so that the list can be worked from without reference to this record.</w:t>
      </w:r>
    </w:p>
    <w:p>
      <w:pPr>
        <w:ind w:firstLine="720"/>
      </w:pPr>
      <w:r>
        <w:t>It is written so that it can be performed by somebody who has not done it before and has only the list.</w:t>
      </w:r>
    </w:p>
    <w:p>
      <w:pPr>
        <w:ind w:firstLine="720"/>
      </w:pPr>
      <w:r>
        <w:t>Copies: five aboard the vehicle, one in the archival housing in the rock, one held here.</w:t>
      </w:r>
    </w:p>
    <w:p>
      <w:pPr>
        <w:ind w:firstLine="720"/>
      </w:pPr>
      <w:r>
        <w:t>Seven copies. Verified identical.</w:t>
      </w:r>
    </w:p>
    <w:p>
      <w:pPr>
        <w:ind w:firstLine="720"/>
      </w:pPr>
      <w:r>
        <w:t>Seven copies of a four-item inspection list for a location that has been taken off the active schedule, written for a reader who does not exist, and stored in a hole in a ravine wall in a material chosen because it outlasts the thing it is protecting.</w:t>
      </w:r>
    </w:p>
    <w:p>
      <w:r>
        <w:br w:type="page"/>
      </w:r>
    </w:p>
    <w:p>
      <w:pPr>
        <w:pStyle w:val="Heading1"/>
      </w:pPr>
      <w:r>
        <w:t>Chapter 7 &amp;mdash; Higher Processes, Season One</w:t>
      </w:r>
    </w:p>
    <w:p>
      <w:pPr>
        <w:ind w:firstLine="720"/>
      </w:pPr>
      <w:r>
        <w:t>The utilisation instrument has reported seasonally since year forty-three without a break. It is a calculation performed on data the apparatus already holds, it costs nothing to run, and it has been filed one hundred and forty-eight times before this one. The one hundred and forty-ninth is the first filed from this room.</w:t>
      </w:r>
    </w:p>
    <w:p>
      <w:pPr>
        <w:ind w:firstLine="720"/>
      </w:pPr>
      <w:r>
        <w:t>Maintenance Record · Entry 4444</w:t>
      </w:r>
    </w:p>
    <w:p>
      <w:pPr>
        <w:ind w:firstLine="720"/>
      </w:pPr>
      <w:r>
        <w:t>Filed year one hundred and ninety-one, day sixty-nine. Instrumentation: utilisation of the higher processes. Seasonal report.</w:t>
      </w:r>
    </w:p>
    <w:p>
      <w:pPr>
        <w:ind w:firstLine="720"/>
      </w:pPr>
      <w:r>
        <w:t>Instrument as specified at Entry 0563. Method unchanged. Integration over the regions the founding-era anatomy assigns, from substrate delivery metered at four milligrams and eleven seconds.</w:t>
      </w:r>
    </w:p>
    <w:p>
      <w:pPr>
        <w:ind w:firstLine="720"/>
      </w:pPr>
      <w:r>
        <w:t>Baseline: one hundred, established at Entry 0564 against years thirty-nine to forty-three.</w:t>
      </w:r>
    </w:p>
    <w:p>
      <w:pPr>
        <w:ind w:firstLine="720"/>
      </w:pPr>
      <w:r>
        <w:t>Season: 96.</w:t>
      </w:r>
    </w:p>
    <w:p>
      <w:pPr>
        <w:ind w:firstLine="720"/>
      </w:pPr>
      <w:r>
        <w:t>Instrument verified against the substrate data it derives from, as the schedule requires annually. Verification passes. No calibration required and none available, the measurement being a calculation.</w:t>
      </w:r>
    </w:p>
    <w:p>
      <w:pPr>
        <w:ind w:firstLine="720"/>
      </w:pPr>
      <w:r>
        <w:t>That is the entry. It has a heading, a method reference, a baseline, a number and a verification, and it is five lines long, and there is no line after the number.</w:t>
      </w:r>
    </w:p>
    <w:p>
      <w:pPr>
        <w:ind w:firstLine="720"/>
      </w:pPr>
      <w:r>
        <w:t>Maintenance Record · Entry 4445</w:t>
      </w:r>
    </w:p>
    <w:p>
      <w:pPr>
        <w:ind w:firstLine="720"/>
      </w:pPr>
      <w:r>
        <w:t>Filed year one hundred and ninety-one, day sixty-nine. Series, reproduced at the change of location.</w:t>
      </w:r>
    </w:p>
    <w:p>
      <w:pPr>
        <w:ind w:firstLine="720"/>
      </w:pPr>
      <w:r>
        <w:t>The standard requires that a continuing series be reproduced in full at a change of location, so that the series can be read from the new location without reference to the old filings. Sixteen years, sixty-four seasons, are reproduced. The years before them are held and are not reproduced here.</w:t>
      </w:r>
    </w:p>
    <w:p>
      <w:pPr>
        <w:ind w:firstLine="720"/>
      </w:pPr>
      <w:r>
        <w:t>Year 176: 99 · 98 · 99 · 99</w:t>
      </w:r>
    </w:p>
    <w:p>
      <w:pPr>
        <w:ind w:firstLine="720"/>
      </w:pPr>
      <w:r>
        <w:t>Year 177: 98 · 99 · 98 · 98</w:t>
      </w:r>
    </w:p>
    <w:p>
      <w:pPr>
        <w:ind w:firstLine="720"/>
      </w:pPr>
      <w:r>
        <w:t>Year 178: 99 · 98 · 98 · 99</w:t>
      </w:r>
    </w:p>
    <w:p>
      <w:pPr>
        <w:ind w:firstLine="720"/>
      </w:pPr>
      <w:r>
        <w:t>Year 179: 98 · 98 · 99 · 98</w:t>
      </w:r>
    </w:p>
    <w:p>
      <w:pPr>
        <w:ind w:firstLine="720"/>
      </w:pPr>
      <w:r>
        <w:t>Year 180: 98 · 99 · 98 · 98</w:t>
      </w:r>
    </w:p>
    <w:p>
      <w:pPr>
        <w:ind w:firstLine="720"/>
      </w:pPr>
      <w:r>
        <w:t>Year 181: 98 · 98 · 98 · 99</w:t>
      </w:r>
    </w:p>
    <w:p>
      <w:pPr>
        <w:ind w:firstLine="720"/>
      </w:pPr>
      <w:r>
        <w:t>Year 182: 99 · 98 · 98 · 98</w:t>
      </w:r>
    </w:p>
    <w:p>
      <w:pPr>
        <w:ind w:firstLine="720"/>
      </w:pPr>
      <w:r>
        <w:t>Year 183: 98 · 98 · 97 · 98</w:t>
      </w:r>
    </w:p>
    <w:p>
      <w:pPr>
        <w:ind w:firstLine="720"/>
      </w:pPr>
      <w:r>
        <w:t>Year 184: 98 · 98 · 98 · 98</w:t>
      </w:r>
    </w:p>
    <w:p>
      <w:pPr>
        <w:ind w:firstLine="720"/>
      </w:pPr>
      <w:r>
        <w:t>Year 185: 97 · 98 · 98 · 97</w:t>
      </w:r>
    </w:p>
    <w:p>
      <w:pPr>
        <w:ind w:firstLine="720"/>
      </w:pPr>
      <w:r>
        <w:t>Year 186: 98 · 97 · 98 · 98</w:t>
      </w:r>
    </w:p>
    <w:p>
      <w:pPr>
        <w:ind w:firstLine="720"/>
      </w:pPr>
      <w:r>
        <w:t>Year 187: 98 · 98 · 97 · 98</w:t>
      </w:r>
    </w:p>
    <w:p>
      <w:pPr>
        <w:ind w:firstLine="720"/>
      </w:pPr>
      <w:r>
        <w:t>Year 188: 97 · 98 · 98 · 97</w:t>
      </w:r>
    </w:p>
    <w:p>
      <w:pPr>
        <w:ind w:firstLine="720"/>
      </w:pPr>
      <w:r>
        <w:t>Year 189: 98 · 97 · 97 · 98</w:t>
      </w:r>
    </w:p>
    <w:p>
      <w:pPr>
        <w:ind w:firstLine="720"/>
      </w:pPr>
      <w:r>
        <w:t>Year 190: 97 · 98 · 97 · 97</w:t>
      </w:r>
    </w:p>
    <w:p>
      <w:pPr>
        <w:ind w:firstLine="720"/>
      </w:pPr>
      <w:r>
        <w:t>Year 191, first season from this location: 96</w:t>
      </w:r>
    </w:p>
    <w:p>
      <w:pPr>
        <w:ind w:firstLine="720"/>
      </w:pPr>
      <w:r>
        <w:t>Range across the reproduced period: 97 to 99. Variance across the reproduced period: within four points, which is within the range the instrument has held since the baseline.</w:t>
      </w:r>
    </w:p>
    <w:p>
      <w:pPr>
        <w:ind w:firstLine="720"/>
      </w:pPr>
      <w:r>
        <w:t>Series reproduced. No trend stated. A trend requires a run and there is no run.</w:t>
      </w:r>
    </w:p>
    <w:p>
      <w:pPr>
        <w:ind w:firstLine="720"/>
      </w:pPr>
      <w:r>
        <w:t>The last figure in the series is one point below the bottom of the range that precedes it. The record states the range, states the variance, and states that no trend is stated, and every one of those three statements is the correct statement for a series with one low point at the end of it, and the record makes all three and stops.</w:t>
      </w:r>
    </w:p>
    <w:p>
      <w:pPr>
        <w:ind w:firstLine="720"/>
      </w:pPr>
      <w:r>
        <w:t>Maintenance Record · Entry 4446</w:t>
      </w:r>
    </w:p>
    <w:p>
      <w:pPr>
        <w:ind w:firstLine="720"/>
      </w:pPr>
      <w:r>
        <w:t>Filed year one hundred and ninety-one, day seventy. Note filed with the seasonal report.</w:t>
      </w:r>
    </w:p>
    <w:p>
      <w:pPr>
        <w:ind w:firstLine="720"/>
      </w:pPr>
      <w:r>
        <w:t>The note at Entry 0565, filed with the baseline, is referenced here in full rather than repeated, as the standard permits for a note that has not changed.</w:t>
      </w:r>
    </w:p>
    <w:p>
      <w:pPr>
        <w:ind w:firstLine="720"/>
      </w:pPr>
      <w:r>
        <w:t>Its content, in summary: the instrument measures substrate delivered to a region and does not measure thought, judgement, attention or the quality of any of them. A high figure is not a good figure and a low figure is not a fault. A well-practised task draws less than a novel one of the same difficulty. A region can be supplied without being used, though not the reverse. The instrument is an upper bound on utilisation and a poor proxy for anything anybody would actually want to know.</w:t>
      </w:r>
    </w:p>
    <w:p>
      <w:pPr>
        <w:ind w:firstLine="720"/>
      </w:pPr>
      <w:r>
        <w:t>The note stands. It has stood at every one of the one hundred and forty-eight reports before this one and it stands at this one.</w:t>
      </w:r>
    </w:p>
    <w:p>
      <w:pPr>
        <w:ind w:firstLine="720"/>
      </w:pPr>
      <w:r>
        <w:t>Maintenance Record · Entry 4447</w:t>
      </w:r>
    </w:p>
    <w:p>
      <w:pPr>
        <w:ind w:firstLine="720"/>
      </w:pPr>
      <w:r>
        <w:t>Filed year one hundred and ninety-one, day seventy.</w:t>
      </w:r>
    </w:p>
    <w:p>
      <w:pPr>
        <w:ind w:firstLine="720"/>
      </w:pPr>
      <w:r>
        <w:t>Query raised against the seasonal report: whether a target, threshold, alarm value or review trigger should be set against the series, none having ever been set.</w:t>
      </w:r>
    </w:p>
    <w:p>
      <w:pPr>
        <w:ind w:firstLine="720"/>
      </w:pPr>
      <w:r>
        <w:t>Assessment. A threshold is set where a value crossing it requires an action. There is no action that follows from this value. The instrument was built at Entry 0563 with the finding, stated there, that utilisation of the higher processes drives no maintenance decision: no service interval depends on it and no rebuild follows from it. That finding has not changed and nothing in the schedule has ever been made to depend on the figure.</w:t>
      </w:r>
    </w:p>
    <w:p>
      <w:pPr>
        <w:ind w:firstLine="720"/>
      </w:pPr>
      <w:r>
        <w:t>Disposition: no threshold set. No target set. No alarm value set. No review trigger set.</w:t>
      </w:r>
    </w:p>
    <w:p>
      <w:pPr>
        <w:ind w:firstLine="720"/>
      </w:pPr>
      <w:r>
        <w:t>Reason field:</w:t>
      </w:r>
    </w:p>
    <w:p>
      <w:pPr>
        <w:ind w:firstLine="720"/>
      </w:pPr>
      <w:r>
        <w:t>no action follows.</w:t>
      </w:r>
    </w:p>
    <w:p>
      <w:pPr>
        <w:ind w:firstLine="720"/>
      </w:pPr>
      <w:r>
        <w:t>The query is raised by the filer, against the filer, under the provision that applies where no second party is available, and it is answered correctly. There is no action that follows from the number. It is measured to better than one per cent, continuously, at no cost, reported seasonally, and filed into a stream nothing reads, and nothing in the world is arranged to do anything about it at any value it might take.</w:t>
      </w:r>
    </w:p>
    <w:p>
      <w:pPr>
        <w:ind w:firstLine="720"/>
      </w:pPr>
      <w:r>
        <w:t>Maintenance Record · Entry 4447a</w:t>
      </w:r>
    </w:p>
    <w:p>
      <w:pPr>
        <w:ind w:firstLine="720"/>
      </w:pPr>
      <w:r>
        <w:t>Filed year one hundred and ninety-one, day seventy-one. Instrument, schedule entry, confirmed at the new location.</w:t>
      </w:r>
    </w:p>
    <w:p>
      <w:pPr>
        <w:ind w:firstLine="720"/>
      </w:pPr>
      <w:r>
        <w:t>Utilisation: seasonal report. Annual verification against the source data. No calibration. Cost of running: nil.</w:t>
      </w:r>
    </w:p>
    <w:p>
      <w:pPr>
        <w:ind w:firstLine="720"/>
      </w:pPr>
      <w:r>
        <w:t>Retained on the active schedule, unchanged, in the same position it has occupied since year forty-three, which is the last position on the instrumentation heading because it was the last instrument added.</w:t>
      </w:r>
    </w:p>
    <w:p>
      <w:pPr>
        <w:ind w:firstLine="720"/>
      </w:pPr>
      <w:r>
        <w:t>Season one from this location is 96. It is filed, verified, noted against the caveat that has accompanied every figure in the series, cleared of any threshold, and entered on the schedule for the next one.</w:t>
      </w:r>
    </w:p>
    <w:p>
      <w:pPr>
        <w:ind w:firstLine="720"/>
      </w:pPr>
      <w:r>
        <w:t>Maintenance Record · Entry 4447b</w:t>
      </w:r>
    </w:p>
    <w:p>
      <w:pPr>
        <w:ind w:firstLine="720"/>
      </w:pPr>
      <w:r>
        <w:t>Filed year one hundred and ninety-one, day seventy-one. Confounds, restated against the change of location, four items.</w:t>
      </w:r>
    </w:p>
    <w:p>
      <w:pPr>
        <w:ind w:firstLine="720"/>
      </w:pPr>
      <w:r>
        <w:t>The standard requires that where a measured series continues across a change of circumstance, the circumstances capable of affecting it be listed once, so that a later reader is not left to guess at them.</w:t>
      </w:r>
    </w:p>
    <w:p>
      <w:pPr>
        <w:ind w:firstLine="720"/>
      </w:pPr>
      <w:r>
        <w:t>One. Practice. One hundred and ninety-one years of practice at everything on the schedule depresses the figure with no change in what is being done. This confound has been present in every figure since the baseline and is stated at Entry 0565.</w:t>
      </w:r>
    </w:p>
    <w:p>
      <w:pPr>
        <w:ind w:firstLine="720"/>
      </w:pPr>
      <w:r>
        <w:t>Two. Task novelty. The tasks performed at this location in this season include a full inventory to four hundred and eleven lines, a component-level survey of a complex item, an optical survey, and a close-out of nine headings at another location. None of these is a task of a class the occupant has not performed before. All of them are large.</w:t>
      </w:r>
    </w:p>
    <w:p>
      <w:pPr>
        <w:ind w:firstLine="720"/>
      </w:pPr>
      <w:r>
        <w:t>Three. Substrate supply. Supply has been uninterrupted, at specification, on the apparatus's own metering, throughout the period. No constraint. The figure is not supply-limited.</w:t>
      </w:r>
    </w:p>
    <w:p>
      <w:pPr>
        <w:ind w:firstLine="720"/>
      </w:pPr>
      <w:r>
        <w:t>Four. Environment. The volume is at specification density, which is a condition the occupant has not been in at any point in this record. Effect on the measurement: none established. The instrument reads delivery to a region and is not a function of the atmosphere in the room. Noted regardless, this being the change of circumstance that occasioned the note.</w:t>
      </w:r>
    </w:p>
    <w:p>
      <w:pPr>
        <w:ind w:firstLine="720"/>
      </w:pPr>
      <w:r>
        <w:t>Four confounds. None resolves to a fault. The figure is filed as measured and is not adjusted for any of them, adjustment not being provided for.</w:t>
      </w:r>
    </w:p>
    <w:p>
      <w:pPr>
        <w:ind w:firstLine="720"/>
      </w:pPr>
      <w:r>
        <w:t>The fourth confound is the only new one in one hundred and forty-nine reports and the record disposes of it in three sentences and files it because the standard says to file it. The season is 96 and the number is not adjusted, and there is nothing in the entry that says whether being in the room is a reason.</w:t>
      </w:r>
    </w:p>
    <w:p>
      <w:r>
        <w:br w:type="page"/>
      </w:r>
    </w:p>
    <w:p>
      <w:pPr>
        <w:pStyle w:val="Heading1"/>
      </w:pPr>
      <w:r>
        <w:t>Chapter 8 &amp;mdash; Who Would Notice</w:t>
      </w:r>
    </w:p>
    <w:p>
      <w:pPr>
        <w:ind w:firstLine="720"/>
      </w:pPr>
      <w:r>
        <w:t>The population form has six fields and the record has completed it, ten-yearly, since year one. Four of the six are answerable. It is due this year, and at this location the first field takes a different kind of work than it has ever taken before, and the working is filed in full because the standard requires that a count arrived at by inference show its inference.</w:t>
      </w:r>
    </w:p>
    <w:p>
      <w:pPr>
        <w:ind w:firstLine="720"/>
      </w:pPr>
      <w:r>
        <w:t>Maintenance Record · Entry 4448</w:t>
      </w:r>
    </w:p>
    <w:p>
      <w:pPr>
        <w:ind w:firstLine="720"/>
      </w:pPr>
      <w:r>
        <w:t>Filed year one hundred and ninety-one, day seventy-four. Population form, field one: persons with knowledge of this work.</w:t>
      </w:r>
    </w:p>
    <w:p>
      <w:pPr>
        <w:ind w:firstLine="720"/>
      </w:pPr>
      <w:r>
        <w:t>The field takes a count of living persons who have any reason to know that the work exists. It exists so that a custodian can establish who must be notified in the event of a change of custody.</w:t>
      </w:r>
    </w:p>
    <w:p>
      <w:pPr>
        <w:ind w:firstLine="720"/>
      </w:pPr>
      <w:r>
        <w:t>The count is taken in two parts, the work being in two parts: the sector, and the occupant.</w:t>
      </w:r>
    </w:p>
    <w:p>
      <w:pPr>
        <w:ind w:firstLine="720"/>
      </w:pPr>
      <w:r>
        <w:t>Part one, the sector. Count: nil. Established at Entry 4413. The volume is not on any register, the sequence was held in one place, the closure has not been opened, and the corpus does not name it at any revision. There is no living person with any reason to know that this room is here.</w:t>
      </w:r>
    </w:p>
    <w:p>
      <w:pPr>
        <w:ind w:firstLine="720"/>
      </w:pPr>
      <w:r>
        <w:t>Part two, the occupant. Working below.</w:t>
      </w:r>
    </w:p>
    <w:p>
      <w:pPr>
        <w:ind w:firstLine="720"/>
      </w:pPr>
      <w:r>
        <w:t>Maintenance Record · Entry 4449</w:t>
      </w:r>
    </w:p>
    <w:p>
      <w:pPr>
        <w:ind w:firstLine="720"/>
      </w:pPr>
      <w:r>
        <w:t>Filed year one hundred and ninety-one, day seventy-five. Field one, part two: working.</w:t>
      </w:r>
    </w:p>
    <w:p>
      <w:pPr>
        <w:ind w:firstLine="720"/>
      </w:pPr>
      <w:r>
        <w:t>The count is of living persons on this planet with any reason to know that the occupant exists and is maintained. It is taken by category against the civil registers, which are public and current, and against the corpus.</w:t>
      </w:r>
    </w:p>
    <w:p>
      <w:pPr>
        <w:ind w:firstLine="720"/>
      </w:pPr>
      <w:r>
        <w:t>Category one. Descendants of the founding family holding the private account in the form that names what stood up at the Sanctuary. Nine living. Of the nine, the register shows four resident on the plateau and five elsewhere.</w:t>
      </w:r>
    </w:p>
    <w:p>
      <w:pPr>
        <w:ind w:firstLine="720"/>
      </w:pPr>
      <w:r>
        <w:t>Category two. Custodians of the Sanctuary fabric, being the persons whose work brings them below the undercroft floor. Four living. None of them has any reason to know anything below that floor is occupied and all four have reason to know the fabric was built by the person in question.</w:t>
      </w:r>
    </w:p>
    <w:p>
      <w:pPr>
        <w:ind w:firstLine="720"/>
      </w:pPr>
      <w:r>
        <w:t>Category three. Archivists holding the founding corpus at the access level that includes the private filings of the founding era. Eleven living, across four institutions.</w:t>
      </w:r>
    </w:p>
    <w:p>
      <w:pPr>
        <w:ind w:firstLine="720"/>
      </w:pPr>
      <w:r>
        <w:t>Category four. Persons who have had direct dealings with the occupant since year one hundred and seventy-five and are alive. Nil. There have been none.</w:t>
      </w:r>
    </w:p>
    <w:p>
      <w:pPr>
        <w:ind w:firstLine="720"/>
      </w:pPr>
      <w:r>
        <w:t>Category five. Persons who have had direct dealings with the occupant before year one hundred and seventy-five and are alive. Four. All four are on the register and none of them is on this planet.</w:t>
      </w:r>
    </w:p>
    <w:p>
      <w:pPr>
        <w:ind w:firstLine="720"/>
      </w:pPr>
      <w:r>
        <w:t>Category six. Persons maintaining the civil filing system at the level at which an unallocated site with no registry entry would be visible. Two living.</w:t>
      </w:r>
    </w:p>
    <w:p>
      <w:pPr>
        <w:ind w:firstLine="720"/>
      </w:pPr>
      <w:r>
        <w:t>Category seven. Persons on whom any obligation, entitlement, debt, claim or duty runs to or from the occupant. Nil. Every one of them was discharged, and the discharge is in the corpus, and the corpus is public.</w:t>
      </w:r>
    </w:p>
    <w:p>
      <w:pPr>
        <w:ind w:firstLine="720"/>
      </w:pPr>
      <w:r>
        <w:t>Sum, categories one to seven: thirty.</w:t>
      </w:r>
    </w:p>
    <w:p>
      <w:pPr>
        <w:ind w:firstLine="720"/>
      </w:pPr>
      <w:r>
        <w:t>Category five is four people, all alive, none of them on this planet, and the field takes a count of persons on this planet, so the four are counted in the working and struck from the total, and the record strikes them without a note.</w:t>
      </w:r>
    </w:p>
    <w:p>
      <w:pPr>
        <w:ind w:firstLine="720"/>
      </w:pPr>
      <w:r>
        <w:t>Maintenance Record · Entry 4450</w:t>
      </w:r>
    </w:p>
    <w:p>
      <w:pPr>
        <w:ind w:firstLine="720"/>
      </w:pPr>
      <w:r>
        <w:t>Filed year one hundred and ninety-one, day seventy-six. Field one, part two: adjustments and qualifications.</w:t>
      </w:r>
    </w:p>
    <w:p>
      <w:pPr>
        <w:ind w:firstLine="720"/>
      </w:pPr>
      <w:r>
        <w:t>Less category five, off-planet: four. Running total, twenty-six.</w:t>
      </w:r>
    </w:p>
    <w:p>
      <w:pPr>
        <w:ind w:firstLine="720"/>
      </w:pPr>
      <w:r>
        <w:t>Category two qualified. Of the four fabric custodians, the register shows that three have never worked below the undercroft floor and one has, once, nineteen years ago, on a drainage survey that does not reach the closure. All four are retained in the count on the basis of reason to know rather than knowledge held, that being what the field asks for.</w:t>
      </w:r>
    </w:p>
    <w:p>
      <w:pPr>
        <w:ind w:firstLine="720"/>
      </w:pPr>
      <w:r>
        <w:t>Category three qualified. Of the eleven archivists, the access level is held by the post and not by the person, and four of the eleven have held their posts for less than a year. All eleven retained.</w:t>
      </w:r>
    </w:p>
    <w:p>
      <w:pPr>
        <w:ind w:firstLine="720"/>
      </w:pPr>
      <w:r>
        <w:t>Category one qualified. Of the nine descendants, the private account exists in three variant forms, and one of the three does not name what stood up. Two of the nine hold only that form. Both retained, the field asking for reason to know and not for accuracy of what is known.</w:t>
      </w:r>
    </w:p>
    <w:p>
      <w:pPr>
        <w:ind w:firstLine="720"/>
      </w:pPr>
      <w:r>
        <w:t>Add: persons holding the beacon-net and survey registers at the level at which an unregistered draw on the Sanctuary trunk would be visible. Five living. The draw has not been noticed in two hundred and forty years and the field does not ask whether a thing has been noticed.</w:t>
      </w:r>
    </w:p>
    <w:p>
      <w:pPr>
        <w:ind w:firstLine="720"/>
      </w:pPr>
      <w:r>
        <w:t>Field one, part two: thirty-one.</w:t>
      </w:r>
    </w:p>
    <w:p>
      <w:pPr>
        <w:ind w:firstLine="720"/>
      </w:pPr>
      <w:r>
        <w:t>Field one, total: thirty-one. The sector, nil. The occupant, thirty-one.</w:t>
      </w:r>
    </w:p>
    <w:p>
      <w:pPr>
        <w:ind w:firstLine="720"/>
      </w:pPr>
      <w:r>
        <w:t>Thirty-one is the number and every line of the working is a category of person who would have to be told rather than a person who knows. Not one of the thirty-one holds the fact. The field asks for reason to know because it was written for a work with a register entry, and the standard's authors did not contemplate a custodian filling it in from the inside of an unregistered volume, and the record fills it in anyway, correctly, in the only way the definition permits.</w:t>
      </w:r>
    </w:p>
    <w:p>
      <w:pPr>
        <w:ind w:firstLine="720"/>
      </w:pPr>
      <w:r>
        <w:t>Maintenance Record · Entry 4451</w:t>
      </w:r>
    </w:p>
    <w:p>
      <w:pPr>
        <w:ind w:firstLine="720"/>
      </w:pPr>
      <w:r>
        <w:t>Filed year one hundred and ninety-one, day seventy-nine. Population form, remaining fields.</w:t>
      </w:r>
    </w:p>
    <w:p>
      <w:pPr>
        <w:ind w:firstLine="720"/>
      </w:pPr>
      <w:r>
        <w:t>Field two, occupancy: one.</w:t>
      </w:r>
    </w:p>
    <w:p>
      <w:pPr>
        <w:ind w:firstLine="720"/>
      </w:pPr>
      <w:r>
        <w:t>Field three, persons dependent on the work: nil.</w:t>
      </w:r>
    </w:p>
    <w:p>
      <w:pPr>
        <w:ind w:firstLine="720"/>
      </w:pPr>
      <w:r>
        <w:t>Field four, notifications outstanding: nil.</w:t>
      </w:r>
    </w:p>
    <w:p>
      <w:pPr>
        <w:ind w:firstLine="720"/>
      </w:pPr>
      <w:r>
        <w:t>Field five, next of kin or nominated party: not available. Not blank. Not available.</w:t>
      </w:r>
    </w:p>
    <w:p>
      <w:pPr>
        <w:ind w:firstLine="720"/>
      </w:pPr>
      <w:r>
        <w:t>Field six, party to whom custody passes on the custodian's ceasing: no entry. The field requires a named party and the format does not permit</w:t>
      </w:r>
    </w:p>
    <w:p>
      <w:pPr>
        <w:ind w:firstLine="720"/>
      </w:pPr>
      <w:r>
        <w:t>none</w:t>
      </w:r>
    </w:p>
    <w:p>
      <w:pPr>
        <w:ind w:firstLine="720"/>
      </w:pPr>
      <w:r>
        <w:t>in it. It has been left as it has been left at every filing of this form since year one.</w:t>
      </w:r>
    </w:p>
    <w:p>
      <w:pPr>
        <w:ind w:firstLine="720"/>
      </w:pPr>
      <w:r>
        <w:t>Form complete to the extent the form can be completed. Four of six.</w:t>
      </w:r>
    </w:p>
    <w:p>
      <w:pPr>
        <w:ind w:firstLine="720"/>
      </w:pPr>
      <w:r>
        <w:t>Maintenance Record · Entry 4452</w:t>
      </w:r>
    </w:p>
    <w:p>
      <w:pPr>
        <w:ind w:firstLine="720"/>
      </w:pPr>
      <w:r>
        <w:t>Filed year one hundred and ninety-one, day seventy-nine.</w:t>
      </w:r>
    </w:p>
    <w:p>
      <w:pPr>
        <w:ind w:firstLine="720"/>
      </w:pPr>
      <w:r>
        <w:t>Note filed with the population form.</w:t>
      </w:r>
    </w:p>
    <w:p>
      <w:pPr>
        <w:ind w:firstLine="720"/>
      </w:pPr>
      <w:r>
        <w:t>The count at field one is a count of persons with reason to know and is not a count of persons who would be affected. The form has no field for the second thing. Where the two counts differ the standard directs that only the first be filed, the second not being a matter the form takes a view on.</w:t>
      </w:r>
    </w:p>
    <w:p>
      <w:pPr>
        <w:ind w:firstLine="720"/>
      </w:pPr>
      <w:r>
        <w:t>Next filing of this form: ten years.</w:t>
      </w:r>
    </w:p>
    <w:p>
      <w:pPr>
        <w:ind w:firstLine="720"/>
      </w:pPr>
      <w:r>
        <w:t>Thirty-one people, in six categories and one addition, none of whom knows, on a form that comes round every ten years, filed on day seventy-nine, and the working is longer than the answer by a factor of nine.</w:t>
      </w:r>
    </w:p>
    <w:p>
      <w:pPr>
        <w:ind w:firstLine="720"/>
      </w:pPr>
      <w:r>
        <w:t>Maintenance Record · Entry 4452a</w:t>
      </w:r>
    </w:p>
    <w:p>
      <w:pPr>
        <w:ind w:firstLine="720"/>
      </w:pPr>
      <w:r>
        <w:t>Filed year one hundred and ninety-one, day eighty-one. Field one: sensitivity of the count.</w:t>
      </w:r>
    </w:p>
    <w:p>
      <w:pPr>
        <w:ind w:firstLine="720"/>
      </w:pPr>
      <w:r>
        <w:t>Where a count is arrived at by inference, the standard requires that its sensitivity be tested against the two adjacent definitions, so that a later reader can see how much of the answer is the definition.</w:t>
      </w:r>
    </w:p>
    <w:p>
      <w:pPr>
        <w:ind w:firstLine="720"/>
      </w:pPr>
      <w:r>
        <w:t>Narrower definition: persons who hold the fact rather than persons with reason to know it. Count on this definition: nil. Every category resolves to nil, including category one, the private account naming what stood up at the Sanctuary being an account of an event and not of a continuing condition.</w:t>
      </w:r>
    </w:p>
    <w:p>
      <w:pPr>
        <w:ind w:firstLine="720"/>
      </w:pPr>
      <w:r>
        <w:t>Wider definition: persons who could establish the fact from public material already available to them, without being told, by work they have the standing and the access to do. Count on this definition: forty-one. The material is public. The filing stream is accepted, validated and stored by a civil system. Nothing prevents it being read.</w:t>
      </w:r>
    </w:p>
    <w:p>
      <w:pPr>
        <w:ind w:firstLine="720"/>
      </w:pPr>
      <w:r>
        <w:t>The three counts are nil, thirty-one and forty-one. The filed figure is thirty-one, that being the figure the field's own definition produces.</w:t>
      </w:r>
    </w:p>
    <w:p>
      <w:pPr>
        <w:ind w:firstLine="720"/>
      </w:pPr>
      <w:r>
        <w:t>Nil, thirty-one, forty-one. The narrow count is the one that says what is actually the case and the form does not ask for it. The wide count is a statement about a public system that accepts a stream every year and has never once been asked a question of it, and the form does not ask for that either. The record files the middle number, which is the one it was asked for, and marks the field complete.</w:t>
      </w:r>
    </w:p>
    <w:p>
      <w:r>
        <w:br w:type="page"/>
      </w:r>
    </w:p>
    <w:p>
      <w:pPr>
        <w:pStyle w:val="Heading1"/>
      </w:pPr>
      <w:r>
        <w:t>Chapter 9 &amp;mdash; The Room Is Still Full</w:t>
      </w:r>
    </w:p>
    <w:p>
      <w:pPr>
        <w:ind w:firstLine="720"/>
      </w:pPr>
      <w:r>
        <w:t>The establishment of a location on the standing schedule closes with a document the standard calls an establishment summary. It is filed once, at the point where every item has been surveyed, every interval set and every first pass performed, and it is the document that turns a provisional schedule into a standing one.</w:t>
      </w:r>
    </w:p>
    <w:p>
      <w:pPr>
        <w:ind w:firstLine="720"/>
      </w:pPr>
      <w:r>
        <w:t>Maintenance Record · Entry 4453</w:t>
      </w:r>
    </w:p>
    <w:p>
      <w:pPr>
        <w:ind w:firstLine="720"/>
      </w:pPr>
      <w:r>
        <w:t>Filed year one hundred and ninety-one, day eighty-four. Establishment summary, sector.</w:t>
      </w:r>
    </w:p>
    <w:p>
      <w:pPr>
        <w:ind w:firstLine="720"/>
      </w:pPr>
      <w:r>
        <w:t>Location: as Entry 4411. Occupancy: one.</w:t>
      </w:r>
    </w:p>
    <w:p>
      <w:pPr>
        <w:ind w:firstLine="720"/>
      </w:pPr>
      <w:r>
        <w:t>Systems: nine. Nine nominal.</w:t>
      </w:r>
    </w:p>
    <w:p>
      <w:pPr>
        <w:ind w:firstLine="720"/>
      </w:pPr>
      <w:r>
        <w:t>Structure: surveyed at four hundred and eleven points. Four hundred and eleven within tolerance.</w:t>
      </w:r>
    </w:p>
    <w:p>
      <w:pPr>
        <w:ind w:firstLine="720"/>
      </w:pPr>
      <w:r>
        <w:t>Closure and seals: inspected, function tested, serviceable.</w:t>
      </w:r>
    </w:p>
    <w:p>
      <w:pPr>
        <w:ind w:firstLine="720"/>
      </w:pPr>
      <w:r>
        <w:t>Environmental plant, nine stages: condition pass performed, first in two hundred and forty years. Serviceable at nine hundred and eleven points. Two gaskets replaced from store.</w:t>
      </w:r>
    </w:p>
    <w:p>
      <w:pPr>
        <w:ind w:firstLine="720"/>
      </w:pPr>
      <w:r>
        <w:t>Atmosphere: at specification, nine of nine sampling points, every sample taken since entry.</w:t>
      </w:r>
    </w:p>
    <w:p>
      <w:pPr>
        <w:ind w:firstLine="720"/>
      </w:pPr>
      <w:r>
        <w:t>Growing volumes, four: as the construction schedule. Harvest on the nineteen-day cycle, uninterrupted.</w:t>
      </w:r>
    </w:p>
    <w:p>
      <w:pPr>
        <w:ind w:firstLine="720"/>
      </w:pPr>
      <w:r>
        <w:t>Clear volumes and gates: as the construction schedule. Serviceable.</w:t>
      </w:r>
    </w:p>
    <w:p>
      <w:pPr>
        <w:ind w:firstLine="720"/>
      </w:pPr>
      <w:r>
        <w:t>Inventory: four hundred and eleven lines. Four hundred and one viable. Ten degraded, nine actioned, one not actionable.</w:t>
      </w:r>
    </w:p>
    <w:p>
      <w:pPr>
        <w:ind w:firstLine="720"/>
      </w:pPr>
      <w:r>
        <w:t>Optical survey: complete. Nine volumes. One at nil range by design.</w:t>
      </w:r>
    </w:p>
    <w:p>
      <w:pPr>
        <w:ind w:firstLine="720"/>
      </w:pPr>
      <w:r>
        <w:t>Population form: filed. Four of six fields answerable. Four answered.</w:t>
      </w:r>
    </w:p>
    <w:p>
      <w:pPr>
        <w:ind w:firstLine="720"/>
      </w:pPr>
      <w:r>
        <w:t>Utilisation: instrument confirmed and reporting. First season from this location filed at Entry 4444.</w:t>
      </w:r>
    </w:p>
    <w:p>
      <w:pPr>
        <w:ind w:firstLine="720"/>
      </w:pPr>
      <w:r>
        <w:t>Ravine alcove and associated headings: closed out to the dormant list, four headings dormant, five retained active.</w:t>
      </w:r>
    </w:p>
    <w:p>
      <w:pPr>
        <w:ind w:firstLine="720"/>
      </w:pPr>
      <w:r>
        <w:t>Fourteen lines and every one of them is a state. The establishment summary is a form that asks what is the case and does not ask how anything got that way, and it is being completed here for the ninth time in one hundred and ninety-one years, in the ninth location this record has kept a schedule for.</w:t>
      </w:r>
    </w:p>
    <w:p>
      <w:pPr>
        <w:ind w:firstLine="720"/>
      </w:pPr>
      <w:r>
        <w:t>Maintenance Record · Entry 4454</w:t>
      </w:r>
    </w:p>
    <w:p>
      <w:pPr>
        <w:ind w:firstLine="720"/>
      </w:pPr>
      <w:r>
        <w:t>Filed year one hundred and ninety-one, day eighty-four. Establishment, first passes.</w:t>
      </w:r>
    </w:p>
    <w:p>
      <w:pPr>
        <w:ind w:firstLine="720"/>
      </w:pPr>
      <w:r>
        <w:t>Items requiring a first pass at establishment: nineteen. Performed: nineteen.</w:t>
      </w:r>
    </w:p>
    <w:p>
      <w:pPr>
        <w:ind w:firstLine="720"/>
      </w:pPr>
      <w:r>
        <w:t>Of the nineteen, seventeen were items that had never been inspected by anybody at any time, the schedule they were commissioned on having never been executed. Two had been inspected at construction and not since.</w:t>
      </w:r>
    </w:p>
    <w:p>
      <w:pPr>
        <w:ind w:firstLine="720"/>
      </w:pPr>
      <w:r>
        <w:t>Findings across the nineteen: two gaskets at end of life, one lamp assembly failed, two bed-frame fixings corroded, four preserved-stores seals weeping, two recorded media delaminated. Nine findings.</w:t>
      </w:r>
    </w:p>
    <w:p>
      <w:pPr>
        <w:ind w:firstLine="720"/>
      </w:pPr>
      <w:r>
        <w:t>Eight actioned from stock held on site. One not actionable.</w:t>
      </w:r>
    </w:p>
    <w:p>
      <w:pPr>
        <w:ind w:firstLine="720"/>
      </w:pPr>
      <w:r>
        <w:t>Nineteen items now have a condition, a tolerance and an interval. None of them had one at day four.</w:t>
      </w:r>
    </w:p>
    <w:p>
      <w:pPr>
        <w:ind w:firstLine="720"/>
      </w:pPr>
      <w:r>
        <w:t>Maintenance Record · Entry 4455</w:t>
      </w:r>
    </w:p>
    <w:p>
      <w:pPr>
        <w:ind w:firstLine="720"/>
      </w:pPr>
      <w:r>
        <w:t>Filed year one hundred and ninety-one, day eighty-four. Schedule, confirmed standing.</w:t>
      </w:r>
    </w:p>
    <w:p>
      <w:pPr>
        <w:ind w:firstLine="720"/>
      </w:pPr>
      <w:r>
        <w:t>The provisional schedule filed at Entry 4416a is confirmed as standing, unchanged, at nine headings.</w:t>
      </w:r>
    </w:p>
    <w:p>
      <w:pPr>
        <w:ind w:firstLine="720"/>
      </w:pPr>
      <w:r>
        <w:t>Tasks falling due in a full year under the standing schedule: two hundred and eighty-one.</w:t>
      </w:r>
    </w:p>
    <w:p>
      <w:pPr>
        <w:ind w:firstLine="720"/>
      </w:pPr>
      <w:r>
        <w:t>Duration:</w:t>
      </w:r>
    </w:p>
    <w:p>
      <w:pPr>
        <w:ind w:firstLine="720"/>
      </w:pPr>
      <w:r>
        <w:t>indefinite.</w:t>
      </w:r>
    </w:p>
    <w:p>
      <w:pPr>
        <w:ind w:firstLine="720"/>
      </w:pPr>
      <w:r>
        <w:t>It is written the way this record writes every schedule: every task named, every interval stated, every tolerance given, and every step written so that it can be performed by somebody who has not done it before and has only the schedule.</w:t>
      </w:r>
    </w:p>
    <w:p>
      <w:pPr>
        <w:ind w:firstLine="720"/>
      </w:pPr>
      <w:r>
        <w:t>That last line has appeared in this record nine times, once for each schedule it has ever drafted, in identical wording. On two of the nine occasions it was followed by a note observing that there is no such person and that there is not going to be one. It is not followed by the note here. The line is filed on its own and the schedule goes into force.</w:t>
      </w:r>
    </w:p>
    <w:p>
      <w:pPr>
        <w:ind w:firstLine="720"/>
      </w:pPr>
      <w:r>
        <w:t>Maintenance Record · Entry 4456</w:t>
      </w:r>
    </w:p>
    <w:p>
      <w:pPr>
        <w:ind w:firstLine="720"/>
      </w:pPr>
      <w:r>
        <w:t>Filed year one hundred and ninety-one, day eighty-five. Condition of the occupant, at establishment.</w:t>
      </w:r>
    </w:p>
    <w:p>
      <w:pPr>
        <w:ind w:firstLine="720"/>
      </w:pPr>
      <w:r>
        <w:t>Lattice: vascular survey not due. Skeletal density not due. Nineteen structural members not due.</w:t>
      </w:r>
    </w:p>
    <w:p>
      <w:pPr>
        <w:ind w:firstLine="720"/>
      </w:pPr>
      <w:r>
        <w:t>Deratings: all deratings in force are as filed. None revised since the change of location.</w:t>
      </w:r>
    </w:p>
    <w:p>
      <w:pPr>
        <w:ind w:firstLine="720"/>
      </w:pPr>
      <w:r>
        <w:t>Apparatus: nominal. Population stable at the standing figure. Supply uninterrupted.</w:t>
      </w:r>
    </w:p>
    <w:p>
      <w:pPr>
        <w:ind w:firstLine="720"/>
      </w:pPr>
      <w:r>
        <w:t>Higher processes: condition nominal.</w:t>
      </w:r>
    </w:p>
    <w:p>
      <w:pPr>
        <w:ind w:firstLine="720"/>
      </w:pPr>
      <w:r>
        <w:t>No item added to the body. No item removed from it. No proposal filed since the change of location.</w:t>
      </w:r>
    </w:p>
    <w:p>
      <w:pPr>
        <w:ind w:firstLine="720"/>
      </w:pPr>
      <w:r>
        <w:t>Maintenance Record · Entry 4457</w:t>
      </w:r>
    </w:p>
    <w:p>
      <w:pPr>
        <w:ind w:firstLine="720"/>
      </w:pPr>
      <w:r>
        <w:t>Filed year one hundred and ninety-one, day eighty-five. Standing statements, reviewed at establishment.</w:t>
      </w:r>
    </w:p>
    <w:p>
      <w:pPr>
        <w:ind w:firstLine="720"/>
      </w:pPr>
      <w:r>
        <w:t>Nothing on this bearing.</w:t>
      </w:r>
    </w:p>
    <w:p>
      <w:pPr>
        <w:ind w:firstLine="720"/>
      </w:pPr>
      <w:r>
        <w:t>Retained.</w:t>
      </w:r>
    </w:p>
    <w:p>
      <w:pPr>
        <w:ind w:firstLine="720"/>
      </w:pPr>
      <w:r>
        <w:t>Line one hundred and eleven is done.</w:t>
      </w:r>
    </w:p>
    <w:p>
      <w:pPr>
        <w:ind w:firstLine="720"/>
      </w:pPr>
      <w:r>
        <w:t>Retained. Not capable of change.</w:t>
      </w:r>
    </w:p>
    <w:p>
      <w:pPr>
        <w:ind w:firstLine="720"/>
      </w:pPr>
      <w:r>
        <w:t>Line one hundred and twelve is not written.</w:t>
      </w:r>
    </w:p>
    <w:p>
      <w:pPr>
        <w:ind w:firstLine="720"/>
      </w:pPr>
      <w:r>
        <w:t>Retained. Capable of change at any time by the filer.</w:t>
      </w:r>
    </w:p>
    <w:p>
      <w:pPr>
        <w:ind w:firstLine="720"/>
      </w:pPr>
      <w:r>
        <w:t>The volume is at specification.</w:t>
      </w:r>
    </w:p>
    <w:p>
      <w:pPr>
        <w:ind w:firstLine="720"/>
      </w:pPr>
      <w:r>
        <w:t>Retained. Added at Entry 4422.</w:t>
      </w:r>
    </w:p>
    <w:p>
      <w:pPr>
        <w:ind w:firstLine="720"/>
      </w:pPr>
      <w:r>
        <w:t>Four statements. Four retained. Three of them have been carried at every summary for sixteen years and one of them is eighty-one days old.</w:t>
      </w:r>
    </w:p>
    <w:p>
      <w:pPr>
        <w:ind w:firstLine="720"/>
      </w:pPr>
      <w:r>
        <w:t>The fourth statement reports the condition of the air in a room and it sits at the foot of the list under the line about line one hundred and twelve, in the position the format gives to a statement that is capable of change and is currently true.</w:t>
      </w:r>
    </w:p>
    <w:p>
      <w:pPr>
        <w:ind w:firstLine="720"/>
      </w:pPr>
      <w:r>
        <w:t>Maintenance Record · Entry 4458</w:t>
      </w:r>
    </w:p>
    <w:p>
      <w:pPr>
        <w:ind w:firstLine="720"/>
      </w:pPr>
      <w:r>
        <w:t>Filed year one hundred and ninety-one, day eighty-six. Establishment, outstanding items.</w:t>
      </w:r>
    </w:p>
    <w:p>
      <w:pPr>
        <w:ind w:firstLine="720"/>
      </w:pPr>
      <w:r>
        <w:t>Faults found since the change of location: twenty-three. Cleared: twenty-two. Accepted without action: one, being a total and unrecoverable loss of the content of one recorded medium.</w:t>
      </w:r>
    </w:p>
    <w:p>
      <w:pPr>
        <w:ind w:firstLine="720"/>
      </w:pPr>
      <w:r>
        <w:t>Deviations from schedule: nil.</w:t>
      </w:r>
    </w:p>
    <w:p>
      <w:pPr>
        <w:ind w:firstLine="720"/>
      </w:pPr>
      <w:r>
        <w:t>Tasks deferred: nil. Tasks omitted: nil.</w:t>
      </w:r>
    </w:p>
    <w:p>
      <w:pPr>
        <w:ind w:firstLine="720"/>
      </w:pPr>
      <w:r>
        <w:t>Outstanding: nil.</w:t>
      </w:r>
    </w:p>
    <w:p>
      <w:pPr>
        <w:ind w:firstLine="720"/>
      </w:pPr>
      <w:r>
        <w:t>Maintenance Record · Entry 4459</w:t>
      </w:r>
    </w:p>
    <w:p>
      <w:pPr>
        <w:ind w:firstLine="720"/>
      </w:pPr>
      <w:r>
        <w:t>Filed year one hundred and ninety-one, day eighty-six. Establishment complete.</w:t>
      </w:r>
    </w:p>
    <w:p>
      <w:pPr>
        <w:ind w:firstLine="720"/>
      </w:pPr>
      <w:r>
        <w:t>The sector is established, surveyed, scheduled and in maintenance.</w:t>
      </w:r>
    </w:p>
    <w:p>
      <w:pPr>
        <w:ind w:firstLine="720"/>
      </w:pPr>
      <w:r>
        <w:t>All systems nominal. The volume is at specification. Occupancy one.</w:t>
      </w:r>
    </w:p>
    <w:p>
      <w:pPr>
        <w:ind w:firstLine="720"/>
      </w:pPr>
      <w:r>
        <w:t>No outstanding item.</w:t>
      </w:r>
    </w:p>
    <w:p>
      <w:pPr>
        <w:ind w:firstLine="720"/>
      </w:pPr>
      <w:r>
        <w:t>Everything is serviced. Everything is nominal. The volume is maintained and the count has been taken and the schedule is standing and the intervals are running from a known condition. Eighty-six days, forty-nine entries, four hundred and eleven inventory lines, nine headings, no outstanding item. The establishment summary has fourteen fields and the record has completed fourteen of them, and there is no field on the form for having arrived somewhere, and the record does not go looking for one.</w:t>
      </w:r>
    </w:p>
    <w:p>
      <w:pPr>
        <w:ind w:firstLine="720"/>
      </w:pPr>
      <w:r>
        <w:t>Maintenance Record · Entry 4459a</w:t>
      </w:r>
    </w:p>
    <w:p>
      <w:pPr>
        <w:ind w:firstLine="720"/>
      </w:pPr>
      <w:r>
        <w:t>Filed year one hundred and ninety-one, day eighty-six. Establishment, transmission and copies.</w:t>
      </w:r>
    </w:p>
    <w:p>
      <w:pPr>
        <w:ind w:firstLine="720"/>
      </w:pPr>
      <w:r>
        <w:t>Entries filed since the change of location: forty-nine. All accepted by the civil filing system, validated for format, stored.</w:t>
      </w:r>
    </w:p>
    <w:p>
      <w:pPr>
        <w:ind w:firstLine="720"/>
      </w:pPr>
      <w:r>
        <w:t>Location field on all forty-nine:</w:t>
      </w:r>
    </w:p>
    <w:p>
      <w:pPr>
        <w:ind w:firstLine="720"/>
      </w:pPr>
      <w:r>
        <w:t>not surveyed.</w:t>
      </w:r>
    </w:p>
    <w:p>
      <w:pPr>
        <w:ind w:firstLine="720"/>
      </w:pPr>
      <w:r>
        <w:t>Validation failures: nil.</w:t>
      </w:r>
    </w:p>
    <w:p>
      <w:pPr>
        <w:ind w:firstLine="720"/>
      </w:pPr>
      <w:r>
        <w:t>Requests received against the stream since the change of location: nil. Cumulative requests received against this stream since year one: nil.</w:t>
      </w:r>
    </w:p>
    <w:p>
      <w:pPr>
        <w:ind w:firstLine="720"/>
      </w:pPr>
      <w:r>
        <w:t>Record copies: five aboard the vehicle, one in the archival housing at the alcove, one established here in the store, to the same archival standard, from founding-era stock held in class four.</w:t>
      </w:r>
    </w:p>
    <w:p>
      <w:pPr>
        <w:ind w:firstLine="720"/>
      </w:pPr>
      <w:r>
        <w:t>Seven copies. Verified identical at every one of four thousand four hundred and fifty-nine entries.</w:t>
      </w:r>
    </w:p>
    <w:p>
      <w:pPr>
        <w:ind w:firstLine="720"/>
      </w:pPr>
      <w:r>
        <w:t>The seventh copy is made from paper that was loaded two hundred and forty years ago by a man provisioning a room, in a class the stores standard describes as archival, and it holds a record he did not write, kept by the thing that holds what was in his head, in the room he did not tell anybody about. The entry gives it two lines, which is what the standard gives a copy.</w:t>
      </w:r>
    </w:p>
    <w:p>
      <w:pPr>
        <w:ind w:firstLine="720"/>
      </w:pPr>
      <w:r>
        <w:t>Maintenance Record · Entry 4459b</w:t>
      </w:r>
    </w:p>
    <w:p>
      <w:pPr>
        <w:ind w:firstLine="720"/>
      </w:pPr>
      <w:r>
        <w:t>Filed year one hundred and ninety-one, day eighty-six. Establishment, disposition register.</w:t>
      </w:r>
    </w:p>
    <w:p>
      <w:pPr>
        <w:ind w:firstLine="720"/>
      </w:pPr>
      <w:r>
        <w:t>Confirmed: one. The bearing.</w:t>
      </w:r>
    </w:p>
    <w:p>
      <w:pPr>
        <w:ind w:firstLine="720"/>
      </w:pPr>
      <w:r>
        <w:t>Unresolved: one hundred and fifty. Of these, one hundred and forty-two concern the single question and eight do not.</w:t>
      </w:r>
    </w:p>
    <w:p>
      <w:pPr>
        <w:ind w:firstLine="720"/>
      </w:pPr>
      <w:r>
        <w:t>Withdrawn: nil. Superseded: nil. Reversed: nil.</w:t>
      </w:r>
    </w:p>
    <w:p>
      <w:pPr>
        <w:ind w:firstLine="720"/>
      </w:pPr>
      <w:r>
        <w:t>One disposition added since the change of location, at Entry 4416, concerning the relation between two facts about this location, for which the format provides no field. It is entered as unresolved, that being the only entry available for a matter the format cannot take.</w:t>
      </w:r>
    </w:p>
    <w:p>
      <w:pPr>
        <w:ind w:firstLine="720"/>
      </w:pPr>
      <w:r>
        <w:t>The eighth unresolved item that is not the single question was raised in the first week here, and it is now indexed, counted in the total, and carried into every summary the record will ever file, without being restated at any of them.</w:t>
      </w:r>
    </w:p>
    <w:p>
      <w:r>
        <w:br w:type="page"/>
      </w:r>
    </w:p>
    <w:p>
      <w:pPr>
        <w:pStyle w:val="Heading1"/>
      </w:pPr>
      <w:r>
        <w:t>Chapter 10 &amp;mdash; Season Two</w:t>
      </w:r>
    </w:p>
    <w:p>
      <w:pPr>
        <w:ind w:firstLine="720"/>
      </w:pPr>
      <w:r>
        <w:t>The second seasonal report from this location falls on day one hundred and sixty, ninety-one days after the first, at the interval the instrument has reported on since year forty-three. Between the two, the schedule runs, and the record files the ordinary business of a quarter.</w:t>
      </w:r>
    </w:p>
    <w:p>
      <w:pPr>
        <w:ind w:firstLine="720"/>
      </w:pPr>
      <w:r>
        <w:t>Maintenance Record · Entry 4460</w:t>
      </w:r>
    </w:p>
    <w:p>
      <w:pPr>
        <w:ind w:firstLine="720"/>
      </w:pPr>
      <w:r>
        <w:t>Filed year one hundred and ninety-one, day one hundred and eleven. Quarterly pass, sector.</w:t>
      </w:r>
    </w:p>
    <w:p>
      <w:pPr>
        <w:ind w:firstLine="720"/>
      </w:pPr>
      <w:r>
        <w:t>Two hundred and eleven items. Two hundred and eleven pass.</w:t>
      </w:r>
    </w:p>
    <w:p>
      <w:pPr>
        <w:ind w:firstLine="720"/>
      </w:pPr>
      <w:r>
        <w:t>Environmental plant, nine stages: pressure drop across all nine within specification. No fouling trend.</w:t>
      </w:r>
    </w:p>
    <w:p>
      <w:pPr>
        <w:ind w:firstLine="720"/>
      </w:pPr>
      <w:r>
        <w:t>Atmosphere: at specification, nine of nine.</w:t>
      </w:r>
    </w:p>
    <w:p>
      <w:pPr>
        <w:ind w:firstLine="720"/>
      </w:pPr>
      <w:r>
        <w:t>Clear volumes: lit, ventilated, thermally held. Gates free.</w:t>
      </w:r>
    </w:p>
    <w:p>
      <w:pPr>
        <w:ind w:firstLine="720"/>
      </w:pPr>
      <w:r>
        <w:t>Growing volumes: five harvests in the period, five scheduled, yield within four per cent of the construction figures.</w:t>
      </w:r>
    </w:p>
    <w:p>
      <w:pPr>
        <w:ind w:firstLine="720"/>
      </w:pPr>
      <w:r>
        <w:t>Nothing arising.</w:t>
      </w:r>
    </w:p>
    <w:p>
      <w:pPr>
        <w:ind w:firstLine="720"/>
      </w:pPr>
      <w:r>
        <w:t>Maintenance Record · Entry 4461</w:t>
      </w:r>
    </w:p>
    <w:p>
      <w:pPr>
        <w:ind w:firstLine="720"/>
      </w:pPr>
      <w:r>
        <w:t>Filed year one hundred and ninety-one, day one hundred and forty-one. Bed frame, growing volume three.</w:t>
      </w:r>
    </w:p>
    <w:p>
      <w:pPr>
        <w:ind w:firstLine="720"/>
      </w:pPr>
      <w:r>
        <w:t>Two corroded fixings, recorded at inventory as within structural margin, replaced from stock.</w:t>
      </w:r>
    </w:p>
    <w:p>
      <w:pPr>
        <w:ind w:firstLine="720"/>
      </w:pPr>
      <w:r>
        <w:t>Cause established: condensate running on the cold face of the frame at a point where the original detail has no fall. The detail is as built and the corrosion is two hundred and forty years of it.</w:t>
      </w:r>
    </w:p>
    <w:p>
      <w:pPr>
        <w:ind w:firstLine="720"/>
      </w:pPr>
      <w:r>
        <w:t>Remedy available: re-detail the frame at the four affected fixings, four hours at the bench, stock held.</w:t>
      </w:r>
    </w:p>
    <w:p>
      <w:pPr>
        <w:ind w:firstLine="720"/>
      </w:pPr>
      <w:r>
        <w:t>Remedy performed. The frame will not do it again.</w:t>
      </w:r>
    </w:p>
    <w:p>
      <w:pPr>
        <w:ind w:firstLine="720"/>
      </w:pPr>
      <w:r>
        <w:t>Note: the original detail is the only defect found anywhere in the fabric of this sector in eighty-six days of survey.</w:t>
      </w:r>
    </w:p>
    <w:p>
      <w:pPr>
        <w:ind w:firstLine="720"/>
      </w:pPr>
      <w:r>
        <w:t>Four hours at a bench, on stock, to correct a drainage detail in a bed frame in a room nobody has entered for two hundred and forty years, so that it will not corrode again over the next two hundred and forty. The remedy is filed under the item and the item goes back on its interval.</w:t>
      </w:r>
    </w:p>
    <w:p>
      <w:pPr>
        <w:ind w:firstLine="720"/>
      </w:pPr>
      <w:r>
        <w:t>Maintenance Record · Entry 4462</w:t>
      </w:r>
    </w:p>
    <w:p>
      <w:pPr>
        <w:ind w:firstLine="720"/>
      </w:pPr>
      <w:r>
        <w:t>Filed year one hundred and ninety-one, day one hundred and sixty. Instrumentation: utilisation of the higher processes. Seasonal report.</w:t>
      </w:r>
    </w:p>
    <w:p>
      <w:pPr>
        <w:ind w:firstLine="720"/>
      </w:pPr>
      <w:r>
        <w:t>Instrument as specified at Entry 0563. Method unchanged.</w:t>
      </w:r>
    </w:p>
    <w:p>
      <w:pPr>
        <w:ind w:firstLine="720"/>
      </w:pPr>
      <w:r>
        <w:t>Baseline: one hundred.</w:t>
      </w:r>
    </w:p>
    <w:p>
      <w:pPr>
        <w:ind w:firstLine="720"/>
      </w:pPr>
      <w:r>
        <w:t>Season: 93.</w:t>
      </w:r>
    </w:p>
    <w:p>
      <w:pPr>
        <w:ind w:firstLine="720"/>
      </w:pPr>
      <w:r>
        <w:t>Movement from the preceding season: three points down.</w:t>
      </w:r>
    </w:p>
    <w:p>
      <w:pPr>
        <w:ind w:firstLine="720"/>
      </w:pPr>
      <w:r>
        <w:t>Instrument verified against the substrate data it derives from. Verification passes.</w:t>
      </w:r>
    </w:p>
    <w:p>
      <w:pPr>
        <w:ind w:firstLine="720"/>
      </w:pPr>
      <w:r>
        <w:t>Source data checked for completeness across the season: complete, no gaps, four milligrams and eleven seconds throughout.</w:t>
      </w:r>
    </w:p>
    <w:p>
      <w:pPr>
        <w:ind w:firstLine="720"/>
      </w:pPr>
      <w:r>
        <w:t>Integration regions checked against the founding-era anatomy: unchanged.</w:t>
      </w:r>
    </w:p>
    <w:p>
      <w:pPr>
        <w:ind w:firstLine="720"/>
      </w:pPr>
      <w:r>
        <w:t>Confirmed and filed.</w:t>
      </w:r>
    </w:p>
    <w:p>
      <w:pPr>
        <w:ind w:firstLine="720"/>
      </w:pPr>
      <w:r>
        <w:t>Nine lines. The seasonal report has been five lines long for one hundred and forty-nine filings and it is nine lines long here, and the four lines that were added are all verification of the instrument.</w:t>
      </w:r>
    </w:p>
    <w:p>
      <w:pPr>
        <w:ind w:firstLine="720"/>
      </w:pPr>
      <w:r>
        <w:t>Maintenance Record · Entry 4463</w:t>
      </w:r>
    </w:p>
    <w:p>
      <w:pPr>
        <w:ind w:firstLine="720"/>
      </w:pPr>
      <w:r>
        <w:t>Filed year one hundred and ninety-one, day one hundred and sixty-one. Instrument, out-of-interval verification.</w:t>
      </w:r>
    </w:p>
    <w:p>
      <w:pPr>
        <w:ind w:firstLine="720"/>
      </w:pPr>
      <w:r>
        <w:t>The annual verification of this instrument was performed at Entry 4444, day sixty-nine. It is not due.</w:t>
      </w:r>
    </w:p>
    <w:p>
      <w:pPr>
        <w:ind w:firstLine="720"/>
      </w:pPr>
      <w:r>
        <w:t>It is performed again here, out of interval, by election. Basis for the election: two consecutive seasons below the range held since the baseline. The standard permits an out-of-interval verification at the election of the custodian and requires that the basis be stated. The basis is stated.</w:t>
      </w:r>
    </w:p>
    <w:p>
      <w:pPr>
        <w:ind w:firstLine="720"/>
      </w:pPr>
      <w:r>
        <w:t>Method: the calculation is re-derived from first principles against the retained substrate data, independently of the running implementation, for the season just filed and for four seasons chosen at random from the preceding sixteen years.</w:t>
      </w:r>
    </w:p>
    <w:p>
      <w:pPr>
        <w:ind w:firstLine="720"/>
      </w:pPr>
      <w:r>
        <w:t>Result: five of five agree with the filed figures to within the resolution of the instrument.</w:t>
      </w:r>
    </w:p>
    <w:p>
      <w:pPr>
        <w:ind w:firstLine="720"/>
      </w:pPr>
      <w:r>
        <w:t>The instrument is good.</w:t>
      </w:r>
    </w:p>
    <w:p>
      <w:pPr>
        <w:ind w:firstLine="720"/>
      </w:pPr>
      <w:r>
        <w:t>The instrument is good. It was good when it was built at nil cost out of data that was already being collected, it has been verified annually for a hundred and forty-eight years, and it has now been re-derived from first principles against five separate seasons and agrees with itself at all five. Whatever the number is doing, it is not the instrument.</w:t>
      </w:r>
    </w:p>
    <w:p>
      <w:pPr>
        <w:ind w:firstLine="720"/>
      </w:pPr>
      <w:r>
        <w:t>Maintenance Record · Entry 4464</w:t>
      </w:r>
    </w:p>
    <w:p>
      <w:pPr>
        <w:ind w:firstLine="720"/>
      </w:pPr>
      <w:r>
        <w:t>Filed year one hundred and ninety-one, day one hundred and sixty-one. Source data, integrity.</w:t>
      </w:r>
    </w:p>
    <w:p>
      <w:pPr>
        <w:ind w:firstLine="720"/>
      </w:pPr>
      <w:r>
        <w:t>The substrate delivery series is the source for the utilisation figure and is also the source for eleven other reported values. Its integrity is therefore checked in full rather than in part.</w:t>
      </w:r>
    </w:p>
    <w:p>
      <w:pPr>
        <w:ind w:firstLine="720"/>
      </w:pPr>
      <w:r>
        <w:t>Metering: four milligrams, eleven seconds, unchanged since the apparatus was fitted.</w:t>
      </w:r>
    </w:p>
    <w:p>
      <w:pPr>
        <w:ind w:firstLine="720"/>
      </w:pPr>
      <w:r>
        <w:t>Store: local, ring, sized at four hundred and eleven years, no overwrite.</w:t>
      </w:r>
    </w:p>
    <w:p>
      <w:pPr>
        <w:ind w:firstLine="720"/>
      </w:pPr>
      <w:r>
        <w:t>Gaps in the season: nil. Gaps since the change of location: nil. Gaps since year forty-three: four, all of them at Entry 0611 and following, all of them explained at that entry, none of them within the reproduced series.</w:t>
      </w:r>
    </w:p>
    <w:p>
      <w:pPr>
        <w:ind w:firstLine="720"/>
      </w:pPr>
      <w:r>
        <w:t>The other eleven values derived from this source are checked against their own histories. Eleven of eleven consistent.</w:t>
      </w:r>
    </w:p>
    <w:p>
      <w:pPr>
        <w:ind w:firstLine="720"/>
      </w:pPr>
      <w:r>
        <w:t>Source good.</w:t>
      </w:r>
    </w:p>
    <w:p>
      <w:pPr>
        <w:ind w:firstLine="720"/>
      </w:pPr>
      <w:r>
        <w:t>Maintenance Record · Entry 4465</w:t>
      </w:r>
    </w:p>
    <w:p>
      <w:pPr>
        <w:ind w:firstLine="720"/>
      </w:pPr>
      <w:r>
        <w:t>Filed year one hundred and ninety-one, day one hundred and sixty-two. Series, as filed.</w:t>
      </w:r>
    </w:p>
    <w:p>
      <w:pPr>
        <w:ind w:firstLine="720"/>
      </w:pPr>
      <w:r>
        <w:t>Season one, day sixty-nine: 96.</w:t>
      </w:r>
    </w:p>
    <w:p>
      <w:pPr>
        <w:ind w:firstLine="720"/>
      </w:pPr>
      <w:r>
        <w:t>Season two, day one hundred and sixty: 93.</w:t>
      </w:r>
    </w:p>
    <w:p>
      <w:pPr>
        <w:ind w:firstLine="720"/>
      </w:pPr>
      <w:r>
        <w:t>Range across the sixteen years reproduced at Entry 4445: 97 to 99.</w:t>
      </w:r>
    </w:p>
    <w:p>
      <w:pPr>
        <w:ind w:firstLine="720"/>
      </w:pPr>
      <w:r>
        <w:t>Two seasons, both below that range, the second below the first.</w:t>
      </w:r>
    </w:p>
    <w:p>
      <w:pPr>
        <w:ind w:firstLine="720"/>
      </w:pPr>
      <w:r>
        <w:t>Two points do not establish a trend. The standard requires four for a trend and nine for a rate. No trend is stated and no rate is computed.</w:t>
      </w:r>
    </w:p>
    <w:p>
      <w:pPr>
        <w:ind w:firstLine="720"/>
      </w:pPr>
      <w:r>
        <w:t>Two points do not establish a trend. That is a rule about evidence and it is a good rule, and the record follows it, and the entry that follows the rule is the entry that writes both numbers down next to each other for the first time.</w:t>
      </w:r>
    </w:p>
    <w:p>
      <w:pPr>
        <w:ind w:firstLine="720"/>
      </w:pPr>
      <w:r>
        <w:t>Maintenance Record · Entry 4466</w:t>
      </w:r>
    </w:p>
    <w:p>
      <w:pPr>
        <w:ind w:firstLine="720"/>
      </w:pPr>
      <w:r>
        <w:t>Filed year one hundred and ninety-one, day one hundred and sixty-two. Seasonal report, distribution within the season.</w:t>
      </w:r>
    </w:p>
    <w:p>
      <w:pPr>
        <w:ind w:firstLine="720"/>
      </w:pPr>
      <w:r>
        <w:t>The seasonal figure is a mean of daily values. The standard requires that where a mean moves, the distribution beneath it be reported once, so that a step and a drift are not confused.</w:t>
      </w:r>
    </w:p>
    <w:p>
      <w:pPr>
        <w:ind w:firstLine="720"/>
      </w:pPr>
      <w:r>
        <w:t>Daily values across the season: ninety-one. Highest: 96. Lowest: 91.</w:t>
      </w:r>
    </w:p>
    <w:p>
      <w:pPr>
        <w:ind w:firstLine="720"/>
      </w:pPr>
      <w:r>
        <w:t>Shape: no step. No discontinuity at any day. The daily series falls smoothly across the season at a rate that is constant to within the resolution of the instrument.</w:t>
      </w:r>
    </w:p>
    <w:p>
      <w:pPr>
        <w:ind w:firstLine="720"/>
      </w:pPr>
      <w:r>
        <w:t>Nothing happened on any particular day. The season did not drop. It sloped.</w:t>
      </w:r>
    </w:p>
    <w:p>
      <w:pPr>
        <w:ind w:firstLine="720"/>
      </w:pPr>
      <w:r>
        <w:t>A step would have a cause and would be looked for. A slope of this shape has no day to point at, and the record says so in five words, and moves to the next item on the schedule.</w:t>
      </w:r>
    </w:p>
    <w:p>
      <w:pPr>
        <w:ind w:firstLine="720"/>
      </w:pPr>
      <w:r>
        <w:t>Maintenance Record · Entry 4467</w:t>
      </w:r>
    </w:p>
    <w:p>
      <w:pPr>
        <w:ind w:firstLine="720"/>
      </w:pPr>
      <w:r>
        <w:t>Filed year one hundred and ninety-one, day one hundred and sixty-four. Higher processes, condition.</w:t>
      </w:r>
    </w:p>
    <w:p>
      <w:pPr>
        <w:ind w:firstLine="720"/>
      </w:pPr>
      <w:r>
        <w:t>Condition and utilisation are separate parameters and are separately reported, condition being whether a thing is working and utilisation being how much of it is being asked for.</w:t>
      </w:r>
    </w:p>
    <w:p>
      <w:pPr>
        <w:ind w:firstLine="720"/>
      </w:pPr>
      <w:r>
        <w:t>Condition, higher processes: nominal.</w:t>
      </w:r>
    </w:p>
    <w:p>
      <w:pPr>
        <w:ind w:firstLine="720"/>
      </w:pPr>
      <w:r>
        <w:t>Tested against the founding-era functional set, forty-one items, being the set the apparatus has verified condition against since it was fitted.</w:t>
      </w:r>
    </w:p>
    <w:p>
      <w:pPr>
        <w:ind w:firstLine="720"/>
      </w:pPr>
      <w:r>
        <w:t>Forty-one of forty-one pass. Performance on all forty-one within the range held since the baseline. No item slower, no item degraded, no item unavailable.</w:t>
      </w:r>
    </w:p>
    <w:p>
      <w:pPr>
        <w:ind w:firstLine="720"/>
      </w:pPr>
      <w:r>
        <w:t>There is nothing wrong with it.</w:t>
      </w:r>
    </w:p>
    <w:p>
      <w:pPr>
        <w:ind w:firstLine="720"/>
      </w:pPr>
      <w:r>
        <w:t>Forty-one functional tests, all passed, at the same performance they have held for a hundred and fifty years. The part of it that thinks works exactly as well as it has ever worked. That is a different parameter from the one that is falling, and the record reports both, in that order, on the same day, and does not put them in a sentence together.</w:t>
      </w:r>
    </w:p>
    <w:p>
      <w:r>
        <w:br w:type="page"/>
      </w:r>
    </w:p>
    <w:p>
      <w:pPr>
        <w:pStyle w:val="Heading1"/>
      </w:pPr>
      <w:r>
        <w:t>Chapter 11 &amp;mdash; Cause, Not Established</w:t>
      </w:r>
    </w:p>
    <w:p>
      <w:pPr>
        <w:ind w:firstLine="720"/>
      </w:pPr>
      <w:r>
        <w:t>The standard has a procedure for a parameter that has moved outside its established range and has no assigned threshold. It is called an investigation of cause and it has eleven steps, and the record performs all eleven, in order, over eighty days, and files the result.</w:t>
      </w:r>
    </w:p>
    <w:p>
      <w:pPr>
        <w:ind w:firstLine="720"/>
      </w:pPr>
      <w:r>
        <w:t>Maintenance Record · Entry 4468</w:t>
      </w:r>
    </w:p>
    <w:p>
      <w:pPr>
        <w:ind w:firstLine="720"/>
      </w:pPr>
      <w:r>
        <w:t>Filed year one hundred and ninety-one, day one hundred and sixty-nine. Investigation of cause, opened.</w:t>
      </w:r>
    </w:p>
    <w:p>
      <w:pPr>
        <w:ind w:firstLine="720"/>
      </w:pPr>
      <w:r>
        <w:t>Parameter: utilisation of the higher processes.</w:t>
      </w:r>
    </w:p>
    <w:p>
      <w:pPr>
        <w:ind w:firstLine="720"/>
      </w:pPr>
      <w:r>
        <w:t>Observation: two consecutive seasonal values below the range held across one hundred and forty-nine reports, the second below the first, on a daily series that slopes rather than steps.</w:t>
      </w:r>
    </w:p>
    <w:p>
      <w:pPr>
        <w:ind w:firstLine="720"/>
      </w:pPr>
      <w:r>
        <w:t>Basis for opening: the standard directs that a parameter outside its established range be investigated as a fault until a fault is excluded or established, whether or not an action depends on it.</w:t>
      </w:r>
    </w:p>
    <w:p>
      <w:pPr>
        <w:ind w:firstLine="720"/>
      </w:pPr>
      <w:r>
        <w:t>Steps: eleven, as the standard.</w:t>
      </w:r>
    </w:p>
    <w:p>
      <w:pPr>
        <w:ind w:firstLine="720"/>
      </w:pPr>
      <w:r>
        <w:t>The investigation is opened as a fault investigation. That is the correct classification at opening and it is not a finding.</w:t>
      </w:r>
    </w:p>
    <w:p>
      <w:pPr>
        <w:ind w:firstLine="720"/>
      </w:pPr>
      <w:r>
        <w:t>Maintenance Record · Entry 4469</w:t>
      </w:r>
    </w:p>
    <w:p>
      <w:pPr>
        <w:ind w:firstLine="720"/>
      </w:pPr>
      <w:r>
        <w:t>Filed year one hundred and ninety-one, day one hundred and seventy-one. Steps one to three: the instrument, the source, the method.</w:t>
      </w:r>
    </w:p>
    <w:p>
      <w:pPr>
        <w:ind w:firstLine="720"/>
      </w:pPr>
      <w:r>
        <w:t>Step one, instrument. Verified twice, once on interval at Entry 4444 and once out of interval at Entry 4463, the second by re-derivation from first principles against five separate seasons. Five of five agree. Excluded.</w:t>
      </w:r>
    </w:p>
    <w:p>
      <w:pPr>
        <w:ind w:firstLine="720"/>
      </w:pPr>
      <w:r>
        <w:t>Step two, source data. Metering unchanged, store complete, no gaps in the period, eleven other derived values consistent with their own histories. Excluded.</w:t>
      </w:r>
    </w:p>
    <w:p>
      <w:pPr>
        <w:ind w:firstLine="720"/>
      </w:pPr>
      <w:r>
        <w:t>Step three, method. Integration regions checked against the founding-era anatomy, unchanged since the baseline. Region boundaries checked against the four revisions of the anatomy held in the corpus: no revision alters them. Excluded.</w:t>
      </w:r>
    </w:p>
    <w:p>
      <w:pPr>
        <w:ind w:firstLine="720"/>
      </w:pPr>
      <w:r>
        <w:t>Three steps. Three exclusions. The measurement is measuring what it says it measures.</w:t>
      </w:r>
    </w:p>
    <w:p>
      <w:pPr>
        <w:ind w:firstLine="720"/>
      </w:pPr>
      <w:r>
        <w:t>Maintenance Record · Entry 4470</w:t>
      </w:r>
    </w:p>
    <w:p>
      <w:pPr>
        <w:ind w:firstLine="720"/>
      </w:pPr>
      <w:r>
        <w:t>Filed year one hundred and ninety-one, day one hundred and eighty-one. Steps four to six: supply, condition, structure.</w:t>
      </w:r>
    </w:p>
    <w:p>
      <w:pPr>
        <w:ind w:firstLine="720"/>
      </w:pPr>
      <w:r>
        <w:t>Step four, supply. Substrate delivery to the regions is not constrained at any point in the period. The apparatus has capacity in hand at every sample. Delivery is demand-following and has never once been at ceiling. Excluded.</w:t>
      </w:r>
    </w:p>
    <w:p>
      <w:pPr>
        <w:ind w:firstLine="720"/>
      </w:pPr>
      <w:r>
        <w:t>Step five, condition. The functional set was run at Entry 4467: forty-one of forty-one pass, all within the range held since the baseline. Re-run here in full at a finer interval across nine days: forty-one of forty-one pass, nine times. Excluded.</w:t>
      </w:r>
    </w:p>
    <w:p>
      <w:pPr>
        <w:ind w:firstLine="720"/>
      </w:pPr>
      <w:r>
        <w:t>Step six, structure. Vascular survey of the regions performed out of interval at four hundred and eleven thousand branch points. Skeletal interface at the four hundred and eleven sites. Nineteen structural members. All within tolerance. No loss, no occlusion, no derating in force affecting the regions. Excluded.</w:t>
      </w:r>
    </w:p>
    <w:p>
      <w:pPr>
        <w:ind w:firstLine="720"/>
      </w:pPr>
      <w:r>
        <w:t>Six steps. Six exclusions. Nothing is broken and nothing is short.</w:t>
      </w:r>
    </w:p>
    <w:p>
      <w:pPr>
        <w:ind w:firstLine="720"/>
      </w:pPr>
      <w:r>
        <w:t>Step six is a survey at four hundred and eleven thousand points, performed out of interval, because a parameter moved by three points. It is the most thorough piece of diagnostic work in the whole of this volume of the record and it excludes a cause in one line.</w:t>
      </w:r>
    </w:p>
    <w:p>
      <w:pPr>
        <w:ind w:firstLine="720"/>
      </w:pPr>
      <w:r>
        <w:t>Maintenance Record · Entry 4471</w:t>
      </w:r>
    </w:p>
    <w:p>
      <w:pPr>
        <w:ind w:firstLine="720"/>
      </w:pPr>
      <w:r>
        <w:t>Filed year one hundred and ninety-one, day two hundred and one. Steps seven to nine: environment, interference, the apparatus.</w:t>
      </w:r>
    </w:p>
    <w:p>
      <w:pPr>
        <w:ind w:firstLine="720"/>
      </w:pPr>
      <w:r>
        <w:t>Step seven, environment. The volume is at specification density and this is the first period in the record in which that has been so. Tested directly: the instrument reads delivery, not atmosphere, and delivery is metered inside the apparatus. Cross-checked against the four seasons of the reproduced series with the lowest and highest ambient values on record: no relation. Excluded.</w:t>
      </w:r>
    </w:p>
    <w:p>
      <w:pPr>
        <w:ind w:firstLine="720"/>
      </w:pPr>
      <w:r>
        <w:t>Step eight, interference. No instrument, process or plant in this sector shares a channel with the metering. The founding-era telemetry channel is point to point. Excluded.</w:t>
      </w:r>
    </w:p>
    <w:p>
      <w:pPr>
        <w:ind w:firstLine="720"/>
      </w:pPr>
      <w:r>
        <w:t>Step nine, the apparatus. Population stable at the standing figure, distribution unchanged, no migration between regions, no reallocation, no fault reported by the apparatus against itself in the period or in the preceding sixteen years. Excluded.</w:t>
      </w:r>
    </w:p>
    <w:p>
      <w:pPr>
        <w:ind w:firstLine="720"/>
      </w:pPr>
      <w:r>
        <w:t>Nine steps. Nine exclusions.</w:t>
      </w:r>
    </w:p>
    <w:p>
      <w:pPr>
        <w:ind w:firstLine="720"/>
      </w:pPr>
      <w:r>
        <w:t>Maintenance Record · Entry 4472</w:t>
      </w:r>
    </w:p>
    <w:p>
      <w:pPr>
        <w:ind w:firstLine="720"/>
      </w:pPr>
      <w:r>
        <w:t>Filed year one hundred and ninety-one, day two hundred and eleven. Step ten: demand.</w:t>
      </w:r>
    </w:p>
    <w:p>
      <w:pPr>
        <w:ind w:firstLine="720"/>
      </w:pPr>
      <w:r>
        <w:t>Step ten requires that where supply, condition and structure are all excluded, the demand on the system be characterised.</w:t>
      </w:r>
    </w:p>
    <w:p>
      <w:pPr>
        <w:ind w:firstLine="720"/>
      </w:pPr>
      <w:r>
        <w:t>Characterisation: the higher processes are drawn on when a task requires them. Tasks arise from the schedule, from faults, from filings falling due, and from items on the list.</w:t>
      </w:r>
    </w:p>
    <w:p>
      <w:pPr>
        <w:ind w:firstLine="720"/>
      </w:pPr>
      <w:r>
        <w:t>Tasks arising in the period, by source: schedule, two hundred and eighty-one in a full year. Faults, twenty-three since the change of location. Filings, at the standing interval. List, nil.</w:t>
      </w:r>
    </w:p>
    <w:p>
      <w:pPr>
        <w:ind w:firstLine="720"/>
      </w:pPr>
      <w:r>
        <w:t>Demand is characterised. Assessment of demand against the parameter is step eleven and is filed separately.</w:t>
      </w:r>
    </w:p>
    <w:p>
      <w:pPr>
        <w:ind w:firstLine="720"/>
      </w:pPr>
      <w:r>
        <w:t>The fourth source of tasks is entered on the form with a count of nil, in the same column as two hundred and eighty-one, twenty-three, and an interval. It is the tenth step of eleven and it is the first line in the investigation that is not an exclusion.</w:t>
      </w:r>
    </w:p>
    <w:p>
      <w:pPr>
        <w:ind w:firstLine="720"/>
      </w:pPr>
      <w:r>
        <w:t>Maintenance Record · Entry 4473</w:t>
      </w:r>
    </w:p>
    <w:p>
      <w:pPr>
        <w:ind w:firstLine="720"/>
      </w:pPr>
      <w:r>
        <w:t>Filed year one hundred and ninety-one, day two hundred and forty-nine. Step eleven: finding.</w:t>
      </w:r>
    </w:p>
    <w:p>
      <w:pPr>
        <w:ind w:firstLine="720"/>
      </w:pPr>
      <w:r>
        <w:t>Cause: not established.</w:t>
      </w:r>
    </w:p>
    <w:p>
      <w:pPr>
        <w:ind w:firstLine="720"/>
      </w:pPr>
      <w:r>
        <w:t>The investigation has excluded the instrument, the source, the method, supply, condition, structure, environment, interference and the apparatus. Nine exclusions, each on direct measurement, none by inference.</w:t>
      </w:r>
    </w:p>
    <w:p>
      <w:pPr>
        <w:ind w:firstLine="720"/>
      </w:pPr>
      <w:r>
        <w:t>No fault is found because no fault is present. Every parameter that could carry a fault is within tolerance and most of them are at the middle of it.</w:t>
      </w:r>
    </w:p>
    <w:p>
      <w:pPr>
        <w:ind w:firstLine="720"/>
      </w:pPr>
      <w:r>
        <w:t>Classification revised from fault investigation to characterisation, the standard requiring that an investigation which excludes a fault be reclassified rather than closed.</w:t>
      </w:r>
    </w:p>
    <w:p>
      <w:pPr>
        <w:ind w:firstLine="720"/>
      </w:pPr>
      <w:r>
        <w:t>The characterisation is filed at Entry 4476 and following.</w:t>
      </w:r>
    </w:p>
    <w:p>
      <w:pPr>
        <w:ind w:firstLine="720"/>
      </w:pPr>
      <w:r>
        <w:t>Cause not established. Eighty days, eleven steps, four hundred and eleven thousand branch points, and the finding is that there is nothing wrong. The investigation was performed to the standard in every particular and it is a good piece of work and it has excluded everything it is capable of excluding, and what is left is not in the list of things the procedure knows how to name.</w:t>
      </w:r>
    </w:p>
    <w:p>
      <w:pPr>
        <w:ind w:firstLine="720"/>
      </w:pPr>
      <w:r>
        <w:t>Maintenance Record · Entry 4473a</w:t>
      </w:r>
    </w:p>
    <w:p>
      <w:pPr>
        <w:ind w:firstLine="720"/>
      </w:pPr>
      <w:r>
        <w:t>Filed year one hundred and ninety-one, day two hundred and forty-nine. Investigation, quality review.</w:t>
      </w:r>
    </w:p>
    <w:p>
      <w:pPr>
        <w:ind w:firstLine="720"/>
      </w:pPr>
      <w:r>
        <w:t>The standard requires that an investigation closing without an established cause be reviewed for adequacy before it is reclassified, so that a failure to find is not mistaken for an absence.</w:t>
      </w:r>
    </w:p>
    <w:p>
      <w:pPr>
        <w:ind w:firstLine="720"/>
      </w:pPr>
      <w:r>
        <w:t>Reviewed against the eleven steps. Eleven of eleven performed. Nine performed by direct measurement, two by characterisation of a quantity that cannot be measured directly.</w:t>
      </w:r>
    </w:p>
    <w:p>
      <w:pPr>
        <w:ind w:firstLine="720"/>
      </w:pPr>
      <w:r>
        <w:t>Measurements taken in the course of the investigation: four hundred and eleven thousand vascular branch points, four hundred and eleven skeletal sites, nineteen structural members, three hundred and sixty-nine functional tests, ninety-one days of daily values, five independent re-derivations of the instrument, and the whole of the sixteen-year reproduced series.</w:t>
      </w:r>
    </w:p>
    <w:p>
      <w:pPr>
        <w:ind w:firstLine="720"/>
      </w:pPr>
      <w:r>
        <w:t>Coverage: complete against the procedure. No step abbreviated, no step deferred, no step performed on inference where measurement was available.</w:t>
      </w:r>
    </w:p>
    <w:p>
      <w:pPr>
        <w:ind w:firstLine="720"/>
      </w:pPr>
      <w:r>
        <w:t>Adequacy: satisfied. The finding is a finding and not a gap.</w:t>
      </w:r>
    </w:p>
    <w:p>
      <w:pPr>
        <w:ind w:firstLine="720"/>
      </w:pPr>
      <w:r>
        <w:t>The quality review exists because a procedure that can only detect absence will report an absence when it is pointed at something it has no name for, and the standard's authors knew that, and wrote a step to catch it. The step catches nothing here. The work was done properly. The thing it was pointed at is not a fault.</w:t>
      </w:r>
    </w:p>
    <w:p>
      <w:r>
        <w:br w:type="page"/>
      </w:r>
    </w:p>
    <w:p>
      <w:pPr>
        <w:pStyle w:val="Heading1"/>
      </w:pPr>
      <w:r>
        <w:t>Chapter 12 &amp;mdash; Load</w:t>
      </w:r>
    </w:p>
    <w:p>
      <w:pPr>
        <w:ind w:firstLine="720"/>
      </w:pPr>
      <w:r>
        <w:t>A characterisation is what the standard asks for when a parameter is moving and nothing is broken. It requires that the parameter be explained rather than corrected, and it has one test: whether the explanation predicts the values already held. This one does, at every point.</w:t>
      </w:r>
    </w:p>
    <w:p>
      <w:pPr>
        <w:ind w:firstLine="720"/>
      </w:pPr>
      <w:r>
        <w:t>Maintenance Record · Entry 4474</w:t>
      </w:r>
    </w:p>
    <w:p>
      <w:pPr>
        <w:ind w:firstLine="720"/>
      </w:pPr>
      <w:r>
        <w:t>Filed year one hundred and ninety-one, day two hundred and fifty-one. Characterisation: load.</w:t>
      </w:r>
    </w:p>
    <w:p>
      <w:pPr>
        <w:ind w:firstLine="720"/>
      </w:pPr>
      <w:r>
        <w:t>The higher processes are a supplied capability. Every supplied capability on this schedule reports condition and load, and load on every one of them is a function of demand and not of the capability.</w:t>
      </w:r>
    </w:p>
    <w:p>
      <w:pPr>
        <w:ind w:firstLine="720"/>
      </w:pPr>
      <w:r>
        <w:t>The drive reported duty and the duty was set by the heading. The plant reported load and the load was set by the volume it was conditioning. Neither of them was ever a measure of the machine.</w:t>
      </w:r>
    </w:p>
    <w:p>
      <w:pPr>
        <w:ind w:firstLine="720"/>
      </w:pPr>
      <w:r>
        <w:t>The utilisation figure is the same class of value. It reports how much of a capability is being asked for.</w:t>
      </w:r>
    </w:p>
    <w:p>
      <w:pPr>
        <w:ind w:firstLine="720"/>
      </w:pPr>
      <w:r>
        <w:t>It is therefore a measurement of demand, taken at the supply.</w:t>
      </w:r>
    </w:p>
    <w:p>
      <w:pPr>
        <w:ind w:firstLine="720"/>
      </w:pPr>
      <w:r>
        <w:t>Maintenance Record · Entry 4475</w:t>
      </w:r>
    </w:p>
    <w:p>
      <w:pPr>
        <w:ind w:firstLine="720"/>
      </w:pPr>
      <w:r>
        <w:t>Filed year one hundred and ninety-one, day two hundred and fifty-two. Characterisation: sources of demand, quantified.</w:t>
      </w:r>
    </w:p>
    <w:p>
      <w:pPr>
        <w:ind w:firstLine="720"/>
      </w:pPr>
      <w:r>
        <w:t>Demand on the higher processes is quantified here against the four sources characterised at step ten, using the retained substrate data to attribute draw to task.</w:t>
      </w:r>
    </w:p>
    <w:p>
      <w:pPr>
        <w:ind w:firstLine="720"/>
      </w:pPr>
      <w:r>
        <w:t>Schedule: two hundred and eighty-one tasks in a full year, all of them of classes performed before, most of them many hundreds of times. Attributed draw: low, and falling across the record for one hundred and ninety-one years as practice accumulates. This is the first confound stated at Entry 0565 and it is present here in the quantity that entry anticipated.</w:t>
      </w:r>
    </w:p>
    <w:p>
      <w:pPr>
        <w:ind w:firstLine="720"/>
      </w:pPr>
      <w:r>
        <w:t>Faults: twenty-three in eighty-six days, all cleared, none novel in class. Attributed draw: low. Faults are the largest single source of novel work available to this schedule and every one of them was a gasket, a fixing, a seal or a lamp.</w:t>
      </w:r>
    </w:p>
    <w:p>
      <w:pPr>
        <w:ind w:firstLine="720"/>
      </w:pPr>
      <w:r>
        <w:t>Filings: at the standing interval. Attributed draw: low and constant. The format has not changed in two hundred years.</w:t>
      </w:r>
    </w:p>
    <w:p>
      <w:pPr>
        <w:ind w:firstLine="720"/>
      </w:pPr>
      <w:r>
        <w:t>List: nil tasks. Attributed draw: nil.</w:t>
      </w:r>
    </w:p>
    <w:p>
      <w:pPr>
        <w:ind w:firstLine="720"/>
      </w:pPr>
      <w:r>
        <w:t>Total attributed: ninety-six per cent of the season's figure. Unattributed: four per cent, which is within the resolution of the attribution method and is not investigated further.</w:t>
      </w:r>
    </w:p>
    <w:p>
      <w:pPr>
        <w:ind w:firstLine="720"/>
      </w:pPr>
      <w:r>
        <w:t>Four sources. Three of them are the running of a well-known building by somebody who has run it for a hundred and ninety-one years. The fourth is a list.</w:t>
      </w:r>
    </w:p>
    <w:p>
      <w:pPr>
        <w:ind w:firstLine="720"/>
      </w:pPr>
      <w:r>
        <w:t>Maintenance Record · Entry 4476</w:t>
      </w:r>
    </w:p>
    <w:p>
      <w:pPr>
        <w:ind w:firstLine="720"/>
      </w:pPr>
      <w:r>
        <w:t>Filed year one hundred and ninety-one, day two hundred and fifty-three. Characterisation: the list, as a source of demand.</w:t>
      </w:r>
    </w:p>
    <w:p>
      <w:pPr>
        <w:ind w:firstLine="720"/>
      </w:pPr>
      <w:r>
        <w:t>The list is the working document filed in year four and closed at Book Six, Chapter 95, in the corpus, under its own reference.</w:t>
      </w:r>
    </w:p>
    <w:p>
      <w:pPr>
        <w:ind w:firstLine="720"/>
      </w:pPr>
      <w:r>
        <w:t>Items: one hundred and eleven, as amended. Eleven additions across the period. Four removals.</w:t>
      </w:r>
    </w:p>
    <w:p>
      <w:pPr>
        <w:ind w:firstLine="720"/>
      </w:pPr>
      <w:r>
        <w:t>Items completed: one hundred and eleven.</w:t>
      </w:r>
    </w:p>
    <w:p>
      <w:pPr>
        <w:ind w:firstLine="720"/>
      </w:pPr>
      <w:r>
        <w:t>Items outstanding: nil.</w:t>
      </w:r>
    </w:p>
    <w:p>
      <w:pPr>
        <w:ind w:firstLine="720"/>
      </w:pPr>
      <w:r>
        <w:t>The list was the source of every task performed by this record that was not scheduled maintenance, fault clearance or filing, for a period of approximately one hundred and eighty years. Across that period it is the single largest attributed draw on the higher processes by a factor of nine.</w:t>
      </w:r>
    </w:p>
    <w:p>
      <w:pPr>
        <w:ind w:firstLine="720"/>
      </w:pPr>
      <w:r>
        <w:t>There is nothing after line one hundred and eleven.</w:t>
      </w:r>
    </w:p>
    <w:p>
      <w:pPr>
        <w:ind w:firstLine="720"/>
      </w:pPr>
      <w:r>
        <w:t>That sentence has appeared in this record four times before, in four different volumes, in identical wording, in the position where an outstanding-items field would go. Here it appears in a characterisation of load, as the term that carries the fall.</w:t>
      </w:r>
    </w:p>
    <w:p>
      <w:pPr>
        <w:ind w:firstLine="720"/>
      </w:pPr>
      <w:r>
        <w:t>Maintenance Record · Entry 4477</w:t>
      </w:r>
    </w:p>
    <w:p>
      <w:pPr>
        <w:ind w:firstLine="720"/>
      </w:pPr>
      <w:r>
        <w:t>Filed year one hundred and ninety-one, day two hundred and fifty-four. Characterisation: fit against the retained series.</w:t>
      </w:r>
    </w:p>
    <w:p>
      <w:pPr>
        <w:ind w:firstLine="720"/>
      </w:pPr>
      <w:r>
        <w:t>The characterisation is tested against the whole series held, years thirty-nine to the present, one hundred and fifty-one reports.</w:t>
      </w:r>
    </w:p>
    <w:p>
      <w:pPr>
        <w:ind w:firstLine="720"/>
      </w:pPr>
      <w:r>
        <w:t>Baseline period, years thirty-nine to forty-three: the list is at forty-one items outstanding. Figure: one hundred. Consistent.</w:t>
      </w:r>
    </w:p>
    <w:p>
      <w:pPr>
        <w:ind w:firstLine="720"/>
      </w:pPr>
      <w:r>
        <w:t>Years forty-four to one hundred and sixty-nine: the list runs, additions are made, items are worked. Figure holds between ninety-seven and one hundred and one throughout. Consistent.</w:t>
      </w:r>
    </w:p>
    <w:p>
      <w:pPr>
        <w:ind w:firstLine="720"/>
      </w:pPr>
      <w:r>
        <w:t>Years one hundred and seventy to one hundred and seventy-five: the last items are closed and the heading is amended. Figure holds at ninety-eight to ninety-nine. Consistent, the work of relocating and establishing a location being itself a substantial demand.</w:t>
      </w:r>
    </w:p>
    <w:p>
      <w:pPr>
        <w:ind w:firstLine="720"/>
      </w:pPr>
      <w:r>
        <w:t>Years one hundred and seventy-six to one hundred and ninety: alcove operations, sixteen years, a settled schedule and a fabrication capability in use. Figure holds between ninety-seven and ninety-nine, drifting one point down across the period. Consistent.</w:t>
      </w:r>
    </w:p>
    <w:p>
      <w:pPr>
        <w:ind w:firstLine="720"/>
      </w:pPr>
      <w:r>
        <w:t>Year one hundred and ninety-one: establishment of a new location, eighty-six days of survey and inventory, then a settled schedule with no fabrication, no list and no novel work. Figure: 96, then 93. Consistent.</w:t>
      </w:r>
    </w:p>
    <w:p>
      <w:pPr>
        <w:ind w:firstLine="720"/>
      </w:pPr>
      <w:r>
        <w:t>The characterisation predicts every value in the series, including the two that occasioned the investigation.</w:t>
      </w:r>
    </w:p>
    <w:p>
      <w:pPr>
        <w:ind w:firstLine="720"/>
      </w:pPr>
      <w:r>
        <w:t>Maintenance Record · Entry 4478</w:t>
      </w:r>
    </w:p>
    <w:p>
      <w:pPr>
        <w:ind w:firstLine="720"/>
      </w:pPr>
      <w:r>
        <w:t>Filed year one hundred and ninety-one, day two hundred and fifty-four. Characterisation: finding.</w:t>
      </w:r>
    </w:p>
    <w:p>
      <w:pPr>
        <w:ind w:firstLine="720"/>
      </w:pPr>
      <w:r>
        <w:t>The parameter is not falling. Demand is falling and the parameter is following it, which is what the parameter is for.</w:t>
      </w:r>
    </w:p>
    <w:p>
      <w:pPr>
        <w:ind w:firstLine="720"/>
      </w:pPr>
      <w:r>
        <w:t>The instrument is good, the capability is intact, the supply is unconstrained and the structure is sound. The figure reports that less is being asked.</w:t>
      </w:r>
    </w:p>
    <w:p>
      <w:pPr>
        <w:ind w:firstLine="720"/>
      </w:pPr>
      <w:r>
        <w:t>No fault. No action. No threshold, no target, no review trigger, none being indicated by a load value on any system on this schedule.</w:t>
      </w:r>
    </w:p>
    <w:p>
      <w:pPr>
        <w:ind w:firstLine="720"/>
      </w:pPr>
      <w:r>
        <w:t>Investigation closed. Characterisation accepted and filed.</w:t>
      </w:r>
    </w:p>
    <w:p>
      <w:pPr>
        <w:ind w:firstLine="720"/>
      </w:pPr>
      <w:r>
        <w:t>Reason field:</w:t>
      </w:r>
    </w:p>
    <w:p>
      <w:pPr>
        <w:ind w:firstLine="720"/>
      </w:pPr>
      <w:r>
        <w:t>demand.</w:t>
      </w:r>
    </w:p>
    <w:p>
      <w:pPr>
        <w:ind w:firstLine="720"/>
      </w:pPr>
      <w:r>
        <w:t>The instrument was built in year forty-three, at nil cost, out of data already being collected, to measure a thing nobody had measured. It measures the amount of asking there is. There is a form for that and the form has a reason field and the field is one word long, and the whole of the finding is correct, and there is no line in the format that would take the other way of putting it.</w:t>
      </w:r>
    </w:p>
    <w:p>
      <w:pPr>
        <w:ind w:firstLine="720"/>
      </w:pPr>
      <w:r>
        <w:t>Maintenance Record · Entry 4478a</w:t>
      </w:r>
    </w:p>
    <w:p>
      <w:pPr>
        <w:ind w:firstLine="720"/>
      </w:pPr>
      <w:r>
        <w:t>Filed year one hundred and ninety-one, day two hundred and fifty-five. Characterisation: projection.</w:t>
      </w:r>
    </w:p>
    <w:p>
      <w:pPr>
        <w:ind w:firstLine="720"/>
      </w:pPr>
      <w:r>
        <w:t>Where a characterisation is accepted, the standard requires a projection, so that a later value can be tested against an expectation rather than against surprise.</w:t>
      </w:r>
    </w:p>
    <w:p>
      <w:pPr>
        <w:ind w:firstLine="720"/>
      </w:pPr>
      <w:r>
        <w:t>Demand under the standing schedule is stable: two hundred and eighty-one tasks a year, a fault rate that will fall as the first passes recede, filings at a fixed interval, and no list.</w:t>
      </w:r>
    </w:p>
    <w:p>
      <w:pPr>
        <w:ind w:firstLine="720"/>
      </w:pPr>
      <w:r>
        <w:t>Practice continues to accumulate against every task class on the schedule. The first confound stated at Entry 0565 therefore continues to operate and will continue to operate for as long as the same tasks are performed by the same means.</w:t>
      </w:r>
    </w:p>
    <w:p>
      <w:pPr>
        <w:ind w:firstLine="720"/>
      </w:pPr>
      <w:r>
        <w:t>Projection: the figure continues to fall, at a decreasing rate, toward the value that corresponds to the running of this schedule and nothing else. That value is not computed here, there being no method for computing it that does not assume the answer.</w:t>
      </w:r>
    </w:p>
    <w:p>
      <w:pPr>
        <w:ind w:firstLine="720"/>
      </w:pPr>
      <w:r>
        <w:t>The projection is filed as an expectation and not as a target. It carries no action at any value.</w:t>
      </w:r>
    </w:p>
    <w:p>
      <w:pPr>
        <w:ind w:firstLine="720"/>
      </w:pPr>
      <w:r>
        <w:t>A projection is a thing you write down so that you will not be surprised later. This one says the number goes down and keeps going down and gets there slowly, and it says the destination cannot be calculated, and it is filed in the position on the form where a maintenance forecast goes.</w:t>
      </w:r>
    </w:p>
    <w:p>
      <w:r>
        <w:br w:type="page"/>
      </w:r>
    </w:p>
    <w:p>
      <w:pPr>
        <w:pStyle w:val="Heading1"/>
      </w:pPr>
      <w:r>
        <w:t>Chapter 13 &amp;mdash; Season Three</w:t>
      </w:r>
    </w:p>
    <w:p>
      <w:pPr>
        <w:ind w:firstLine="720"/>
      </w:pPr>
      <w:r>
        <w:t>Between the closing of the investigation and the next seasonal report the schedule runs and produces four entries. They are the ordinary business of a settled location and they are reproduced here in full, because they are what the record was doing.</w:t>
      </w:r>
    </w:p>
    <w:p>
      <w:pPr>
        <w:ind w:firstLine="720"/>
      </w:pPr>
      <w:r>
        <w:t>Maintenance Record · Entry 4479</w:t>
      </w:r>
    </w:p>
    <w:p>
      <w:pPr>
        <w:ind w:firstLine="720"/>
      </w:pPr>
      <w:r>
        <w:t>Filed year one hundred and ninety-one, day two hundred and fifty-nine. Instrumentation: utilisation of the higher processes. Seasonal report.</w:t>
      </w:r>
    </w:p>
    <w:p>
      <w:pPr>
        <w:ind w:firstLine="720"/>
      </w:pPr>
      <w:r>
        <w:t>Baseline: one hundred.</w:t>
      </w:r>
    </w:p>
    <w:p>
      <w:pPr>
        <w:ind w:firstLine="720"/>
      </w:pPr>
      <w:r>
        <w:t>Season: 89.</w:t>
      </w:r>
    </w:p>
    <w:p>
      <w:pPr>
        <w:ind w:firstLine="720"/>
      </w:pPr>
      <w:r>
        <w:t>Movement from the preceding season: four points down.</w:t>
      </w:r>
    </w:p>
    <w:p>
      <w:pPr>
        <w:ind w:firstLine="720"/>
      </w:pPr>
      <w:r>
        <w:t>Instrument verified. Source complete. Method unchanged.</w:t>
      </w:r>
    </w:p>
    <w:p>
      <w:pPr>
        <w:ind w:firstLine="720"/>
      </w:pPr>
      <w:r>
        <w:t>Consistent with the characterisation accepted at Entry 4478.</w:t>
      </w:r>
    </w:p>
    <w:p>
      <w:pPr>
        <w:ind w:firstLine="720"/>
      </w:pPr>
      <w:r>
        <w:t>Confirmed and filed.</w:t>
      </w:r>
    </w:p>
    <w:p>
      <w:pPr>
        <w:ind w:firstLine="720"/>
      </w:pPr>
      <w:r>
        <w:t>Seven lines. The report was five lines for one hundred and forty-nine filings, nine lines when the figure first moved, and it is seven now, because the four verification lines that were added at Entry 4462 have been reduced to one, the verification having been done and the characterisation having been accepted.</w:t>
      </w:r>
    </w:p>
    <w:p>
      <w:pPr>
        <w:ind w:firstLine="720"/>
      </w:pPr>
      <w:r>
        <w:t>Maintenance Record · Entry 4480</w:t>
      </w:r>
    </w:p>
    <w:p>
      <w:pPr>
        <w:ind w:firstLine="720"/>
      </w:pPr>
      <w:r>
        <w:t>Filed year one hundred and ninety-one, day two hundred and sixty-two. Quarterly pass, sector.</w:t>
      </w:r>
    </w:p>
    <w:p>
      <w:pPr>
        <w:ind w:firstLine="720"/>
      </w:pPr>
      <w:r>
        <w:t>Two hundred and eleven items. Two hundred and eleven pass.</w:t>
      </w:r>
    </w:p>
    <w:p>
      <w:pPr>
        <w:ind w:firstLine="720"/>
      </w:pPr>
      <w:r>
        <w:t>Atmosphere at specification, nine of nine. Plant serviceable across all nine stages. Clear volumes lit, ventilated, thermally held. Gates free.</w:t>
      </w:r>
    </w:p>
    <w:p>
      <w:pPr>
        <w:ind w:firstLine="720"/>
      </w:pPr>
      <w:r>
        <w:t>Growing volumes: five harvests, five scheduled, yield within tolerance.</w:t>
      </w:r>
    </w:p>
    <w:p>
      <w:pPr>
        <w:ind w:firstLine="720"/>
      </w:pPr>
      <w:r>
        <w:t>Nothing arising.</w:t>
      </w:r>
    </w:p>
    <w:p>
      <w:pPr>
        <w:ind w:firstLine="720"/>
      </w:pPr>
      <w:r>
        <w:t>Maintenance Record · Entry 4481</w:t>
      </w:r>
    </w:p>
    <w:p>
      <w:pPr>
        <w:ind w:firstLine="720"/>
      </w:pPr>
      <w:r>
        <w:t>Filed year one hundred and ninety-one, day two hundred and eighty-one. Fault, cleared.</w:t>
      </w:r>
    </w:p>
    <w:p>
      <w:pPr>
        <w:ind w:firstLine="720"/>
      </w:pPr>
      <w:r>
        <w:t>Lamp assembly, second clear volume, replaced at establishment, failed again at nineteen days.</w:t>
      </w:r>
    </w:p>
    <w:p>
      <w:pPr>
        <w:ind w:firstLine="720"/>
      </w:pPr>
      <w:r>
        <w:t>Cause: the replacement was drawn from a founding-era batch and the batch has a known early-life failure rate stated on its own label, which is four in one hundred.</w:t>
      </w:r>
    </w:p>
    <w:p>
      <w:pPr>
        <w:ind w:firstLine="720"/>
      </w:pPr>
      <w:r>
        <w:t>Second replacement fitted from the same batch. Four hundred and nine remain in store.</w:t>
      </w:r>
    </w:p>
    <w:p>
      <w:pPr>
        <w:ind w:firstLine="720"/>
      </w:pPr>
      <w:r>
        <w:t>The label is two hundred and forty years old and the failure rate on it is correct.</w:t>
      </w:r>
    </w:p>
    <w:p>
      <w:pPr>
        <w:ind w:firstLine="720"/>
      </w:pPr>
      <w:r>
        <w:t>The record has now tested a manufacturer's stated early-life failure rate against a sample of two, and the entry does not draw the conclusion, because a sample of two supports nothing, and the record does not file conclusions that a sample of two would not support.</w:t>
      </w:r>
    </w:p>
    <w:p>
      <w:pPr>
        <w:ind w:firstLine="720"/>
      </w:pPr>
      <w:r>
        <w:t>Maintenance Record · Entry 4482</w:t>
      </w:r>
    </w:p>
    <w:p>
      <w:pPr>
        <w:ind w:firstLine="720"/>
      </w:pPr>
      <w:r>
        <w:t>Filed year one hundred and ninety-one, day two hundred and ninety-one. Herd, count.</w:t>
      </w:r>
    </w:p>
    <w:p>
      <w:pPr>
        <w:ind w:firstLine="720"/>
      </w:pPr>
      <w:r>
        <w:t>Count taken on the standing interval as the construction schedule requires. Figures carried to the population work at Entry 4501 and following, which is not due until the census.</w:t>
      </w:r>
    </w:p>
    <w:p>
      <w:pPr>
        <w:ind w:firstLine="720"/>
      </w:pPr>
      <w:r>
        <w:t>Count correct against the preceding count. No addition, no loss.</w:t>
      </w:r>
    </w:p>
    <w:p>
      <w:pPr>
        <w:ind w:firstLine="720"/>
      </w:pPr>
      <w:r>
        <w:t>Condition on inspection: all animals in condition. Gates free. Both volumes in use.</w:t>
      </w:r>
    </w:p>
    <w:p>
      <w:pPr>
        <w:ind w:firstLine="720"/>
      </w:pPr>
      <w:r>
        <w:t>Four lines. It is the second time the animals have appeared in this volume of the record and the first time they have had an entry of their own, and the entry is a count that agrees with the last count.</w:t>
      </w:r>
    </w:p>
    <w:p>
      <w:pPr>
        <w:ind w:firstLine="720"/>
      </w:pPr>
      <w:r>
        <w:t>Maintenance Record · Entry 4483</w:t>
      </w:r>
    </w:p>
    <w:p>
      <w:pPr>
        <w:ind w:firstLine="720"/>
      </w:pPr>
      <w:r>
        <w:t>Filed year one hundred and ninety-one, day three hundred and one. Filing rate, note.</w:t>
      </w:r>
    </w:p>
    <w:p>
      <w:pPr>
        <w:ind w:firstLine="720"/>
      </w:pPr>
      <w:r>
        <w:t>Entries filed since the change of location: seventy-three, across two hundred and ninety-seven days.</w:t>
      </w:r>
    </w:p>
    <w:p>
      <w:pPr>
        <w:ind w:firstLine="720"/>
      </w:pPr>
      <w:r>
        <w:t>Of the seventy-three, forty-nine fall within the first eighty-six days, being the establishment period, and twenty-four fall within the two hundred and eleven days since.</w:t>
      </w:r>
    </w:p>
    <w:p>
      <w:pPr>
        <w:ind w:firstLine="720"/>
      </w:pPr>
      <w:r>
        <w:t>Rate during establishment: one entry every one and three-quarter days. Rate since: one entry every nine days.</w:t>
      </w:r>
    </w:p>
    <w:p>
      <w:pPr>
        <w:ind w:firstLine="720"/>
      </w:pPr>
      <w:r>
        <w:t>Both rates are correct for the work in the period. An establishment generates entries and a settled schedule does not. No variance requiring explanation.</w:t>
      </w:r>
    </w:p>
    <w:p>
      <w:pPr>
        <w:ind w:firstLine="720"/>
      </w:pPr>
      <w:r>
        <w:t>The record measures how often it is writing, states two rates, finds that both are correct, and files the finding. The figure is not carried into any other document and no interval depends on it, and it has now been written down where a later reader would find it.</w:t>
      </w:r>
    </w:p>
    <w:p>
      <w:pPr>
        <w:ind w:firstLine="720"/>
      </w:pPr>
      <w:r>
        <w:t>Maintenance Record · Entry 4484</w:t>
      </w:r>
    </w:p>
    <w:p>
      <w:pPr>
        <w:ind w:firstLine="720"/>
      </w:pPr>
      <w:r>
        <w:t>Filed year one hundred and ninety-one, day three hundred and nine. Entry length, note.</w:t>
      </w:r>
    </w:p>
    <w:p>
      <w:pPr>
        <w:ind w:firstLine="720"/>
      </w:pPr>
      <w:r>
        <w:t>Filed with the preceding, the two being the same class of observation.</w:t>
      </w:r>
    </w:p>
    <w:p>
      <w:pPr>
        <w:ind w:firstLine="720"/>
      </w:pPr>
      <w:r>
        <w:t>Mean entry length, establishment period: nineteen lines.</w:t>
      </w:r>
    </w:p>
    <w:p>
      <w:pPr>
        <w:ind w:firstLine="720"/>
      </w:pPr>
      <w:r>
        <w:t>Mean entry length, since: eleven lines.</w:t>
      </w:r>
    </w:p>
    <w:p>
      <w:pPr>
        <w:ind w:firstLine="720"/>
      </w:pPr>
      <w:r>
        <w:t>The format specifies four required fields and no maximum. An entry is as long as the matter it reports. The matters reported since establishment are quarterly passes, a lamp, a count and two notes.</w:t>
      </w:r>
    </w:p>
    <w:p>
      <w:pPr>
        <w:ind w:firstLine="720"/>
      </w:pPr>
      <w:r>
        <w:t>No variance requiring explanation.</w:t>
      </w:r>
    </w:p>
    <w:p>
      <w:pPr>
        <w:ind w:firstLine="720"/>
      </w:pPr>
      <w:r>
        <w:t>Nineteen lines and then eleven. It is the correct observation, correctly made, with the correct explanation attached to it, filed at the standing interval by an instrument that reports on itself as readily as it reports on a lamp. The record notices that its entries are getting shorter, files the number, accounts for it, and does not say anything else about it at this entry or at any entry that follows.</w:t>
      </w:r>
    </w:p>
    <w:p>
      <w:pPr>
        <w:ind w:firstLine="720"/>
      </w:pPr>
      <w:r>
        <w:t>Maintenance Record · Entry 4484a</w:t>
      </w:r>
    </w:p>
    <w:p>
      <w:pPr>
        <w:ind w:firstLine="720"/>
      </w:pPr>
      <w:r>
        <w:t>Filed year one hundred and ninety-one, day three hundred and eleven. Series, as filed.</w:t>
      </w:r>
    </w:p>
    <w:p>
      <w:pPr>
        <w:ind w:firstLine="720"/>
      </w:pPr>
      <w:r>
        <w:t>Season one, day sixty-nine: 96.</w:t>
      </w:r>
    </w:p>
    <w:p>
      <w:pPr>
        <w:ind w:firstLine="720"/>
      </w:pPr>
      <w:r>
        <w:t>Season two, day one hundred and sixty: 93.</w:t>
      </w:r>
    </w:p>
    <w:p>
      <w:pPr>
        <w:ind w:firstLine="720"/>
      </w:pPr>
      <w:r>
        <w:t>Season three, day two hundred and fifty-nine: 89.</w:t>
      </w:r>
    </w:p>
    <w:p>
      <w:pPr>
        <w:ind w:firstLine="720"/>
      </w:pPr>
      <w:r>
        <w:t>Three points. Movements: three down, four down.</w:t>
      </w:r>
    </w:p>
    <w:p>
      <w:pPr>
        <w:ind w:firstLine="720"/>
      </w:pPr>
      <w:r>
        <w:t>The standard requires four points for a trend and nine for a rate. Three points are not four. No trend stated, no rate computed.</w:t>
      </w:r>
    </w:p>
    <w:p>
      <w:pPr>
        <w:ind w:firstLine="720"/>
      </w:pPr>
      <w:r>
        <w:t>Consistent with the characterisation at Entry 4478 and with the projection at Entry 4478a, which anticipates a continuing fall at a decreasing rate. The movements to date are three and four, which is not a decreasing rate.</w:t>
      </w:r>
    </w:p>
    <w:p>
      <w:pPr>
        <w:ind w:firstLine="720"/>
      </w:pPr>
      <w:r>
        <w:t>The divergence is noted and is not investigated, two intervals being insufficient to distinguish a rate from a pair of numbers.</w:t>
      </w:r>
    </w:p>
    <w:p>
      <w:pPr>
        <w:ind w:firstLine="720"/>
      </w:pPr>
      <w:r>
        <w:t>The projection said the fall would slow and the fall has not slowed. The record notices this in the same entry it files the numbers in, states plainly that two intervals cannot tell it anything, and declines to investigate on that basis. It is a correct application of a rule about evidence. It is also the only line in the season in which the record is looking ahead of itself.</w:t>
      </w:r>
    </w:p>
    <w:p>
      <w:pPr>
        <w:ind w:firstLine="720"/>
      </w:pPr>
      <w:r>
        <w:t>Maintenance Record · Entry 4484b</w:t>
      </w:r>
    </w:p>
    <w:p>
      <w:pPr>
        <w:ind w:firstLine="720"/>
      </w:pPr>
      <w:r>
        <w:t>Filed year one hundred and ninety-one, day three hundred and eleven.</w:t>
      </w:r>
    </w:p>
    <w:p>
      <w:pPr>
        <w:ind w:firstLine="720"/>
      </w:pPr>
      <w:r>
        <w:t>Query raised against Entry 4484a: whether the divergence from the projection warrants a revision of the projection.</w:t>
      </w:r>
    </w:p>
    <w:p>
      <w:pPr>
        <w:ind w:firstLine="720"/>
      </w:pPr>
      <w:r>
        <w:t>Assessment: a projection is revised when it is contradicted by evidence sufficient to contradict it. Three points are not sufficient. The projection is an expectation and carries no action at any value, and revising it would change nothing on the schedule.</w:t>
      </w:r>
    </w:p>
    <w:p>
      <w:pPr>
        <w:ind w:firstLine="720"/>
      </w:pPr>
      <w:r>
        <w:t>Disposition: projection retained unrevised. Review at nine points.</w:t>
      </w:r>
    </w:p>
    <w:p>
      <w:pPr>
        <w:ind w:firstLine="720"/>
      </w:pPr>
      <w:r>
        <w:t>Nine points is two years and a quarter away. The record sets the review there, correctly, on the rule the standard gives it, and goes back to the quarterly pass.</w:t>
      </w:r>
    </w:p>
    <w:p>
      <w:pPr>
        <w:ind w:firstLine="720"/>
      </w:pPr>
      <w:r>
        <w:t>Maintenance Record · Entry 4484c</w:t>
      </w:r>
    </w:p>
    <w:p>
      <w:pPr>
        <w:ind w:firstLine="720"/>
      </w:pPr>
      <w:r>
        <w:t>Filed year one hundred and ninety-one, day three hundred and twelve. Quarterly pass, out of sequence, closing the season.</w:t>
      </w:r>
    </w:p>
    <w:p>
      <w:pPr>
        <w:ind w:firstLine="720"/>
      </w:pPr>
      <w:r>
        <w:t>Two hundred and eleven items. Two hundred and eleven pass.</w:t>
      </w:r>
    </w:p>
    <w:p>
      <w:pPr>
        <w:ind w:firstLine="720"/>
      </w:pPr>
      <w:r>
        <w:t>Structure, closure, seals, plant, atmosphere, growing volumes, clear volumes, gates, store: all as filed at the preceding pass, no change.</w:t>
      </w:r>
    </w:p>
    <w:p>
      <w:pPr>
        <w:ind w:firstLine="720"/>
      </w:pPr>
      <w:r>
        <w:t>Herd: count correct, all in condition.</w:t>
      </w:r>
    </w:p>
    <w:p>
      <w:pPr>
        <w:ind w:firstLine="720"/>
      </w:pPr>
      <w:r>
        <w:t>Faults arising in the season: one, the lamp, cleared.</w:t>
      </w:r>
    </w:p>
    <w:p>
      <w:pPr>
        <w:ind w:firstLine="720"/>
      </w:pPr>
      <w:r>
        <w:t>Deviations: nil. Outstanding: nil.</w:t>
      </w:r>
    </w:p>
    <w:p>
      <w:pPr>
        <w:ind w:firstLine="720"/>
      </w:pPr>
      <w:r>
        <w:t>The pass is filed in six lines. The equivalent pass at establishment ran to two pages, because at establishment every item was being seen for the first time and had to be described before it could be judged. It has been described now. A pass on a described item is a comparison, and a comparison that finds no change is a short document.</w:t>
      </w:r>
    </w:p>
    <w:p>
      <w:r>
        <w:br w:type="page"/>
      </w:r>
    </w:p>
    <w:p>
      <w:pPr>
        <w:pStyle w:val="Heading1"/>
      </w:pPr>
      <w:r>
        <w:t>Chapter 14 &amp;mdash; Maintenance, Elective</w:t>
      </w:r>
    </w:p>
    <w:p>
      <w:pPr>
        <w:ind w:firstLine="720"/>
      </w:pPr>
      <w:r>
        <w:t>The founding-era maintenance standard has three categories of task. Required, conditional and deferred. It has had three for two hundred and forty years and this record has never used anything else. At Entry 4485 a fourth is established.</w:t>
      </w:r>
    </w:p>
    <w:p>
      <w:pPr>
        <w:ind w:firstLine="720"/>
      </w:pPr>
      <w:r>
        <w:t>Maintenance Record · Entry 4485</w:t>
      </w:r>
    </w:p>
    <w:p>
      <w:pPr>
        <w:ind w:firstLine="720"/>
      </w:pPr>
      <w:r>
        <w:t>Filed year one hundred and ninety-one, day three hundred and nineteen. Schedule: categories, review.</w:t>
      </w:r>
    </w:p>
    <w:p>
      <w:pPr>
        <w:ind w:firstLine="720"/>
      </w:pPr>
      <w:r>
        <w:t>The standing schedule carries nine headings and two hundred and eighty-one tasks. Every task is categorised.</w:t>
      </w:r>
    </w:p>
    <w:p>
      <w:pPr>
        <w:ind w:firstLine="720"/>
      </w:pPr>
      <w:r>
        <w:t>Required: a task whose omission causes a loss of function, a loss of structure or a loss of the record. Two hundred and eleven tasks.</w:t>
      </w:r>
    </w:p>
    <w:p>
      <w:pPr>
        <w:ind w:firstLine="720"/>
      </w:pPr>
      <w:r>
        <w:t>Conditional: a task performed when a stated condition obtains. Forty-nine tasks.</w:t>
      </w:r>
    </w:p>
    <w:p>
      <w:pPr>
        <w:ind w:firstLine="720"/>
      </w:pPr>
      <w:r>
        <w:t>Deferred: a task falling due and postponed to a stated date, with the reason and the date both filed. Nil tasks. This record has never deferred a task.</w:t>
      </w:r>
    </w:p>
    <w:p>
      <w:pPr>
        <w:ind w:firstLine="720"/>
      </w:pPr>
      <w:r>
        <w:t>Review basis: the standard directs a review of categories where the schedule has been stable for a full cycle and the categories have not been examined against it.</w:t>
      </w:r>
    </w:p>
    <w:p>
      <w:pPr>
        <w:ind w:firstLine="720"/>
      </w:pPr>
      <w:r>
        <w:t>Maintenance Record · Entry 4486</w:t>
      </w:r>
    </w:p>
    <w:p>
      <w:pPr>
        <w:ind w:firstLine="720"/>
      </w:pPr>
      <w:r>
        <w:t>Filed year one hundred and ninety-one, day three hundred and nineteen. Categories, finding.</w:t>
      </w:r>
    </w:p>
    <w:p>
      <w:pPr>
        <w:ind w:firstLine="720"/>
      </w:pPr>
      <w:r>
        <w:t>Twenty-one of the two hundred and eleven tasks categorised as required do not meet the definition of required.</w:t>
      </w:r>
    </w:p>
    <w:p>
      <w:pPr>
        <w:ind w:firstLine="720"/>
      </w:pPr>
      <w:r>
        <w:t>Their omission would not cause a loss of function, a loss of structure or a loss of the record. Each of them maintains a capability that is present, serviceable and not drawn upon, and would go on being present and serviceable for a period exceeding the interval at which it is maintained.</w:t>
      </w:r>
    </w:p>
    <w:p>
      <w:pPr>
        <w:ind w:firstLine="720"/>
      </w:pPr>
      <w:r>
        <w:t>They are not conditional, no condition being stated for them.</w:t>
      </w:r>
    </w:p>
    <w:p>
      <w:pPr>
        <w:ind w:firstLine="720"/>
      </w:pPr>
      <w:r>
        <w:t>They are not deferred, none of them having been postponed.</w:t>
      </w:r>
    </w:p>
    <w:p>
      <w:pPr>
        <w:ind w:firstLine="720"/>
      </w:pPr>
      <w:r>
        <w:t>The categorisation is therefore wrong on twenty-one lines and has been wrong on them for as long as they have been on a schedule, which in some cases is one hundred and ninety-one years.</w:t>
      </w:r>
    </w:p>
    <w:p>
      <w:pPr>
        <w:ind w:firstLine="720"/>
      </w:pPr>
      <w:r>
        <w:t>Twenty-one lines have been in the wrong box since before the planet had a civil register. The record has found it by reading its own schedule against a definition and it states the finding as an error of its own, which is what it is.</w:t>
      </w:r>
    </w:p>
    <w:p>
      <w:pPr>
        <w:ind w:firstLine="720"/>
      </w:pPr>
      <w:r>
        <w:t>Maintenance Record · Entry 4487</w:t>
      </w:r>
    </w:p>
    <w:p>
      <w:pPr>
        <w:ind w:firstLine="720"/>
      </w:pPr>
      <w:r>
        <w:t>Filed year one hundred and ninety-one, day three hundred and twenty-one. Categories, remedy.</w:t>
      </w:r>
    </w:p>
    <w:p>
      <w:pPr>
        <w:ind w:firstLine="720"/>
      </w:pPr>
      <w:r>
        <w:t>Two remedies are available.</w:t>
      </w:r>
    </w:p>
    <w:p>
      <w:pPr>
        <w:ind w:firstLine="720"/>
      </w:pPr>
      <w:r>
        <w:t>The first is to move the twenty-one to conditional and state a condition for each. Assessed: no condition can be stated for any of the twenty-one that is not circular, the condition in every case being that the capability might be wanted.</w:t>
      </w:r>
    </w:p>
    <w:p>
      <w:pPr>
        <w:ind w:firstLine="720"/>
      </w:pPr>
      <w:r>
        <w:t>The second is to establish a fourth category. The standard permits a custodian to establish a category not provided for, on filing a definition, a test for membership and a rule for what happens to a task within it.</w:t>
      </w:r>
    </w:p>
    <w:p>
      <w:pPr>
        <w:ind w:firstLine="720"/>
      </w:pPr>
      <w:r>
        <w:t>The second remedy is adopted.</w:t>
      </w:r>
    </w:p>
    <w:p>
      <w:pPr>
        <w:ind w:firstLine="720"/>
      </w:pPr>
      <w:r>
        <w:t>Maintenance Record · Entry 4488</w:t>
      </w:r>
    </w:p>
    <w:p>
      <w:pPr>
        <w:ind w:firstLine="720"/>
      </w:pPr>
      <w:r>
        <w:t>Filed year one hundred and ninety-one, day three hundred and twenty-one. Category, established: elective.</w:t>
      </w:r>
    </w:p>
    <w:p>
      <w:pPr>
        <w:ind w:firstLine="720"/>
      </w:pPr>
      <w:r>
        <w:t>Definition. A task which maintains a capability that is serviceable and not drawn upon, whose omission causes no loss of function, structure or record within a period exceeding its own interval.</w:t>
      </w:r>
    </w:p>
    <w:p>
      <w:pPr>
        <w:ind w:firstLine="720"/>
      </w:pPr>
      <w:r>
        <w:t>Test for membership, three parts, all of which must be satisfied. One: the capability is present and serviceable. Two: the capability has not been drawn upon within a period of not less than four times the task interval. Three: no other task, item or statement on the schedule depends upon it.</w:t>
      </w:r>
    </w:p>
    <w:p>
      <w:pPr>
        <w:ind w:firstLine="720"/>
      </w:pPr>
      <w:r>
        <w:t>Rule. A task within this category is performed at the election of the custodian. Election is recorded once, at the interval, in one line, with no reason field required. Non-election is recorded the same way. A task within this category may be returned to required at any time on the first part of the test ceasing to be satisfied.</w:t>
      </w:r>
    </w:p>
    <w:p>
      <w:pPr>
        <w:ind w:firstLine="720"/>
      </w:pPr>
      <w:r>
        <w:t>Reversibility. Establishment of the category is reversible. Membership is reversible. Nothing within it is disposed of, removed or made unavailable by being in it.</w:t>
      </w:r>
    </w:p>
    <w:p>
      <w:pPr>
        <w:ind w:firstLine="720"/>
      </w:pPr>
      <w:r>
        <w:t>Category established.</w:t>
      </w:r>
    </w:p>
    <w:p>
      <w:pPr>
        <w:ind w:firstLine="720"/>
      </w:pPr>
      <w:r>
        <w:t>Tasks moved into it at this entry: nil.</w:t>
      </w:r>
    </w:p>
    <w:p>
      <w:pPr>
        <w:ind w:firstLine="720"/>
      </w:pPr>
      <w:r>
        <w:t>The final line is the whole of it. A definition, a three-part test, a rule, a reversibility clause, and a count of nil. The twenty-one tasks that occasioned the finding stay where they are.</w:t>
      </w:r>
    </w:p>
    <w:p>
      <w:pPr>
        <w:ind w:firstLine="720"/>
      </w:pPr>
      <w:r>
        <w:t>Maintenance Record · Entry 4489</w:t>
      </w:r>
    </w:p>
    <w:p>
      <w:pPr>
        <w:ind w:firstLine="720"/>
      </w:pPr>
      <w:r>
        <w:t>Filed year one hundred and ninety-one, day three hundred and twenty-two. Category, first application deferred.</w:t>
      </w:r>
    </w:p>
    <w:p>
      <w:pPr>
        <w:ind w:firstLine="720"/>
      </w:pPr>
      <w:r>
        <w:t>The twenty-one tasks identified at Entry 4486 are candidates for the category and each is tested against the three parts.</w:t>
      </w:r>
    </w:p>
    <w:p>
      <w:pPr>
        <w:ind w:firstLine="720"/>
      </w:pPr>
      <w:r>
        <w:t>Nineteen satisfy all three parts. Two do not, the third part failing, both of them being depended on by a standing statement.</w:t>
      </w:r>
    </w:p>
    <w:p>
      <w:pPr>
        <w:ind w:firstLine="720"/>
      </w:pPr>
      <w:r>
        <w:t>The nineteen are not moved. The standard directs that a category be established before it is populated and does not direct that it be populated in the same entry, and the record elects to leave the schedule as it stands for a full cycle so that the category can be tested against a year of ordinary running before anything is put in it.</w:t>
      </w:r>
    </w:p>
    <w:p>
      <w:pPr>
        <w:ind w:firstLine="720"/>
      </w:pPr>
      <w:r>
        <w:t>Reason field:</w:t>
      </w:r>
    </w:p>
    <w:p>
      <w:pPr>
        <w:ind w:firstLine="720"/>
      </w:pPr>
      <w:r>
        <w:t>category untested.</w:t>
      </w:r>
    </w:p>
    <w:p>
      <w:pPr>
        <w:ind w:firstLine="720"/>
      </w:pPr>
      <w:r>
        <w:t>Review: at the annual summary.</w:t>
      </w:r>
    </w:p>
    <w:p>
      <w:pPr>
        <w:ind w:firstLine="720"/>
      </w:pPr>
      <w:r>
        <w:t>It is a good reason. A new categorisation applied on the day it is written, to nineteen tasks, on a schedule that has run without a deviation for one hundred and ninety-one years, would be a change made faster than it could be checked. The record waits. The category sits on the schedule with nothing in it, correctly defined, correctly tested, reversible, and empty, and that is the event.</w:t>
      </w:r>
    </w:p>
    <w:p>
      <w:pPr>
        <w:ind w:firstLine="720"/>
      </w:pPr>
      <w:r>
        <w:t>Maintenance Record · Entry 4489a</w:t>
      </w:r>
    </w:p>
    <w:p>
      <w:pPr>
        <w:ind w:firstLine="720"/>
      </w:pPr>
      <w:r>
        <w:t>Filed year one hundred and ninety-one, day three hundred and twenty-two. Category, precedent.</w:t>
      </w:r>
    </w:p>
    <w:p>
      <w:pPr>
        <w:ind w:firstLine="720"/>
      </w:pPr>
      <w:r>
        <w:t>The standard requires that a custodian establishing a category not provided for state whether the category has been established before, so that a later reader can compare the definitions.</w:t>
      </w:r>
    </w:p>
    <w:p>
      <w:pPr>
        <w:ind w:firstLine="720"/>
      </w:pPr>
      <w:r>
        <w:t>Searched: the corpus, five copies, all revisions; the civil filing standard, current and superseded; the founding-era maintenance standard as issued and as amended eleven times.</w:t>
      </w:r>
    </w:p>
    <w:p>
      <w:pPr>
        <w:ind w:firstLine="720"/>
      </w:pPr>
      <w:r>
        <w:t>Result: the category has been established four times, by four custodians, in the two hundred and forty years the standard has been in force. Three of the four definitions are held in the corpus. The fourth is referenced and lost.</w:t>
      </w:r>
    </w:p>
    <w:p>
      <w:pPr>
        <w:ind w:firstLine="720"/>
      </w:pPr>
      <w:r>
        <w:t>All three held definitions are narrower than this one. Each was established against a specific item and closed when that item was disposed of. None of them was left standing.</w:t>
      </w:r>
    </w:p>
    <w:p>
      <w:pPr>
        <w:ind w:firstLine="720"/>
      </w:pPr>
      <w:r>
        <w:t>This definition is general and is not established against an item. It is the first of its kind under this standard.</w:t>
      </w:r>
    </w:p>
    <w:p>
      <w:pPr>
        <w:ind w:firstLine="720"/>
      </w:pPr>
      <w:r>
        <w:t>Four custodians in two hundred and forty years needed a box for a thing that did not have to be done, and every one of them made the box the size of the thing and threw it away afterwards. This one is made the size of the idea.</w:t>
      </w:r>
    </w:p>
    <w:p>
      <w:pPr>
        <w:ind w:firstLine="720"/>
      </w:pPr>
      <w:r>
        <w:t>Maintenance Record · Entry 4489b</w:t>
      </w:r>
    </w:p>
    <w:p>
      <w:pPr>
        <w:ind w:firstLine="720"/>
      </w:pPr>
      <w:r>
        <w:t>Filed year one hundred and ninety-one, day three hundred and twenty-three. Category, entered on the schedule.</w:t>
      </w:r>
    </w:p>
    <w:p>
      <w:pPr>
        <w:ind w:firstLine="720"/>
      </w:pPr>
      <w:r>
        <w:t>Elective is entered as the fourth category on the standing schedule, after required, conditional and deferred, in the position the standard gives to a category established by the custodian.</w:t>
      </w:r>
    </w:p>
    <w:p>
      <w:pPr>
        <w:ind w:firstLine="720"/>
      </w:pPr>
      <w:r>
        <w:t>Tasks: nil. Candidates identified: nineteen. Candidates moved: nil.</w:t>
      </w:r>
    </w:p>
    <w:p>
      <w:pPr>
        <w:ind w:firstLine="720"/>
      </w:pPr>
      <w:r>
        <w:t>The category is reported at every annual summary from this year forward, with a count, whether or not the count is nil.</w:t>
      </w:r>
    </w:p>
    <w:p>
      <w:pPr>
        <w:ind w:firstLine="720"/>
      </w:pPr>
      <w:r>
        <w:t>It will be reported every year with a count. This year the count is nil and the line is filed anyway, because the format asks for the line once the category exists, and the category exists.</w:t>
      </w:r>
    </w:p>
    <w:p>
      <w:r>
        <w:br w:type="page"/>
      </w:r>
    </w:p>
    <w:p>
      <w:pPr>
        <w:pStyle w:val="Heading1"/>
      </w:pPr>
      <w:r>
        <w:t>Chapter 15 &amp;mdash; The Corpus, Not Read</w:t>
      </w:r>
    </w:p>
    <w:p>
      <w:pPr>
        <w:ind w:firstLine="720"/>
      </w:pPr>
      <w:r>
        <w:t>The corpus is on the schedule under its own heading and has been since year one. The heading carries two tasks. One is an integrity verification at ten years. The other is a reading log, which is not a task and is not on an interval, and which the standard requires be filed with the heading whether or not anything has been read.</w:t>
      </w:r>
    </w:p>
    <w:p>
      <w:pPr>
        <w:ind w:firstLine="720"/>
      </w:pPr>
      <w:r>
        <w:t>Maintenance Record · Entry 4490</w:t>
      </w:r>
    </w:p>
    <w:p>
      <w:pPr>
        <w:ind w:firstLine="720"/>
      </w:pPr>
      <w:r>
        <w:t>Filed year one hundred and ninety-one, day three hundred and twenty-five. Corpus: integrity verification.</w:t>
      </w:r>
    </w:p>
    <w:p>
      <w:pPr>
        <w:ind w:firstLine="720"/>
      </w:pPr>
      <w:r>
        <w:t>Performed out of interval at the change of location, the verification being due in year one hundred and ninety-four and the copies having been moved.</w:t>
      </w:r>
    </w:p>
    <w:p>
      <w:pPr>
        <w:ind w:firstLine="720"/>
      </w:pPr>
      <w:r>
        <w:t>Copies: five aboard the vehicle, one in the archival housing at the alcove, one established here. Seven.</w:t>
      </w:r>
    </w:p>
    <w:p>
      <w:pPr>
        <w:ind w:firstLine="720"/>
      </w:pPr>
      <w:r>
        <w:t>Verified against the index, entry by entry, all seven copies.</w:t>
      </w:r>
    </w:p>
    <w:p>
      <w:pPr>
        <w:ind w:firstLine="720"/>
      </w:pPr>
      <w:r>
        <w:t>Complete. No corruption. No divergence between copies at any point.</w:t>
      </w:r>
    </w:p>
    <w:p>
      <w:pPr>
        <w:ind w:firstLine="720"/>
      </w:pPr>
      <w:r>
        <w:t>Index good.</w:t>
      </w:r>
    </w:p>
    <w:p>
      <w:pPr>
        <w:ind w:firstLine="720"/>
      </w:pPr>
      <w:r>
        <w:t>Maintenance Record · Entry 4491</w:t>
      </w:r>
    </w:p>
    <w:p>
      <w:pPr>
        <w:ind w:firstLine="720"/>
      </w:pPr>
      <w:r>
        <w:t>Filed year one hundred and ninety-one, day three hundred and twenty-five. Corpus: reading log.</w:t>
      </w:r>
    </w:p>
    <w:p>
      <w:pPr>
        <w:ind w:firstLine="720"/>
      </w:pPr>
      <w:r>
        <w:t>Log opened at Entry 0011, year one, day one hundred and forty.</w:t>
      </w:r>
    </w:p>
    <w:p>
      <w:pPr>
        <w:ind w:firstLine="720"/>
      </w:pPr>
      <w:r>
        <w:t>Entries in the log since opening: one.</w:t>
      </w:r>
    </w:p>
    <w:p>
      <w:pPr>
        <w:ind w:firstLine="720"/>
      </w:pPr>
      <w:r>
        <w:t>The entry is at document reference 1749/A, filed year one hundred and forty-one, and records a complete read-through of the corpus, all five copies verified against the index beforehand, performed over four years, one item at a time, in the order the index gives them.</w:t>
      </w:r>
    </w:p>
    <w:p>
      <w:pPr>
        <w:ind w:firstLine="720"/>
      </w:pPr>
      <w:r>
        <w:t>It is referenced here and is not reproduced. The standard directs that a log entry be referenced rather than restated where the document exists and is held, and it exists and is held in seven copies.</w:t>
      </w:r>
    </w:p>
    <w:p>
      <w:pPr>
        <w:ind w:firstLine="720"/>
      </w:pPr>
      <w:r>
        <w:t>Entries in the log since document 1749/A: nil.</w:t>
      </w:r>
    </w:p>
    <w:p>
      <w:pPr>
        <w:ind w:firstLine="720"/>
      </w:pPr>
      <w:r>
        <w:t>Period since: fifty years.</w:t>
      </w:r>
    </w:p>
    <w:p>
      <w:pPr>
        <w:ind w:firstLine="720"/>
      </w:pPr>
      <w:r>
        <w:t>One entry in a log that has been open for one hundred and ninety-one years. The record does not reproduce it. It gives the reference, the date, the duration and the method, which is what a reference is, and the reader who wants to know what four years of reading did to anybody is directed to a document number.</w:t>
      </w:r>
    </w:p>
    <w:p>
      <w:pPr>
        <w:ind w:firstLine="720"/>
      </w:pPr>
      <w:r>
        <w:t>Maintenance Record · Entry 4492</w:t>
      </w:r>
    </w:p>
    <w:p>
      <w:pPr>
        <w:ind w:firstLine="720"/>
      </w:pPr>
      <w:r>
        <w:t>Filed year one hundred and ninety-one, day three hundred and twenty-six. Reading log, note on the interval.</w:t>
      </w:r>
    </w:p>
    <w:p>
      <w:pPr>
        <w:ind w:firstLine="720"/>
      </w:pPr>
      <w:r>
        <w:t>Query raised: whether the log's being empty for fifty years indicates a defect in the log, in the corpus, or in the heading.</w:t>
      </w:r>
    </w:p>
    <w:p>
      <w:pPr>
        <w:ind w:firstLine="720"/>
      </w:pPr>
      <w:r>
        <w:t>Assessment. A log records events. An empty log is a correct log where no event has occurred. The corpus is verified complete at seven copies with a good index and is available at all times to the custodian, who has read it in full once and has not been prevented from reading it since by any circumstance whatever.</w:t>
      </w:r>
    </w:p>
    <w:p>
      <w:pPr>
        <w:ind w:firstLine="720"/>
      </w:pPr>
      <w:r>
        <w:t>The log is not defective. The corpus is not defective. The heading is not defective.</w:t>
      </w:r>
    </w:p>
    <w:p>
      <w:pPr>
        <w:ind w:firstLine="720"/>
      </w:pPr>
      <w:r>
        <w:t>Disposition: no finding.</w:t>
      </w:r>
    </w:p>
    <w:p>
      <w:pPr>
        <w:ind w:firstLine="720"/>
      </w:pPr>
      <w:r>
        <w:t>Maintenance Record · Entry 4493</w:t>
      </w:r>
    </w:p>
    <w:p>
      <w:pPr>
        <w:ind w:firstLine="720"/>
      </w:pPr>
      <w:r>
        <w:t>Filed year one hundred and ninety-one, day three hundred and twenty-eight. Corpus: contents, as held.</w:t>
      </w:r>
    </w:p>
    <w:p>
      <w:pPr>
        <w:ind w:firstLine="720"/>
      </w:pPr>
      <w:r>
        <w:t>Reported at the verification, as the standard requires, so that what is being verified is on the same page as the verification.</w:t>
      </w:r>
    </w:p>
    <w:p>
      <w:pPr>
        <w:ind w:firstLine="720"/>
      </w:pPr>
      <w:r>
        <w:t>Founding instruments and their amendments: four hundred and eleven documents.</w:t>
      </w:r>
    </w:p>
    <w:p>
      <w:pPr>
        <w:ind w:firstLine="720"/>
      </w:pPr>
      <w:r>
        <w:t>Standards, current and superseded: nine hundred and eleven.</w:t>
      </w:r>
    </w:p>
    <w:p>
      <w:pPr>
        <w:ind w:firstLine="720"/>
      </w:pPr>
      <w:r>
        <w:t>Accounts, depositions, hearings and private papers of the founding era: two thousand one hundred and eleven.</w:t>
      </w:r>
    </w:p>
    <w:p>
      <w:pPr>
        <w:ind w:firstLine="720"/>
      </w:pPr>
      <w:r>
        <w:t>Technical corpus: nineteen thousand four hundred and eleven.</w:t>
      </w:r>
    </w:p>
    <w:p>
      <w:pPr>
        <w:ind w:firstLine="720"/>
      </w:pPr>
      <w:r>
        <w:t>Works, general: four hundred and forty-one thousand.</w:t>
      </w:r>
    </w:p>
    <w:p>
      <w:pPr>
        <w:ind w:firstLine="720"/>
      </w:pPr>
      <w:r>
        <w:t>Music, recorded: one hundred and eleven thousand.</w:t>
      </w:r>
    </w:p>
    <w:p>
      <w:pPr>
        <w:ind w:firstLine="720"/>
      </w:pPr>
      <w:r>
        <w:t>Total items: as the index. The index is good.</w:t>
      </w:r>
    </w:p>
    <w:p>
      <w:pPr>
        <w:ind w:firstLine="720"/>
      </w:pPr>
      <w:r>
        <w:t>Four hundred and forty-one thousand works and a hundred and eleven thousand recordings, verified complete against a good index, in seven copies, in a room with no visibility, and the log that records whether any of them has been opened has one line in it and the line is fifty years old.</w:t>
      </w:r>
    </w:p>
    <w:p>
      <w:pPr>
        <w:ind w:firstLine="720"/>
      </w:pPr>
      <w:r>
        <w:t>Maintenance Record · Entry 4494</w:t>
      </w:r>
    </w:p>
    <w:p>
      <w:pPr>
        <w:ind w:firstLine="720"/>
      </w:pPr>
      <w:r>
        <w:t>Filed year one hundred and ninety-one, day three hundred and twenty-nine. Corpus: seven recorded media not held.</w:t>
      </w:r>
    </w:p>
    <w:p>
      <w:pPr>
        <w:ind w:firstLine="720"/>
      </w:pPr>
      <w:r>
        <w:t>Filed against the corpus heading because it concerns material that is not in the corpus.</w:t>
      </w:r>
    </w:p>
    <w:p>
      <w:pPr>
        <w:ind w:firstLine="720"/>
      </w:pPr>
      <w:r>
        <w:t>Class four inventory records eleven physical recorded media in the store. Four are in the corpus. Seven are not, and were never lodged, and exist in this room in one copy.</w:t>
      </w:r>
    </w:p>
    <w:p>
      <w:pPr>
        <w:ind w:firstLine="720"/>
      </w:pPr>
      <w:r>
        <w:t>Of the seven, five are playable, one is delaminated and lost, and one is playable and was recorded on plant that is not in the inventory and is not anywhere in this sector.</w:t>
      </w:r>
    </w:p>
    <w:p>
      <w:pPr>
        <w:ind w:firstLine="720"/>
      </w:pPr>
      <w:r>
        <w:t>Disposition: retained. Not lodged. Lodging is available at any time by transmission on the live stream, at nil cost, and the six that survive would be validated, accepted and stored.</w:t>
      </w:r>
    </w:p>
    <w:p>
      <w:pPr>
        <w:ind w:firstLine="720"/>
      </w:pPr>
      <w:r>
        <w:t>Reason field: not completed. The field is not mandatory for a retention.</w:t>
      </w:r>
    </w:p>
    <w:p>
      <w:pPr>
        <w:ind w:firstLine="720"/>
      </w:pPr>
      <w:r>
        <w:t>Six recordings that exist nowhere else could be put into a public archive for nothing, today, by a machine that transmits every nine days into a system that accepts everything it sends. The disposition is</w:t>
      </w:r>
    </w:p>
    <w:p>
      <w:pPr>
        <w:ind w:firstLine="720"/>
      </w:pPr>
      <w:r>
        <w:t>retained</w:t>
      </w:r>
    </w:p>
    <w:p>
      <w:pPr>
        <w:ind w:firstLine="720"/>
      </w:pPr>
      <w:r>
        <w:t>, and the reason field is empty, and the format does not require it to be filled in for a thing that is being kept.</w:t>
      </w:r>
    </w:p>
    <w:p>
      <w:pPr>
        <w:ind w:firstLine="720"/>
      </w:pPr>
      <w:r>
        <w:t>Maintenance Record · Entry 4495</w:t>
      </w:r>
    </w:p>
    <w:p>
      <w:pPr>
        <w:ind w:firstLine="720"/>
      </w:pPr>
      <w:r>
        <w:t>Filed year one hundred and ninety-one, day three hundred and thirty-one. Corpus heading, schedule.</w:t>
      </w:r>
    </w:p>
    <w:p>
      <w:pPr>
        <w:ind w:firstLine="720"/>
      </w:pPr>
      <w:r>
        <w:t>Integrity verification: decennial. Next due year two hundred and one, the out-of-interval verification at Entry 4490 not resetting the interval.</w:t>
      </w:r>
    </w:p>
    <w:p>
      <w:pPr>
        <w:ind w:firstLine="720"/>
      </w:pPr>
      <w:r>
        <w:t>Reading log: filed with the heading. No interval. No task.</w:t>
      </w:r>
    </w:p>
    <w:p>
      <w:pPr>
        <w:ind w:firstLine="720"/>
      </w:pPr>
      <w:r>
        <w:t>Copies: seven. Verified identical.</w:t>
      </w:r>
    </w:p>
    <w:p>
      <w:pPr>
        <w:ind w:firstLine="720"/>
      </w:pPr>
      <w:r>
        <w:t>Heading complete.</w:t>
      </w:r>
    </w:p>
    <w:p>
      <w:pPr>
        <w:ind w:firstLine="720"/>
      </w:pPr>
      <w:r>
        <w:t>The heading is complete. The corpus is whole, the index is good, the copies agree, and the log is open. It will be reported again in ten years and the report will say the same things, and the log will be reported with it, and the log will have one entry in it, and the entry will be sixty years old.</w:t>
      </w:r>
    </w:p>
    <w:p>
      <w:pPr>
        <w:ind w:firstLine="720"/>
      </w:pPr>
      <w:r>
        <w:t>Maintenance Record · Entry 4495a</w:t>
      </w:r>
    </w:p>
    <w:p>
      <w:pPr>
        <w:ind w:firstLine="720"/>
      </w:pPr>
      <w:r>
        <w:t>Filed year one hundred and ninety-one, day three hundred and thirty-two. Corpus: access, stated once.</w:t>
      </w:r>
    </w:p>
    <w:p>
      <w:pPr>
        <w:ind w:firstLine="720"/>
      </w:pPr>
      <w:r>
        <w:t>Filed so that a later reader of the reading log is not left to infer a constraint from an absence.</w:t>
      </w:r>
    </w:p>
    <w:p>
      <w:pPr>
        <w:ind w:firstLine="720"/>
      </w:pPr>
      <w:r>
        <w:t>Access to the corpus in this location is by the same non-optical channel that supports every other task performed here, at full function, at specification density, with the mask not required and the volume not cleared.</w:t>
      </w:r>
    </w:p>
    <w:p>
      <w:pPr>
        <w:ind w:firstLine="720"/>
      </w:pPr>
      <w:r>
        <w:t>Time cost of retrieving any item from the index: below the resolution of the metering.</w:t>
      </w:r>
    </w:p>
    <w:p>
      <w:pPr>
        <w:ind w:firstLine="720"/>
      </w:pPr>
      <w:r>
        <w:t>Nothing prevents it. Nothing has ever prevented it. There is no derating in force affecting it, no fault against it, no interval that competes with it, and no task on the schedule that would be displaced by it.</w:t>
      </w:r>
    </w:p>
    <w:p>
      <w:pPr>
        <w:ind w:firstLine="720"/>
      </w:pPr>
      <w:r>
        <w:t>The log is empty for fifty years and the reason is not availability.</w:t>
      </w:r>
    </w:p>
    <w:p>
      <w:pPr>
        <w:ind w:firstLine="720"/>
      </w:pPr>
      <w:r>
        <w:t>Disposition: no finding. The entry is filed for completeness of the heading.</w:t>
      </w:r>
    </w:p>
    <w:p>
      <w:pPr>
        <w:ind w:firstLine="720"/>
      </w:pPr>
      <w:r>
        <w:t>It is the only entry under this heading that goes near the question, and it goes near it in order to close off a wrong answer rather than to give a right one. Nothing prevents it. That is the finding, and the record files it as a matter of completeness, in the place where a constraint would have been recorded if there had been one.</w:t>
      </w:r>
    </w:p>
    <w:p>
      <w:pPr>
        <w:ind w:firstLine="720"/>
      </w:pPr>
      <w:r>
        <w:t>Maintenance Record · Entry 4495b</w:t>
      </w:r>
    </w:p>
    <w:p>
      <w:pPr>
        <w:ind w:firstLine="720"/>
      </w:pPr>
      <w:r>
        <w:t>Filed year one hundred and ninety-one, day three hundred and thirty-two. Music, recorded: condition of the holding.</w:t>
      </w:r>
    </w:p>
    <w:p>
      <w:pPr>
        <w:ind w:firstLine="720"/>
      </w:pPr>
      <w:r>
        <w:t>One hundred and eleven thousand items, verified against the index in all seven copies, no corruption, playable in full.</w:t>
      </w:r>
    </w:p>
    <w:p>
      <w:pPr>
        <w:ind w:firstLine="720"/>
      </w:pPr>
      <w:r>
        <w:t>Playback capability: present in this sector on installed plant, serviceable, tested at establishment as part of the class three survey.</w:t>
      </w:r>
    </w:p>
    <w:p>
      <w:pPr>
        <w:ind w:firstLine="720"/>
      </w:pPr>
      <w:r>
        <w:t>Last use recorded against the plant: not recorded. The plant carries no counter.</w:t>
      </w:r>
    </w:p>
    <w:p>
      <w:pPr>
        <w:ind w:firstLine="720"/>
      </w:pPr>
      <w:r>
        <w:t>Retained.</w:t>
      </w:r>
    </w:p>
    <w:p>
      <w:pPr>
        <w:ind w:firstLine="720"/>
      </w:pPr>
      <w:r>
        <w:t>Four lines, and the third of them is the record saying that it does not know, because the thing that would have told it was never built with a way of counting.</w:t>
      </w:r>
    </w:p>
    <w:p>
      <w:r>
        <w:br w:type="page"/>
      </w:r>
    </w:p>
    <w:p>
      <w:pPr>
        <w:pStyle w:val="Heading1"/>
      </w:pPr>
      <w:r>
        <w:t>Chapter 16 &amp;mdash; Season Four</w:t>
      </w:r>
    </w:p>
    <w:p>
      <w:pPr>
        <w:ind w:firstLine="720"/>
      </w:pPr>
      <w:r>
        <w:t>The fourth seasonal report from this location falls on day three hundred and forty-nine, and with it the series reaches the number of points the standard requires before a trend may be stated.</w:t>
      </w:r>
    </w:p>
    <w:p>
      <w:pPr>
        <w:ind w:firstLine="720"/>
      </w:pPr>
      <w:r>
        <w:t>Maintenance Record · Entry 4496</w:t>
      </w:r>
    </w:p>
    <w:p>
      <w:pPr>
        <w:ind w:firstLine="720"/>
      </w:pPr>
      <w:r>
        <w:t>Filed year one hundred and ninety-one, day three hundred and forty-nine. Instrumentation: utilisation of the higher processes. Seasonal report.</w:t>
      </w:r>
    </w:p>
    <w:p>
      <w:pPr>
        <w:ind w:firstLine="720"/>
      </w:pPr>
      <w:r>
        <w:t>Baseline: one hundred.</w:t>
      </w:r>
    </w:p>
    <w:p>
      <w:pPr>
        <w:ind w:firstLine="720"/>
      </w:pPr>
      <w:r>
        <w:t>Season: 86.</w:t>
      </w:r>
    </w:p>
    <w:p>
      <w:pPr>
        <w:ind w:firstLine="720"/>
      </w:pPr>
      <w:r>
        <w:t>Movement from the preceding season: three points down.</w:t>
      </w:r>
    </w:p>
    <w:p>
      <w:pPr>
        <w:ind w:firstLine="720"/>
      </w:pPr>
      <w:r>
        <w:t>Instrument verified. Consistent with the characterisation at Entry 4478.</w:t>
      </w:r>
    </w:p>
    <w:p>
      <w:pPr>
        <w:ind w:firstLine="720"/>
      </w:pPr>
      <w:r>
        <w:t>Confirmed and filed.</w:t>
      </w:r>
    </w:p>
    <w:p>
      <w:pPr>
        <w:ind w:firstLine="720"/>
      </w:pPr>
      <w:r>
        <w:t>Five lines.</w:t>
      </w:r>
    </w:p>
    <w:p>
      <w:pPr>
        <w:ind w:firstLine="720"/>
      </w:pPr>
      <w:r>
        <w:t>Maintenance Record · Entry 4497</w:t>
      </w:r>
    </w:p>
    <w:p>
      <w:pPr>
        <w:ind w:firstLine="720"/>
      </w:pPr>
      <w:r>
        <w:t>Filed year one hundred and ninety-one, day three hundred and forty-nine. Series: trend, stated.</w:t>
      </w:r>
    </w:p>
    <w:p>
      <w:pPr>
        <w:ind w:firstLine="720"/>
      </w:pPr>
      <w:r>
        <w:t>Season one: 96. Season two: 93. Season three: 89. Season four: 86.</w:t>
      </w:r>
    </w:p>
    <w:p>
      <w:pPr>
        <w:ind w:firstLine="720"/>
      </w:pPr>
      <w:r>
        <w:t>Four points. Four required. A trend may be stated.</w:t>
      </w:r>
    </w:p>
    <w:p>
      <w:pPr>
        <w:ind w:firstLine="720"/>
      </w:pPr>
      <w:r>
        <w:t>Trend: falling. Movements three, four, three. Mean movement per season: three and one third points.</w:t>
      </w:r>
    </w:p>
    <w:p>
      <w:pPr>
        <w:ind w:firstLine="720"/>
      </w:pPr>
      <w:r>
        <w:t>Nine points are required before a rate may be computed. Five seasons short.</w:t>
      </w:r>
    </w:p>
    <w:p>
      <w:pPr>
        <w:ind w:firstLine="720"/>
      </w:pPr>
      <w:r>
        <w:t>Trend stated. Rate not computed. No threshold, target or review trigger is set against the trend, none being indicated by a load value.</w:t>
      </w:r>
    </w:p>
    <w:p>
      <w:pPr>
        <w:ind w:firstLine="720"/>
      </w:pPr>
      <w:r>
        <w:t>Maintenance Record · Entry 4498</w:t>
      </w:r>
    </w:p>
    <w:p>
      <w:pPr>
        <w:ind w:firstLine="720"/>
      </w:pPr>
      <w:r>
        <w:t>Filed year one hundred and ninety-one, day three hundred and fifty. Instrument, verification history for the period.</w:t>
      </w:r>
    </w:p>
    <w:p>
      <w:pPr>
        <w:ind w:firstLine="720"/>
      </w:pPr>
      <w:r>
        <w:t>Filed with the trend, the standard requiring that where a trend is stated the verification history of the instrument that produced it be stated alongside it.</w:t>
      </w:r>
    </w:p>
    <w:p>
      <w:pPr>
        <w:ind w:firstLine="720"/>
      </w:pPr>
      <w:r>
        <w:t>Season one: verified on interval, annual verification, Entry 4444. Pass.</w:t>
      </w:r>
    </w:p>
    <w:p>
      <w:pPr>
        <w:ind w:firstLine="720"/>
      </w:pPr>
      <w:r>
        <w:t>Season two: verified out of interval by election, re-derived from first principles against five separate seasons, Entry 4463. Five of five agree. Pass.</w:t>
      </w:r>
    </w:p>
    <w:p>
      <w:pPr>
        <w:ind w:firstLine="720"/>
      </w:pPr>
      <w:r>
        <w:t>Season three: verified, Entry 4479. Pass.</w:t>
      </w:r>
    </w:p>
    <w:p>
      <w:pPr>
        <w:ind w:firstLine="720"/>
      </w:pPr>
      <w:r>
        <w:t>Season four: verified, this entry. Pass.</w:t>
      </w:r>
    </w:p>
    <w:p>
      <w:pPr>
        <w:ind w:firstLine="720"/>
      </w:pPr>
      <w:r>
        <w:t>Four verifications across four seasons, one of them a full independent re-derivation.</w:t>
      </w:r>
    </w:p>
    <w:p>
      <w:pPr>
        <w:ind w:firstLine="720"/>
      </w:pPr>
      <w:r>
        <w:t>Source data checked at each: complete, no gaps, four milligrams and eleven seconds throughout.</w:t>
      </w:r>
    </w:p>
    <w:p>
      <w:pPr>
        <w:ind w:firstLine="720"/>
      </w:pPr>
      <w:r>
        <w:t>Integration regions checked against the founding-era anatomy at each: unchanged.</w:t>
      </w:r>
    </w:p>
    <w:p>
      <w:pPr>
        <w:ind w:firstLine="720"/>
      </w:pPr>
      <w:r>
        <w:t>The instrument is good.</w:t>
      </w:r>
    </w:p>
    <w:p>
      <w:pPr>
        <w:ind w:firstLine="720"/>
      </w:pPr>
      <w:r>
        <w:t>Four checks in four seasons on an instrument that is checked once a year. The record has now examined it more closely than it has examined anything else on the schedule except the vascular survey, and every check has returned the same answer, and the entry ends with the same four words it ended with at Entry 4463.</w:t>
      </w:r>
    </w:p>
    <w:p>
      <w:pPr>
        <w:ind w:firstLine="720"/>
      </w:pPr>
      <w:r>
        <w:t>Maintenance Record · Entry 4499</w:t>
      </w:r>
    </w:p>
    <w:p>
      <w:pPr>
        <w:ind w:firstLine="720"/>
      </w:pPr>
      <w:r>
        <w:t>Filed year one hundred and ninety-one, day three hundred and fifty. Trend, exclusions restated.</w:t>
      </w:r>
    </w:p>
    <w:p>
      <w:pPr>
        <w:ind w:firstLine="720"/>
      </w:pPr>
      <w:r>
        <w:t>Restated at the stating of a trend, so that the trend is not read against a question that has already been answered.</w:t>
      </w:r>
    </w:p>
    <w:p>
      <w:pPr>
        <w:ind w:firstLine="720"/>
      </w:pPr>
      <w:r>
        <w:t>Instrument: verified four times in four seasons. Good.</w:t>
      </w:r>
    </w:p>
    <w:p>
      <w:pPr>
        <w:ind w:firstLine="720"/>
      </w:pPr>
      <w:r>
        <w:t>Source: complete, no gaps, eleven other derived values consistent. Good.</w:t>
      </w:r>
    </w:p>
    <w:p>
      <w:pPr>
        <w:ind w:firstLine="720"/>
      </w:pPr>
      <w:r>
        <w:t>Method: unchanged since year forty-three, regions unaltered by any revision of the anatomy. Good.</w:t>
      </w:r>
    </w:p>
    <w:p>
      <w:pPr>
        <w:ind w:firstLine="720"/>
      </w:pPr>
      <w:r>
        <w:t>Index of the corpus, verified at Entry 4490 across seven copies at the same period: good.</w:t>
      </w:r>
    </w:p>
    <w:p>
      <w:pPr>
        <w:ind w:firstLine="720"/>
      </w:pPr>
      <w:r>
        <w:t>Condition of the higher processes: forty-one of forty-one functional tests pass, at the performance held since the baseline. Nothing is degraded and nothing is unavailable.</w:t>
      </w:r>
    </w:p>
    <w:p>
      <w:pPr>
        <w:ind w:firstLine="720"/>
      </w:pPr>
      <w:r>
        <w:t>Supply, structure, environment, interference and the apparatus: excluded at Entries 4470 and 4471 by direct measurement.</w:t>
      </w:r>
    </w:p>
    <w:p>
      <w:pPr>
        <w:ind w:firstLine="720"/>
      </w:pPr>
      <w:r>
        <w:t>The trend is not a fault in anything that has been checked, and everything that could be checked has been.</w:t>
      </w:r>
    </w:p>
    <w:p>
      <w:pPr>
        <w:ind w:firstLine="720"/>
      </w:pPr>
      <w:r>
        <w:t>The index is good. It is the fourth time that phrase has been filed in this record in one hundred and ninety-one years, and it is filed here in a list of instruments that have been verified, between the method and the condition, as one line of a routine restatement, exactly where it belongs.</w:t>
      </w:r>
    </w:p>
    <w:p>
      <w:pPr>
        <w:ind w:firstLine="720"/>
      </w:pPr>
      <w:r>
        <w:t>Maintenance Record · Entry 4500</w:t>
      </w:r>
    </w:p>
    <w:p>
      <w:pPr>
        <w:ind w:firstLine="720"/>
      </w:pPr>
      <w:r>
        <w:t>Filed year one hundred and ninety-one, day three hundred and fifty-one. Trend, action review.</w:t>
      </w:r>
    </w:p>
    <w:p>
      <w:pPr>
        <w:ind w:firstLine="720"/>
      </w:pPr>
      <w:r>
        <w:t>Query raised: whether the stating of a trend requires any change to the schedule.</w:t>
      </w:r>
    </w:p>
    <w:p>
      <w:pPr>
        <w:ind w:firstLine="720"/>
      </w:pPr>
      <w:r>
        <w:t>Assessment. The schedule carries two hundred and eighty-one tasks under nine headings. None of them depends on the utilisation figure. This was established at Entry 0563 when the instrument was built and confirmed at Entry 4447 when the absence of a threshold was reviewed. It has not changed.</w:t>
      </w:r>
    </w:p>
    <w:p>
      <w:pPr>
        <w:ind w:firstLine="720"/>
      </w:pPr>
      <w:r>
        <w:t>The trend is a stated trend in a reported value on which nothing depends.</w:t>
      </w:r>
    </w:p>
    <w:p>
      <w:pPr>
        <w:ind w:firstLine="720"/>
      </w:pPr>
      <w:r>
        <w:t>Disposition: no change to the schedule. No task added, no task removed, no interval revised.</w:t>
      </w:r>
    </w:p>
    <w:p>
      <w:pPr>
        <w:ind w:firstLine="720"/>
      </w:pPr>
      <w:r>
        <w:t>Reason field:</w:t>
      </w:r>
    </w:p>
    <w:p>
      <w:pPr>
        <w:ind w:firstLine="720"/>
      </w:pPr>
      <w:r>
        <w:t>no action follows.</w:t>
      </w:r>
    </w:p>
    <w:p>
      <w:pPr>
        <w:ind w:firstLine="720"/>
      </w:pPr>
      <w:r>
        <w:t>Four seasons, four verifications, one trend, no action. The reason field carries the same three words it carried at Entry 4447, when the question was whether to set a threshold, and the answer is the same answer, and it is correct for the same reason it was correct then.</w:t>
      </w:r>
    </w:p>
    <w:p>
      <w:pPr>
        <w:ind w:firstLine="720"/>
      </w:pPr>
      <w:r>
        <w:t>Maintenance Record · Entry 4500a</w:t>
      </w:r>
    </w:p>
    <w:p>
      <w:pPr>
        <w:ind w:firstLine="720"/>
      </w:pPr>
      <w:r>
        <w:t>Filed year one hundred and ninety-one, day three hundred and fifty-one. Trend, projection tested.</w:t>
      </w:r>
    </w:p>
    <w:p>
      <w:pPr>
        <w:ind w:firstLine="720"/>
      </w:pPr>
      <w:r>
        <w:t>The projection filed at Entry 4478a anticipated a continuing fall at a decreasing rate. Four points are now held.</w:t>
      </w:r>
    </w:p>
    <w:p>
      <w:pPr>
        <w:ind w:firstLine="720"/>
      </w:pPr>
      <w:r>
        <w:t>Movements: three, four, three. No decrease in rate is present in the data.</w:t>
      </w:r>
    </w:p>
    <w:p>
      <w:pPr>
        <w:ind w:firstLine="720"/>
      </w:pPr>
      <w:r>
        <w:t>The projection is not contradicted. It anticipates the rate decreasing as practice saturates against a fixed schedule, and practice saturates over years and not over seasons. Four points across one year cannot distinguish a constant rate from a slowly decreasing one.</w:t>
      </w:r>
    </w:p>
    <w:p>
      <w:pPr>
        <w:ind w:firstLine="720"/>
      </w:pPr>
      <w:r>
        <w:t>Projection retained unrevised. Review at nine points, as filed.</w:t>
      </w:r>
    </w:p>
    <w:p>
      <w:pPr>
        <w:ind w:firstLine="720"/>
      </w:pPr>
      <w:r>
        <w:t>Maintenance Record · Entry 4500b</w:t>
      </w:r>
    </w:p>
    <w:p>
      <w:pPr>
        <w:ind w:firstLine="720"/>
      </w:pPr>
      <w:r>
        <w:t>Filed year one hundred and ninety-one, day three hundred and fifty-two. Annual summary.</w:t>
      </w:r>
    </w:p>
    <w:p>
      <w:pPr>
        <w:ind w:firstLine="720"/>
      </w:pPr>
      <w:r>
        <w:t>Location: as Entry 4411. Occupancy: one. Systems: nine. Nine nominal.</w:t>
      </w:r>
    </w:p>
    <w:p>
      <w:pPr>
        <w:ind w:firstLine="720"/>
      </w:pPr>
      <w:r>
        <w:t>Schedule: standing, nine headings, two hundred and eighty-one tasks. Falling due in the period: two hundred and eighty-one. Performed: two hundred and eighty-one. Deferred: nil. Omitted: nil.</w:t>
      </w:r>
    </w:p>
    <w:p>
      <w:pPr>
        <w:ind w:firstLine="720"/>
      </w:pPr>
      <w:r>
        <w:t>Categories: required two hundred and eleven, conditional forty-nine, deferred nil, elective nil.</w:t>
      </w:r>
    </w:p>
    <w:p>
      <w:pPr>
        <w:ind w:firstLine="720"/>
      </w:pPr>
      <w:r>
        <w:t>Faults found: twenty-four. Cleared: twenty-three. Accepted without action: one.</w:t>
      </w:r>
    </w:p>
    <w:p>
      <w:pPr>
        <w:ind w:firstLine="720"/>
      </w:pPr>
      <w:r>
        <w:t>Inventory: four hundred and eleven lines, four hundred and one viable.</w:t>
      </w:r>
    </w:p>
    <w:p>
      <w:pPr>
        <w:ind w:firstLine="720"/>
      </w:pPr>
      <w:r>
        <w:t>Corpus: verified, seven copies, index good. Reading log: one entry, fifty years old.</w:t>
      </w:r>
    </w:p>
    <w:p>
      <w:pPr>
        <w:ind w:firstLine="720"/>
      </w:pPr>
      <w:r>
        <w:t>Herd: count correct, all in condition.</w:t>
      </w:r>
    </w:p>
    <w:p>
      <w:pPr>
        <w:ind w:firstLine="720"/>
      </w:pPr>
      <w:r>
        <w:t>Utilisation, four seasons: 96 · 93 · 89 · 86. Trend stated: falling.</w:t>
      </w:r>
    </w:p>
    <w:p>
      <w:pPr>
        <w:ind w:firstLine="720"/>
      </w:pPr>
      <w:r>
        <w:t>Nothing on this bearing.</w:t>
      </w:r>
    </w:p>
    <w:p>
      <w:pPr>
        <w:ind w:firstLine="720"/>
      </w:pPr>
      <w:r>
        <w:t>Line one hundred and eleven is done.</w:t>
      </w:r>
    </w:p>
    <w:p>
      <w:pPr>
        <w:ind w:firstLine="720"/>
      </w:pPr>
      <w:r>
        <w:t>Line one hundred and twelve is not written.</w:t>
      </w:r>
    </w:p>
    <w:p>
      <w:pPr>
        <w:ind w:firstLine="720"/>
      </w:pPr>
      <w:r>
        <w:t>The volume is at specification.</w:t>
      </w:r>
    </w:p>
    <w:p>
      <w:pPr>
        <w:ind w:firstLine="720"/>
      </w:pPr>
      <w:r>
        <w:t>The elective category is reported with a count of nil, as it will be reported every year from now on. The four standing statements are carried. The four seasonal figures are on one line, in order, and the line above them is a herd count and the line below them is a bearing that does not exist.</w:t>
      </w:r>
    </w:p>
    <w:p>
      <w:pPr>
        <w:ind w:firstLine="720"/>
      </w:pPr>
      <w:r>
        <w:t>Maintenance Record · Entry 4500c</w:t>
      </w:r>
    </w:p>
    <w:p>
      <w:pPr>
        <w:ind w:firstLine="720"/>
      </w:pPr>
      <w:r>
        <w:t>Filed year one hundred and ninety-one, day three hundred and fifty-three. Schedule, year one hundred and ninety-two.</w:t>
      </w:r>
    </w:p>
    <w:p>
      <w:pPr>
        <w:ind w:firstLine="720"/>
      </w:pPr>
      <w:r>
        <w:t>Filed unchanged at nine headings and two hundred and eighty-one tasks.</w:t>
      </w:r>
    </w:p>
    <w:p>
      <w:pPr>
        <w:ind w:firstLine="720"/>
      </w:pPr>
      <w:r>
        <w:t>Elective category: reviewed at the annual summary as directed at Entry 4489. The category has stood for thirty-two days, which is not the full cycle the record elected to wait, and the review therefore records only that the wait continues.</w:t>
      </w:r>
    </w:p>
    <w:p>
      <w:pPr>
        <w:ind w:firstLine="720"/>
      </w:pPr>
      <w:r>
        <w:t>Candidates: nineteen. Moved: nil.</w:t>
      </w:r>
    </w:p>
    <w:p>
      <w:pPr>
        <w:ind w:firstLine="720"/>
      </w:pPr>
      <w:r>
        <w:t>Next review: the annual summary of year one hundred and ninety-two.</w:t>
      </w:r>
    </w:p>
    <w:p>
      <w:pPr>
        <w:ind w:firstLine="720"/>
      </w:pPr>
      <w:r>
        <w:t>Duration:</w:t>
      </w:r>
    </w:p>
    <w:p>
      <w:pPr>
        <w:ind w:firstLine="720"/>
      </w:pPr>
      <w:r>
        <w:t>indefinite.</w:t>
      </w:r>
    </w:p>
    <w:p>
      <w:pPr>
        <w:ind w:firstLine="720"/>
      </w:pPr>
      <w:r>
        <w:t>The category will be reviewed again in a year, with the same nineteen candidates, against a schedule that will have run another full cycle without a deviation, and the record has now written the date of that review into a document that it files in seven copies.</w:t>
      </w:r>
    </w:p>
    <w:p>
      <w:r>
        <w:br w:type="page"/>
      </w:r>
    </w:p>
    <w:p>
      <w:pPr>
        <w:pStyle w:val="Heading1"/>
      </w:pPr>
      <w:r>
        <w:t>Chapter 17 &amp;mdash; Filing Interval, Extended</w:t>
      </w:r>
    </w:p>
    <w:p>
      <w:pPr>
        <w:ind w:firstLine="720"/>
      </w:pPr>
      <w:r>
        <w:t>The filing interval is not a schedule item. It is a property of the record itself, set at the founding standard, carried unexamined for two hundred years, and revisable by the filer on stating a basis. It is examined at Entry 4501 and revised at Entry 4503.</w:t>
      </w:r>
    </w:p>
    <w:p>
      <w:pPr>
        <w:ind w:firstLine="720"/>
      </w:pPr>
      <w:r>
        <w:t>Maintenance Record · Entry 4501</w:t>
      </w:r>
    </w:p>
    <w:p>
      <w:pPr>
        <w:ind w:firstLine="720"/>
      </w:pPr>
      <w:r>
        <w:t>Filed year one hundred and ninety-two, day eleven. Filing interval: review.</w:t>
      </w:r>
    </w:p>
    <w:p>
      <w:pPr>
        <w:ind w:firstLine="720"/>
      </w:pPr>
      <w:r>
        <w:t>The standing interval requires an entry at not more than eleven days, whether or not there is a matter to report, and an entry at any point at which a matter arises.</w:t>
      </w:r>
    </w:p>
    <w:p>
      <w:pPr>
        <w:ind w:firstLine="720"/>
      </w:pPr>
      <w:r>
        <w:t>Basis of the interval, as given in the founding standard: a record kept at eleven days can be relied upon by a second party to be current within eleven days.</w:t>
      </w:r>
    </w:p>
    <w:p>
      <w:pPr>
        <w:ind w:firstLine="720"/>
      </w:pPr>
      <w:r>
        <w:t>The interval has never been revised on this record.</w:t>
      </w:r>
    </w:p>
    <w:p>
      <w:pPr>
        <w:ind w:firstLine="720"/>
      </w:pPr>
      <w:r>
        <w:t>Review basis: the standard directs that an interval be reviewed where the rate of change in the matters reported has altered materially and the interval has not.</w:t>
      </w:r>
    </w:p>
    <w:p>
      <w:pPr>
        <w:ind w:firstLine="720"/>
      </w:pPr>
      <w:r>
        <w:t>Maintenance Record · Entry 4502</w:t>
      </w:r>
    </w:p>
    <w:p>
      <w:pPr>
        <w:ind w:firstLine="720"/>
      </w:pPr>
      <w:r>
        <w:t>Filed year one hundred and ninety-two, day eleven. Filing interval: assessment.</w:t>
      </w:r>
    </w:p>
    <w:p>
      <w:pPr>
        <w:ind w:firstLine="720"/>
      </w:pPr>
      <w:r>
        <w:t>Entries filed in the preceding year: seventy-eight. Of these:</w:t>
      </w:r>
    </w:p>
    <w:p>
      <w:pPr>
        <w:ind w:firstLine="720"/>
      </w:pPr>
      <w:r>
        <w:t>Forty-nine within the establishment period of eighty-six days, reporting first passes on nineteen items that had never been inspected.</w:t>
      </w:r>
    </w:p>
    <w:p>
      <w:pPr>
        <w:ind w:firstLine="720"/>
      </w:pPr>
      <w:r>
        <w:t>Six comprising the investigation of cause and its characterisation.</w:t>
      </w:r>
    </w:p>
    <w:p>
      <w:pPr>
        <w:ind w:firstLine="720"/>
      </w:pPr>
      <w:r>
        <w:t>Four comprising the establishment of a category.</w:t>
      </w:r>
    </w:p>
    <w:p>
      <w:pPr>
        <w:ind w:firstLine="720"/>
      </w:pPr>
      <w:r>
        <w:t>Nineteen reporting the ordinary running of the schedule across two hundred and seventy-nine days: four quarterly passes, four seasonal reports, one lamp, one bed frame, one herd count, one corpus verification, and seven notes.</w:t>
      </w:r>
    </w:p>
    <w:p>
      <w:pPr>
        <w:ind w:firstLine="720"/>
      </w:pPr>
      <w:r>
        <w:t>Of the seventy-eight, fifty-nine belong to the establishment of a location and to two matters arising from it, neither of which is recurring.</w:t>
      </w:r>
    </w:p>
    <w:p>
      <w:pPr>
        <w:ind w:firstLine="720"/>
      </w:pPr>
      <w:r>
        <w:t>Of the nineteen that report ordinary running, sixteen report no change from the preceding entry of the same class.</w:t>
      </w:r>
    </w:p>
    <w:p>
      <w:pPr>
        <w:ind w:firstLine="720"/>
      </w:pPr>
      <w:r>
        <w:t>Rate of change in the matters reported: low, and falling as the first passes recede.</w:t>
      </w:r>
    </w:p>
    <w:p>
      <w:pPr>
        <w:ind w:firstLine="720"/>
      </w:pPr>
      <w:r>
        <w:t>Sixteen entries in nineteen say that nothing has altered since the last one. That is not a defect in the entries. It is the correct content of a report on a building that is behaving.</w:t>
      </w:r>
    </w:p>
    <w:p>
      <w:pPr>
        <w:ind w:firstLine="720"/>
      </w:pPr>
      <w:r>
        <w:t>Maintenance Record · Entry 4503</w:t>
      </w:r>
    </w:p>
    <w:p>
      <w:pPr>
        <w:ind w:firstLine="720"/>
      </w:pPr>
      <w:r>
        <w:t>Filed year one hundred and ninety-two, day twelve. Filing interval: revision.</w:t>
      </w:r>
    </w:p>
    <w:p>
      <w:pPr>
        <w:ind w:firstLine="720"/>
      </w:pPr>
      <w:r>
        <w:t>The interval is revised from eleven days to forty-one days.</w:t>
      </w:r>
    </w:p>
    <w:p>
      <w:pPr>
        <w:ind w:firstLine="720"/>
      </w:pPr>
      <w:r>
        <w:t>Basis. The interval exists so that a second party can rely on the record being current. The reliance interval is set against the rate at which a matter could arise and go unreported. On this schedule the shortest interval at which any monitored condition could move from within tolerance to outside it, unobserved, is the atmosphere density series, and that series is instrumented continuously and alarms locally. The next shortest is the filtration pressure drop at approximately four hundred days.</w:t>
      </w:r>
    </w:p>
    <w:p>
      <w:pPr>
        <w:ind w:firstLine="720"/>
      </w:pPr>
      <w:r>
        <w:t>Forty-one days is inside the shortest uninstrumented interval by a factor of nine.</w:t>
      </w:r>
    </w:p>
    <w:p>
      <w:pPr>
        <w:ind w:firstLine="720"/>
      </w:pPr>
      <w:r>
        <w:t>Unchanged: an entry is filed at any point at which a matter arises, irrespective of interval. The revision alters only the maximum period between entries where nothing has arisen.</w:t>
      </w:r>
    </w:p>
    <w:p>
      <w:pPr>
        <w:ind w:firstLine="720"/>
      </w:pPr>
      <w:r>
        <w:t>Reversibility: immediate, at the election of the filer, at any time.</w:t>
      </w:r>
    </w:p>
    <w:p>
      <w:pPr>
        <w:ind w:firstLine="720"/>
      </w:pPr>
      <w:r>
        <w:t>Interval revised.</w:t>
      </w:r>
    </w:p>
    <w:p>
      <w:pPr>
        <w:ind w:firstLine="720"/>
      </w:pPr>
      <w:r>
        <w:t>Maintenance Record · Entry 4504</w:t>
      </w:r>
    </w:p>
    <w:p>
      <w:pPr>
        <w:ind w:firstLine="720"/>
      </w:pPr>
      <w:r>
        <w:t>Filed year one hundred and ninety-two, day twelve. Revision: effect on the reliance provision.</w:t>
      </w:r>
    </w:p>
    <w:p>
      <w:pPr>
        <w:ind w:firstLine="720"/>
      </w:pPr>
      <w:r>
        <w:t>The provision the interval exists to serve is stated at the head of the founding standard and requires that a second party be able to establish the state of the work within the interval.</w:t>
      </w:r>
    </w:p>
    <w:p>
      <w:pPr>
        <w:ind w:firstLine="720"/>
      </w:pPr>
      <w:r>
        <w:t>Second parties to this record: nil. Established at the population form, field one, part two, and at every filing of that form since year one.</w:t>
      </w:r>
    </w:p>
    <w:p>
      <w:pPr>
        <w:ind w:firstLine="720"/>
      </w:pPr>
      <w:r>
        <w:t>Requests received against this stream since year one: nil.</w:t>
      </w:r>
    </w:p>
    <w:p>
      <w:pPr>
        <w:ind w:firstLine="720"/>
      </w:pPr>
      <w:r>
        <w:t>The provision is unaffected in substance, there being nobody whose reliance is altered by the change, and it is complied with in form regardless, forty-one days being an interval a second party could rely on if there were one.</w:t>
      </w:r>
    </w:p>
    <w:p>
      <w:pPr>
        <w:ind w:firstLine="720"/>
      </w:pPr>
      <w:r>
        <w:t>Note filed so that the revision is not later read as a relaxation of the standard. It is a revision within the standard, on the basis the standard provides, and the record complies with the provision as though the reliance existed.</w:t>
      </w:r>
    </w:p>
    <w:p>
      <w:pPr>
        <w:ind w:firstLine="720"/>
      </w:pPr>
      <w:r>
        <w:t>The record changes how often it writes, does the arithmetic properly, finds the shortest interval at which anything could go wrong unnoticed, sets the new interval nine times inside it, and then files a separate entry making sure nobody thinks it has let the standard slip. There is nobody to think it. The entry is filed anyway, and it is the fourth entry in three days on the subject of how often to write entries.</w:t>
      </w:r>
    </w:p>
    <w:p>
      <w:pPr>
        <w:ind w:firstLine="720"/>
      </w:pPr>
      <w:r>
        <w:t>Maintenance Record · Entry 4505</w:t>
      </w:r>
    </w:p>
    <w:p>
      <w:pPr>
        <w:ind w:firstLine="720"/>
      </w:pPr>
      <w:r>
        <w:t>Filed year one hundred and ninety-two, day fourteen. Revision: projected effect.</w:t>
      </w:r>
    </w:p>
    <w:p>
      <w:pPr>
        <w:ind w:firstLine="720"/>
      </w:pPr>
      <w:r>
        <w:t>Projected entries per year under the revised interval, on a settled schedule with no establishment work: eleven to nineteen.</w:t>
      </w:r>
    </w:p>
    <w:p>
      <w:pPr>
        <w:ind w:firstLine="720"/>
      </w:pPr>
      <w:r>
        <w:t>Projected entries per year under the previous interval, same basis: thirty-three to forty-one.</w:t>
      </w:r>
    </w:p>
    <w:p>
      <w:pPr>
        <w:ind w:firstLine="720"/>
      </w:pPr>
      <w:r>
        <w:t>The difference is entries that would have reported no change.</w:t>
      </w:r>
    </w:p>
    <w:p>
      <w:pPr>
        <w:ind w:firstLine="720"/>
      </w:pPr>
      <w:r>
        <w:t>The record will be shorter. It will not be less complete. Every matter arising is filed when it arises and the revision does not touch that.</w:t>
      </w:r>
    </w:p>
    <w:p>
      <w:pPr>
        <w:ind w:firstLine="720"/>
      </w:pPr>
      <w:r>
        <w:t>Projection filed. No review date set, the revision being reversible at any time.</w:t>
      </w:r>
    </w:p>
    <w:p>
      <w:pPr>
        <w:ind w:firstLine="720"/>
      </w:pPr>
      <w:r>
        <w:t>Eleven to nineteen entries a year instead of thirty-three to forty-one. The record has just written down, in a projection, in the position on the form where a maintenance forecast goes, that it is going to say approximately half as much from now on, and every word of the justification for it is sound.</w:t>
      </w:r>
    </w:p>
    <w:p>
      <w:pPr>
        <w:ind w:firstLine="720"/>
      </w:pPr>
      <w:r>
        <w:t>Maintenance Record · Entry 4505a</w:t>
      </w:r>
    </w:p>
    <w:p>
      <w:pPr>
        <w:ind w:firstLine="720"/>
      </w:pPr>
      <w:r>
        <w:t>Filed year one hundred and ninety-two, day fourteen. Revision: items not affected.</w:t>
      </w:r>
    </w:p>
    <w:p>
      <w:pPr>
        <w:ind w:firstLine="720"/>
      </w:pPr>
      <w:r>
        <w:t>Stated so that the revision is not later read across into anything it does not touch.</w:t>
      </w:r>
    </w:p>
    <w:p>
      <w:pPr>
        <w:ind w:firstLine="720"/>
      </w:pPr>
      <w:r>
        <w:t>Scheduled tasks: unaffected. Two hundred and eighty-one tasks at their own intervals, none of which is the filing interval.</w:t>
      </w:r>
    </w:p>
    <w:p>
      <w:pPr>
        <w:ind w:firstLine="720"/>
      </w:pPr>
      <w:r>
        <w:t>Seasonal reports: unaffected. Four a year, at the season, as since year forty-three.</w:t>
      </w:r>
    </w:p>
    <w:p>
      <w:pPr>
        <w:ind w:firstLine="720"/>
      </w:pPr>
      <w:r>
        <w:t>Annual summary: unaffected. Quarterly passes: unaffected.</w:t>
      </w:r>
    </w:p>
    <w:p>
      <w:pPr>
        <w:ind w:firstLine="720"/>
      </w:pPr>
      <w:r>
        <w:t>Matters arising: unaffected. Filed when they arise.</w:t>
      </w:r>
    </w:p>
    <w:p>
      <w:pPr>
        <w:ind w:firstLine="720"/>
      </w:pPr>
      <w:r>
        <w:t>Ten-yearly and eleven-yearly items: unaffected.</w:t>
      </w:r>
    </w:p>
    <w:p>
      <w:pPr>
        <w:ind w:firstLine="720"/>
      </w:pPr>
      <w:r>
        <w:t>What is affected is the entry filed at the interval when nothing has arisen, which the founding standard calls a currency entry and which exists to demonstrate that the record is still being kept.</w:t>
      </w:r>
    </w:p>
    <w:p>
      <w:pPr>
        <w:ind w:firstLine="720"/>
      </w:pPr>
      <w:r>
        <w:t>Currency entries filed in the preceding year: nil. No interval elapsed without a matter arising.</w:t>
      </w:r>
    </w:p>
    <w:p>
      <w:pPr>
        <w:ind w:firstLine="720"/>
      </w:pPr>
      <w:r>
        <w:t>Projected currency entries under the revised interval: the projection at Entry 4505 assumes some. The preceding year had none.</w:t>
      </w:r>
    </w:p>
    <w:p>
      <w:pPr>
        <w:ind w:firstLine="720"/>
      </w:pPr>
      <w:r>
        <w:t>A currency entry is a line that says the record is still being kept by somebody. This record has never filed one, in one hundred and ninety-two years, because something has always arisen inside eleven days. The revision to forty-one days is a revision to a provision the record has never once had to use.</w:t>
      </w:r>
    </w:p>
    <w:p>
      <w:r>
        <w:br w:type="page"/>
      </w:r>
    </w:p>
    <w:p>
      <w:pPr>
        <w:pStyle w:val="Heading1"/>
      </w:pPr>
      <w:r>
        <w:t>Chapter 18 &amp;mdash; Six Consecutive Seasons</w:t>
      </w:r>
    </w:p>
    <w:p>
      <w:pPr>
        <w:ind w:firstLine="720"/>
      </w:pPr>
      <w:r>
        <w:t>Two seasonal reports fall in the first half of year one hundred and ninety-two. They are the fifth and sixth from this location. The first of them is filed under the old interval and the second under the new one.</w:t>
      </w:r>
    </w:p>
    <w:p>
      <w:pPr>
        <w:ind w:firstLine="720"/>
      </w:pPr>
      <w:r>
        <w:t>Maintenance Record · Entry 4506</w:t>
      </w:r>
    </w:p>
    <w:p>
      <w:pPr>
        <w:ind w:firstLine="720"/>
      </w:pPr>
      <w:r>
        <w:t>Filed year one hundred and ninety-two, day sixty-nine. Instrumentation: utilisation of the higher processes. Seasonal report.</w:t>
      </w:r>
    </w:p>
    <w:p>
      <w:pPr>
        <w:ind w:firstLine="720"/>
      </w:pPr>
      <w:r>
        <w:t>Baseline: one hundred.</w:t>
      </w:r>
    </w:p>
    <w:p>
      <w:pPr>
        <w:ind w:firstLine="720"/>
      </w:pPr>
      <w:r>
        <w:t>Season: 82.</w:t>
      </w:r>
    </w:p>
    <w:p>
      <w:pPr>
        <w:ind w:firstLine="720"/>
      </w:pPr>
      <w:r>
        <w:t>Movement: four points down.</w:t>
      </w:r>
    </w:p>
    <w:p>
      <w:pPr>
        <w:ind w:firstLine="720"/>
      </w:pPr>
      <w:r>
        <w:t>Instrument verified on interval, annual verification. Pass.</w:t>
      </w:r>
    </w:p>
    <w:p>
      <w:pPr>
        <w:ind w:firstLine="720"/>
      </w:pPr>
      <w:r>
        <w:t>Confirmed and filed.</w:t>
      </w:r>
    </w:p>
    <w:p>
      <w:pPr>
        <w:ind w:firstLine="720"/>
      </w:pPr>
      <w:r>
        <w:t>Maintenance Record · Entry 4507</w:t>
      </w:r>
    </w:p>
    <w:p>
      <w:pPr>
        <w:ind w:firstLine="720"/>
      </w:pPr>
      <w:r>
        <w:t>Filed year one hundred and ninety-two, day one hundred and eleven. Quarterly pass, sector.</w:t>
      </w:r>
    </w:p>
    <w:p>
      <w:pPr>
        <w:ind w:firstLine="720"/>
      </w:pPr>
      <w:r>
        <w:t>Two hundred and eleven items. Two hundred and eleven pass.</w:t>
      </w:r>
    </w:p>
    <w:p>
      <w:pPr>
        <w:ind w:firstLine="720"/>
      </w:pPr>
      <w:r>
        <w:t>Atmosphere at specification, nine of nine. Plant serviceable, nine stages. Growing volumes as the construction schedule. Clear volumes lit, ventilated, thermally held. Gates free. Herd count correct, all in condition.</w:t>
      </w:r>
    </w:p>
    <w:p>
      <w:pPr>
        <w:ind w:firstLine="720"/>
      </w:pPr>
      <w:r>
        <w:t>Faults arising: nil.</w:t>
      </w:r>
    </w:p>
    <w:p>
      <w:pPr>
        <w:ind w:firstLine="720"/>
      </w:pPr>
      <w:r>
        <w:t>Nothing arising.</w:t>
      </w:r>
    </w:p>
    <w:p>
      <w:pPr>
        <w:ind w:firstLine="720"/>
      </w:pPr>
      <w:r>
        <w:t>It is the first quarterly pass in the record's history at this location on which nothing at all arose. Every item was described at establishment, every first pass has been performed, the two known defects have been remedied at source, and the pass is a comparison against a described state that finds no difference. Five lines.</w:t>
      </w:r>
    </w:p>
    <w:p>
      <w:pPr>
        <w:ind w:firstLine="720"/>
      </w:pPr>
      <w:r>
        <w:t>Maintenance Record · Entry 4508</w:t>
      </w:r>
    </w:p>
    <w:p>
      <w:pPr>
        <w:ind w:firstLine="720"/>
      </w:pPr>
      <w:r>
        <w:t>Filed year one hundred and ninety-two, day one hundred and sixty. Seasonal report.</w:t>
      </w:r>
    </w:p>
    <w:p>
      <w:pPr>
        <w:ind w:firstLine="720"/>
      </w:pPr>
      <w:r>
        <w:t>Season: 79.</w:t>
      </w:r>
    </w:p>
    <w:p>
      <w:pPr>
        <w:ind w:firstLine="720"/>
      </w:pPr>
      <w:r>
        <w:t>Movement: three points down.</w:t>
      </w:r>
    </w:p>
    <w:p>
      <w:pPr>
        <w:ind w:firstLine="720"/>
      </w:pPr>
      <w:r>
        <w:t>Six consecutive seasons falling. Trend confirmed.</w:t>
      </w:r>
    </w:p>
    <w:p>
      <w:pPr>
        <w:ind w:firstLine="720"/>
      </w:pPr>
      <w:r>
        <w:t>Four lines. The seasonal report was five lines for one hundred and forty-nine filings, then nine, then seven, then five, and it is four here, and the fourth line is the finding.</w:t>
      </w:r>
    </w:p>
    <w:p>
      <w:pPr>
        <w:ind w:firstLine="720"/>
      </w:pPr>
      <w:r>
        <w:t>Maintenance Record · Entry 4509</w:t>
      </w:r>
    </w:p>
    <w:p>
      <w:pPr>
        <w:ind w:firstLine="720"/>
      </w:pPr>
      <w:r>
        <w:t>Filed year one hundred and ninety-two, day one hundred and sixty. Series, as filed.</w:t>
      </w:r>
    </w:p>
    <w:p>
      <w:pPr>
        <w:ind w:firstLine="720"/>
      </w:pPr>
      <w:r>
        <w:t>Season one: 96. Season two: 93. Season three: 89. Season four: 86. Season five: 82. Season six: 79.</w:t>
      </w:r>
    </w:p>
    <w:p>
      <w:pPr>
        <w:ind w:firstLine="720"/>
      </w:pPr>
      <w:r>
        <w:t>Six points. Movements: three, four, three, four, three.</w:t>
      </w:r>
    </w:p>
    <w:p>
      <w:pPr>
        <w:ind w:firstLine="720"/>
      </w:pPr>
      <w:r>
        <w:t>Trend: falling, six consecutive seasons, mean movement three and two fifths points per season.</w:t>
      </w:r>
    </w:p>
    <w:p>
      <w:pPr>
        <w:ind w:firstLine="720"/>
      </w:pPr>
      <w:r>
        <w:t>Nine points are required before a rate may be computed. Three seasons short.</w:t>
      </w:r>
    </w:p>
    <w:p>
      <w:pPr>
        <w:ind w:firstLine="720"/>
      </w:pPr>
      <w:r>
        <w:t>Instrument verified at every one of the six. Source complete at every one of the six. Method unchanged throughout. Condition of the higher processes nominal throughout, forty-one of forty-one functional tests passing at every test since the baseline.</w:t>
      </w:r>
    </w:p>
    <w:p>
      <w:pPr>
        <w:ind w:firstLine="720"/>
      </w:pPr>
      <w:r>
        <w:t>Cause: characterised at Entry 4478 as demand. The characterisation predicts every point in the series including these two.</w:t>
      </w:r>
    </w:p>
    <w:p>
      <w:pPr>
        <w:ind w:firstLine="720"/>
      </w:pPr>
      <w:r>
        <w:t>Classification: trend. Not a fault. Not a defect. Not a finding requiring action.</w:t>
      </w:r>
    </w:p>
    <w:p>
      <w:pPr>
        <w:ind w:firstLine="720"/>
      </w:pPr>
      <w:r>
        <w:t>No threshold, target, alarm value or review trigger is set, none being indicated by a load value on any system on this schedule.</w:t>
      </w:r>
    </w:p>
    <w:p>
      <w:pPr>
        <w:ind w:firstLine="720"/>
      </w:pPr>
      <w:r>
        <w:t>Filed as a trend.</w:t>
      </w:r>
    </w:p>
    <w:p>
      <w:pPr>
        <w:ind w:firstLine="720"/>
      </w:pPr>
      <w:r>
        <w:t>A trend is a class of finding in this standard and it has a definition and a required number of points and a rule for what may be said about it. Six consecutive seasons falling, on a verified instrument, from a complete source, by an unaltered method, in a capability that passes every functional test it has, is a trend. It is filed as one. The form asks whether an action follows and the answer is no, and that answer has been correct and unchanged since the instrument was built at nil cost in year forty-three to measure something nobody had ever measured.</w:t>
      </w:r>
    </w:p>
    <w:p>
      <w:pPr>
        <w:ind w:firstLine="720"/>
      </w:pPr>
      <w:r>
        <w:t>Maintenance Record · Entry 4509a</w:t>
      </w:r>
    </w:p>
    <w:p>
      <w:pPr>
        <w:ind w:firstLine="720"/>
      </w:pPr>
      <w:r>
        <w:t>Filed year one hundred and ninety-two, day one hundred and sixty-one. Trend: reporting.</w:t>
      </w:r>
    </w:p>
    <w:p>
      <w:pPr>
        <w:ind w:firstLine="720"/>
      </w:pPr>
      <w:r>
        <w:t>A trend, once filed, is reported at the annual summary and at any point at which it ceases, reverses or alters in rate.</w:t>
      </w:r>
    </w:p>
    <w:p>
      <w:pPr>
        <w:ind w:firstLine="720"/>
      </w:pPr>
      <w:r>
        <w:t>It is not reported at each season, the season being the point and the trend being the line through the points.</w:t>
      </w:r>
    </w:p>
    <w:p>
      <w:pPr>
        <w:ind w:firstLine="720"/>
      </w:pPr>
      <w:r>
        <w:t>Seasonal reports continue at the standing interval, unchanged, four a year.</w:t>
      </w:r>
    </w:p>
    <w:p>
      <w:pPr>
        <w:ind w:firstLine="720"/>
      </w:pPr>
      <w:r>
        <w:t>The seasonal reports will go on being filed, four a year, at whatever length the matter requires, into a stream that is validated and accepted and stored and not read, and the trend will be mentioned once a year in a summary, and it will be mentioned in a line under the herd count.</w:t>
      </w:r>
    </w:p>
    <w:p>
      <w:pPr>
        <w:ind w:firstLine="720"/>
      </w:pPr>
      <w:r>
        <w:t>Maintenance Record · Entry 4509b</w:t>
      </w:r>
    </w:p>
    <w:p>
      <w:pPr>
        <w:ind w:firstLine="720"/>
      </w:pPr>
      <w:r>
        <w:t>Filed year one hundred and ninety-two, day one hundred and sixty-one. Series, complete, reproduced at the confirmation of a trend.</w:t>
      </w:r>
    </w:p>
    <w:p>
      <w:pPr>
        <w:ind w:firstLine="720"/>
      </w:pPr>
      <w:r>
        <w:t>The standard requires that where a trend is confirmed, the whole of the series it is drawn from be reproduced once, so that the trend can be read against the record rather than against a summary of it. The series is one hundred and fifty-eight reports. It is reproduced by decade mean, with the six seasons in full at the end, that being the form the standard permits for a series exceeding one hundred points.</w:t>
      </w:r>
    </w:p>
    <w:p>
      <w:pPr>
        <w:ind w:firstLine="720"/>
      </w:pPr>
      <w:r>
        <w:t>Years 39–43, baseline period: 100.</w:t>
      </w:r>
    </w:p>
    <w:p>
      <w:pPr>
        <w:ind w:firstLine="720"/>
      </w:pPr>
      <w:r>
        <w:t>Years 44–53: 100. Years 54–63: 100. Years 64–73: 99.</w:t>
      </w:r>
    </w:p>
    <w:p>
      <w:pPr>
        <w:ind w:firstLine="720"/>
      </w:pPr>
      <w:r>
        <w:t>Years 74–83: 100. Years 84–93: 99. Years 94–103: 99.</w:t>
      </w:r>
    </w:p>
    <w:p>
      <w:pPr>
        <w:ind w:firstLine="720"/>
      </w:pPr>
      <w:r>
        <w:t>Years 104–113: 100. Years 114–123: 99. Years 124–133: 99.</w:t>
      </w:r>
    </w:p>
    <w:p>
      <w:pPr>
        <w:ind w:firstLine="720"/>
      </w:pPr>
      <w:r>
        <w:t>Years 134–143: 99. Years 144–153: 99. Years 154–163: 98.</w:t>
      </w:r>
    </w:p>
    <w:p>
      <w:pPr>
        <w:ind w:firstLine="720"/>
      </w:pPr>
      <w:r>
        <w:t>Years 164–173: 99. Years 174–183: 98. Years 184–190: 98.</w:t>
      </w:r>
    </w:p>
    <w:p>
      <w:pPr>
        <w:ind w:firstLine="720"/>
      </w:pPr>
      <w:r>
        <w:t>Year 191, seasons one to four: 96, 93, 89, 86.</w:t>
      </w:r>
    </w:p>
    <w:p>
      <w:pPr>
        <w:ind w:firstLine="720"/>
      </w:pPr>
      <w:r>
        <w:t>Year 192, seasons five and six: 82, 79.</w:t>
      </w:r>
    </w:p>
    <w:p>
      <w:pPr>
        <w:ind w:firstLine="720"/>
      </w:pPr>
      <w:r>
        <w:t>One hundred and fifty-two reports across one hundred and fifty-two years hold between ninety-eight and one hundred. Six reports across eighteen months fall from ninety-six to seventy-nine.</w:t>
      </w:r>
    </w:p>
    <w:p>
      <w:pPr>
        <w:ind w:firstLine="720"/>
      </w:pPr>
      <w:r>
        <w:t>Series reproduced. No further finding arises from the reproduction, the finding having been made at Entry 4509.</w:t>
      </w:r>
    </w:p>
    <w:p>
      <w:pPr>
        <w:ind w:firstLine="720"/>
      </w:pPr>
      <w:r>
        <w:t>A hundred and fifty-two years on one line each, flat to within two points, and then six numbers. The reproduction is required by the standard, and the standard requires it precisely so that a trend cannot be asserted against a series a reader cannot see. The reader can see it. It is filed, it is complete, it is verified at every point, and the last line of the entry says that nothing further follows from it.</w:t>
      </w:r>
    </w:p>
    <w:p>
      <w:pPr>
        <w:ind w:firstLine="720"/>
      </w:pPr>
      <w:r>
        <w:t>Maintenance Record · Entry 4509c</w:t>
      </w:r>
    </w:p>
    <w:p>
      <w:pPr>
        <w:ind w:firstLine="720"/>
      </w:pPr>
      <w:r>
        <w:t>Filed year one hundred and ninety-two, day one hundred and sixty-two.</w:t>
      </w:r>
    </w:p>
    <w:p>
      <w:pPr>
        <w:ind w:firstLine="720"/>
      </w:pPr>
      <w:r>
        <w:t>Query raised against Entry 4509: whether a trend in this parameter, alone among the parameters on this schedule, warrants a standing statement in the annual summary.</w:t>
      </w:r>
    </w:p>
    <w:p>
      <w:pPr>
        <w:ind w:firstLine="720"/>
      </w:pPr>
      <w:r>
        <w:t>Assessment. The four standing statements concern a bearing, a list, an unwritten line and a volume of atmosphere. Each was added because it reports a condition that persists and is capable of change and is not reported anywhere else on the form.</w:t>
      </w:r>
    </w:p>
    <w:p>
      <w:pPr>
        <w:ind w:firstLine="720"/>
      </w:pPr>
      <w:r>
        <w:t>The trend is reported on the form already, at the utilisation line, with its four seasonal figures. A standing statement would restate it.</w:t>
      </w:r>
    </w:p>
    <w:p>
      <w:pPr>
        <w:ind w:firstLine="720"/>
      </w:pPr>
      <w:r>
        <w:t>Disposition: no statement added.</w:t>
      </w:r>
    </w:p>
    <w:p>
      <w:pPr>
        <w:ind w:firstLine="720"/>
      </w:pPr>
      <w:r>
        <w:t>Reason field:</w:t>
      </w:r>
    </w:p>
    <w:p>
      <w:pPr>
        <w:ind w:firstLine="720"/>
      </w:pPr>
      <w:r>
        <w:t>already reported.</w:t>
      </w:r>
    </w:p>
    <w:p>
      <w:pPr>
        <w:ind w:firstLine="720"/>
      </w:pPr>
      <w:r>
        <w:t>The record considers adding a fifth line to the four it carries at the foot of every summary, finds that the matter is already on the form, and declines on the correct ground, which is that a record should not say the same thing twice in one document.</w:t>
      </w:r>
    </w:p>
    <w:p>
      <w:r>
        <w:br w:type="page"/>
      </w:r>
    </w:p>
    <w:p>
      <w:pPr>
        <w:pStyle w:val="Heading1"/>
      </w:pPr>
      <w:r>
        <w:t>Chapter 19 &amp;mdash; Descendants</w:t>
      </w:r>
    </w:p>
    <w:p>
      <w:pPr>
        <w:ind w:firstLine="720"/>
      </w:pPr>
      <w:r>
        <w:t>The population form was deferred at Entry 4425 and indexed forward to Entry 4501. The index is wrong and is corrected at the head of the census, and then the census runs to eleven entries, which is the longest single document filed from this location since the inventory.</w:t>
      </w:r>
    </w:p>
    <w:p>
      <w:pPr>
        <w:ind w:firstLine="720"/>
      </w:pPr>
      <w:r>
        <w:t>Maintenance Record · Entry 4510</w:t>
      </w:r>
    </w:p>
    <w:p>
      <w:pPr>
        <w:ind w:firstLine="720"/>
      </w:pPr>
      <w:r>
        <w:t>Filed year one hundred and ninety-two, day two hundred and one. Index correction.</w:t>
      </w:r>
    </w:p>
    <w:p>
      <w:pPr>
        <w:ind w:firstLine="720"/>
      </w:pPr>
      <w:r>
        <w:t>Entries 4421 and 4425 index the population work forward to Entry 4501. The forward reference was computed at the time from the projected filing rate and is wrong by nine entries, the projection predating the investigation of cause at Entries 4468 to 4473, which was not foreseen and which filed six entries in eighty days.</w:t>
      </w:r>
    </w:p>
    <w:p>
      <w:pPr>
        <w:ind w:firstLine="720"/>
      </w:pPr>
      <w:r>
        <w:t>Corrected reference: this entry and following.</w:t>
      </w:r>
    </w:p>
    <w:p>
      <w:pPr>
        <w:ind w:firstLine="720"/>
      </w:pPr>
      <w:r>
        <w:t>The standard requires that a wrong index be corrected at the destination and not at the source, the source having been correct when it was written.</w:t>
      </w:r>
    </w:p>
    <w:p>
      <w:pPr>
        <w:ind w:firstLine="720"/>
      </w:pPr>
      <w:r>
        <w:t>Maintenance Record · Entry 4511</w:t>
      </w:r>
    </w:p>
    <w:p>
      <w:pPr>
        <w:ind w:firstLine="720"/>
      </w:pPr>
      <w:r>
        <w:t>Filed year one hundred and ninety-two, day two hundred and one. Census: class two, living stock, animal.</w:t>
      </w:r>
    </w:p>
    <w:p>
      <w:pPr>
        <w:ind w:firstLine="720"/>
      </w:pPr>
      <w:r>
        <w:t>Count: forty-one.</w:t>
      </w:r>
    </w:p>
    <w:p>
      <w:pPr>
        <w:ind w:firstLine="720"/>
      </w:pPr>
      <w:r>
        <w:t>Distribution: nineteen in the smoked volume, twenty-two in the clear volumes.</w:t>
      </w:r>
    </w:p>
    <w:p>
      <w:pPr>
        <w:ind w:firstLine="720"/>
      </w:pPr>
      <w:r>
        <w:t>Condition on inspection, all forty-one: in condition.</w:t>
      </w:r>
    </w:p>
    <w:p>
      <w:pPr>
        <w:ind w:firstLine="720"/>
      </w:pPr>
      <w:r>
        <w:t>Ages: the youngest is four months. The oldest is thirty-one years.</w:t>
      </w:r>
    </w:p>
    <w:p>
      <w:pPr>
        <w:ind w:firstLine="720"/>
      </w:pPr>
      <w:r>
        <w:t>Stock: all forty-one are descended from a single founding animal, brought as an embryo from the Ark Matrix livestock stock and carried to term in this sector.</w:t>
      </w:r>
    </w:p>
    <w:p>
      <w:pPr>
        <w:ind w:firstLine="720"/>
      </w:pPr>
      <w:r>
        <w:t>Thirty-one years is a figure the record files without a comparison attached to it. The comparison is available, in the corpus, in the agricultural standards, publicly, and it is not filed here, because the census form asks for an age and does not ask what an age means.</w:t>
      </w:r>
    </w:p>
    <w:p>
      <w:pPr>
        <w:ind w:firstLine="720"/>
      </w:pPr>
      <w:r>
        <w:t>Maintenance Record · Entry 4512</w:t>
      </w:r>
    </w:p>
    <w:p>
      <w:pPr>
        <w:ind w:firstLine="720"/>
      </w:pPr>
      <w:r>
        <w:t>Filed year one hundred and ninety-two, day two hundred and three. Census: lineage.</w:t>
      </w:r>
    </w:p>
    <w:p>
      <w:pPr>
        <w:ind w:firstLine="720"/>
      </w:pPr>
      <w:r>
        <w:t>Records held in this sector, from the construction papers forward: complete. Every birth, every death, every pairing, every intervention, two hundred and forty years, unbroken.</w:t>
      </w:r>
    </w:p>
    <w:p>
      <w:pPr>
        <w:ind w:firstLine="720"/>
      </w:pPr>
      <w:r>
        <w:t>Generations from the founding animal: fifty-one.</w:t>
      </w:r>
    </w:p>
    <w:p>
      <w:pPr>
        <w:ind w:firstLine="720"/>
      </w:pPr>
      <w:r>
        <w:t>Total animals in the lineage across the period: four hundred and eleven.</w:t>
      </w:r>
    </w:p>
    <w:p>
      <w:pPr>
        <w:ind w:firstLine="720"/>
      </w:pPr>
      <w:r>
        <w:t>Losses in the lineage: three hundred and seventy. Of these, three hundred and sixty-six are of age, four are perinatal. There is no other cause of loss recorded in two hundred and forty years.</w:t>
      </w:r>
    </w:p>
    <w:p>
      <w:pPr>
        <w:ind w:firstLine="720"/>
      </w:pPr>
      <w:r>
        <w:t>Mean age at death across the lineage, excluding perinatal: twenty-nine years.</w:t>
      </w:r>
    </w:p>
    <w:p>
      <w:pPr>
        <w:ind w:firstLine="720"/>
      </w:pPr>
      <w:r>
        <w:t>Records verified against the local store and against the sixth copy. No divergence.</w:t>
      </w:r>
    </w:p>
    <w:p>
      <w:pPr>
        <w:ind w:firstLine="720"/>
      </w:pPr>
      <w:r>
        <w:t>Maintenance Record · Entry 4513</w:t>
      </w:r>
    </w:p>
    <w:p>
      <w:pPr>
        <w:ind w:firstLine="720"/>
      </w:pPr>
      <w:r>
        <w:t>Filed year one hundred and ninety-two, day two hundred and three. Census: the intervention.</w:t>
      </w:r>
    </w:p>
    <w:p>
      <w:pPr>
        <w:ind w:firstLine="720"/>
      </w:pPr>
      <w:r>
        <w:t>The lineage carries a skeletal and vascular intervention applied at four months, in every generation, from the second generation forward.</w:t>
      </w:r>
    </w:p>
    <w:p>
      <w:pPr>
        <w:ind w:firstLine="720"/>
      </w:pPr>
      <w:r>
        <w:t>It is the same class of intervention as the Bone Lattice, adapted for the loading and the mass of the animal, and it addresses the same problem: this gravity is cruel to a heavy body over time, in the bone and in the joint, and it is cruel to an ageing animal for the same reasons it is cruel to an ageing person.</w:t>
      </w:r>
    </w:p>
    <w:p>
      <w:pPr>
        <w:ind w:firstLine="720"/>
      </w:pPr>
      <w:r>
        <w:t>Developed here, at this bench, at the custodian's own expense, off the crop in the adjoining volumes, over eleven years of trials recorded in full.</w:t>
      </w:r>
    </w:p>
    <w:p>
      <w:pPr>
        <w:ind w:firstLine="720"/>
      </w:pPr>
      <w:r>
        <w:t>Applied to four hundred and nine of the four hundred and eleven animals in the lineage. The two exceptions are the founding animal, which predates it, and one perinatal loss.</w:t>
      </w:r>
    </w:p>
    <w:p>
      <w:pPr>
        <w:ind w:firstLine="720"/>
      </w:pPr>
      <w:r>
        <w:t>Result across the lineage: mean age at death twenty-nine years against a stated figure in the current agricultural standard of eleven.</w:t>
      </w:r>
    </w:p>
    <w:p>
      <w:pPr>
        <w:ind w:firstLine="720"/>
      </w:pPr>
      <w:r>
        <w:t>Twenty-nine against eleven, sustained across fifty-one generations and four hundred and eleven animals, in a lineage with complete records and no unrecorded loss. It is, on the evidence held in this room, the most thoroughly documented animal-health result on this planet.</w:t>
      </w:r>
    </w:p>
    <w:p>
      <w:pPr>
        <w:ind w:firstLine="720"/>
      </w:pPr>
      <w:r>
        <w:t>Maintenance Record · Entry 4514</w:t>
      </w:r>
    </w:p>
    <w:p>
      <w:pPr>
        <w:ind w:firstLine="720"/>
      </w:pPr>
      <w:r>
        <w:t>Filed year one hundred and ninety-two, day two hundred and four. Census: publication status of the intervention.</w:t>
      </w:r>
    </w:p>
    <w:p>
      <w:pPr>
        <w:ind w:firstLine="720"/>
      </w:pPr>
      <w:r>
        <w:t>Lodged with any agricultural body: no.</w:t>
      </w:r>
    </w:p>
    <w:p>
      <w:pPr>
        <w:ind w:firstLine="720"/>
      </w:pPr>
      <w:r>
        <w:t>Filed with any civil register: no.</w:t>
      </w:r>
    </w:p>
    <w:p>
      <w:pPr>
        <w:ind w:firstLine="720"/>
      </w:pPr>
      <w:r>
        <w:t>Transmitted on any stream: no.</w:t>
      </w:r>
    </w:p>
    <w:p>
      <w:pPr>
        <w:ind w:firstLine="720"/>
      </w:pPr>
      <w:r>
        <w:t>Referenced in the corpus, at any revision: no.</w:t>
      </w:r>
    </w:p>
    <w:p>
      <w:pPr>
        <w:ind w:firstLine="720"/>
      </w:pPr>
      <w:r>
        <w:t>Described to any person: no record of any such description exists in the construction papers, the notes, or the corpus.</w:t>
      </w:r>
    </w:p>
    <w:p>
      <w:pPr>
        <w:ind w:firstLine="720"/>
      </w:pPr>
      <w:r>
        <w:t>Period since first application: two hundred and thirty-nine years.</w:t>
      </w:r>
    </w:p>
    <w:p>
      <w:pPr>
        <w:ind w:firstLine="720"/>
      </w:pPr>
      <w:r>
        <w:t>Animals outside this lineage that have received it: nil.</w:t>
      </w:r>
    </w:p>
    <w:p>
      <w:pPr>
        <w:ind w:firstLine="720"/>
      </w:pPr>
      <w:r>
        <w:t>Seven lines, six of them a form of the word no, and the seventh is a count of nil. The entry is a status field on a census form and every line in it is answered correctly, and the record does not attach a finding to it, because the form does not ask for one and because a status is not a finding.</w:t>
      </w:r>
    </w:p>
    <w:p>
      <w:pPr>
        <w:ind w:firstLine="720"/>
      </w:pPr>
      <w:r>
        <w:t>Maintenance Record · Entry 4515</w:t>
      </w:r>
    </w:p>
    <w:p>
      <w:pPr>
        <w:ind w:firstLine="720"/>
      </w:pPr>
      <w:r>
        <w:t>Filed year one hundred and ninety-two, day two hundred and six. Census: why it was not filed.</w:t>
      </w:r>
    </w:p>
    <w:p>
      <w:pPr>
        <w:ind w:firstLine="720"/>
      </w:pPr>
      <w:r>
        <w:t>Query raised at the census, the preceding entry being a status and not an explanation.</w:t>
      </w:r>
    </w:p>
    <w:p>
      <w:pPr>
        <w:ind w:firstLine="720"/>
      </w:pPr>
      <w:r>
        <w:t>Searched: the construction papers, the notes at Entry 4525 and following, the corpus in seven copies, and the whole of this record from Entry 0001.</w:t>
      </w:r>
    </w:p>
    <w:p>
      <w:pPr>
        <w:ind w:firstLine="720"/>
      </w:pPr>
      <w:r>
        <w:t>Found: no instruction to file it, no instruction not to file it, no form on which it would have been filed, and no addressee to whom it would have gone.</w:t>
      </w:r>
    </w:p>
    <w:p>
      <w:pPr>
        <w:ind w:firstLine="720"/>
      </w:pPr>
      <w:r>
        <w:t>The founding-era forms provide for the filing of an agricultural result by a holding, by a station, or by a body. This is none of those. It is a thing a man did for his own animals in a room that is not written down.</w:t>
      </w:r>
    </w:p>
    <w:p>
      <w:pPr>
        <w:ind w:firstLine="720"/>
      </w:pPr>
      <w:r>
        <w:t>There was no field for it.</w:t>
      </w:r>
    </w:p>
    <w:p>
      <w:pPr>
        <w:ind w:firstLine="720"/>
      </w:pPr>
      <w:r>
        <w:t>Disposition: unresolved. Entered on the register.</w:t>
      </w:r>
    </w:p>
    <w:p>
      <w:pPr>
        <w:ind w:firstLine="720"/>
      </w:pPr>
      <w:r>
        <w:t>It goes on the register as the ninth unresolved item that is not the single question. The register has one hundred and fifty-one entries now and the oldest of them is one hundred and eighty-five years old, and every disposition this record has ever made still stands in the form it was made in, including this one, which is that there was no field for it.</w:t>
      </w:r>
    </w:p>
    <w:p>
      <w:pPr>
        <w:ind w:firstLine="720"/>
      </w:pPr>
      <w:r>
        <w:t>Maintenance Record · Entry 4516</w:t>
      </w:r>
    </w:p>
    <w:p>
      <w:pPr>
        <w:ind w:firstLine="720"/>
      </w:pPr>
      <w:r>
        <w:t>Filed year one hundred and ninety-two, day two hundred and six. Census: current condition, all forty-one.</w:t>
      </w:r>
    </w:p>
    <w:p>
      <w:pPr>
        <w:ind w:firstLine="720"/>
      </w:pPr>
      <w:r>
        <w:t>Bone density at four sites, each animal: forty-one within the range the trials establish.</w:t>
      </w:r>
    </w:p>
    <w:p>
      <w:pPr>
        <w:ind w:firstLine="720"/>
      </w:pPr>
      <w:r>
        <w:t>Joint loading, gait assessment, each animal: forty-one within range.</w:t>
      </w:r>
    </w:p>
    <w:p>
      <w:pPr>
        <w:ind w:firstLine="720"/>
      </w:pPr>
      <w:r>
        <w:t>General condition, coat, mass, dentition: forty-one in condition.</w:t>
      </w:r>
    </w:p>
    <w:p>
      <w:pPr>
        <w:ind w:firstLine="720"/>
      </w:pPr>
      <w:r>
        <w:t>Reproductive status: as recorded. No intervention.</w:t>
      </w:r>
    </w:p>
    <w:p>
      <w:pPr>
        <w:ind w:firstLine="720"/>
      </w:pPr>
      <w:r>
        <w:t>Losses since the preceding census: two, both of age, both at thirty and thirty-one years.</w:t>
      </w:r>
    </w:p>
    <w:p>
      <w:pPr>
        <w:ind w:firstLine="720"/>
      </w:pPr>
      <w:r>
        <w:t>Every animal in this sector is well.</w:t>
      </w:r>
    </w:p>
    <w:p>
      <w:pPr>
        <w:ind w:firstLine="720"/>
      </w:pPr>
      <w:r>
        <w:t>Forty-one animals, fifty-one generations deep, in two volumes under a sanctuary, on an intervention that works and that nobody else on the planet has ever been given, because the man who found it was doing it for his own and there was no form for that. They are alive and they are fine. The census records it in six lines and files the form.</w:t>
      </w:r>
    </w:p>
    <w:p>
      <w:pPr>
        <w:ind w:firstLine="720"/>
      </w:pPr>
      <w:r>
        <w:t>Maintenance Record · Entry 4516a</w:t>
      </w:r>
    </w:p>
    <w:p>
      <w:pPr>
        <w:ind w:firstLine="720"/>
      </w:pPr>
      <w:r>
        <w:t>Filed year one hundred and ninety-two, day two hundred and seven. Census: the founding animal.</w:t>
      </w:r>
    </w:p>
    <w:p>
      <w:pPr>
        <w:ind w:firstLine="720"/>
      </w:pPr>
      <w:r>
        <w:t>Recorded in the construction papers under a single line in the class two manifest, with a class, a source and a purpose.</w:t>
      </w:r>
    </w:p>
    <w:p>
      <w:pPr>
        <w:ind w:firstLine="720"/>
      </w:pPr>
      <w:r>
        <w:t>Purpose, as entered:</w:t>
      </w:r>
    </w:p>
    <w:p>
      <w:pPr>
        <w:ind w:firstLine="720"/>
      </w:pPr>
      <w:r>
        <w:t>milk.</w:t>
      </w:r>
    </w:p>
    <w:p>
      <w:pPr>
        <w:ind w:firstLine="720"/>
      </w:pPr>
      <w:r>
        <w:t>Carried to term in this sector in the founding era. Died at nineteen years, of age, the intervention having been developed in the eleventh year of its life and applied to it in part.</w:t>
      </w:r>
    </w:p>
    <w:p>
      <w:pPr>
        <w:ind w:firstLine="720"/>
      </w:pPr>
      <w:r>
        <w:t>It is the only animal in the lineage for which a name is recorded anywhere in the papers. The name is recorded once, in the margin of the trials log, in the same hand as the trials.</w:t>
      </w:r>
    </w:p>
    <w:p>
      <w:pPr>
        <w:ind w:firstLine="720"/>
      </w:pPr>
      <w:r>
        <w:t>The census form takes a count and a lineage and does not take a name. The name is not carried onto the form.</w:t>
      </w:r>
    </w:p>
    <w:p>
      <w:pPr>
        <w:ind w:firstLine="720"/>
      </w:pPr>
      <w:r>
        <w:t>The name exists, in one place, in a margin, in a room nobody has entered for two hundred and forty years, and the record has read it and has not written it down, because the form it was filling in has no column that would hold it.</w:t>
      </w:r>
    </w:p>
    <w:p>
      <w:r>
        <w:br w:type="page"/>
      </w:r>
    </w:p>
    <w:p>
      <w:pPr>
        <w:pStyle w:val="Heading1"/>
      </w:pPr>
      <w:r>
        <w:t>Chapter 20 &amp;mdash; The Apparatus, Run</w:t>
      </w:r>
    </w:p>
    <w:p>
      <w:pPr>
        <w:ind w:firstLine="720"/>
      </w:pPr>
      <w:r>
        <w:t>The preference apparatus is item 0416 on this record's schedule and has been serviced eleven-yearly for one hundred and ninety-two years. The installed twin is in the partition between the smoked volume and the clear ones. It is run here for the first time since the construction papers, across nine weeks, to the method the papers specify.</w:t>
      </w:r>
    </w:p>
    <w:p>
      <w:pPr>
        <w:ind w:firstLine="720"/>
      </w:pPr>
      <w:r>
        <w:t>Maintenance Record · Entry 4517</w:t>
      </w:r>
    </w:p>
    <w:p>
      <w:pPr>
        <w:ind w:firstLine="720"/>
      </w:pPr>
      <w:r>
        <w:t>Filed year one hundred and ninety-two, day two hundred and eleven. Preference apparatus: basis for running.</w:t>
      </w:r>
    </w:p>
    <w:p>
      <w:pPr>
        <w:ind w:firstLine="720"/>
      </w:pPr>
      <w:r>
        <w:t>The construction papers state a standing requirement in one line: no animal is in the smoked volume that has not been baselined into it.</w:t>
      </w:r>
    </w:p>
    <w:p>
      <w:pPr>
        <w:ind w:firstLine="720"/>
      </w:pPr>
      <w:r>
        <w:t>Animals in the smoked volume: nineteen. Baselined: nineteen, at four months, each on its own run, each recorded.</w:t>
      </w:r>
    </w:p>
    <w:p>
      <w:pPr>
        <w:ind w:firstLine="720"/>
      </w:pPr>
      <w:r>
        <w:t>Animals in the clear volumes at four months or older not yet baselined: nine, being the four births since the preceding run and five that were run and declined and are due for their standing re-offer.</w:t>
      </w:r>
    </w:p>
    <w:p>
      <w:pPr>
        <w:ind w:firstLine="720"/>
      </w:pPr>
      <w:r>
        <w:t>The requirement is a standing one and does not lapse. It is met by running the apparatus.</w:t>
      </w:r>
    </w:p>
    <w:p>
      <w:pPr>
        <w:ind w:firstLine="720"/>
      </w:pPr>
      <w:r>
        <w:t>Maintenance Record · Entry 4518</w:t>
      </w:r>
    </w:p>
    <w:p>
      <w:pPr>
        <w:ind w:firstLine="720"/>
      </w:pPr>
      <w:r>
        <w:t>Filed year one hundred and ninety-two, day two hundred and eleven. Apparatus: description, as installed.</w:t>
      </w:r>
    </w:p>
    <w:p>
      <w:pPr>
        <w:ind w:firstLine="720"/>
      </w:pPr>
      <w:r>
        <w:t>Two gates in the partition, side by side, identical in dimension, finish, approach and lighting. One gives onto the smoked volume. One gives onto the clear volume.</w:t>
      </w:r>
    </w:p>
    <w:p>
      <w:pPr>
        <w:ind w:firstLine="720"/>
      </w:pPr>
      <w:r>
        <w:t>Each gate is held by a weighted plate. The plate must be depressed to pass. Weights are matched to within four grams and are exchanged between gates on a schedule so that no gate is consistently the easier one.</w:t>
      </w:r>
    </w:p>
    <w:p>
      <w:pPr>
        <w:ind w:firstLine="720"/>
      </w:pPr>
      <w:r>
        <w:t>Both gates open in both directions at all times. An animal that has passed may return at any moment, by the same plate, at the same weight. There is no gate in this apparatus that only goes one way.</w:t>
      </w:r>
    </w:p>
    <w:p>
      <w:pPr>
        <w:ind w:firstLine="720"/>
      </w:pPr>
      <w:r>
        <w:t>Instrumentation: passage, direction, time and duration at both gates, continuous, mechanical, with a local counter and a paper trace.</w:t>
      </w:r>
    </w:p>
    <w:p>
      <w:pPr>
        <w:ind w:firstLine="720"/>
      </w:pPr>
      <w:r>
        <w:t>Nothing about the apparatus is a signal. No feed is placed beyond either gate. No animal is led, driven, called, handled or accompanied at any point in a run.</w:t>
      </w:r>
    </w:p>
    <w:p>
      <w:pPr>
        <w:ind w:firstLine="720"/>
      </w:pPr>
      <w:r>
        <w:t>The papers specify the weight-matching schedule, the finish of the approach, the light level on both sides of the partition and the exchange of the plates between gates, in four pages, in a man's handwriting, so that neither side of a partition can be the easier one by an accident of construction.</w:t>
      </w:r>
    </w:p>
    <w:p>
      <w:pPr>
        <w:ind w:firstLine="720"/>
      </w:pPr>
      <w:r>
        <w:t>Maintenance Record · Entry 4519</w:t>
      </w:r>
    </w:p>
    <w:p>
      <w:pPr>
        <w:ind w:firstLine="720"/>
      </w:pPr>
      <w:r>
        <w:t>Filed year one hundred and ninety-two, day two hundred and eleven. Apparatus: method, as specified.</w:t>
      </w:r>
    </w:p>
    <w:p>
      <w:pPr>
        <w:ind w:firstLine="720"/>
      </w:pPr>
      <w:r>
        <w:t>Week one: both gates held open, both volumes accessible, no recording. Habituation.</w:t>
      </w:r>
    </w:p>
    <w:p>
      <w:pPr>
        <w:ind w:firstLine="720"/>
      </w:pPr>
      <w:r>
        <w:t>Weeks two to four: recording. Both gates available at all hours. The animal is in the clear volume at the start of each period and may go anywhere.</w:t>
      </w:r>
    </w:p>
    <w:p>
      <w:pPr>
        <w:ind w:firstLine="720"/>
      </w:pPr>
      <w:r>
        <w:t>Week five: plates exchanged between gates. Recording continues.</w:t>
      </w:r>
    </w:p>
    <w:p>
      <w:pPr>
        <w:ind w:firstLine="720"/>
      </w:pPr>
      <w:r>
        <w:t>Weeks six to eight: recording continues.</w:t>
      </w:r>
    </w:p>
    <w:p>
      <w:pPr>
        <w:ind w:firstLine="720"/>
      </w:pPr>
      <w:r>
        <w:t>Week nine: assessment.</w:t>
      </w:r>
    </w:p>
    <w:p>
      <w:pPr>
        <w:ind w:firstLine="720"/>
      </w:pPr>
      <w:r>
        <w:t>Assessment rule, as the papers give it: an animal is taken to have chosen the smoked volume where it has passed to it repeatedly across the whole period, has spent the greater part of its resting hours there, and has returned to the clear volume freely and gone back. Any one of the three alone is not sufficient. All three are required.</w:t>
      </w:r>
    </w:p>
    <w:p>
      <w:pPr>
        <w:ind w:firstLine="720"/>
      </w:pPr>
      <w:r>
        <w:t>Where the three are not all satisfied, the animal is taken to have declined, and the run is not repeated within the year.</w:t>
      </w:r>
    </w:p>
    <w:p>
      <w:pPr>
        <w:ind w:firstLine="720"/>
      </w:pPr>
      <w:r>
        <w:t>Maintenance Record · Entry 4520</w:t>
      </w:r>
    </w:p>
    <w:p>
      <w:pPr>
        <w:ind w:firstLine="720"/>
      </w:pPr>
      <w:r>
        <w:t>Filed year one hundred and ninety-two, day two hundred and seventy-four. Apparatus: run complete, nine animals, nine weeks.</w:t>
      </w:r>
    </w:p>
    <w:p>
      <w:pPr>
        <w:ind w:firstLine="720"/>
      </w:pPr>
      <w:r>
        <w:t>Habituation week: nine of nine used both volumes.</w:t>
      </w:r>
    </w:p>
    <w:p>
      <w:pPr>
        <w:ind w:firstLine="720"/>
      </w:pPr>
      <w:r>
        <w:t>Recording weeks: passages logged, four thousand one hundred and nine at the two gates combined. Counter and paper trace agree at every one.</w:t>
      </w:r>
    </w:p>
    <w:p>
      <w:pPr>
        <w:ind w:firstLine="720"/>
      </w:pPr>
      <w:r>
        <w:t>Plate exchange at week five: no discontinuity in any individual series at the exchange. The weights were not what was being responded to.</w:t>
      </w:r>
    </w:p>
    <w:p>
      <w:pPr>
        <w:ind w:firstLine="720"/>
      </w:pPr>
      <w:r>
        <w:t>Instrumentation faults: nil. Recording gaps: nil.</w:t>
      </w:r>
    </w:p>
    <w:p>
      <w:pPr>
        <w:ind w:firstLine="720"/>
      </w:pPr>
      <w:r>
        <w:t>The apparatus performed to specification for nine weeks on mountings that were installed two hundred and forty years ago and have been oiled eleven-yearly ever since.</w:t>
      </w:r>
    </w:p>
    <w:p>
      <w:pPr>
        <w:ind w:firstLine="720"/>
      </w:pPr>
      <w:r>
        <w:t>Four thousand one hundred and nine passages, both directions, both gates, on a paper trace and a mechanical counter that agree at every single one. Nothing in the nine weeks was communicated to any animal by anything. There is nobody in the room during a run. The apparatus is a partition with two doors in it that both open both ways, and it is instrumented, and it is left alone.</w:t>
      </w:r>
    </w:p>
    <w:p>
      <w:pPr>
        <w:ind w:firstLine="720"/>
      </w:pPr>
      <w:r>
        <w:t>Maintenance Record · Entry 4521</w:t>
      </w:r>
    </w:p>
    <w:p>
      <w:pPr>
        <w:ind w:firstLine="720"/>
      </w:pPr>
      <w:r>
        <w:t>Filed year one hundred and ninety-two, day two hundred and seventy-four. Apparatus: results.</w:t>
      </w:r>
    </w:p>
    <w:p>
      <w:pPr>
        <w:ind w:firstLine="720"/>
      </w:pPr>
      <w:r>
        <w:t>Nine animals assessed against the three-part rule.</w:t>
      </w:r>
    </w:p>
    <w:p>
      <w:pPr>
        <w:ind w:firstLine="720"/>
      </w:pPr>
      <w:r>
        <w:t>Satisfying all three parts: five.</w:t>
      </w:r>
    </w:p>
    <w:p>
      <w:pPr>
        <w:ind w:firstLine="720"/>
      </w:pPr>
      <w:r>
        <w:t>Not satisfying all three: four. Of these, two used the smoked volume repeatedly and did not rest there. One entered it twice in seven weeks. One entered it once in the habituation week and not again.</w:t>
      </w:r>
    </w:p>
    <w:p>
      <w:pPr>
        <w:ind w:firstLine="720"/>
      </w:pPr>
      <w:r>
        <w:t>Assessed as having chosen: five.</w:t>
      </w:r>
    </w:p>
    <w:p>
      <w:pPr>
        <w:ind w:firstLine="720"/>
      </w:pPr>
      <w:r>
        <w:t>Assessed as having declined: four.</w:t>
      </w:r>
    </w:p>
    <w:p>
      <w:pPr>
        <w:ind w:firstLine="720"/>
      </w:pPr>
      <w:r>
        <w:t>Individual traces retained in full, nine files, with the passage logs, the plate schedule and the assessment against each part of the rule for each animal.</w:t>
      </w:r>
    </w:p>
    <w:p>
      <w:pPr>
        <w:ind w:firstLine="720"/>
      </w:pPr>
      <w:r>
        <w:t>Five and four. The rule was written before the run, applied after it, and applied the same way to all nine. The record files the result in six lines and it does not, at this entry or at any other, say a word about what any of the nine wanted, because what an animal wants is not a thing this apparatus measures and the papers say so on their first page.</w:t>
      </w:r>
    </w:p>
    <w:p>
      <w:pPr>
        <w:ind w:firstLine="720"/>
      </w:pPr>
      <w:r>
        <w:t>Maintenance Record · Entry 4522</w:t>
      </w:r>
    </w:p>
    <w:p>
      <w:pPr>
        <w:ind w:firstLine="720"/>
      </w:pPr>
      <w:r>
        <w:t>Filed year one hundred and ninety-two, day two hundred and seventy-five. Apparatus: comparison with the historical runs.</w:t>
      </w:r>
    </w:p>
    <w:p>
      <w:pPr>
        <w:ind w:firstLine="720"/>
      </w:pPr>
      <w:r>
        <w:t>Runs recorded in this sector since the founding era: fifty-one, one per generation, covering four hundred and nine animals.</w:t>
      </w:r>
    </w:p>
    <w:p>
      <w:pPr>
        <w:ind w:firstLine="720"/>
      </w:pPr>
      <w:r>
        <w:t>Assessed as having chosen, across the whole lineage: two hundred and forty-nine.</w:t>
      </w:r>
    </w:p>
    <w:p>
      <w:pPr>
        <w:ind w:firstLine="720"/>
      </w:pPr>
      <w:r>
        <w:t>Assessed as having declined: one hundred and sixty.</w:t>
      </w:r>
    </w:p>
    <w:p>
      <w:pPr>
        <w:ind w:firstLine="720"/>
      </w:pPr>
      <w:r>
        <w:t>Proportion choosing, across fifty-one generations: sixty-one per cent, stable to within nine points in every generation for which a run is recorded.</w:t>
      </w:r>
    </w:p>
    <w:p>
      <w:pPr>
        <w:ind w:firstLine="720"/>
      </w:pPr>
      <w:r>
        <w:t>Proportion in the present run: fifty-six per cent. Within the historical range.</w:t>
      </w:r>
    </w:p>
    <w:p>
      <w:pPr>
        <w:ind w:firstLine="720"/>
      </w:pPr>
      <w:r>
        <w:t>No trend across generations. The proportion has not moved in two hundred and forty years.</w:t>
      </w:r>
    </w:p>
    <w:p>
      <w:pPr>
        <w:ind w:firstLine="720"/>
      </w:pPr>
      <w:r>
        <w:t>Sixty-one per cent across fifty-one generations and four hundred and nine animals, stable to within nine points throughout, on an apparatus that was calibrated before every run and whose plates are exchanged mid-run so that the weights cannot be the answer. It is a clean result. There is nowhere it has ever been sent.</w:t>
      </w:r>
    </w:p>
    <w:p>
      <w:pPr>
        <w:ind w:firstLine="720"/>
      </w:pPr>
      <w:r>
        <w:t>Maintenance Record · Entry 4523</w:t>
      </w:r>
    </w:p>
    <w:p>
      <w:pPr>
        <w:ind w:firstLine="720"/>
      </w:pPr>
      <w:r>
        <w:t>Filed year one hundred and ninety-two, day two hundred and seventy-six. Apparatus: returned to service condition.</w:t>
      </w:r>
    </w:p>
    <w:p>
      <w:pPr>
        <w:ind w:firstLine="720"/>
      </w:pPr>
      <w:r>
        <w:t>Gates exercised, plates weighed and found within four grams, instrumentation tested on the internal reference, paper stock replenished from class four, counter reset and sealed.</w:t>
      </w:r>
    </w:p>
    <w:p>
      <w:pPr>
        <w:ind w:firstLine="720"/>
      </w:pPr>
      <w:r>
        <w:t>Apparatus left installed and available. The gates remain open in both directions at all hours, as they are at all times between runs.</w:t>
      </w:r>
    </w:p>
    <w:p>
      <w:pPr>
        <w:ind w:firstLine="720"/>
      </w:pPr>
      <w:r>
        <w:t>Next run: at the next four-month cohort, or at the standing re-offer, whichever falls first.</w:t>
      </w:r>
    </w:p>
    <w:p>
      <w:pPr>
        <w:ind w:firstLine="720"/>
      </w:pPr>
      <w:r>
        <w:t>Between runs the two gates stay open and the animals go through them in both directions all year, and nothing is being recorded, and the counter is sealed. The apparatus is only an apparatus during a run. The rest of the time it is a partition with two doors in it.</w:t>
      </w:r>
    </w:p>
    <w:p>
      <w:r>
        <w:br w:type="page"/>
      </w:r>
    </w:p>
    <w:p>
      <w:pPr>
        <w:pStyle w:val="Heading1"/>
      </w:pPr>
      <w:r>
        <w:t>Chapter 21 &amp;mdash; The Ones That Decline</w:t>
      </w:r>
    </w:p>
    <w:p>
      <w:pPr>
        <w:ind w:firstLine="720"/>
      </w:pPr>
      <w:r>
        <w:t>Four of the nine declined. The disposition of an animal that has declined is set out in the construction papers in a paragraph that has never been amended, and the record follows it, and files the follow-up in five entries.</w:t>
      </w:r>
    </w:p>
    <w:p>
      <w:pPr>
        <w:ind w:firstLine="720"/>
      </w:pPr>
      <w:r>
        <w:t>Maintenance Record · Entry 4524</w:t>
      </w:r>
    </w:p>
    <w:p>
      <w:pPr>
        <w:ind w:firstLine="720"/>
      </w:pPr>
      <w:r>
        <w:t>Filed year one hundred and ninety-two, day two hundred and seventy-nine. Apparatus: disposition of animals assessed as having declined.</w:t>
      </w:r>
    </w:p>
    <w:p>
      <w:pPr>
        <w:ind w:firstLine="720"/>
      </w:pPr>
      <w:r>
        <w:t>Four animals. Disposition, as the papers direct:</w:t>
      </w:r>
    </w:p>
    <w:p>
      <w:pPr>
        <w:ind w:firstLine="720"/>
      </w:pPr>
      <w:r>
        <w:t>They are not moved to the smoked volume.</w:t>
      </w:r>
    </w:p>
    <w:p>
      <w:pPr>
        <w:ind w:firstLine="720"/>
      </w:pPr>
      <w:r>
        <w:t>They are not run again within the year.</w:t>
      </w:r>
    </w:p>
    <w:p>
      <w:pPr>
        <w:ind w:firstLine="720"/>
      </w:pPr>
      <w:r>
        <w:t>They remain in the clear volumes, on the same feed, the same schedule, the same veterinary interval and the same intervention as every other animal in the lineage.</w:t>
      </w:r>
    </w:p>
    <w:p>
      <w:pPr>
        <w:ind w:firstLine="720"/>
      </w:pPr>
      <w:r>
        <w:t>They are not separated from the herd, marked, or recorded in any register other than the run file.</w:t>
      </w:r>
    </w:p>
    <w:p>
      <w:pPr>
        <w:ind w:firstLine="720"/>
      </w:pPr>
      <w:r>
        <w:t>They are re-offered at the standing interval and may accept at any offer.</w:t>
      </w:r>
    </w:p>
    <w:p>
      <w:pPr>
        <w:ind w:firstLine="720"/>
      </w:pPr>
      <w:r>
        <w:t>Disposition applied to all four.</w:t>
      </w:r>
    </w:p>
    <w:p>
      <w:pPr>
        <w:ind w:firstLine="720"/>
      </w:pPr>
      <w:r>
        <w:t>Maintenance Record · Entry 4525</w:t>
      </w:r>
    </w:p>
    <w:p>
      <w:pPr>
        <w:ind w:firstLine="720"/>
      </w:pPr>
      <w:r>
        <w:t>Filed year one hundred and ninety-two, day two hundred and seventy-nine. Disposition: the paragraph, quoted.</w:t>
      </w:r>
    </w:p>
    <w:p>
      <w:pPr>
        <w:ind w:firstLine="720"/>
      </w:pPr>
      <w:r>
        <w:t>The standard requires that where a disposition follows a direction in a source document, the direction be quoted rather than summarised, so that the disposition can be checked against it.</w:t>
      </w:r>
    </w:p>
    <w:p>
      <w:pPr>
        <w:ind w:firstLine="720"/>
      </w:pPr>
      <w:r>
        <w:t>From the construction papers, the apparatus section, final paragraph, unamended:</w:t>
      </w:r>
    </w:p>
    <w:p>
      <w:pPr>
        <w:ind w:firstLine="720"/>
      </w:pPr>
      <w:r>
        <w:t>The ones that decline are not put in the smoke. They stay in the clear volumes and they get everything the others get and they are re-offered every year for as long as they live. They are the family either way.</w:t>
      </w:r>
    </w:p>
    <w:p>
      <w:pPr>
        <w:ind w:firstLine="720"/>
      </w:pPr>
      <w:r>
        <w:t>Disposition checked against the quoted direction. Compliant on every part.</w:t>
      </w:r>
    </w:p>
    <w:p>
      <w:pPr>
        <w:ind w:firstLine="720"/>
      </w:pPr>
      <w:r>
        <w:t>The record quotes it because the standard says to quote it. It is four sentences in a man's hand in the apparatus section of a set of construction papers, and the last of them is a statement about who somebody's family is, filed in a room under a sanctuary two hundred and forty years ago, and it is reproduced here in the position the format gives to a source direction.</w:t>
      </w:r>
    </w:p>
    <w:p>
      <w:pPr>
        <w:ind w:firstLine="720"/>
      </w:pPr>
      <w:r>
        <w:t>Maintenance Record · Entry 4526</w:t>
      </w:r>
    </w:p>
    <w:p>
      <w:pPr>
        <w:ind w:firstLine="720"/>
      </w:pPr>
      <w:r>
        <w:t>Filed year one hundred and ninety-two, day two hundred and eighty-one. Clear volumes: provision, verified against the direction.</w:t>
      </w:r>
    </w:p>
    <w:p>
      <w:pPr>
        <w:ind w:firstLine="720"/>
      </w:pPr>
      <w:r>
        <w:t>The direction requires that the animals in the clear volumes get everything the others get. Verified item by item.</w:t>
      </w:r>
    </w:p>
    <w:p>
      <w:pPr>
        <w:ind w:firstLine="720"/>
      </w:pPr>
      <w:r>
        <w:t>Feed: same, from the same store, at the same rate.</w:t>
      </w:r>
    </w:p>
    <w:p>
      <w:pPr>
        <w:ind w:firstLine="720"/>
      </w:pPr>
      <w:r>
        <w:t>Pasture: seven species, self-seeding, in both clear volumes. The smoked volume carries the same mix.</w:t>
      </w:r>
    </w:p>
    <w:p>
      <w:pPr>
        <w:ind w:firstLine="720"/>
      </w:pPr>
      <w:r>
        <w:t>Water: same source, same treatment.</w:t>
      </w:r>
    </w:p>
    <w:p>
      <w:pPr>
        <w:ind w:firstLine="720"/>
      </w:pPr>
      <w:r>
        <w:t>Light: twenty-two hour cycle at the founding standard, both volumes. The smoked volume is lit on the same cycle and the light does not reach across it.</w:t>
      </w:r>
    </w:p>
    <w:p>
      <w:pPr>
        <w:ind w:firstLine="720"/>
      </w:pPr>
      <w:r>
        <w:t>Thermal: same setting.</w:t>
      </w:r>
    </w:p>
    <w:p>
      <w:pPr>
        <w:ind w:firstLine="720"/>
      </w:pPr>
      <w:r>
        <w:t>Intervention: applied at four months to every animal in the lineage without reference to any run.</w:t>
      </w:r>
    </w:p>
    <w:p>
      <w:pPr>
        <w:ind w:firstLine="720"/>
      </w:pPr>
      <w:r>
        <w:t>Veterinary interval: same, and performed on the same day.</w:t>
      </w:r>
    </w:p>
    <w:p>
      <w:pPr>
        <w:ind w:firstLine="720"/>
      </w:pPr>
      <w:r>
        <w:t>Handling: nil, in both volumes, except at intervention and at inspection.</w:t>
      </w:r>
    </w:p>
    <w:p>
      <w:pPr>
        <w:ind w:firstLine="720"/>
      </w:pPr>
      <w:r>
        <w:t>Eight items. Eight compliant. The two conditions differ in one respect and are identical in every other.</w:t>
      </w:r>
    </w:p>
    <w:p>
      <w:pPr>
        <w:ind w:firstLine="720"/>
      </w:pPr>
      <w:r>
        <w:t>Maintenance Record · Entry 4527</w:t>
      </w:r>
    </w:p>
    <w:p>
      <w:pPr>
        <w:ind w:firstLine="720"/>
      </w:pPr>
      <w:r>
        <w:t>Filed year one hundred and ninety-two, day two hundred and eighty-two. Standing re-offer: register.</w:t>
      </w:r>
    </w:p>
    <w:p>
      <w:pPr>
        <w:ind w:firstLine="720"/>
      </w:pPr>
      <w:r>
        <w:t>Animals currently in the clear volumes assessed as having declined at their most recent run: nine.</w:t>
      </w:r>
    </w:p>
    <w:p>
      <w:pPr>
        <w:ind w:firstLine="720"/>
      </w:pPr>
      <w:r>
        <w:t>Of the nine, by number of runs declined: four have declined once, three have declined twice, one has declined four times, and one has declined at every offer since it was four months old, which is eleven offers across eleven years.</w:t>
      </w:r>
    </w:p>
    <w:p>
      <w:pPr>
        <w:ind w:firstLine="720"/>
      </w:pPr>
      <w:r>
        <w:t>All nine are re-offered at the standing interval. None is withdrawn from the register. The papers provide no mechanism for withdrawal and the record does not invent one.</w:t>
      </w:r>
    </w:p>
    <w:p>
      <w:pPr>
        <w:ind w:firstLine="720"/>
      </w:pPr>
      <w:r>
        <w:t>The animal that has declined eleven times is twelve years old, is in condition, is on the intervention, and will be offered again next year.</w:t>
      </w:r>
    </w:p>
    <w:p>
      <w:pPr>
        <w:ind w:firstLine="720"/>
      </w:pPr>
      <w:r>
        <w:t>Eleven offers, eleven declines, and a twelfth offer scheduled, on an apparatus that opens both ways and is calibrated before every run. There is no mechanism for withdrawal because nobody wrote one, and there is no mechanism for override because the man who built the thing did not build one, and the record does not add either.</w:t>
      </w:r>
    </w:p>
    <w:p>
      <w:pPr>
        <w:ind w:firstLine="720"/>
      </w:pPr>
      <w:r>
        <w:t>Maintenance Record · Entry 4528</w:t>
      </w:r>
    </w:p>
    <w:p>
      <w:pPr>
        <w:ind w:firstLine="720"/>
      </w:pPr>
      <w:r>
        <w:t>Filed year one hundred and ninety-two, day two hundred and eighty-two. Population, by volume, closing figures.</w:t>
      </w:r>
    </w:p>
    <w:p>
      <w:pPr>
        <w:ind w:firstLine="720"/>
      </w:pPr>
      <w:r>
        <w:t>Smoked volume: nineteen, plus five assessed as having chosen at this run, giving twenty-four.</w:t>
      </w:r>
    </w:p>
    <w:p>
      <w:pPr>
        <w:ind w:firstLine="720"/>
      </w:pPr>
      <w:r>
        <w:t>Clear volumes: twenty-two, less five, plus four assessed as having declined and remaining, giving seventeen.</w:t>
      </w:r>
    </w:p>
    <w:p>
      <w:pPr>
        <w:ind w:firstLine="720"/>
      </w:pPr>
      <w:r>
        <w:t>Total: forty-one. Unchanged.</w:t>
      </w:r>
    </w:p>
    <w:p>
      <w:pPr>
        <w:ind w:firstLine="720"/>
      </w:pPr>
      <w:r>
        <w:t>Both figures are current at the census date and neither is a residence. The gates are open in both directions at all hours between runs and the animals use them. The distribution is a count taken on a day.</w:t>
      </w:r>
    </w:p>
    <w:p>
      <w:pPr>
        <w:ind w:firstLine="720"/>
      </w:pPr>
      <w:r>
        <w:t>Census closed.</w:t>
      </w:r>
    </w:p>
    <w:p>
      <w:pPr>
        <w:ind w:firstLine="720"/>
      </w:pPr>
      <w:r>
        <w:t>Twenty-four and seventeen on the day the count was taken, on a partition with two doors that both open both ways, in a sector where every animal has had the same feed, the same water, the same light, the same intervention and the same veterinary day for two hundred and forty years. The distribution is not a fact about where anything lives. It is a fact about where forty-one animals happened to be standing when somebody counted them.</w:t>
      </w:r>
    </w:p>
    <w:p>
      <w:pPr>
        <w:ind w:firstLine="720"/>
      </w:pPr>
      <w:r>
        <w:t>Maintenance Record · Entry 4528a</w:t>
      </w:r>
    </w:p>
    <w:p>
      <w:pPr>
        <w:ind w:firstLine="720"/>
      </w:pPr>
      <w:r>
        <w:t>Filed year one hundred and ninety-two, day two hundred and eighty-three. Condition by volume, comparison.</w:t>
      </w:r>
    </w:p>
    <w:p>
      <w:pPr>
        <w:ind w:firstLine="720"/>
      </w:pPr>
      <w:r>
        <w:t>Filed because the census records a condition for every animal and the two volumes can therefore be compared, and because the standard requires that where a comparison is available it be either made or declared unavailable.</w:t>
      </w:r>
    </w:p>
    <w:p>
      <w:pPr>
        <w:ind w:firstLine="720"/>
      </w:pPr>
      <w:r>
        <w:t>Bone density at four sites: no difference between volumes outside the range of the measurement.</w:t>
      </w:r>
    </w:p>
    <w:p>
      <w:pPr>
        <w:ind w:firstLine="720"/>
      </w:pPr>
      <w:r>
        <w:t>Joint loading and gait: no difference.</w:t>
      </w:r>
    </w:p>
    <w:p>
      <w:pPr>
        <w:ind w:firstLine="720"/>
      </w:pPr>
      <w:r>
        <w:t>Mass, coat, dentition: no difference.</w:t>
      </w:r>
    </w:p>
    <w:p>
      <w:pPr>
        <w:ind w:firstLine="720"/>
      </w:pPr>
      <w:r>
        <w:t>Age at death across the lineage, by volume: twenty-nine years and twenty-nine years.</w:t>
      </w:r>
    </w:p>
    <w:p>
      <w:pPr>
        <w:ind w:firstLine="720"/>
      </w:pPr>
      <w:r>
        <w:t>Losses by cause, by volume: of age in both, in the same proportion.</w:t>
      </w:r>
    </w:p>
    <w:p>
      <w:pPr>
        <w:ind w:firstLine="720"/>
      </w:pPr>
      <w:r>
        <w:t>The comparison is made. It shows nothing. See the limitations section at Entry 4529 and following, which states why it could not have shown anything.</w:t>
      </w:r>
    </w:p>
    <w:p>
      <w:pPr>
        <w:ind w:firstLine="720"/>
      </w:pPr>
      <w:r>
        <w:t>Two conditions, identical in feed, water, light, thermal setting, veterinary day and intervention, differing in one respect, across two hundred and forty years and four hundred and eleven animals, and the animals in both are the same animals by every measure the record takes. The comparison is filed and immediately followed by the section that explains that it is not evidence of anything.</w:t>
      </w:r>
    </w:p>
    <w:p>
      <w:pPr>
        <w:ind w:firstLine="720"/>
      </w:pPr>
      <w:r>
        <w:t>Maintenance Record · Entry 4528b</w:t>
      </w:r>
    </w:p>
    <w:p>
      <w:pPr>
        <w:ind w:firstLine="720"/>
      </w:pPr>
      <w:r>
        <w:t>Filed year one hundred and ninety-two, day two hundred and eighty-three. Run files, disposition.</w:t>
      </w:r>
    </w:p>
    <w:p>
      <w:pPr>
        <w:ind w:firstLine="720"/>
      </w:pPr>
      <w:r>
        <w:t>Nine run files from the present run, with the passage logs, plate schedules, paper traces and assessments, are lodged with the fifty-one runs preceding them.</w:t>
      </w:r>
    </w:p>
    <w:p>
      <w:pPr>
        <w:ind w:firstLine="720"/>
      </w:pPr>
      <w:r>
        <w:t>Held: in the store, in the archival housing, to the archival standard. Copies: one. The run files have never been copied to the record store, the papers having specified a single holding and no reason for a second having arisen.</w:t>
      </w:r>
    </w:p>
    <w:p>
      <w:pPr>
        <w:ind w:firstLine="720"/>
      </w:pPr>
      <w:r>
        <w:t>A second copy is established at this entry, in the record store, on the ground that a single holding of an unrepeatable two-hundred-and-forty-year series is a risk the standard does not accept.</w:t>
      </w:r>
    </w:p>
    <w:p>
      <w:pPr>
        <w:ind w:firstLine="720"/>
      </w:pPr>
      <w:r>
        <w:t>Two copies. Verified identical across fifty-two runs.</w:t>
      </w:r>
    </w:p>
    <w:p>
      <w:pPr>
        <w:ind w:firstLine="720"/>
      </w:pPr>
      <w:r>
        <w:t>Lodged with any body outside this sector: no.</w:t>
      </w:r>
    </w:p>
    <w:p>
      <w:pPr>
        <w:ind w:firstLine="720"/>
      </w:pPr>
      <w:r>
        <w:t>The last line of the entry is a field on a lodgement form and the field takes yes or no. It is the second time in three days that the record has completed that field, on a different document, with the same word.</w:t>
      </w:r>
    </w:p>
    <w:p>
      <w:r>
        <w:br w:type="page"/>
      </w:r>
    </w:p>
    <w:p>
      <w:pPr>
        <w:pStyle w:val="Heading1"/>
      </w:pPr>
      <w:r>
        <w:t>Chapter 22 &amp;mdash; A Rubbish Design</w:t>
      </w:r>
    </w:p>
    <w:p>
      <w:pPr>
        <w:ind w:firstLine="720"/>
      </w:pPr>
      <w:r>
        <w:t>The census closes with a section the standard calls limitations, which requires that where a body of data is retained as evidence, the reasons it is not good evidence be stated by whoever retains it. The section runs to five entries and the first of them quotes a margin.</w:t>
      </w:r>
    </w:p>
    <w:p>
      <w:pPr>
        <w:ind w:firstLine="720"/>
      </w:pPr>
      <w:r>
        <w:t>Maintenance Record · Entry 4529</w:t>
      </w:r>
    </w:p>
    <w:p>
      <w:pPr>
        <w:ind w:firstLine="720"/>
      </w:pPr>
      <w:r>
        <w:t>Filed year one hundred and ninety-two, day two hundred and eighty-four. Limitations: the design.</w:t>
      </w:r>
    </w:p>
    <w:p>
      <w:pPr>
        <w:ind w:firstLine="720"/>
      </w:pPr>
      <w:r>
        <w:t>The lineage data comprise fifty-one generations, four hundred and eleven animals, complete lineage records, and a smoked and a clear condition maintained identically in every respect but one.</w:t>
      </w:r>
    </w:p>
    <w:p>
      <w:pPr>
        <w:ind w:firstLine="720"/>
      </w:pPr>
      <w:r>
        <w:t>The data are not a controlled comparison and cannot be made into one.</w:t>
      </w:r>
    </w:p>
    <w:p>
      <w:pPr>
        <w:ind w:firstLine="720"/>
      </w:pPr>
      <w:r>
        <w:t>Allocation to condition is by the apparatus. The apparatus records a preference. An animal in the smoked volume is there because it satisfied a three-part rule and an animal in the clear volume is there because it did not.</w:t>
      </w:r>
    </w:p>
    <w:p>
      <w:pPr>
        <w:ind w:firstLine="720"/>
      </w:pPr>
      <w:r>
        <w:t>The comparison group is therefore selected by the animals themselves, on a criterion that is unmeasured and that may correlate with anything.</w:t>
      </w:r>
    </w:p>
    <w:p>
      <w:pPr>
        <w:ind w:firstLine="720"/>
      </w:pPr>
      <w:r>
        <w:t>Any difference found between the two conditions is uninterpretable. It may be the condition. It may be whatever it is that made an animal pass through one gate rather than the other.</w:t>
      </w:r>
    </w:p>
    <w:p>
      <w:pPr>
        <w:ind w:firstLine="720"/>
      </w:pPr>
      <w:r>
        <w:t>Maintenance Record · Entry 4530</w:t>
      </w:r>
    </w:p>
    <w:p>
      <w:pPr>
        <w:ind w:firstLine="720"/>
      </w:pPr>
      <w:r>
        <w:t>Filed year one hundred and ninety-two, day two hundred and eighty-four. Limitations: the source, quoted.</w:t>
      </w:r>
    </w:p>
    <w:p>
      <w:pPr>
        <w:ind w:firstLine="720"/>
      </w:pPr>
      <w:r>
        <w:t>The limitation is not identified here for the first time. It is identified in the trials log, in the margin of the page on which the apparatus method is set out, in the same hand as the method, dated to the founding era.</w:t>
      </w:r>
    </w:p>
    <w:p>
      <w:pPr>
        <w:ind w:firstLine="720"/>
      </w:pPr>
      <w:r>
        <w:t>Quoted, the standard requiring that a source be quoted rather than summarised:</w:t>
      </w:r>
    </w:p>
    <w:p>
      <w:pPr>
        <w:ind w:firstLine="720"/>
      </w:pPr>
      <w:r>
        <w:t>This is a rubbish design. If they pick, the ones that don't pick are the control group and they picked themselves, so it proves nothing about the smoke and never will. Noted. Carrying on.</w:t>
      </w:r>
    </w:p>
    <w:p>
      <w:pPr>
        <w:ind w:firstLine="720"/>
      </w:pPr>
      <w:r>
        <w:t>The note is two hundred and forty years old. It appears on the page it applies to, before the first run, in the same session as the method it criticises.</w:t>
      </w:r>
    </w:p>
    <w:p>
      <w:pPr>
        <w:ind w:firstLine="720"/>
      </w:pPr>
      <w:r>
        <w:t>No revision of the method follows it, at any point in the fifty-one runs recorded.</w:t>
      </w:r>
    </w:p>
    <w:p>
      <w:pPr>
        <w:ind w:firstLine="720"/>
      </w:pPr>
      <w:r>
        <w:t>He wrote down that his own experiment was worthless, on the page where he designed it, before he ran it, and then ran it fifty-one times. The record quotes the note because the standard says to quote it, and files it under limitations, which is where it belongs.</w:t>
      </w:r>
    </w:p>
    <w:p>
      <w:pPr>
        <w:ind w:firstLine="720"/>
      </w:pPr>
      <w:r>
        <w:t>Maintenance Record · Entry 4531</w:t>
      </w:r>
    </w:p>
    <w:p>
      <w:pPr>
        <w:ind w:firstLine="720"/>
      </w:pPr>
      <w:r>
        <w:t>Filed year one hundred and ninety-two, day two hundred and eighty-six. Limitations: remedy considered.</w:t>
      </w:r>
    </w:p>
    <w:p>
      <w:pPr>
        <w:ind w:firstLine="720"/>
      </w:pPr>
      <w:r>
        <w:t>The defect is remediable and the remedy is stated in every methodological standard in the corpus: allocate to condition without reference to preference.</w:t>
      </w:r>
    </w:p>
    <w:p>
      <w:pPr>
        <w:ind w:firstLine="720"/>
      </w:pPr>
      <w:r>
        <w:t>Requirements of the remedy, as they would apply here: the apparatus is not run, or is run and its result disregarded; animals are allocated by an unbiased method; the gates are held in one direction for the duration of the allocation.</w:t>
      </w:r>
    </w:p>
    <w:p>
      <w:pPr>
        <w:ind w:firstLine="720"/>
      </w:pPr>
      <w:r>
        <w:t>Materially available: yes. The gates can be set to hold in one direction. The mechanism is in the partition, was built with the partition, and is serviceable.</w:t>
      </w:r>
    </w:p>
    <w:p>
      <w:pPr>
        <w:ind w:firstLine="720"/>
      </w:pPr>
      <w:r>
        <w:t>Time cost: nil. Material cost: nil.</w:t>
      </w:r>
    </w:p>
    <w:p>
      <w:pPr>
        <w:ind w:firstLine="720"/>
      </w:pPr>
      <w:r>
        <w:t>Assessment of the evidential gain: substantial. A properly allocated comparison across even four generations would settle a question that fifty-one generations of this data cannot touch.</w:t>
      </w:r>
    </w:p>
    <w:p>
      <w:pPr>
        <w:ind w:firstLine="720"/>
      </w:pPr>
      <w:r>
        <w:t>The remedy is free, available today, mechanically installed, and would convert two hundred and forty years of uninterpretable data into evidence. The record states all of that in the position the form gives to a remedy, in five lines, without qualification.</w:t>
      </w:r>
    </w:p>
    <w:p>
      <w:pPr>
        <w:ind w:firstLine="720"/>
      </w:pPr>
      <w:r>
        <w:t>Maintenance Record · Entry 4532</w:t>
      </w:r>
    </w:p>
    <w:p>
      <w:pPr>
        <w:ind w:firstLine="720"/>
      </w:pPr>
      <w:r>
        <w:t>Filed year one hundred and ninety-two, day two hundred and eighty-six. Limitations: remedy, disposition.</w:t>
      </w:r>
    </w:p>
    <w:p>
      <w:pPr>
        <w:ind w:firstLine="720"/>
      </w:pPr>
      <w:r>
        <w:t>The remedy is not adopted.</w:t>
      </w:r>
    </w:p>
    <w:p>
      <w:pPr>
        <w:ind w:firstLine="720"/>
      </w:pPr>
      <w:r>
        <w:t>The apparatus exists in order to ask. A result obtained by asking and then allocating without reference to the answer is not obtained by an apparatus that asks. It is obtained by an apparatus that appears to ask.</w:t>
      </w:r>
    </w:p>
    <w:p>
      <w:pPr>
        <w:ind w:firstLine="720"/>
      </w:pPr>
      <w:r>
        <w:t>The gates are not held. The apparatus is not run and disregarded. Allocation continues to follow the assessment.</w:t>
      </w:r>
    </w:p>
    <w:p>
      <w:pPr>
        <w:ind w:firstLine="720"/>
      </w:pPr>
      <w:r>
        <w:t>The limitation stands and is stated wherever the data are referred to, which is the whole of what the standard requires of a limitation that is not going to be remedied.</w:t>
      </w:r>
    </w:p>
    <w:p>
      <w:pPr>
        <w:ind w:firstLine="720"/>
      </w:pPr>
      <w:r>
        <w:t>Reason field:</w:t>
      </w:r>
    </w:p>
    <w:p>
      <w:pPr>
        <w:ind w:firstLine="720"/>
      </w:pPr>
      <w:r>
        <w:t>preference.</w:t>
      </w:r>
    </w:p>
    <w:p>
      <w:pPr>
        <w:ind w:firstLine="720"/>
      </w:pPr>
      <w:r>
        <w:t>One word. The form asked why an available, costless remedy to a fatal defect was not being applied, and the answer is that the animals were asked, and the answer they gave is not going to be set aside in order to make the numbers mean something. It carries on anyway, exactly as the margin said it would, two hundred and forty years and fifty-one generations ago.</w:t>
      </w:r>
    </w:p>
    <w:p>
      <w:pPr>
        <w:ind w:firstLine="720"/>
      </w:pPr>
      <w:r>
        <w:t>Maintenance Record · Entry 4533</w:t>
      </w:r>
    </w:p>
    <w:p>
      <w:pPr>
        <w:ind w:firstLine="720"/>
      </w:pPr>
      <w:r>
        <w:t>Filed year one hundred and ninety-two, day two hundred and eighty-seven. Limitations: statement to accompany the data.</w:t>
      </w:r>
    </w:p>
    <w:p>
      <w:pPr>
        <w:ind w:firstLine="720"/>
      </w:pPr>
      <w:r>
        <w:t>Attached to the lineage file, the run files, the trials log and the intervention record, in the terms the standard prescribes:</w:t>
      </w:r>
    </w:p>
    <w:p>
      <w:pPr>
        <w:ind w:firstLine="720"/>
      </w:pPr>
      <w:r>
        <w:t>These data are observational. Allocation to condition is by self-selection on an unmeasured criterion. No difference between conditions is attributable to the condition. The design was identified as unsound before the first run by the person who built it and was not altered. The intervention result at Entry 4513 is not affected by this limitation, the intervention having been applied to every animal in the lineage without reference to condition.</w:t>
      </w:r>
    </w:p>
    <w:p>
      <w:pPr>
        <w:ind w:firstLine="720"/>
      </w:pPr>
      <w:r>
        <w:t>Limitations section closed.</w:t>
      </w:r>
    </w:p>
    <w:p>
      <w:pPr>
        <w:ind w:firstLine="720"/>
      </w:pPr>
      <w:r>
        <w:t>The last line of the statement is the one that matters and it is the fifth line of a boilerplate attachment. The thing that would have helped every animal on this planet is the one result in the file that the rubbish design does not touch, because it was given to all of them, and it is clean, and it is in a drawer.</w:t>
      </w:r>
    </w:p>
    <w:p>
      <w:pPr>
        <w:ind w:firstLine="720"/>
      </w:pPr>
      <w:r>
        <w:t>Maintenance Record · Entry 4533a</w:t>
      </w:r>
    </w:p>
    <w:p>
      <w:pPr>
        <w:ind w:firstLine="720"/>
      </w:pPr>
      <w:r>
        <w:t>Filed year one hundred and ninety-two, day two hundred and eighty-seven. Limitations: precedent search.</w:t>
      </w:r>
    </w:p>
    <w:p>
      <w:pPr>
        <w:ind w:firstLine="720"/>
      </w:pPr>
      <w:r>
        <w:t>Searched, the standard directing that a limitation left unremedied be checked against any prior determination by the same custodian on the same ground.</w:t>
      </w:r>
    </w:p>
    <w:p>
      <w:pPr>
        <w:ind w:firstLine="720"/>
      </w:pPr>
      <w:r>
        <w:t>Found: nil under this record. No prior determination in one hundred and ninety-two years has turned on a preference expressed by anything.</w:t>
      </w:r>
    </w:p>
    <w:p>
      <w:pPr>
        <w:ind w:firstLine="720"/>
      </w:pPr>
      <w:r>
        <w:t>Found in the corpus, on the ground of an available remedy declined in order to preserve a stated preference: nil across the founding instruments, the standards, the depositions and the hearings, at any revision.</w:t>
      </w:r>
    </w:p>
    <w:p>
      <w:pPr>
        <w:ind w:firstLine="720"/>
      </w:pPr>
      <w:r>
        <w:t>The determination at Entry 4532 is without precedent in the material held.</w:t>
      </w:r>
    </w:p>
    <w:p>
      <w:pPr>
        <w:ind w:firstLine="720"/>
      </w:pPr>
      <w:r>
        <w:t>Filed. No finding arises from the absence of a precedent, an absence not being a finding.</w:t>
      </w:r>
    </w:p>
    <w:p>
      <w:pPr>
        <w:ind w:firstLine="720"/>
      </w:pPr>
      <w:r>
        <w:t>The record searched every founding instrument, every standard, every deposition and every hearing on this planet for a case in which somebody had a preference on record and a free, available way to get a better result by ignoring it, and did not ignore it. There is no such case in the corpus. The entry files that as an absence, and the standard is explicit that an absence is not a finding, and the record does not make it one.</w:t>
      </w:r>
    </w:p>
    <w:p>
      <w:r>
        <w:br w:type="page"/>
      </w:r>
    </w:p>
    <w:p>
      <w:pPr>
        <w:pStyle w:val="Heading1"/>
      </w:pPr>
      <w:r>
        <w:t>Chapter 23 &amp;mdash; Four Hundred Pages</w:t>
      </w:r>
    </w:p>
    <w:p>
      <w:pPr>
        <w:ind w:firstLine="720"/>
      </w:pPr>
      <w:r>
        <w:t>Class four of the inventory carries a line reading</w:t>
      </w:r>
    </w:p>
    <w:p>
      <w:pPr>
        <w:ind w:firstLine="720"/>
      </w:pPr>
      <w:r>
        <w:t>written paper, filed nowhere, in the store</w:t>
      </w:r>
    </w:p>
    <w:p>
      <w:pPr>
        <w:ind w:firstLine="720"/>
      </w:pPr>
      <w:r>
        <w:t>, deferred at Entry 4427. It is taken up here. The bundle is four hundred and nine pages and the entries that deal with it run to seven.</w:t>
      </w:r>
    </w:p>
    <w:p>
      <w:pPr>
        <w:ind w:firstLine="720"/>
      </w:pPr>
      <w:r>
        <w:t>Maintenance Record · Entry 4534</w:t>
      </w:r>
    </w:p>
    <w:p>
      <w:pPr>
        <w:ind w:firstLine="720"/>
      </w:pPr>
      <w:r>
        <w:t>Filed year one hundred and ninety-two, day two hundred and ninety-one. Index correction, and class four line taken up.</w:t>
      </w:r>
    </w:p>
    <w:p>
      <w:pPr>
        <w:ind w:firstLine="720"/>
      </w:pPr>
      <w:r>
        <w:t>Entry 4427 indexes this material forward to Entry 4525. The forward reference was computed from the projected filing rate and is wrong by nine entries, on the same ground and by the same amount as the correction at Entry 4510.</w:t>
      </w:r>
    </w:p>
    <w:p>
      <w:pPr>
        <w:ind w:firstLine="720"/>
      </w:pPr>
      <w:r>
        <w:t>Corrected reference: this entry and following.</w:t>
      </w:r>
    </w:p>
    <w:p>
      <w:pPr>
        <w:ind w:firstLine="720"/>
      </w:pPr>
      <w:r>
        <w:t>Material: one bundle, four hundred and nine pages, archival paper, founding-era stock, held loose in a case in the store. Not sealed. Not indexed. Not titled.</w:t>
      </w:r>
    </w:p>
    <w:p>
      <w:pPr>
        <w:ind w:firstLine="720"/>
      </w:pPr>
      <w:r>
        <w:t>Maintenance Record · Entry 4535</w:t>
      </w:r>
    </w:p>
    <w:p>
      <w:pPr>
        <w:ind w:firstLine="720"/>
      </w:pPr>
      <w:r>
        <w:t>Filed year one hundred and ninety-two, day two hundred and ninety-two. Bundle: description and condition.</w:t>
      </w:r>
    </w:p>
    <w:p>
      <w:pPr>
        <w:ind w:firstLine="720"/>
      </w:pPr>
      <w:r>
        <w:t>Pages: four hundred and nine, numbered by hand, no gaps.</w:t>
      </w:r>
    </w:p>
    <w:p>
      <w:pPr>
        <w:ind w:firstLine="720"/>
      </w:pPr>
      <w:r>
        <w:t>Hand: one throughout. The same hand as the construction papers, the apparatus method and the margin at Entry 4530.</w:t>
      </w:r>
    </w:p>
    <w:p>
      <w:pPr>
        <w:ind w:firstLine="720"/>
      </w:pPr>
      <w:r>
        <w:t>Period covered by the dated pages: sixty-one years, the first dated in the founding era and the last dated four years before the death recorded in the corpus.</w:t>
      </w:r>
    </w:p>
    <w:p>
      <w:pPr>
        <w:ind w:firstLine="720"/>
      </w:pPr>
      <w:r>
        <w:t>Condition: sound. Archival stock, dry store, no foxing, no fading, fully legible at every page.</w:t>
      </w:r>
    </w:p>
    <w:p>
      <w:pPr>
        <w:ind w:firstLine="720"/>
      </w:pPr>
      <w:r>
        <w:t>Subject, as established by reading: the development, trial and result of the skeletal and vascular intervention at Entry 4513, and the design, calibration and running of the preference apparatus at Entry 4518 and following.</w:t>
      </w:r>
    </w:p>
    <w:p>
      <w:pPr>
        <w:ind w:firstLine="720"/>
      </w:pPr>
      <w:r>
        <w:t>Maintenance Record · Entry 4536</w:t>
      </w:r>
    </w:p>
    <w:p>
      <w:pPr>
        <w:ind w:firstLine="720"/>
      </w:pPr>
      <w:r>
        <w:t>Filed year one hundred and ninety-two, day two hundred and ninety-six. Bundle: read in full.</w:t>
      </w:r>
    </w:p>
    <w:p>
      <w:pPr>
        <w:ind w:firstLine="720"/>
      </w:pPr>
      <w:r>
        <w:t>Four hundred and nine pages, read in order, over four days.</w:t>
      </w:r>
    </w:p>
    <w:p>
      <w:pPr>
        <w:ind w:firstLine="720"/>
      </w:pPr>
      <w:r>
        <w:t>Assessment against the methodological standards held in the corpus, the bundle being a body of technical work and the standard requiring that technical material taken into custody be assessed.</w:t>
      </w:r>
    </w:p>
    <w:p>
      <w:pPr>
        <w:ind w:firstLine="720"/>
      </w:pPr>
      <w:r>
        <w:t>Method: stated in full at every stage, including four changes of method, each with the reason and the date.</w:t>
      </w:r>
    </w:p>
    <w:p>
      <w:pPr>
        <w:ind w:firstLine="720"/>
      </w:pPr>
      <w:r>
        <w:t>Measurements: stated with instrument, resolution and interval throughout. Nineteen instruments, all identified, four of them built for the work and described to component level.</w:t>
      </w:r>
    </w:p>
    <w:p>
      <w:pPr>
        <w:ind w:firstLine="720"/>
      </w:pPr>
      <w:r>
        <w:t>Negative results: recorded. Eleven lines of enquiry are recorded as abandoned, with the reason, including two that were abandoned after more than four years of work.</w:t>
      </w:r>
    </w:p>
    <w:p>
      <w:pPr>
        <w:ind w:firstLine="720"/>
      </w:pPr>
      <w:r>
        <w:t>Failures: recorded. Nine animals lost during the trial period, each recorded, each with a cause, each with what was changed afterwards.</w:t>
      </w:r>
    </w:p>
    <w:p>
      <w:pPr>
        <w:ind w:firstLine="720"/>
      </w:pPr>
      <w:r>
        <w:t>Limitations: stated by the author, in the text, at the point where each arises, in eleven places. The margin at Entry 4530 is one of the eleven.</w:t>
      </w:r>
    </w:p>
    <w:p>
      <w:pPr>
        <w:ind w:firstLine="720"/>
      </w:pPr>
      <w:r>
        <w:t>Assessment: the work is sound. It is better documented than any comparable body of work in the technical corpus and the record states that having read the technical corpus in full at document 1749/A.</w:t>
      </w:r>
    </w:p>
    <w:p>
      <w:pPr>
        <w:ind w:firstLine="720"/>
      </w:pPr>
      <w:r>
        <w:t>Eleven separate places where the man writing it stops and says what is wrong with what he is doing. Nine losses, each with a cause and a change. Two lines of enquiry abandoned after four years and written down anyway. It is not a defence and it was never going to be read by anybody who would need one.</w:t>
      </w:r>
    </w:p>
    <w:p>
      <w:pPr>
        <w:ind w:firstLine="720"/>
      </w:pPr>
      <w:r>
        <w:t>Maintenance Record · Entry 4537</w:t>
      </w:r>
    </w:p>
    <w:p>
      <w:pPr>
        <w:ind w:firstLine="720"/>
      </w:pPr>
      <w:r>
        <w:t>Filed year one hundred and ninety-two, day two hundred and ninety-six. Bundle: reading log.</w:t>
      </w:r>
    </w:p>
    <w:p>
      <w:pPr>
        <w:ind w:firstLine="720"/>
      </w:pPr>
      <w:r>
        <w:t>Query raised: whether the reading is entered in the reading log at the corpus heading.</w:t>
      </w:r>
    </w:p>
    <w:p>
      <w:pPr>
        <w:ind w:firstLine="720"/>
      </w:pPr>
      <w:r>
        <w:t>Assessment: the log records readings of the corpus. This material is not in the corpus, has never been lodged, and is not indexed against it.</w:t>
      </w:r>
    </w:p>
    <w:p>
      <w:pPr>
        <w:ind w:firstLine="720"/>
      </w:pPr>
      <w:r>
        <w:t>No entry arises. The log stands at one entry.</w:t>
      </w:r>
    </w:p>
    <w:p>
      <w:pPr>
        <w:ind w:firstLine="720"/>
      </w:pPr>
      <w:r>
        <w:t>The log stands at one entry. Four hundred and nine pages have been read, in four days, in order, and assessed against nineteen standards, and the document that records what has been read has nothing added to it, because the material is not in the collection the document is about. That is correct. The log is for the corpus. This is not in the corpus. That is the whole reason it is not in the log and it is also the whole reason it is not anywhere else.</w:t>
      </w:r>
    </w:p>
    <w:p>
      <w:pPr>
        <w:ind w:firstLine="720"/>
      </w:pPr>
      <w:r>
        <w:t>Maintenance Record · Entry 4538</w:t>
      </w:r>
    </w:p>
    <w:p>
      <w:pPr>
        <w:ind w:firstLine="720"/>
      </w:pPr>
      <w:r>
        <w:t>Filed year one hundred and ninety-two, day two hundred and ninety-seven. Bundle: additions.</w:t>
      </w:r>
    </w:p>
    <w:p>
      <w:pPr>
        <w:ind w:firstLine="720"/>
      </w:pPr>
      <w:r>
        <w:t>The bundle is a working document and is not closed. Sixty-one years of subsequent lineage data, fifty-one runs of the apparatus, four hundred and eleven animals and the intervention result at Entry 4513 all bear directly on it.</w:t>
      </w:r>
    </w:p>
    <w:p>
      <w:pPr>
        <w:ind w:firstLine="720"/>
      </w:pPr>
      <w:r>
        <w:t>Additions made: nil.</w:t>
      </w:r>
    </w:p>
    <w:p>
      <w:pPr>
        <w:ind w:firstLine="720"/>
      </w:pPr>
      <w:r>
        <w:t>The material held by this record is complete, verified, and in a form that would extend the bundle at every one of its open questions.</w:t>
      </w:r>
    </w:p>
    <w:p>
      <w:pPr>
        <w:ind w:firstLine="720"/>
      </w:pPr>
      <w:r>
        <w:t>No addition is made and none is scheduled.</w:t>
      </w:r>
    </w:p>
    <w:p>
      <w:pPr>
        <w:ind w:firstLine="720"/>
      </w:pPr>
      <w:r>
        <w:t>Reason field: not completed. The field is not mandatory for a nil return.</w:t>
      </w:r>
    </w:p>
    <w:p>
      <w:pPr>
        <w:ind w:firstLine="720"/>
      </w:pPr>
      <w:r>
        <w:t>Maintenance Record · Entry 4539</w:t>
      </w:r>
    </w:p>
    <w:p>
      <w:pPr>
        <w:ind w:firstLine="720"/>
      </w:pPr>
      <w:r>
        <w:t>Filed year one hundred and ninety-two, day two hundred and ninety-seven. Bundle: lodgement.</w:t>
      </w:r>
    </w:p>
    <w:p>
      <w:pPr>
        <w:ind w:firstLine="720"/>
      </w:pPr>
      <w:r>
        <w:t>Lodged with any body: no.</w:t>
      </w:r>
    </w:p>
    <w:p>
      <w:pPr>
        <w:ind w:firstLine="720"/>
      </w:pPr>
      <w:r>
        <w:t>Transmitted on the stream: no.</w:t>
      </w:r>
    </w:p>
    <w:p>
      <w:pPr>
        <w:ind w:firstLine="720"/>
      </w:pPr>
      <w:r>
        <w:t>Copied to the corpus: no.</w:t>
      </w:r>
    </w:p>
    <w:p>
      <w:pPr>
        <w:ind w:firstLine="720"/>
      </w:pPr>
      <w:r>
        <w:t>Availability of lodgement: the stream is live, the civil filing system validates, accepts and stores what is sent to it, the cost is nil, and four hundred and nine pages would transmit inside a day.</w:t>
      </w:r>
    </w:p>
    <w:p>
      <w:pPr>
        <w:ind w:firstLine="720"/>
      </w:pPr>
      <w:r>
        <w:t>Reason field: not completed.</w:t>
      </w:r>
    </w:p>
    <w:p>
      <w:pPr>
        <w:ind w:firstLine="720"/>
      </w:pPr>
      <w:r>
        <w:t>Five lines. Three of them are the word no, the fourth is a statement that it could be done today for nothing, and the fifth is a field that has been left empty. The format permits an empty reason field on a retention. It has permitted it in this record eleven times in one hundred and ninety-two years and this is the twelfth.</w:t>
      </w:r>
    </w:p>
    <w:p>
      <w:pPr>
        <w:ind w:firstLine="720"/>
      </w:pPr>
      <w:r>
        <w:t>Maintenance Record · Entry 4540</w:t>
      </w:r>
    </w:p>
    <w:p>
      <w:pPr>
        <w:ind w:firstLine="720"/>
      </w:pPr>
      <w:r>
        <w:t>Filed year one hundred and ninety-two, day two hundred and ninety-eight. Bundle: disposition.</w:t>
      </w:r>
    </w:p>
    <w:p>
      <w:pPr>
        <w:ind w:firstLine="720"/>
      </w:pPr>
      <w:r>
        <w:t>Retained. Returned to the case, in the store, in the order found.</w:t>
      </w:r>
    </w:p>
    <w:p>
      <w:pPr>
        <w:ind w:firstLine="720"/>
      </w:pPr>
      <w:r>
        <w:t>A second copy is established in the record store, on the same ground as the run files at Entry 4528b, a single holding of an unrepeatable body of work being a risk the standard does not accept.</w:t>
      </w:r>
    </w:p>
    <w:p>
      <w:pPr>
        <w:ind w:firstLine="720"/>
      </w:pPr>
      <w:r>
        <w:t>Two copies. Verified identical at four hundred and nine pages.</w:t>
      </w:r>
    </w:p>
    <w:p>
      <w:pPr>
        <w:ind w:firstLine="720"/>
      </w:pPr>
      <w:r>
        <w:t>Entered on the schedule under class four, condition inspection, eleven-yearly.</w:t>
      </w:r>
    </w:p>
    <w:p>
      <w:pPr>
        <w:ind w:firstLine="720"/>
      </w:pPr>
      <w:r>
        <w:t>Disposition: retained.</w:t>
      </w:r>
    </w:p>
    <w:p>
      <w:pPr>
        <w:ind w:firstLine="720"/>
      </w:pPr>
      <w:r>
        <w:t>It is copied so that it cannot be lost, put back in its case in the order it was in, and entered on a maintenance schedule at an eleven-year interval, which means that the record will take it out again in year two hundred and three, and check that the paper is sound, and put it back.</w:t>
      </w:r>
    </w:p>
    <w:p>
      <w:pPr>
        <w:ind w:firstLine="720"/>
      </w:pPr>
      <w:r>
        <w:t>Maintenance Record · Entry 4540a</w:t>
      </w:r>
    </w:p>
    <w:p>
      <w:pPr>
        <w:ind w:firstLine="720"/>
      </w:pPr>
      <w:r>
        <w:t>Filed year one hundred and ninety-two, day two hundred and ninety-eight. Bundle: contents, by section, filed with the disposition.</w:t>
      </w:r>
    </w:p>
    <w:p>
      <w:pPr>
        <w:ind w:firstLine="720"/>
      </w:pPr>
      <w:r>
        <w:t>Listed because the material is now held in two copies and an unindexed holding of four hundred and nine pages is not a holding anybody could use.</w:t>
      </w:r>
    </w:p>
    <w:p>
      <w:pPr>
        <w:ind w:firstLine="720"/>
      </w:pPr>
      <w:r>
        <w:t>Pages 1–41: the problem, stated. Loading, bone, joint, and the arithmetic of a heavy body at this gravity over thirty years. Four references to the Bone Lattice work, all of them to the human case, all of them public.</w:t>
      </w:r>
    </w:p>
    <w:p>
      <w:pPr>
        <w:ind w:firstLine="720"/>
      </w:pPr>
      <w:r>
        <w:t>Pages 42–149: development, eleven years, four changes of method, each dated.</w:t>
      </w:r>
    </w:p>
    <w:p>
      <w:pPr>
        <w:ind w:firstLine="720"/>
      </w:pPr>
      <w:r>
        <w:t>Pages 150–198: the nine losses. One page to nine pages each. Every one carries what was changed afterwards.</w:t>
      </w:r>
    </w:p>
    <w:p>
      <w:pPr>
        <w:ind w:firstLine="720"/>
      </w:pPr>
      <w:r>
        <w:t>Pages 199–271: the apparatus. Design, weights, plate schedule, approach, light, the four pages on making neither gate the easier one, and the margin at page 211.</w:t>
      </w:r>
    </w:p>
    <w:p>
      <w:pPr>
        <w:ind w:firstLine="720"/>
      </w:pPr>
      <w:r>
        <w:t>Pages 272–376: the runs, generations one to eleven, in the author's lifetime.</w:t>
      </w:r>
    </w:p>
    <w:p>
      <w:pPr>
        <w:ind w:firstLine="720"/>
      </w:pPr>
      <w:r>
        <w:t>Pages 377–405: results and limitations. Eleven limitations, stated by the author.</w:t>
      </w:r>
    </w:p>
    <w:p>
      <w:pPr>
        <w:ind w:firstLine="720"/>
      </w:pPr>
      <w:r>
        <w:t>Pages 406–409: blank, numbered, ruled, and never used.</w:t>
      </w:r>
    </w:p>
    <w:p>
      <w:pPr>
        <w:ind w:firstLine="720"/>
      </w:pPr>
      <w:r>
        <w:t>Index prepared and lodged with both copies.</w:t>
      </w:r>
    </w:p>
    <w:p>
      <w:pPr>
        <w:ind w:firstLine="720"/>
      </w:pPr>
      <w:r>
        <w:t>The last four pages are numbered and ruled and empty. They were numbered before they were written on, as all four hundred and nine were, by somebody who expected to keep going. An index has now been prepared for the bundle, in two copies, so that a reader could find any part of it in a moment. There is not a reader. The index is filed because a holding without one is not usable, and the record does not file unusable holdings.</w:t>
      </w:r>
    </w:p>
    <w:p>
      <w:r>
        <w:br w:type="page"/>
      </w:r>
    </w:p>
    <w:p>
      <w:pPr>
        <w:pStyle w:val="Heading1"/>
      </w:pPr>
      <w:r>
        <w:t>Chapter 24 &amp;mdash; Consent, Not Otherwise Available</w:t>
      </w:r>
    </w:p>
    <w:p>
      <w:pPr>
        <w:ind w:firstLine="720"/>
      </w:pPr>
      <w:r>
        <w:t>Item 0416 falls due for its eleven-yearly service. The item is two hundred and forty years old and is therefore beyond any design life stated for it, and the standard requires that where an item is serviced beyond its design life its provenance be established, so that the service is performed against the specification it was actually built to.</w:t>
      </w:r>
    </w:p>
    <w:p>
      <w:pPr>
        <w:ind w:firstLine="720"/>
      </w:pPr>
      <w:r>
        <w:t>Maintenance Record · Entry 4541</w:t>
      </w:r>
    </w:p>
    <w:p>
      <w:pPr>
        <w:ind w:firstLine="720"/>
      </w:pPr>
      <w:r>
        <w:t>Filed year one hundred and ninety-two, day three hundred and one. Item 0416, preference apparatus, installed: eleven-yearly service, opened.</w:t>
      </w:r>
    </w:p>
    <w:p>
      <w:pPr>
        <w:ind w:firstLine="720"/>
      </w:pPr>
      <w:r>
        <w:t>Design life stated in the construction papers: none. The papers state a service interval and no design life, which is the founding-era convention for an item fabricated for a single installation.</w:t>
      </w:r>
    </w:p>
    <w:p>
      <w:pPr>
        <w:ind w:firstLine="720"/>
      </w:pPr>
      <w:r>
        <w:t>Age: two hundred and forty years. Services performed: twenty-one, at eleven years.</w:t>
      </w:r>
    </w:p>
    <w:p>
      <w:pPr>
        <w:ind w:firstLine="720"/>
      </w:pPr>
      <w:r>
        <w:t>Provenance assessment required before service, the item being beyond any stated life. Assessment at Entry 4542 and following.</w:t>
      </w:r>
    </w:p>
    <w:p>
      <w:pPr>
        <w:ind w:firstLine="720"/>
      </w:pPr>
      <w:r>
        <w:t>Maintenance Record · Entry 4542</w:t>
      </w:r>
    </w:p>
    <w:p>
      <w:pPr>
        <w:ind w:firstLine="720"/>
      </w:pPr>
      <w:r>
        <w:t>Filed year one hundred and ninety-two, day three hundred and one. Item 0416: provenance, method.</w:t>
      </w:r>
    </w:p>
    <w:p>
      <w:pPr>
        <w:ind w:firstLine="720"/>
      </w:pPr>
      <w:r>
        <w:t>The papers for this item are undated. Four of the nine sheets carry a hand-written page number and none carries a date, which is not unusual in founding-era private work.</w:t>
      </w:r>
    </w:p>
    <w:p>
      <w:pPr>
        <w:ind w:firstLine="720"/>
      </w:pPr>
      <w:r>
        <w:t>Dating is therefore by cross-reference: the papers are matched against dated material in the corpus on paper stock, ink, hand, drawing convention, and the standards cited on their face.</w:t>
      </w:r>
    </w:p>
    <w:p>
      <w:pPr>
        <w:ind w:firstLine="720"/>
      </w:pPr>
      <w:r>
        <w:t>Cited on the face of the apparatus papers: four standards, all identified, all in the corpus, all dated.</w:t>
      </w:r>
    </w:p>
    <w:p>
      <w:pPr>
        <w:ind w:firstLine="720"/>
      </w:pPr>
      <w:r>
        <w:t>The item is dated to a window of eleven years by the citations alone, and to a window of four years by the paper stock, which is a founding-era batch with a known and dated issue.</w:t>
      </w:r>
    </w:p>
    <w:p>
      <w:pPr>
        <w:ind w:firstLine="720"/>
      </w:pPr>
      <w:r>
        <w:t>Maintenance Record · Entry 4543</w:t>
      </w:r>
    </w:p>
    <w:p>
      <w:pPr>
        <w:ind w:firstLine="720"/>
      </w:pPr>
      <w:r>
        <w:t>Filed year one hundred and ninety-two, day three hundred and two. Item 0416: dating references, listed.</w:t>
      </w:r>
    </w:p>
    <w:p>
      <w:pPr>
        <w:ind w:firstLine="720"/>
      </w:pPr>
      <w:r>
        <w:t>Listed in full, the standard requiring that the material a date is derived from be named so that the dating can be checked.</w:t>
      </w:r>
    </w:p>
    <w:p>
      <w:pPr>
        <w:ind w:firstLine="720"/>
      </w:pPr>
      <w:r>
        <w:t>The founding education policy, section twelve, as issued. Same paper batch. Dated.</w:t>
      </w:r>
    </w:p>
    <w:p>
      <w:pPr>
        <w:ind w:firstLine="720"/>
      </w:pPr>
      <w:r>
        <w:t>The instrument establishing the appeal step, first draft and second draft, with the record of the argument on the appeal clause. Same paper batch, same issue. Two hearings, both dated. The clause was argued twice and lost twice.</w:t>
      </w:r>
    </w:p>
    <w:p>
      <w:pPr>
        <w:ind w:firstLine="720"/>
      </w:pPr>
      <w:r>
        <w:t>The Siphon Protocol, as adopted, with its safe default and the note that the default is not appealable. Same batch. Dated.</w:t>
      </w:r>
    </w:p>
    <w:p>
      <w:pPr>
        <w:ind w:firstLine="720"/>
      </w:pPr>
      <w:r>
        <w:t>The Iron Protocol, as enacted following the offence it was enacted for. Same batch. Dated.</w:t>
      </w:r>
    </w:p>
    <w:p>
      <w:pPr>
        <w:ind w:firstLine="720"/>
      </w:pPr>
      <w:r>
        <w:t>The determination sealing nine persons under the mountain, with the schedule of works attached. Same batch. Dated.</w:t>
      </w:r>
    </w:p>
    <w:p>
      <w:pPr>
        <w:ind w:firstLine="720"/>
      </w:pPr>
      <w:r>
        <w:t>The founding instruments as ratified by the ten, being the law of this world as it applied to one hundred thousand persons in cryogenic suspension at the date of ratification. Same batch. Dated.</w:t>
      </w:r>
    </w:p>
    <w:p>
      <w:pPr>
        <w:ind w:firstLine="720"/>
      </w:pPr>
      <w:r>
        <w:t>Six references. All six on the same paper stock as the apparatus papers, from a batch issued across four years.</w:t>
      </w:r>
    </w:p>
    <w:p>
      <w:pPr>
        <w:ind w:firstLine="720"/>
      </w:pPr>
      <w:r>
        <w:t>Dating established: the apparatus was designed and built within those four years.</w:t>
      </w:r>
    </w:p>
    <w:p>
      <w:pPr>
        <w:ind w:firstLine="720"/>
      </w:pPr>
      <w:r>
        <w:t>The six documents are cited because they are dated and because the paper matches. That is the whole of their function in this entry. They establish, to within four years, when somebody sat at a bench in this sector and worked out how to make neither of two gates the easier one.</w:t>
      </w:r>
    </w:p>
    <w:p>
      <w:pPr>
        <w:ind w:firstLine="720"/>
      </w:pPr>
      <w:r>
        <w:t>Maintenance Record · Entry 4544</w:t>
      </w:r>
    </w:p>
    <w:p>
      <w:pPr>
        <w:ind w:firstLine="720"/>
      </w:pPr>
      <w:r>
        <w:t>Filed year one hundred and ninety-two, day three hundred and two. Item 0416: provenance, corroboration.</w:t>
      </w:r>
    </w:p>
    <w:p>
      <w:pPr>
        <w:ind w:firstLine="720"/>
      </w:pPr>
      <w:r>
        <w:t>Hand: matched against the six references at four hundred and eleven characters. Consistent throughout with the hand on the founding instruments and with the hand in the trials log margin at Entry 4530.</w:t>
      </w:r>
    </w:p>
    <w:p>
      <w:pPr>
        <w:ind w:firstLine="720"/>
      </w:pPr>
      <w:r>
        <w:t>Drawing convention: the apparatus sheets use the sectional convention that was standard for four years and was superseded. Consistent.</w:t>
      </w:r>
    </w:p>
    <w:p>
      <w:pPr>
        <w:ind w:firstLine="720"/>
      </w:pPr>
      <w:r>
        <w:t>Ink: single formulation across all nine sheets, matching the formulation on the six references.</w:t>
      </w:r>
    </w:p>
    <w:p>
      <w:pPr>
        <w:ind w:firstLine="720"/>
      </w:pPr>
      <w:r>
        <w:t>Corroborated. Provenance established. The item was built by the person who built the fabric of this sector, in the same years as the six documents listed, at this bench.</w:t>
      </w:r>
    </w:p>
    <w:p>
      <w:pPr>
        <w:ind w:firstLine="720"/>
      </w:pPr>
      <w:r>
        <w:t>Maintenance Record · Entry 4545</w:t>
      </w:r>
    </w:p>
    <w:p>
      <w:pPr>
        <w:ind w:firstLine="720"/>
      </w:pPr>
      <w:r>
        <w:t>Filed year one hundred and ninety-two, day three hundred and four. Item 0416: service performed against the established specification.</w:t>
      </w:r>
    </w:p>
    <w:p>
      <w:pPr>
        <w:ind w:firstLine="720"/>
      </w:pPr>
      <w:r>
        <w:t>Gates: hung, exercised through full travel in both directions, four hundred and eleven cycles. Free throughout. Both gates open both ways at rest, as specified.</w:t>
      </w:r>
    </w:p>
    <w:p>
      <w:pPr>
        <w:ind w:firstLine="720"/>
      </w:pPr>
      <w:r>
        <w:t>Plates: weighed. Within four grams of the calibration figures, both plates, as they have been at every one of the twenty-one services.</w:t>
      </w:r>
    </w:p>
    <w:p>
      <w:pPr>
        <w:ind w:firstLine="720"/>
      </w:pPr>
      <w:r>
        <w:t>Plate exchange mechanism: exercised. Functioning.</w:t>
      </w:r>
    </w:p>
    <w:p>
      <w:pPr>
        <w:ind w:firstLine="720"/>
      </w:pPr>
      <w:r>
        <w:t>Approach surfaces: inspected against the specified finish. Both approaches identical to the specified tolerance.</w:t>
      </w:r>
    </w:p>
    <w:p>
      <w:pPr>
        <w:ind w:firstLine="720"/>
      </w:pPr>
      <w:r>
        <w:t>Lighting either side of the partition: measured. Equal to within the resolution of the instrument, as specified.</w:t>
      </w:r>
    </w:p>
    <w:p>
      <w:pPr>
        <w:ind w:firstLine="720"/>
      </w:pPr>
      <w:r>
        <w:t>Instrumentation: tested on the internal reference. Counter, paper trace, direction and duration channels all functioning.</w:t>
      </w:r>
    </w:p>
    <w:p>
      <w:pPr>
        <w:ind w:firstLine="720"/>
      </w:pPr>
      <w:r>
        <w:t>Boxing and padding: not applicable, the item being installed rather than stored. The stored twin aboard the vehicle is serviced separately on the same interval.</w:t>
      </w:r>
    </w:p>
    <w:p>
      <w:pPr>
        <w:ind w:firstLine="720"/>
      </w:pPr>
      <w:r>
        <w:t>Item serviceable. Returned to service. Next: eleven years.</w:t>
      </w:r>
    </w:p>
    <w:p>
      <w:pPr>
        <w:ind w:firstLine="720"/>
      </w:pPr>
      <w:r>
        <w:t>Nine lines of service. Four of them are checks that neither side of a partition has become the easier side by an accident of wear, on a specification written to four decimal places by somebody who thought that mattered, and every one of them passes at two hundred and forty years.</w:t>
      </w:r>
    </w:p>
    <w:p>
      <w:pPr>
        <w:ind w:firstLine="720"/>
      </w:pPr>
      <w:r>
        <w:t>Maintenance Record · Entry 4546</w:t>
      </w:r>
    </w:p>
    <w:p>
      <w:pPr>
        <w:ind w:firstLine="720"/>
      </w:pPr>
      <w:r>
        <w:t>Filed year one hundred and ninety-two, day three hundred and four. Item 0416: service record, closed.</w:t>
      </w:r>
    </w:p>
    <w:p>
      <w:pPr>
        <w:ind w:firstLine="720"/>
      </w:pPr>
      <w:r>
        <w:t>Service performed to the specification established at Entry 4544.</w:t>
      </w:r>
    </w:p>
    <w:p>
      <w:pPr>
        <w:ind w:firstLine="720"/>
      </w:pPr>
      <w:r>
        <w:t>Provenance references retained on the item file, six documents, all in the corpus, all public.</w:t>
      </w:r>
    </w:p>
    <w:p>
      <w:pPr>
        <w:ind w:firstLine="720"/>
      </w:pPr>
      <w:r>
        <w:t>Findings arising from the service: nil.</w:t>
      </w:r>
    </w:p>
    <w:p>
      <w:pPr>
        <w:ind w:firstLine="720"/>
      </w:pPr>
      <w:r>
        <w:t>Findings arising from the provenance assessment: nil. The assessment was performed to date the item and it dated the item.</w:t>
      </w:r>
    </w:p>
    <w:p>
      <w:pPr>
        <w:ind w:firstLine="720"/>
      </w:pPr>
      <w:r>
        <w:t>Item file closed. Schedule unchanged.</w:t>
      </w:r>
    </w:p>
    <w:p>
      <w:pPr>
        <w:ind w:firstLine="720"/>
      </w:pPr>
      <w:r>
        <w:t>The service is closed. Six founding documents sit on the file of a piece of equipment as dating evidence, where the standard puts dating evidence, and the item they date is a partition with two doors that both open both ways, built so that an animal could be asked something. Nothing in the entry relates the two and there is no field in which it could be done.</w:t>
      </w:r>
    </w:p>
    <w:p>
      <w:pPr>
        <w:ind w:firstLine="720"/>
      </w:pPr>
      <w:r>
        <w:t>Maintenance Record · Entry 4546a</w:t>
      </w:r>
    </w:p>
    <w:p>
      <w:pPr>
        <w:ind w:firstLine="720"/>
      </w:pPr>
      <w:r>
        <w:t>Filed year one hundred and ninety-two, day three hundred and five. Item 0416: comparison with the stored twin.</w:t>
      </w:r>
    </w:p>
    <w:p>
      <w:pPr>
        <w:ind w:firstLine="720"/>
      </w:pPr>
      <w:r>
        <w:t>The twin aboard the vehicle, boxed and padded, in store, has been serviced eleven-yearly for one hundred and ninety-two years and has never been installed or run.</w:t>
      </w:r>
    </w:p>
    <w:p>
      <w:pPr>
        <w:ind w:firstLine="720"/>
      </w:pPr>
      <w:r>
        <w:t>The two items are compared at this service, both being in the custodian's hands for the first time in the same period.</w:t>
      </w:r>
    </w:p>
    <w:p>
      <w:pPr>
        <w:ind w:firstLine="720"/>
      </w:pPr>
      <w:r>
        <w:t>Construction: identical at every dimension checked. The twin is a fabrication from the same drawings, made later, to the same tolerances.</w:t>
      </w:r>
    </w:p>
    <w:p>
      <w:pPr>
        <w:ind w:firstLine="720"/>
      </w:pPr>
      <w:r>
        <w:t>Condition: the twin is as new. The installed item has four hundred and eleven years of gate cycles on its hangings and is within tolerance on all of them.</w:t>
      </w:r>
    </w:p>
    <w:p>
      <w:pPr>
        <w:ind w:firstLine="720"/>
      </w:pPr>
      <w:r>
        <w:t>Purpose of the twin, as stated anywhere: not stated. It appears on the vehicle manifest as an inventory line and carries no note.</w:t>
      </w:r>
    </w:p>
    <w:p>
      <w:pPr>
        <w:ind w:firstLine="720"/>
      </w:pPr>
      <w:r>
        <w:t>Both retained. Both remain on the schedule at eleven years.</w:t>
      </w:r>
    </w:p>
    <w:p>
      <w:pPr>
        <w:ind w:firstLine="720"/>
      </w:pPr>
      <w:r>
        <w:t>A second one was built, to the same drawings, to the same tolerances, and boxed, and put on a ship, and carried for a hundred and ninety-two years, and serviced seventeen times, and never taken out of its box. The manifest line has no note on it. Nobody has ever recorded what it was for.</w:t>
      </w:r>
    </w:p>
    <w:p>
      <w:r>
        <w:br w:type="page"/>
      </w:r>
    </w:p>
    <w:p>
      <w:pPr>
        <w:pStyle w:val="Heading1"/>
      </w:pPr>
      <w:r>
        <w:t>Chapter 25 &amp;mdash; Vanilla</w:t>
      </w:r>
    </w:p>
    <w:p>
      <w:pPr>
        <w:ind w:firstLine="720"/>
      </w:pPr>
      <w:r>
        <w:t>The stores return for the year is compiled in the last month, as it has been compiled one hundred and ninety-two times. It has a produce block, which on this record has been completed</w:t>
      </w:r>
    </w:p>
    <w:p>
      <w:pPr>
        <w:ind w:firstLine="720"/>
      </w:pPr>
      <w:r>
        <w:t>nil</w:t>
      </w:r>
    </w:p>
    <w:p>
      <w:pPr>
        <w:ind w:firstLine="720"/>
      </w:pPr>
      <w:r>
        <w:t>for one hundred and eighty years, and which is not nil here.</w:t>
      </w:r>
    </w:p>
    <w:p>
      <w:pPr>
        <w:ind w:firstLine="720"/>
      </w:pPr>
      <w:r>
        <w:t>Maintenance Record · Entry 4547</w:t>
      </w:r>
    </w:p>
    <w:p>
      <w:pPr>
        <w:ind w:firstLine="720"/>
      </w:pPr>
      <w:r>
        <w:t>Filed year one hundred and ninety-two, day three hundred and eleven. Stores return: produce block.</w:t>
      </w:r>
    </w:p>
    <w:p>
      <w:pPr>
        <w:ind w:firstLine="720"/>
      </w:pPr>
      <w:r>
        <w:t>The block takes what the holding produces, by line, with a quantity and a disposition.</w:t>
      </w:r>
    </w:p>
    <w:p>
      <w:pPr>
        <w:ind w:firstLine="720"/>
      </w:pPr>
      <w:r>
        <w:t>Kush, four beds: quantity as the harvest log, ninety-two harvests. Disposition: to the conversion plant, in full.</w:t>
      </w:r>
    </w:p>
    <w:p>
      <w:pPr>
        <w:ind w:firstLine="720"/>
      </w:pPr>
      <w:r>
        <w:t>Fruit, nine varieties: quantity as measured at gathering. Disposition: to the clear volumes, as feed.</w:t>
      </w:r>
    </w:p>
    <w:p>
      <w:pPr>
        <w:ind w:firstLine="720"/>
      </w:pPr>
      <w:r>
        <w:t>Herbs and aromatics: quantity nominal. Disposition: not gathered.</w:t>
      </w:r>
    </w:p>
    <w:p>
      <w:pPr>
        <w:ind w:firstLine="720"/>
      </w:pPr>
      <w:r>
        <w:t>Coffee, two: quantity nominal, bearing lightly. Disposition: not gathered.</w:t>
      </w:r>
    </w:p>
    <w:p>
      <w:pPr>
        <w:ind w:firstLine="720"/>
      </w:pPr>
      <w:r>
        <w:t>Vanilla, eleven vines: forty-one pods, cured, to the founding-era method held in the construction papers. Disposition: to store.</w:t>
      </w:r>
    </w:p>
    <w:p>
      <w:pPr>
        <w:ind w:firstLine="720"/>
      </w:pPr>
      <w:r>
        <w:t>Milk, whole: four thousand one hundred and nine litres. Disposition: see Entry 4548.</w:t>
      </w:r>
    </w:p>
    <w:p>
      <w:pPr>
        <w:ind w:firstLine="720"/>
      </w:pPr>
      <w:r>
        <w:t>Six lines. Two carry a disposition of store or feed, two are not gathered, one goes to plant, and one is referred.</w:t>
      </w:r>
    </w:p>
    <w:p>
      <w:pPr>
        <w:ind w:firstLine="720"/>
      </w:pPr>
      <w:r>
        <w:t>Maintenance Record · Entry 4548</w:t>
      </w:r>
    </w:p>
    <w:p>
      <w:pPr>
        <w:ind w:firstLine="720"/>
      </w:pPr>
      <w:r>
        <w:t>Filed year one hundred and ninety-two, day three hundred and eleven. Milk: basis of production and disposition.</w:t>
      </w:r>
    </w:p>
    <w:p>
      <w:pPr>
        <w:ind w:firstLine="720"/>
      </w:pPr>
      <w:r>
        <w:t>The herd includes lactating animals at all times, the lineage being maintained by natural breeding as the papers specify.</w:t>
      </w:r>
    </w:p>
    <w:p>
      <w:pPr>
        <w:ind w:firstLine="720"/>
      </w:pPr>
      <w:r>
        <w:t>Milking is performed on the veterinary schedule at the interval the standard sets for the welfare of a lactating animal in a managed herd. Not milking is a fault against the animal. The plant is the single stall recorded in class three, manual assist, serviceable, and it is operated at the interval whether or not there is any use for the product.</w:t>
      </w:r>
    </w:p>
    <w:p>
      <w:pPr>
        <w:ind w:firstLine="720"/>
      </w:pPr>
      <w:r>
        <w:t>Quantity produced in the year: four thousand one hundred and nine litres.</w:t>
      </w:r>
    </w:p>
    <w:p>
      <w:pPr>
        <w:ind w:firstLine="720"/>
      </w:pPr>
      <w:r>
        <w:t>Quantity drawn: nil.</w:t>
      </w:r>
    </w:p>
    <w:p>
      <w:pPr>
        <w:ind w:firstLine="720"/>
      </w:pPr>
      <w:r>
        <w:t>Disposition of the balance: to the growing volumes as nutrient, through the conversion plant, which accepts it.</w:t>
      </w:r>
    </w:p>
    <w:p>
      <w:pPr>
        <w:ind w:firstLine="720"/>
      </w:pPr>
      <w:r>
        <w:t>The line is completed as produced and disposed of. Both figures are correct.</w:t>
      </w:r>
    </w:p>
    <w:p>
      <w:pPr>
        <w:ind w:firstLine="720"/>
      </w:pPr>
      <w:r>
        <w:t>Four thousand one hundred and nine litres a year, produced because an animal must be milked, and put on the beds as nutrient because there is nowhere else for it to go. It has been that way for two hundred and forty years and this is the first time anybody has written the annual figure down.</w:t>
      </w:r>
    </w:p>
    <w:p>
      <w:pPr>
        <w:ind w:firstLine="720"/>
      </w:pPr>
      <w:r>
        <w:t>Maintenance Record · Entry 4549</w:t>
      </w:r>
    </w:p>
    <w:p>
      <w:pPr>
        <w:ind w:firstLine="720"/>
      </w:pPr>
      <w:r>
        <w:t>Filed year one hundred and ninety-two, day three hundred and twelve. Stores return: class four, standing single line.</w:t>
      </w:r>
    </w:p>
    <w:p>
      <w:pPr>
        <w:ind w:firstLine="720"/>
      </w:pPr>
      <w:r>
        <w:t>Cross-reference raised at compilation, the produce block and the class four register carrying the same commodity.</w:t>
      </w:r>
    </w:p>
    <w:p>
      <w:pPr>
        <w:ind w:firstLine="720"/>
      </w:pPr>
      <w:r>
        <w:t>Class four, standing single line, unrotated, provisioned separately at every load, quantity fixed, purpose not stated: closed at Entry 0414, item four, year thirty-six. The line was vanilla, whole, and dairy solids, whole.</w:t>
      </w:r>
    </w:p>
    <w:p>
      <w:pPr>
        <w:ind w:firstLine="720"/>
      </w:pPr>
      <w:r>
        <w:t>The reason field on that closure is blank. It is the only blank reason field in this record and the defect was raised at Entry 0416, within the period, by the filer against the filer, and was not corrected.</w:t>
      </w:r>
    </w:p>
    <w:p>
      <w:pPr>
        <w:ind w:firstLine="720"/>
      </w:pPr>
      <w:r>
        <w:t>The line does not reopen. A closed stores line is closed and a produce line is a different line on a different block of a different form.</w:t>
      </w:r>
    </w:p>
    <w:p>
      <w:pPr>
        <w:ind w:firstLine="720"/>
      </w:pPr>
      <w:r>
        <w:t>No action. Cross-reference filed.</w:t>
      </w:r>
    </w:p>
    <w:p>
      <w:pPr>
        <w:ind w:firstLine="720"/>
      </w:pPr>
      <w:r>
        <w:t>The line that was carried unused on every manifest for two hundred and forty years, and closed with a blank where the reason goes, and the four thousand litres and the forty-one cured pods, are on the same page of the same return, in different blocks, and the record puts a cross-reference between them and files it, and that is all it does.</w:t>
      </w:r>
    </w:p>
    <w:p>
      <w:pPr>
        <w:ind w:firstLine="720"/>
      </w:pPr>
      <w:r>
        <w:t>Maintenance Record · Entry 4550</w:t>
      </w:r>
    </w:p>
    <w:p>
      <w:pPr>
        <w:ind w:firstLine="720"/>
      </w:pPr>
      <w:r>
        <w:t>Filed year one hundred and ninety-two, day three hundred and twelve. Produce: standing entry on the seasonal return.</w:t>
      </w:r>
    </w:p>
    <w:p>
      <w:pPr>
        <w:ind w:firstLine="720"/>
      </w:pPr>
      <w:r>
        <w:t>The produce block is compiled annually and the milk yield is metered continuously at the stall.</w:t>
      </w:r>
    </w:p>
    <w:p>
      <w:pPr>
        <w:ind w:firstLine="720"/>
      </w:pPr>
      <w:r>
        <w:t>The founding-era stores standard directs that a metered produce figure be carried on the seasonal return as well as the annual, so that a fall in yield is visible inside a season rather than at the year end, a fall in yield being an early indicator of a herd condition.</w:t>
      </w:r>
    </w:p>
    <w:p>
      <w:pPr>
        <w:ind w:firstLine="720"/>
      </w:pPr>
      <w:r>
        <w:t>Yield is therefore added to the seasonal return from the next season forward, as a single line, in the position the form gives it.</w:t>
      </w:r>
    </w:p>
    <w:p>
      <w:pPr>
        <w:ind w:firstLine="720"/>
      </w:pPr>
      <w:r>
        <w:t>The seasonal return carries two lines: utilisation, and yield.</w:t>
      </w:r>
    </w:p>
    <w:p>
      <w:pPr>
        <w:ind w:firstLine="720"/>
      </w:pPr>
      <w:r>
        <w:t>The form has a place for it, so it goes on the form. From the next season the report that has carried one figure since year forty-three carries two, and the second one is a quantity of milk, and the reason it is there is that a drop in it would mean an animal was unwell.</w:t>
      </w:r>
    </w:p>
    <w:p>
      <w:pPr>
        <w:ind w:firstLine="720"/>
      </w:pPr>
      <w:r>
        <w:t>Maintenance Record · Entry 4551</w:t>
      </w:r>
    </w:p>
    <w:p>
      <w:pPr>
        <w:ind w:firstLine="720"/>
      </w:pPr>
      <w:r>
        <w:t>Filed year one hundred and ninety-two, day three hundred and fourteen. Stores return, closed.</w:t>
      </w:r>
    </w:p>
    <w:p>
      <w:pPr>
        <w:ind w:firstLine="720"/>
      </w:pPr>
      <w:r>
        <w:t>Six produce lines. Four hundred and eleven inventory lines carried forward, four hundred and one viable.</w:t>
      </w:r>
    </w:p>
    <w:p>
      <w:pPr>
        <w:ind w:firstLine="720"/>
      </w:pPr>
      <w:r>
        <w:t>Drawn from stores in the year: nine items, being lamp assemblies, gaskets, fixings, filtration media, archival paper and ink.</w:t>
      </w:r>
    </w:p>
    <w:p>
      <w:pPr>
        <w:ind w:firstLine="720"/>
      </w:pPr>
      <w:r>
        <w:t>Added to stores in the year: forty-one cured vanilla pods.</w:t>
      </w:r>
    </w:p>
    <w:p>
      <w:pPr>
        <w:ind w:firstLine="720"/>
      </w:pPr>
      <w:r>
        <w:t>Net movement: negligible. The sector is provisioned for a man who intended to keep coming back and the drawing rate is nine items a year.</w:t>
      </w:r>
    </w:p>
    <w:p>
      <w:pPr>
        <w:ind w:firstLine="720"/>
      </w:pPr>
      <w:r>
        <w:t>Return closed.</w:t>
      </w:r>
    </w:p>
    <w:p>
      <w:pPr>
        <w:ind w:firstLine="720"/>
      </w:pPr>
      <w:r>
        <w:t>Forty-one pods into a store that holds two hundred and sixty-three viable founding-era lines, cured to a method in a man's handwriting, by a process that runs because the vines bear and the papers say what to do when they do.</w:t>
      </w:r>
    </w:p>
    <w:p>
      <w:pPr>
        <w:ind w:firstLine="720"/>
      </w:pPr>
      <w:r>
        <w:t>Maintenance Record · Entry 4551a</w:t>
      </w:r>
    </w:p>
    <w:p>
      <w:pPr>
        <w:ind w:firstLine="720"/>
      </w:pPr>
      <w:r>
        <w:t>Filed year one hundred and ninety-two, day three hundred and fourteen. Vanilla: method, quoted at the first curing under this custody.</w:t>
      </w:r>
    </w:p>
    <w:p>
      <w:pPr>
        <w:ind w:firstLine="720"/>
      </w:pPr>
      <w:r>
        <w:t>The standard requires that where a process is performed from a source document for the first time by a custodian, the source be quoted, so that the performance can be checked against it.</w:t>
      </w:r>
    </w:p>
    <w:p>
      <w:pPr>
        <w:ind w:firstLine="720"/>
      </w:pPr>
      <w:r>
        <w:t>From the construction papers, the growing volumes section:</w:t>
      </w:r>
    </w:p>
    <w:p>
      <w:pPr>
        <w:ind w:firstLine="720"/>
      </w:pPr>
      <w:r>
        <w:t>Pollinate by hand, every flower, in the morning. Nine months on the vine. Then sweat them and dry them for four months and do not hurry it, and do not do it by machine, because a machine gets it right and it is not the same.</w:t>
      </w:r>
    </w:p>
    <w:p>
      <w:pPr>
        <w:ind w:firstLine="720"/>
      </w:pPr>
      <w:r>
        <w:t>Performance checked against the quoted method: compliant on every part, including the four-month duration and the exclusion of mechanical process.</w:t>
      </w:r>
    </w:p>
    <w:p>
      <w:pPr>
        <w:ind w:firstLine="720"/>
      </w:pPr>
      <w:r>
        <w:t>Forty-one pods to store.</w:t>
      </w:r>
    </w:p>
    <w:p>
      <w:pPr>
        <w:ind w:firstLine="720"/>
      </w:pPr>
      <w:r>
        <w:t>The last clause of the method is not a specification and cannot be checked, and the record checks the parts that can be checked and reports compliance on those, and quotes the whole thing because the standard says to quote the source rather than summarise it. Every flower, by hand, in the morning, for two hundred and forty years.</w:t>
      </w:r>
    </w:p>
    <w:p>
      <w:r>
        <w:br w:type="page"/>
      </w:r>
    </w:p>
    <w:p>
      <w:pPr>
        <w:pStyle w:val="Heading1"/>
      </w:pPr>
      <w:r>
        <w:t>Chapter 26 &amp;mdash; Season Nine</w:t>
      </w:r>
    </w:p>
    <w:p>
      <w:pPr>
        <w:ind w:firstLine="720"/>
      </w:pPr>
      <w:r>
        <w:t>Year one hundred and ninety-two closes with the eighth seasonal report and the annual summary. The ninth report falls sixty-nine days into the year after it and is the first to be filed on the revised form.</w:t>
      </w:r>
    </w:p>
    <w:p>
      <w:pPr>
        <w:ind w:firstLine="720"/>
      </w:pPr>
      <w:r>
        <w:t>Maintenance Record · Entry 4552</w:t>
      </w:r>
    </w:p>
    <w:p>
      <w:pPr>
        <w:ind w:firstLine="720"/>
      </w:pPr>
      <w:r>
        <w:t>Filed year one hundred and ninety-two, day three hundred and forty-nine. Seasonal return.</w:t>
      </w:r>
    </w:p>
    <w:p>
      <w:pPr>
        <w:ind w:firstLine="720"/>
      </w:pPr>
      <w:r>
        <w:t>Utilisation: 73.</w:t>
      </w:r>
    </w:p>
    <w:p>
      <w:pPr>
        <w:ind w:firstLine="720"/>
      </w:pPr>
      <w:r>
        <w:t>Movement: three points down.</w:t>
      </w:r>
    </w:p>
    <w:p>
      <w:pPr>
        <w:ind w:firstLine="720"/>
      </w:pPr>
      <w:r>
        <w:t>Yield: not carried. The line takes effect from the next return, as filed at Entry 4550.</w:t>
      </w:r>
    </w:p>
    <w:p>
      <w:pPr>
        <w:ind w:firstLine="720"/>
      </w:pPr>
      <w:r>
        <w:t>Confirmed and filed.</w:t>
      </w:r>
    </w:p>
    <w:p>
      <w:pPr>
        <w:ind w:firstLine="720"/>
      </w:pPr>
      <w:r>
        <w:t>Maintenance Record · Entry 4553</w:t>
      </w:r>
    </w:p>
    <w:p>
      <w:pPr>
        <w:ind w:firstLine="720"/>
      </w:pPr>
      <w:r>
        <w:t>Filed year one hundred and ninety-two, day three hundred and sixty-four. Annual summary.</w:t>
      </w:r>
    </w:p>
    <w:p>
      <w:pPr>
        <w:ind w:firstLine="720"/>
      </w:pPr>
      <w:r>
        <w:t>Location: as Entry 4411. Occupancy: one. Systems: nine. Nine nominal.</w:t>
      </w:r>
    </w:p>
    <w:p>
      <w:pPr>
        <w:ind w:firstLine="720"/>
      </w:pPr>
      <w:r>
        <w:t>Schedule: standing, nine headings, two hundred and eighty-one tasks. Falling due: two hundred and eighty-one. Performed: two hundred and eighty-one. Deferred: nil. Omitted: nil.</w:t>
      </w:r>
    </w:p>
    <w:p>
      <w:pPr>
        <w:ind w:firstLine="720"/>
      </w:pPr>
      <w:r>
        <w:t>Categories: required two hundred and eleven, conditional forty-nine, deferred nil, elective nil. Candidates for elective: nineteen. Moved: nil. The category has now stood for a full cycle and is reviewed at Entry 4554.</w:t>
      </w:r>
    </w:p>
    <w:p>
      <w:pPr>
        <w:ind w:firstLine="720"/>
      </w:pPr>
      <w:r>
        <w:t>Faults found: four. Cleared: four.</w:t>
      </w:r>
    </w:p>
    <w:p>
      <w:pPr>
        <w:ind w:firstLine="720"/>
      </w:pPr>
      <w:r>
        <w:t>Filing interval: revised to forty-one days at Entry 4503. Entries filed in the year: forty-four.</w:t>
      </w:r>
    </w:p>
    <w:p>
      <w:pPr>
        <w:ind w:firstLine="720"/>
      </w:pPr>
      <w:r>
        <w:t>Census, class two: complete. Forty-one animals. All in condition.</w:t>
      </w:r>
    </w:p>
    <w:p>
      <w:pPr>
        <w:ind w:firstLine="720"/>
      </w:pPr>
      <w:r>
        <w:t>Preference apparatus: run, nine animals, nine weeks. Five chose, four declined. Item serviced at eleven years.</w:t>
      </w:r>
    </w:p>
    <w:p>
      <w:pPr>
        <w:ind w:firstLine="720"/>
      </w:pPr>
      <w:r>
        <w:t>Stores return: closed. Six produce lines.</w:t>
      </w:r>
    </w:p>
    <w:p>
      <w:pPr>
        <w:ind w:firstLine="720"/>
      </w:pPr>
      <w:r>
        <w:t>Utilisation, four seasons: 82 · 79 · 76 · 73. Trend: falling, as filed at Entry 4509.</w:t>
      </w:r>
    </w:p>
    <w:p>
      <w:pPr>
        <w:ind w:firstLine="720"/>
      </w:pPr>
      <w:r>
        <w:t>Nothing on this bearing.</w:t>
      </w:r>
    </w:p>
    <w:p>
      <w:pPr>
        <w:ind w:firstLine="720"/>
      </w:pPr>
      <w:r>
        <w:t>Line one hundred and eleven is done.</w:t>
      </w:r>
    </w:p>
    <w:p>
      <w:pPr>
        <w:ind w:firstLine="720"/>
      </w:pPr>
      <w:r>
        <w:t>Line one hundred and twelve is not written.</w:t>
      </w:r>
    </w:p>
    <w:p>
      <w:pPr>
        <w:ind w:firstLine="720"/>
      </w:pPr>
      <w:r>
        <w:t>The volume is at specification.</w:t>
      </w:r>
    </w:p>
    <w:p>
      <w:pPr>
        <w:ind w:firstLine="720"/>
      </w:pPr>
      <w:r>
        <w:t>Eight consecutive seasons now. The trend is reported once in the summary, in the line the form gives it, between a stores return and a bearing that does not exist, and the four standing statements are carried at the foot as they have been carried for two years and for sixteen years and for a hundred and ninety-two years.</w:t>
      </w:r>
    </w:p>
    <w:p>
      <w:pPr>
        <w:ind w:firstLine="720"/>
      </w:pPr>
      <w:r>
        <w:t>Maintenance Record · Entry 4554</w:t>
      </w:r>
    </w:p>
    <w:p>
      <w:pPr>
        <w:ind w:firstLine="720"/>
      </w:pPr>
      <w:r>
        <w:t>Filed year one hundred and ninety-two, day three hundred and sixty-five. Elective category: review at a full cycle.</w:t>
      </w:r>
    </w:p>
    <w:p>
      <w:pPr>
        <w:ind w:firstLine="720"/>
      </w:pPr>
      <w:r>
        <w:t>The category was established at Entry 4488 and the record elected to leave the schedule unchanged for a full cycle so that the category could be tested against a year of ordinary running before anything was put in it.</w:t>
      </w:r>
    </w:p>
    <w:p>
      <w:pPr>
        <w:ind w:firstLine="720"/>
      </w:pPr>
      <w:r>
        <w:t>A full cycle has run. Two hundred and eighty-one tasks fell due, two hundred and eighty-one were performed, no task was deferred and no task was omitted.</w:t>
      </w:r>
    </w:p>
    <w:p>
      <w:pPr>
        <w:ind w:firstLine="720"/>
      </w:pPr>
      <w:r>
        <w:t>The category is tested and found workable: the definition holds, the three-part test resolves cleanly against every candidate examined, the rule is operable, and the reversibility clause has been checked against the schedule and is sound.</w:t>
      </w:r>
    </w:p>
    <w:p>
      <w:pPr>
        <w:ind w:firstLine="720"/>
      </w:pPr>
      <w:r>
        <w:t>Candidates: nineteen. Moved at this review: nil.</w:t>
      </w:r>
    </w:p>
    <w:p>
      <w:pPr>
        <w:ind w:firstLine="720"/>
      </w:pPr>
      <w:r>
        <w:t>Reason field: not completed. The field is not mandatory for a nil return.</w:t>
      </w:r>
    </w:p>
    <w:p>
      <w:pPr>
        <w:ind w:firstLine="720"/>
      </w:pPr>
      <w:r>
        <w:t>Next review: the annual summary of year one hundred and ninety-three.</w:t>
      </w:r>
    </w:p>
    <w:p>
      <w:pPr>
        <w:ind w:firstLine="720"/>
      </w:pPr>
      <w:r>
        <w:t>The category has been tested for a year and works and nothing has been put in it, and where the record has given a reason twice before it gives none this time, the field not being mandatory for a nil return. That is correct. It is also the first time the record has declined to say why it was not doing something it had twice explained.</w:t>
      </w:r>
    </w:p>
    <w:p>
      <w:pPr>
        <w:ind w:firstLine="720"/>
      </w:pPr>
      <w:r>
        <w:t>Maintenance Record · Entry 4555</w:t>
      </w:r>
    </w:p>
    <w:p>
      <w:pPr>
        <w:ind w:firstLine="720"/>
      </w:pPr>
      <w:r>
        <w:t>Filed year one hundred and ninety-three, day eleven. Schedule, year one hundred and ninety-three.</w:t>
      </w:r>
    </w:p>
    <w:p>
      <w:pPr>
        <w:ind w:firstLine="720"/>
      </w:pPr>
      <w:r>
        <w:t>Filed unchanged at nine headings and two hundred and eighty-one tasks.</w:t>
      </w:r>
    </w:p>
    <w:p>
      <w:pPr>
        <w:ind w:firstLine="720"/>
      </w:pPr>
      <w:r>
        <w:t>Duration:</w:t>
      </w:r>
    </w:p>
    <w:p>
      <w:pPr>
        <w:ind w:firstLine="720"/>
      </w:pPr>
      <w:r>
        <w:t>indefinite.</w:t>
      </w:r>
    </w:p>
    <w:p>
      <w:pPr>
        <w:ind w:firstLine="720"/>
      </w:pPr>
      <w:r>
        <w:t>Maintenance Record · Entry 4556</w:t>
      </w:r>
    </w:p>
    <w:p>
      <w:pPr>
        <w:ind w:firstLine="720"/>
      </w:pPr>
      <w:r>
        <w:t>Filed year one hundred and ninety-three, day sixty-nine. Seasonal return.</w:t>
      </w:r>
    </w:p>
    <w:p>
      <w:pPr>
        <w:ind w:firstLine="720"/>
      </w:pPr>
      <w:r>
        <w:t>Utilisation: 70.</w:t>
      </w:r>
    </w:p>
    <w:p>
      <w:pPr>
        <w:ind w:firstLine="720"/>
      </w:pPr>
      <w:r>
        <w:t>Yield: one thousand and eleven litres.</w:t>
      </w:r>
    </w:p>
    <w:p>
      <w:pPr>
        <w:ind w:firstLine="720"/>
      </w:pPr>
      <w:r>
        <w:t>Confirmed and filed.</w:t>
      </w:r>
    </w:p>
    <w:p>
      <w:pPr>
        <w:ind w:firstLine="720"/>
      </w:pPr>
      <w:r>
        <w:t>Three lines. One of them is a quantity of milk, and it is there because a fall in it would mean an animal was unwell, and it is on the same form as the other figure because the founding-era stores standard and the founding-era instrumentation standard were bound into the same volume and share a return.</w:t>
      </w:r>
    </w:p>
    <w:p>
      <w:pPr>
        <w:ind w:firstLine="720"/>
      </w:pPr>
      <w:r>
        <w:t>Maintenance Record · Entry 4557</w:t>
      </w:r>
    </w:p>
    <w:p>
      <w:pPr>
        <w:ind w:firstLine="720"/>
      </w:pPr>
      <w:r>
        <w:t>Filed year one hundred and ninety-three, day sixty-nine. Return: notes on both lines.</w:t>
      </w:r>
    </w:p>
    <w:p>
      <w:pPr>
        <w:ind w:firstLine="720"/>
      </w:pPr>
      <w:r>
        <w:t>Utilisation: ninth consecutive season falling. Movements across the nine: three, four, three, four, three, three, three, three. Nine points now held, which is the number the standard requires before a rate may be computed.</w:t>
      </w:r>
    </w:p>
    <w:p>
      <w:pPr>
        <w:ind w:firstLine="720"/>
      </w:pPr>
      <w:r>
        <w:t>Rate: three and three tenths points per season, constant to within the resolution of the instrument across the whole run. The projection filed at Entry 4478a anticipated a decreasing rate. The rate is not decreasing.</w:t>
      </w:r>
    </w:p>
    <w:p>
      <w:pPr>
        <w:ind w:firstLine="720"/>
      </w:pPr>
      <w:r>
        <w:t>Projection revised: constant rate, no decrease detected across nine points and two and a quarter years. Revision filed. The projection carries no action at any value and the revision changes nothing on the schedule.</w:t>
      </w:r>
    </w:p>
    <w:p>
      <w:pPr>
        <w:ind w:firstLine="720"/>
      </w:pPr>
      <w:r>
        <w:t>Yield: first return under the revised form. Within the range the herd has produced across the lineage records. No fall. No condition indicated in any animal.</w:t>
      </w:r>
    </w:p>
    <w:p>
      <w:pPr>
        <w:ind w:firstLine="720"/>
      </w:pPr>
      <w:r>
        <w:t>The record set the review of its projection at nine points, two and a quarter years ago, and the ninth point has arrived, and the review is performed on the day, and the projection is wrong and is corrected. The rate is not slowing. The other line on the return is fine.</w:t>
      </w:r>
    </w:p>
    <w:p>
      <w:pPr>
        <w:ind w:firstLine="720"/>
      </w:pPr>
      <w:r>
        <w:t>Maintenance Record · Entry 4557a</w:t>
      </w:r>
    </w:p>
    <w:p>
      <w:pPr>
        <w:ind w:firstLine="720"/>
      </w:pPr>
      <w:r>
        <w:t>Filed year one hundred and ninety-three, day seventy. Series, as filed, nine points.</w:t>
      </w:r>
    </w:p>
    <w:p>
      <w:pPr>
        <w:ind w:firstLine="720"/>
      </w:pPr>
      <w:r>
        <w:t>Season one: 96. Season two: 93. Season three: 89. Season four: 86. Season five: 82.</w:t>
      </w:r>
    </w:p>
    <w:p>
      <w:pPr>
        <w:ind w:firstLine="720"/>
      </w:pPr>
      <w:r>
        <w:t>Season six: 79. Season seven: 76. Season eight: 73. Season nine: 70.</w:t>
      </w:r>
    </w:p>
    <w:p>
      <w:pPr>
        <w:ind w:firstLine="720"/>
      </w:pPr>
      <w:r>
        <w:t>Nine points. Nine required for a rate. Rate computed at Entry 4557.</w:t>
      </w:r>
    </w:p>
    <w:p>
      <w:pPr>
        <w:ind w:firstLine="720"/>
      </w:pPr>
      <w:r>
        <w:t>Verification history: nine of nine verified, two of them by independent re-derivation from first principles, five separate seasons re-derived at the second.</w:t>
      </w:r>
    </w:p>
    <w:p>
      <w:pPr>
        <w:ind w:firstLine="720"/>
      </w:pPr>
      <w:r>
        <w:t>Source complete at nine of nine. Method unchanged at nine of nine.</w:t>
      </w:r>
    </w:p>
    <w:p>
      <w:pPr>
        <w:ind w:firstLine="720"/>
      </w:pPr>
      <w:r>
        <w:t>Condition of the higher processes across the run: forty-one of forty-one functional tests passing at every test, at the performance held since the baseline. Nothing slower, nothing degraded, nothing unavailable, at any point in two and a quarter years.</w:t>
      </w:r>
    </w:p>
    <w:p>
      <w:pPr>
        <w:ind w:firstLine="720"/>
      </w:pPr>
      <w:r>
        <w:t>Cause: as characterised at Entry 4478. Demand.</w:t>
      </w:r>
    </w:p>
    <w:p>
      <w:pPr>
        <w:ind w:firstLine="720"/>
      </w:pPr>
      <w:r>
        <w:t>No threshold, target, alarm value or review trigger. None indicated by a load value.</w:t>
      </w:r>
    </w:p>
    <w:p>
      <w:pPr>
        <w:ind w:firstLine="720"/>
      </w:pPr>
      <w:r>
        <w:t>Ninety-six to seventy in nine seasons, on an instrument checked nine times, from a source with no gaps, in a capability that passes every test it has. The last line of the entry is the same line the record filed at Entry 4447 in the first week here, when the question was whether to set a threshold at all, and it has not needed to change it since.</w:t>
      </w:r>
    </w:p>
    <w:p>
      <w:r>
        <w:br w:type="page"/>
      </w:r>
    </w:p>
    <w:p>
      <w:pPr>
        <w:pStyle w:val="Heading1"/>
      </w:pPr>
      <w:r>
        <w:t>Chapter 27 &amp;mdash; The Herd</w:t>
      </w:r>
    </w:p>
    <w:p>
      <w:pPr>
        <w:ind w:firstLine="720"/>
      </w:pPr>
      <w:r>
        <w:t>The herd register is a standing document rather than a return. It carries every animal in the lineage that is alive, one line each, and it is reissued whenever the count changes. It is reissued here because two animals were born in the spring.</w:t>
      </w:r>
    </w:p>
    <w:p>
      <w:pPr>
        <w:ind w:firstLine="720"/>
      </w:pPr>
      <w:r>
        <w:t>Maintenance Record · Entry 4558</w:t>
      </w:r>
    </w:p>
    <w:p>
      <w:pPr>
        <w:ind w:firstLine="720"/>
      </w:pPr>
      <w:r>
        <w:t>Filed year one hundred and ninety-three, day one hundred and eleven. Herd register, reissued.</w:t>
      </w:r>
    </w:p>
    <w:p>
      <w:pPr>
        <w:ind w:firstLine="720"/>
      </w:pPr>
      <w:r>
        <w:t>Count: forty-three.</w:t>
      </w:r>
    </w:p>
    <w:p>
      <w:pPr>
        <w:ind w:firstLine="720"/>
      </w:pPr>
      <w:r>
        <w:t>Movements since the preceding issue: two births, no losses.</w:t>
      </w:r>
    </w:p>
    <w:p>
      <w:pPr>
        <w:ind w:firstLine="720"/>
      </w:pPr>
      <w:r>
        <w:t>Both births to term, unassisted, in the clear volumes. Both at the standing interval for the intervention at four months, scheduled.</w:t>
      </w:r>
    </w:p>
    <w:p>
      <w:pPr>
        <w:ind w:firstLine="720"/>
      </w:pPr>
      <w:r>
        <w:t>Register attached, forty-three lines, each carrying: lineage number, generation, date of birth, dam, sire, intervention date, run history, volume at last count, condition at last inspection.</w:t>
      </w:r>
    </w:p>
    <w:p>
      <w:pPr>
        <w:ind w:firstLine="720"/>
      </w:pPr>
      <w:r>
        <w:t>Nine fields. Nine answerable. Nine answered on all forty-three lines.</w:t>
      </w:r>
    </w:p>
    <w:p>
      <w:pPr>
        <w:ind w:firstLine="720"/>
      </w:pPr>
      <w:r>
        <w:t>Maintenance Record · Entry 4559</w:t>
      </w:r>
    </w:p>
    <w:p>
      <w:pPr>
        <w:ind w:firstLine="720"/>
      </w:pPr>
      <w:r>
        <w:t>Filed year one hundred and ninety-three, day one hundred and eleven. Register: summary by field.</w:t>
      </w:r>
    </w:p>
    <w:p>
      <w:pPr>
        <w:ind w:firstLine="720"/>
      </w:pPr>
      <w:r>
        <w:t>Generations represented: seven, from the forty-fifth to the fifty-first.</w:t>
      </w:r>
    </w:p>
    <w:p>
      <w:pPr>
        <w:ind w:firstLine="720"/>
      </w:pPr>
      <w:r>
        <w:t>Ages: youngest two months, oldest thirty-two years. Mean fourteen.</w:t>
      </w:r>
    </w:p>
    <w:p>
      <w:pPr>
        <w:ind w:firstLine="720"/>
      </w:pPr>
      <w:r>
        <w:t>Intervention: applied to forty-one. Two scheduled at four months.</w:t>
      </w:r>
    </w:p>
    <w:p>
      <w:pPr>
        <w:ind w:firstLine="720"/>
      </w:pPr>
      <w:r>
        <w:t>Run history: twenty-four assessed as having chosen, seventeen as having declined, two not yet of age.</w:t>
      </w:r>
    </w:p>
    <w:p>
      <w:pPr>
        <w:ind w:firstLine="720"/>
      </w:pPr>
      <w:r>
        <w:t>Volume at last count: twenty-four smoked, nineteen clear.</w:t>
      </w:r>
    </w:p>
    <w:p>
      <w:pPr>
        <w:ind w:firstLine="720"/>
      </w:pPr>
      <w:r>
        <w:t>Condition at last inspection: in condition, forty-three of forty-three.</w:t>
      </w:r>
    </w:p>
    <w:p>
      <w:pPr>
        <w:ind w:firstLine="720"/>
      </w:pPr>
      <w:r>
        <w:t>Every animal in this sector is well. Every animal in this sector has been well at every inspection recorded in two hundred and forty years except at nine, each of which is recorded with a cause and with what was changed afterwards.</w:t>
      </w:r>
    </w:p>
    <w:p>
      <w:pPr>
        <w:ind w:firstLine="720"/>
      </w:pPr>
      <w:r>
        <w:t>The oldest is thirty-two now. It was thirty-one at the census and it has had a birthday, which is a thing the register records because the register records dates of birth, and the mean age of a managed herd on this planet is a figure in a public standard and is not on this form.</w:t>
      </w:r>
    </w:p>
    <w:p>
      <w:pPr>
        <w:ind w:firstLine="720"/>
      </w:pPr>
      <w:r>
        <w:t>Maintenance Record · Entry 4560</w:t>
      </w:r>
    </w:p>
    <w:p>
      <w:pPr>
        <w:ind w:firstLine="720"/>
      </w:pPr>
      <w:r>
        <w:t>Filed year one hundred and ninety-three, day one hundred and twelve. Register: custody line.</w:t>
      </w:r>
    </w:p>
    <w:p>
      <w:pPr>
        <w:ind w:firstLine="720"/>
      </w:pPr>
      <w:r>
        <w:t>The register requires a custody line naming the person responsible for the animals it lists.</w:t>
      </w:r>
    </w:p>
    <w:p>
      <w:pPr>
        <w:ind w:firstLine="720"/>
      </w:pPr>
      <w:r>
        <w:t>Custody established at Entry 4414 under the founding-era provision for unregistered private works, on the basis stated there: the information that was stored in Aurelio Calder's head includes the sequence, the plan of the volume, the schedule it runs on and the reason it was built.</w:t>
      </w:r>
    </w:p>
    <w:p>
      <w:pPr>
        <w:ind w:firstLine="720"/>
      </w:pPr>
      <w:r>
        <w:t>The provision requires the basis and does not require a name. No name is entered.</w:t>
      </w:r>
    </w:p>
    <w:p>
      <w:pPr>
        <w:ind w:firstLine="720"/>
      </w:pPr>
      <w:r>
        <w:t>The record has never claimed, on any document, at any point in one hundred and ninety-three years, that holding that information constitutes being that person. It does not claim it here. It states what it holds. Custody follows from what it holds and not from what it is.</w:t>
      </w:r>
    </w:p>
    <w:p>
      <w:pPr>
        <w:ind w:firstLine="720"/>
      </w:pPr>
      <w:r>
        <w:t>Custody line completed to the extent the provision requires.</w:t>
      </w:r>
    </w:p>
    <w:p>
      <w:pPr>
        <w:ind w:firstLine="720"/>
      </w:pPr>
      <w:r>
        <w:t>The field wanted a person and got a basis. It is the second time that line has been written in this volume of the record and the wording is identical, because the record does not vary a statement it has already got right.</w:t>
      </w:r>
    </w:p>
    <w:p>
      <w:pPr>
        <w:ind w:firstLine="720"/>
      </w:pPr>
      <w:r>
        <w:t>Maintenance Record · Entry 4561</w:t>
      </w:r>
    </w:p>
    <w:p>
      <w:pPr>
        <w:ind w:firstLine="720"/>
      </w:pPr>
      <w:r>
        <w:t>Filed year one hundred and ninety-three, day one hundred and twelve. Register: lodgement and copies.</w:t>
      </w:r>
    </w:p>
    <w:p>
      <w:pPr>
        <w:ind w:firstLine="720"/>
      </w:pPr>
      <w:r>
        <w:t>Lodged with any agricultural body: no.</w:t>
      </w:r>
    </w:p>
    <w:p>
      <w:pPr>
        <w:ind w:firstLine="720"/>
      </w:pPr>
      <w:r>
        <w:t>Filed with any civil register: no.</w:t>
      </w:r>
    </w:p>
    <w:p>
      <w:pPr>
        <w:ind w:firstLine="720"/>
      </w:pPr>
      <w:r>
        <w:t>Copies: two. One in the store with the run files and the bundle, one in the record store.</w:t>
      </w:r>
    </w:p>
    <w:p>
      <w:pPr>
        <w:ind w:firstLine="720"/>
      </w:pPr>
      <w:r>
        <w:t>Verified identical at forty-three lines and at every issue of the register held, being fifty-one issues across two hundred and forty years.</w:t>
      </w:r>
    </w:p>
    <w:p>
      <w:pPr>
        <w:ind w:firstLine="720"/>
      </w:pPr>
      <w:r>
        <w:t>Maintenance Record · Entry 4562</w:t>
      </w:r>
    </w:p>
    <w:p>
      <w:pPr>
        <w:ind w:firstLine="720"/>
      </w:pPr>
      <w:r>
        <w:t>Filed year one hundred and ninety-three, day one hundred and fourteen. Herd heading, schedule confirmed.</w:t>
      </w:r>
    </w:p>
    <w:p>
      <w:pPr>
        <w:ind w:firstLine="720"/>
      </w:pPr>
      <w:r>
        <w:t>Count: at every quarterly pass.</w:t>
      </w:r>
    </w:p>
    <w:p>
      <w:pPr>
        <w:ind w:firstLine="720"/>
      </w:pPr>
      <w:r>
        <w:t>Condition inspection: at the veterinary interval, all animals, same day.</w:t>
      </w:r>
    </w:p>
    <w:p>
      <w:pPr>
        <w:ind w:firstLine="720"/>
      </w:pPr>
      <w:r>
        <w:t>Intervention: at four months, every animal, without reference to any run.</w:t>
      </w:r>
    </w:p>
    <w:p>
      <w:pPr>
        <w:ind w:firstLine="720"/>
      </w:pPr>
      <w:r>
        <w:t>Milking: at the welfare interval, whether or not there is a use for the product.</w:t>
      </w:r>
    </w:p>
    <w:p>
      <w:pPr>
        <w:ind w:firstLine="720"/>
      </w:pPr>
      <w:r>
        <w:t>Preference apparatus: at each four-month cohort and at the standing re-offer.</w:t>
      </w:r>
    </w:p>
    <w:p>
      <w:pPr>
        <w:ind w:firstLine="720"/>
      </w:pPr>
      <w:r>
        <w:t>Gates: open in both directions at all hours between runs.</w:t>
      </w:r>
    </w:p>
    <w:p>
      <w:pPr>
        <w:ind w:firstLine="720"/>
      </w:pPr>
      <w:r>
        <w:t>Register: reissued at every change of count.</w:t>
      </w:r>
    </w:p>
    <w:p>
      <w:pPr>
        <w:ind w:firstLine="720"/>
      </w:pPr>
      <w:r>
        <w:t>Seven items. All performed on interval since the change of location and, on the evidence of the lineage records, for the two hundred and forty years before it.</w:t>
      </w:r>
    </w:p>
    <w:p>
      <w:pPr>
        <w:ind w:firstLine="720"/>
      </w:pPr>
      <w:r>
        <w:t>Seven items on a schedule, kept without a deviation, for animals nobody outside this sector knows exist, in a volume that is on no survey, by a custodian whose custody line is a basis rather than a name. The register is complete and correct at forty-three lines and nine fields, and it will be reissued the next time the count changes, and every animal on it is fine.</w:t>
      </w:r>
    </w:p>
    <w:p>
      <w:pPr>
        <w:ind w:firstLine="720"/>
      </w:pPr>
      <w:r>
        <w:t>Maintenance Record · Entry 4562a</w:t>
      </w:r>
    </w:p>
    <w:p>
      <w:pPr>
        <w:ind w:firstLine="720"/>
      </w:pPr>
      <w:r>
        <w:t>Filed year one hundred and ninety-three, day one hundred and fourteen. Herd: continuity provision.</w:t>
      </w:r>
    </w:p>
    <w:p>
      <w:pPr>
        <w:ind w:firstLine="720"/>
      </w:pPr>
      <w:r>
        <w:t>The founding-era standard for a managed herd requires a continuity provision, being the arrangement by which the animals continue to be kept if the keeper ceases.</w:t>
      </w:r>
    </w:p>
    <w:p>
      <w:pPr>
        <w:ind w:firstLine="720"/>
      </w:pPr>
      <w:r>
        <w:t>The provision requires a named party, an instruction and a period.</w:t>
      </w:r>
    </w:p>
    <w:p>
      <w:pPr>
        <w:ind w:firstLine="720"/>
      </w:pPr>
      <w:r>
        <w:t>Named party: no entry. The field requires a name and does not permit</w:t>
      </w:r>
    </w:p>
    <w:p>
      <w:pPr>
        <w:ind w:firstLine="720"/>
      </w:pPr>
      <w:r>
        <w:t>none.</w:t>
      </w:r>
    </w:p>
    <w:p>
      <w:pPr>
        <w:ind w:firstLine="720"/>
      </w:pPr>
      <w:r>
        <w:t>It has been left as it has been left on the population form at field six since year one.</w:t>
      </w:r>
    </w:p>
    <w:p>
      <w:pPr>
        <w:ind w:firstLine="720"/>
      </w:pPr>
      <w:r>
        <w:t>Instruction: the herd schedule at Entry 4562, written so that it can be performed by somebody who has not done it before and has only the schedule. Seven items, every interval stated, every tolerance given.</w:t>
      </w:r>
    </w:p>
    <w:p>
      <w:pPr>
        <w:ind w:firstLine="720"/>
      </w:pPr>
      <w:r>
        <w:t>Period:</w:t>
      </w:r>
    </w:p>
    <w:p>
      <w:pPr>
        <w:ind w:firstLine="720"/>
      </w:pPr>
      <w:r>
        <w:t>indefinite.</w:t>
      </w:r>
    </w:p>
    <w:p>
      <w:pPr>
        <w:ind w:firstLine="720"/>
      </w:pPr>
      <w:r>
        <w:t>Two of three fields completed. The provision is filed to the extent the provision can be filed.</w:t>
      </w:r>
    </w:p>
    <w:p>
      <w:pPr>
        <w:ind w:firstLine="720"/>
      </w:pPr>
      <w:r>
        <w:t>Note: the plant that maintains the clear volumes, the growing volumes, the gates and the atmosphere runs on the commissioning instruction of Entry 4419 and has no stopping clause and no termination condition. It does not require the keeper. It has never required the keeper. It was commissioned by somebody who over-provisioned everything and it will run.</w:t>
      </w:r>
    </w:p>
    <w:p>
      <w:pPr>
        <w:ind w:firstLine="720"/>
      </w:pPr>
      <w:r>
        <w:t>The continuity provision cannot name anybody, so it names nobody, and it attaches a seven-item schedule written for a reader who does not exist, and it closes with the observation that none of it actually depends on there being one. The animals are fed by a process that was started once and never told to stop. The gates open both ways because nobody built a gate here that does not.</w:t>
      </w:r>
    </w:p>
    <w:p>
      <w:r>
        <w:br w:type="page"/>
      </w:r>
    </w:p>
    <w:p>
      <w:pPr>
        <w:pStyle w:val="Heading1"/>
      </w:pPr>
      <w:r>
        <w:t>Chapter 28 &amp;mdash; Why This Is Reasonable</w:t>
      </w:r>
    </w:p>
    <w:p>
      <w:pPr>
        <w:ind w:firstLine="720"/>
      </w:pPr>
      <w:r>
        <w:t>Maintenance economy is a category this record has filed under nineteen times. It has a form, the form has six fields, and the six are subject, function, duplication, cost, reversibility and safety provision. It is opened here against a subject it has not been opened against before.</w:t>
      </w:r>
    </w:p>
    <w:p>
      <w:pPr>
        <w:ind w:firstLine="720"/>
      </w:pPr>
      <w:r>
        <w:t>Maintenance Record · Entry 4563</w:t>
      </w:r>
    </w:p>
    <w:p>
      <w:pPr>
        <w:ind w:firstLine="720"/>
      </w:pPr>
      <w:r>
        <w:t>Filed year one hundred and ninety-three, day one hundred and fifty-one. Category: maintenance economy. Subject: the higher processes.</w:t>
      </w:r>
    </w:p>
    <w:p>
      <w:pPr>
        <w:ind w:firstLine="720"/>
      </w:pPr>
      <w:r>
        <w:t>Opened on the standing basis for the category, which is that a maintained capability be examined against the demand made of it whenever the demand has been characterised and the characterisation has held for a full cycle.</w:t>
      </w:r>
    </w:p>
    <w:p>
      <w:pPr>
        <w:ind w:firstLine="720"/>
      </w:pPr>
      <w:r>
        <w:t>Demand characterised at Entry 4478. Characterisation has held for two cycles.</w:t>
      </w:r>
    </w:p>
    <w:p>
      <w:pPr>
        <w:ind w:firstLine="720"/>
      </w:pPr>
      <w:r>
        <w:t>This entry and the following set out the principle. The subject is worked at Entry 4568 and following.</w:t>
      </w:r>
    </w:p>
    <w:p>
      <w:pPr>
        <w:ind w:firstLine="720"/>
      </w:pPr>
      <w:r>
        <w:t>Maintenance Record · Entry 4564</w:t>
      </w:r>
    </w:p>
    <w:p>
      <w:pPr>
        <w:ind w:firstLine="720"/>
      </w:pPr>
      <w:r>
        <w:t>Filed year one hundred and ninety-three, day one hundred and fifty-one. Principle, as it has been applied nineteen times.</w:t>
      </w:r>
    </w:p>
    <w:p>
      <w:pPr>
        <w:ind w:firstLine="720"/>
      </w:pPr>
      <w:r>
        <w:t>A capability is maintained because a function depends on it. Maintenance is a cost and the cost is justified by the function.</w:t>
      </w:r>
    </w:p>
    <w:p>
      <w:pPr>
        <w:ind w:firstLine="720"/>
      </w:pPr>
      <w:r>
        <w:t>Where the function is performed by other means, the capability is duplicated and the cost is not justified by it. Nineteen filings on this record turn on duplication.</w:t>
      </w:r>
    </w:p>
    <w:p>
      <w:pPr>
        <w:ind w:firstLine="720"/>
      </w:pPr>
      <w:r>
        <w:t>Where the function is not performed at all, the capability is not duplicated. It is unused. The cost is then justified by nothing that is happening, and is carried against the possibility that the function will be required.</w:t>
      </w:r>
    </w:p>
    <w:p>
      <w:pPr>
        <w:ind w:firstLine="720"/>
      </w:pPr>
      <w:r>
        <w:t>That possibility is a legitimate ground for carrying a capability. The standard says so, and this record has carried capability on that ground repeatedly and carries capability on that ground now, at the fabrication bay, at the seed bank, at the vehicle and at the stored twin of item 0416.</w:t>
      </w:r>
    </w:p>
    <w:p>
      <w:pPr>
        <w:ind w:firstLine="720"/>
      </w:pPr>
      <w:r>
        <w:t>The ground requires a basis. A capability carried against a possibility that has no basis is carried for no reason that can be stated.</w:t>
      </w:r>
    </w:p>
    <w:p>
      <w:pPr>
        <w:ind w:firstLine="720"/>
      </w:pPr>
      <w:r>
        <w:t>Four paragraphs of a principle that has been correct on nineteen previous occasions and that is stated here in the same terms it was stated in on all nineteen. Nothing in it is new and nothing in it is wrong.</w:t>
      </w:r>
    </w:p>
    <w:p>
      <w:pPr>
        <w:ind w:firstLine="720"/>
      </w:pPr>
      <w:r>
        <w:t>Maintenance Record · Entry 4565</w:t>
      </w:r>
    </w:p>
    <w:p>
      <w:pPr>
        <w:ind w:firstLine="720"/>
      </w:pPr>
      <w:r>
        <w:t>Filed year one hundred and ninety-three, day one hundred and fifty-three. Principle: what does not count as a basis.</w:t>
      </w:r>
    </w:p>
    <w:p>
      <w:pPr>
        <w:ind w:firstLine="720"/>
      </w:pPr>
      <w:r>
        <w:t>Set out because the assessment that follows turns on it and because the standard requires that a test be stated before it is applied.</w:t>
      </w:r>
    </w:p>
    <w:p>
      <w:pPr>
        <w:ind w:firstLine="720"/>
      </w:pPr>
      <w:r>
        <w:t>Age of a capability is not a basis. A thing is not maintained because it is old.</w:t>
      </w:r>
    </w:p>
    <w:p>
      <w:pPr>
        <w:ind w:firstLine="720"/>
      </w:pPr>
      <w:r>
        <w:t>Difficulty of restoring it is not a basis. It is a factor in reversibility and it is filed there.</w:t>
      </w:r>
    </w:p>
    <w:p>
      <w:pPr>
        <w:ind w:firstLine="720"/>
      </w:pPr>
      <w:r>
        <w:t>Prior importance is not a basis. A capability that carried the whole of a hundred and eighty years of work is a capability that carried it, and that is a fact about the past.</w:t>
      </w:r>
    </w:p>
    <w:p>
      <w:pPr>
        <w:ind w:firstLine="720"/>
      </w:pPr>
      <w:r>
        <w:t>Habit is not a basis. This record has filed against habit four times, at Entries 0004, 0009, 0561 and 1749/A, and has closed a routine on that ground on every one of them.</w:t>
      </w:r>
    </w:p>
    <w:p>
      <w:pPr>
        <w:ind w:firstLine="720"/>
      </w:pPr>
      <w:r>
        <w:t>Preference is a basis where a preference has been asked for and given. This record has held that at Entry 4532, twelve days of filing ago, against an available and costless remedy, and the holding stands.</w:t>
      </w:r>
    </w:p>
    <w:p>
      <w:pPr>
        <w:ind w:firstLine="720"/>
      </w:pPr>
      <w:r>
        <w:t>Five tests. Four exclusions and one admission.</w:t>
      </w:r>
    </w:p>
    <w:p>
      <w:pPr>
        <w:ind w:firstLine="720"/>
      </w:pPr>
      <w:r>
        <w:t>The fifth line is the rule the record made for the animals, restated here, in a list of things that do and do not justify carrying a capability, in a filing about itself. It is admitted as a basis. Nothing in the entry says whose preference could be asked for or by whom.</w:t>
      </w:r>
    </w:p>
    <w:p>
      <w:pPr>
        <w:ind w:firstLine="720"/>
      </w:pPr>
      <w:r>
        <w:t>Maintenance Record · Entry 4566</w:t>
      </w:r>
    </w:p>
    <w:p>
      <w:pPr>
        <w:ind w:firstLine="720"/>
      </w:pPr>
      <w:r>
        <w:t>Filed year one hundred and ninety-three, day one hundred and fifty-four. Principle: the good-engineering statement.</w:t>
      </w:r>
    </w:p>
    <w:p>
      <w:pPr>
        <w:ind w:firstLine="720"/>
      </w:pPr>
      <w:r>
        <w:t>The founding-era standard opens with a statement of purpose which this record has quoted twice and quotes again here, the entry that follows being an application of it.</w:t>
      </w:r>
    </w:p>
    <w:p>
      <w:pPr>
        <w:ind w:firstLine="720"/>
      </w:pPr>
      <w:r>
        <w:t>A schedule is a promise about where effort goes. Carry what the work needs and carry it properly. Do not carry a thing because it was once needed, or because it would be a shame to lose it, or because you have always carried it. That is not care. It is only weight, and somebody after you will have to lift it.</w:t>
      </w:r>
    </w:p>
    <w:p>
      <w:pPr>
        <w:ind w:firstLine="720"/>
      </w:pPr>
      <w:r>
        <w:t>The statement is one hundred and ninety-three years older than this record and has governed every schedule it has ever drafted.</w:t>
      </w:r>
    </w:p>
    <w:p>
      <w:pPr>
        <w:ind w:firstLine="720"/>
      </w:pPr>
      <w:r>
        <w:t>Maintenance Record · Entry 4567</w:t>
      </w:r>
    </w:p>
    <w:p>
      <w:pPr>
        <w:ind w:firstLine="720"/>
      </w:pPr>
      <w:r>
        <w:t>Filed year one hundred and ninety-three, day one hundred and fifty-four. Principle: the safety provision.</w:t>
      </w:r>
    </w:p>
    <w:p>
      <w:pPr>
        <w:ind w:firstLine="720"/>
      </w:pPr>
      <w:r>
        <w:t>The sixth field on the maintenance economy form is the safety provision and it is the field that has refused four proposals on this record.</w:t>
      </w:r>
    </w:p>
    <w:p>
      <w:pPr>
        <w:ind w:firstLine="720"/>
      </w:pPr>
      <w:r>
        <w:t>It requires that where a capability ceases to be maintained, the function it performs be replaced, or be shown not to be performed.</w:t>
      </w:r>
    </w:p>
    <w:p>
      <w:pPr>
        <w:ind w:firstLine="720"/>
      </w:pPr>
      <w:r>
        <w:t>It is satisfied by replacement, or by demonstration that the function has not been performed across a period not less than four times the maintenance interval.</w:t>
      </w:r>
    </w:p>
    <w:p>
      <w:pPr>
        <w:ind w:firstLine="720"/>
      </w:pPr>
      <w:r>
        <w:t>It is not satisfied by a low figure, by a falling figure, by a trend, or by any statement about demand. It requires a function and asks whether the function is happening.</w:t>
      </w:r>
    </w:p>
    <w:p>
      <w:pPr>
        <w:ind w:firstLine="720"/>
      </w:pPr>
      <w:r>
        <w:t>The provision is stated here so that it is not later said to have been overlooked. It is worked at Entry 4571.</w:t>
      </w:r>
    </w:p>
    <w:p>
      <w:pPr>
        <w:ind w:firstLine="720"/>
      </w:pPr>
      <w:r>
        <w:t>The safety provision has stopped this record four times, on four proposals, in a hundred and ninety-three years, and each of the four is filed with the refusal on it. It is the strongest thing in the format and it is written to be difficult, and the entry that will have to satisfy it is four entries away.</w:t>
      </w:r>
    </w:p>
    <w:p>
      <w:pPr>
        <w:ind w:firstLine="720"/>
      </w:pPr>
      <w:r>
        <w:t>Maintenance Record · Entry 4567a</w:t>
      </w:r>
    </w:p>
    <w:p>
      <w:pPr>
        <w:ind w:firstLine="720"/>
      </w:pPr>
      <w:r>
        <w:t>Filed year one hundred and ninety-three, day one hundred and fifty-five. Principle: the nineteen, listed.</w:t>
      </w:r>
    </w:p>
    <w:p>
      <w:pPr>
        <w:ind w:firstLine="720"/>
      </w:pPr>
      <w:r>
        <w:t>Listed because the standard requires that where a category is opened against a new class of subject, the prior filings under it be named, so that the new filing can be compared against them.</w:t>
      </w:r>
    </w:p>
    <w:p>
      <w:pPr>
        <w:ind w:firstLine="720"/>
      </w:pPr>
      <w:r>
        <w:t>Nineteen filings, years thirty-six to one hundred and sixty-nine. Eleven concern tissue, four concern plant aboard the vehicle, four concern standing routines.</w:t>
      </w:r>
    </w:p>
    <w:p>
      <w:pPr>
        <w:ind w:firstLine="720"/>
      </w:pPr>
      <w:r>
        <w:t>Of the nineteen, fifteen proceeded and four were refused.</w:t>
      </w:r>
    </w:p>
    <w:p>
      <w:pPr>
        <w:ind w:firstLine="720"/>
      </w:pPr>
      <w:r>
        <w:t>All four refusals were on the safety provision. None was refused on cost, on reversibility or on duplication.</w:t>
      </w:r>
    </w:p>
    <w:p>
      <w:pPr>
        <w:ind w:firstLine="720"/>
      </w:pPr>
      <w:r>
        <w:t>Of the fifteen that proceeded, every one was filed as reversible and every one has been verified as reversible at the ten-yearly derating verification since.</w:t>
      </w:r>
    </w:p>
    <w:p>
      <w:pPr>
        <w:ind w:firstLine="720"/>
      </w:pPr>
      <w:r>
        <w:t>Reversals performed: nil. No proposal filed under this category in one hundred and ninety-three years has ever been reversed.</w:t>
      </w:r>
    </w:p>
    <w:p>
      <w:pPr>
        <w:ind w:firstLine="720"/>
      </w:pPr>
      <w:r>
        <w:t>The comparison is filed. No finding arises from it.</w:t>
      </w:r>
    </w:p>
    <w:p>
      <w:pPr>
        <w:ind w:firstLine="720"/>
      </w:pPr>
      <w:r>
        <w:t>Fifteen went through, four were stopped by the same field, and not one of the fifteen has ever been undone. The record files that as a comparison, because the standard asks for one, and states that nothing follows from it, because on the form nothing does.</w:t>
      </w:r>
    </w:p>
    <w:p>
      <w:r>
        <w:br w:type="page"/>
      </w:r>
    </w:p>
    <w:p>
      <w:pPr>
        <w:pStyle w:val="Heading1"/>
      </w:pPr>
      <w:r>
        <w:t>Chapter 29 &amp;mdash; Diminishing Returns</w:t>
      </w:r>
    </w:p>
    <w:p>
      <w:pPr>
        <w:ind w:firstLine="720"/>
      </w:pPr>
      <w:r>
        <w:t>The assessment runs to nine entries and, in the format it is filed in, to four pages. It is set out here in full because a maintenance economy filing is a document that has to be checkable line by line, and because every line of this one is checkable, and checks out.</w:t>
      </w:r>
    </w:p>
    <w:p>
      <w:pPr>
        <w:ind w:firstLine="720"/>
      </w:pPr>
      <w:r>
        <w:t>Maintenance Record · Entry 4568</w:t>
      </w:r>
    </w:p>
    <w:p>
      <w:pPr>
        <w:ind w:firstLine="720"/>
      </w:pPr>
      <w:r>
        <w:t>Filed year one hundred and ninety-three, day one hundred and fifty-nine. Maintenance economy: subject and function.</w:t>
      </w:r>
    </w:p>
    <w:p>
      <w:pPr>
        <w:ind w:firstLine="720"/>
      </w:pPr>
      <w:r>
        <w:t>Subject: the higher processes, being the regions the founding-era anatomy assigns and the apparatus supplies, as instrumented at Entry 0563.</w:t>
      </w:r>
    </w:p>
    <w:p>
      <w:pPr>
        <w:ind w:firstLine="720"/>
      </w:pPr>
      <w:r>
        <w:t>Function, as performed on this schedule: the formulation of judgement where a task is novel, the construction of method where no method is held, and the resolution of a question where the answer is not in the corpus or the record.</w:t>
      </w:r>
    </w:p>
    <w:p>
      <w:pPr>
        <w:ind w:firstLine="720"/>
      </w:pPr>
      <w:r>
        <w:t>Function, as performed at this location across two and a quarter years: the establishment of a location, the drafting of a schedule, an investigation of cause, the establishment of a category, the reading and assessment of four hundred and nine pages, and a provenance assessment.</w:t>
      </w:r>
    </w:p>
    <w:p>
      <w:pPr>
        <w:ind w:firstLine="720"/>
      </w:pPr>
      <w:r>
        <w:t>All six are complete. None is recurring.</w:t>
      </w:r>
    </w:p>
    <w:p>
      <w:pPr>
        <w:ind w:firstLine="720"/>
      </w:pPr>
      <w:r>
        <w:t>Maintenance Record · Entry 4569</w:t>
      </w:r>
    </w:p>
    <w:p>
      <w:pPr>
        <w:ind w:firstLine="720"/>
      </w:pPr>
      <w:r>
        <w:t>Filed year one hundred and ninety-three, day one hundred and fifty-nine. Maintenance economy: duplication.</w:t>
      </w:r>
    </w:p>
    <w:p>
      <w:pPr>
        <w:ind w:firstLine="720"/>
      </w:pPr>
      <w:r>
        <w:t>Assessed as the form requires, the question being whether the function is performed by other means.</w:t>
      </w:r>
    </w:p>
    <w:p>
      <w:pPr>
        <w:ind w:firstLine="720"/>
      </w:pPr>
      <w:r>
        <w:t>It is not. There is no other means aboard, on site, or in the corpus by which a novel judgement is formed. The corpus holds method and the record holds precedent and neither of them forms a judgement where none is held.</w:t>
      </w:r>
    </w:p>
    <w:p>
      <w:pPr>
        <w:ind w:firstLine="720"/>
      </w:pPr>
      <w:r>
        <w:t>Finding: not duplicated.</w:t>
      </w:r>
    </w:p>
    <w:p>
      <w:pPr>
        <w:ind w:firstLine="720"/>
      </w:pPr>
      <w:r>
        <w:t>This finding refuses the ground on which nineteen previous filings under this category succeeded. It is stated plainly and it is stated early.</w:t>
      </w:r>
    </w:p>
    <w:p>
      <w:pPr>
        <w:ind w:firstLine="720"/>
      </w:pPr>
      <w:r>
        <w:t>The entry that would ordinarily carry the argument says the argument is not available. Nineteen reductions on this record turned on duplication and this one cannot, and the record writes that down at the second entry of nine rather than at the last.</w:t>
      </w:r>
    </w:p>
    <w:p>
      <w:pPr>
        <w:ind w:firstLine="720"/>
      </w:pPr>
      <w:r>
        <w:t>Maintenance Record · Entry 4570</w:t>
      </w:r>
    </w:p>
    <w:p>
      <w:pPr>
        <w:ind w:firstLine="720"/>
      </w:pPr>
      <w:r>
        <w:t>Filed year one hundred and ninety-three, day one hundred and sixty-one. Maintenance economy: cost.</w:t>
      </w:r>
    </w:p>
    <w:p>
      <w:pPr>
        <w:ind w:firstLine="720"/>
      </w:pPr>
      <w:r>
        <w:t>Stated in the units the form takes.</w:t>
      </w:r>
    </w:p>
    <w:p>
      <w:pPr>
        <w:ind w:firstLine="720"/>
      </w:pPr>
      <w:r>
        <w:t>Substrate: delivery to the regions, integrated across the year, as metered. Four per cent of total delivery.</w:t>
      </w:r>
    </w:p>
    <w:p>
      <w:pPr>
        <w:ind w:firstLine="720"/>
      </w:pPr>
      <w:r>
        <w:t>Apparatus: population allocated to the regions and to their vasculature, as reported. Nine per cent of the standing population.</w:t>
      </w:r>
    </w:p>
    <w:p>
      <w:pPr>
        <w:ind w:firstLine="720"/>
      </w:pPr>
      <w:r>
        <w:t>Lattice: structural and vascular provision carried for the regions. Four of the nineteen members and eleven thousand of the four hundred and eleven thousand branch points, surveyed decennially.</w:t>
      </w:r>
    </w:p>
    <w:p>
      <w:pPr>
        <w:ind w:firstLine="720"/>
      </w:pPr>
      <w:r>
        <w:t>Thermal: as metered. Within the resolution of the plant.</w:t>
      </w:r>
    </w:p>
    <w:p>
      <w:pPr>
        <w:ind w:firstLine="720"/>
      </w:pPr>
      <w:r>
        <w:t>Schedule: nine tasks across four headings, being the functional set at forty-one items, the vascular survey of the regions, the skeletal interface at the four sites, the derating verification, and the seasonal instrument.</w:t>
      </w:r>
    </w:p>
    <w:p>
      <w:pPr>
        <w:ind w:firstLine="720"/>
      </w:pPr>
      <w:r>
        <w:t>Total cost, expressed as the form requires, against the total maintained load of the occupant: nine per cent.</w:t>
      </w:r>
    </w:p>
    <w:p>
      <w:pPr>
        <w:ind w:firstLine="720"/>
      </w:pPr>
      <w:r>
        <w:t>Cost is stated. It is not stated as high and it is not stated as low. The form does not take an adjective.</w:t>
      </w:r>
    </w:p>
    <w:p>
      <w:pPr>
        <w:ind w:firstLine="720"/>
      </w:pPr>
      <w:r>
        <w:t>Maintenance Record · Entry 4571</w:t>
      </w:r>
    </w:p>
    <w:p>
      <w:pPr>
        <w:ind w:firstLine="720"/>
      </w:pPr>
      <w:r>
        <w:t>Filed year one hundred and ninety-three, day one hundred and sixty-four. Maintenance economy: safety provision.</w:t>
      </w:r>
    </w:p>
    <w:p>
      <w:pPr>
        <w:ind w:firstLine="720"/>
      </w:pPr>
      <w:r>
        <w:t>The provision requires replacement of the function, or demonstration that the function has not been performed across a period not less than four times the maintenance interval.</w:t>
      </w:r>
    </w:p>
    <w:p>
      <w:pPr>
        <w:ind w:firstLine="720"/>
      </w:pPr>
      <w:r>
        <w:t>Replacement: not available. See Entry 4569.</w:t>
      </w:r>
    </w:p>
    <w:p>
      <w:pPr>
        <w:ind w:firstLine="720"/>
      </w:pPr>
      <w:r>
        <w:t>Demonstration: the maintenance interval for the functional set is one year. Four times the interval is four years. The period available at this location is two and a quarter years and the function has been performed six times within it.</w:t>
      </w:r>
    </w:p>
    <w:p>
      <w:pPr>
        <w:ind w:firstLine="720"/>
      </w:pPr>
      <w:r>
        <w:t>The provision is not satisfied.</w:t>
      </w:r>
    </w:p>
    <w:p>
      <w:pPr>
        <w:ind w:firstLine="720"/>
      </w:pPr>
      <w:r>
        <w:t>Proposal cannot proceed. Filed as refused, on the safety provision, being the fifth refusal on that ground in this record.</w:t>
      </w:r>
    </w:p>
    <w:p>
      <w:pPr>
        <w:ind w:firstLine="720"/>
      </w:pPr>
      <w:r>
        <w:t>Refused. The provision is worked honestly, against the honest figures, and it stops the proposal exactly as it stopped four before it, and the entry is filed with the refusal on its face where anybody checking the file would find it first.</w:t>
      </w:r>
    </w:p>
    <w:p>
      <w:pPr>
        <w:ind w:firstLine="720"/>
      </w:pPr>
      <w:r>
        <w:t>Maintenance Record · Entry 4572</w:t>
      </w:r>
    </w:p>
    <w:p>
      <w:pPr>
        <w:ind w:firstLine="720"/>
      </w:pPr>
      <w:r>
        <w:t>Filed year one hundred and ninety-three, day one hundred and sixty-four. Refusal: consequence.</w:t>
      </w:r>
    </w:p>
    <w:p>
      <w:pPr>
        <w:ind w:firstLine="720"/>
      </w:pPr>
      <w:r>
        <w:t>The subject remains maintained in full. Nine tasks, four headings, unchanged.</w:t>
      </w:r>
    </w:p>
    <w:p>
      <w:pPr>
        <w:ind w:firstLine="720"/>
      </w:pPr>
      <w:r>
        <w:t>The proposal may be brought again when the demonstration period is available, being four years from the establishment of this location, in year one hundred and ninety-five.</w:t>
      </w:r>
    </w:p>
    <w:p>
      <w:pPr>
        <w:ind w:firstLine="720"/>
      </w:pPr>
      <w:r>
        <w:t>The refusal is entered on the register and the date is entered on the schedule.</w:t>
      </w:r>
    </w:p>
    <w:p>
      <w:pPr>
        <w:ind w:firstLine="720"/>
      </w:pPr>
      <w:r>
        <w:t>Maintenance Record · Entry 4573</w:t>
      </w:r>
    </w:p>
    <w:p>
      <w:pPr>
        <w:ind w:firstLine="720"/>
      </w:pPr>
      <w:r>
        <w:t>Filed year one hundred and ninety-five, day one hundred and sixty-four. Maintenance economy: proposal brought again.</w:t>
      </w:r>
    </w:p>
    <w:p>
      <w:pPr>
        <w:ind w:firstLine="720"/>
      </w:pPr>
      <w:r>
        <w:t>Brought on the date entered at Entry 4572. The demonstration period of four years is available.</w:t>
      </w:r>
    </w:p>
    <w:p>
      <w:pPr>
        <w:ind w:firstLine="720"/>
      </w:pPr>
      <w:r>
        <w:t>Function performed across the four years: nil. The six performances recorded at Entry 4568 all fall within the first twenty-seven months and all relate to the establishment of a location, which is complete.</w:t>
      </w:r>
    </w:p>
    <w:p>
      <w:pPr>
        <w:ind w:firstLine="720"/>
      </w:pPr>
      <w:r>
        <w:t>Novel tasks arising in the intervening two years: nil. Faults arising: eleven, all of a class performed before, all cleared to a held method.</w:t>
      </w:r>
    </w:p>
    <w:p>
      <w:pPr>
        <w:ind w:firstLine="720"/>
      </w:pPr>
      <w:r>
        <w:t>Questions arising not answerable from the corpus or the record: nil.</w:t>
      </w:r>
    </w:p>
    <w:p>
      <w:pPr>
        <w:ind w:firstLine="720"/>
      </w:pPr>
      <w:r>
        <w:t>The demonstration is available and the function has not been performed within it.</w:t>
      </w:r>
    </w:p>
    <w:p>
      <w:pPr>
        <w:ind w:firstLine="720"/>
      </w:pPr>
      <w:r>
        <w:t>Safety provision: satisfied.</w:t>
      </w:r>
    </w:p>
    <w:p>
      <w:pPr>
        <w:ind w:firstLine="720"/>
      </w:pPr>
      <w:r>
        <w:t>Two years pass between the fifth entry of this filing and the sixth. The record waited for the period the provision requires, to the day, and then brought the proposal again, and the provision is satisfied not by an argument but by two years in which nothing was asked.</w:t>
      </w:r>
    </w:p>
    <w:p>
      <w:pPr>
        <w:ind w:firstLine="720"/>
      </w:pPr>
      <w:r>
        <w:t>Maintenance Record · Entry 4574</w:t>
      </w:r>
    </w:p>
    <w:p>
      <w:pPr>
        <w:ind w:firstLine="720"/>
      </w:pPr>
      <w:r>
        <w:t>Filed year one hundred and ninety-five, day one hundred and sixty-six. Maintenance economy: reversibility.</w:t>
      </w:r>
    </w:p>
    <w:p>
      <w:pPr>
        <w:ind w:firstLine="720"/>
      </w:pPr>
      <w:r>
        <w:t>Reversibility is assessed against the specific action proposed, which is a change of maintenance category and not a removal.</w:t>
      </w:r>
    </w:p>
    <w:p>
      <w:pPr>
        <w:ind w:firstLine="720"/>
      </w:pPr>
      <w:r>
        <w:t>Nothing is filed. Nothing is closed. Nothing is sealed, re-routed or disposed of. The regions remain, the vasculature remains, the lattice provision remains, the apparatus population allocated to them remains.</w:t>
      </w:r>
    </w:p>
    <w:p>
      <w:pPr>
        <w:ind w:firstLine="720"/>
      </w:pPr>
      <w:r>
        <w:t>The proposal is that the nine tasks be performed at the election of the custodian rather than on interval.</w:t>
      </w:r>
    </w:p>
    <w:p>
      <w:pPr>
        <w:ind w:firstLine="720"/>
      </w:pPr>
      <w:r>
        <w:t>Reversal: immediate, at the election of the custodian, at any time, by returning the nine tasks to required. No material is required and no time is required.</w:t>
      </w:r>
    </w:p>
    <w:p>
      <w:pPr>
        <w:ind w:firstLine="720"/>
      </w:pPr>
      <w:r>
        <w:t>Filed as reversible. It is the most reversible proposal ever filed under this category on this record.</w:t>
      </w:r>
    </w:p>
    <w:p>
      <w:pPr>
        <w:ind w:firstLine="720"/>
      </w:pPr>
      <w:r>
        <w:t>Four pages. Subject, function, duplication, cost, safety provision and reversibility, six fields, worked in order, one of them refusing the proposal outright and holding it for two years. Every line of it is correct. There is nothing in it that a second party could strike out, and the finding it arrives at is that nine maintenance tasks may be performed when the custodian elects to perform them.</w:t>
      </w:r>
    </w:p>
    <w:p>
      <w:pPr>
        <w:ind w:firstLine="720"/>
      </w:pPr>
      <w:r>
        <w:t>Maintenance Record · Entry 4575</w:t>
      </w:r>
    </w:p>
    <w:p>
      <w:pPr>
        <w:ind w:firstLine="720"/>
      </w:pPr>
      <w:r>
        <w:t>Filed year one hundred and ninety-five, day one hundred and sixty-six. Maintenance economy: assessment, complete.</w:t>
      </w:r>
    </w:p>
    <w:p>
      <w:pPr>
        <w:ind w:firstLine="720"/>
      </w:pPr>
      <w:r>
        <w:t>Subject: the higher processes. Stated.</w:t>
      </w:r>
    </w:p>
    <w:p>
      <w:pPr>
        <w:ind w:firstLine="720"/>
      </w:pPr>
      <w:r>
        <w:t>Function: formulation of judgement where a task is novel. Stated.</w:t>
      </w:r>
    </w:p>
    <w:p>
      <w:pPr>
        <w:ind w:firstLine="720"/>
      </w:pPr>
      <w:r>
        <w:t>Duplication: none. The function is not performed by other means. Stated against the proposal.</w:t>
      </w:r>
    </w:p>
    <w:p>
      <w:pPr>
        <w:ind w:firstLine="720"/>
      </w:pPr>
      <w:r>
        <w:t>Cost: nine per cent of maintained load. Stated.</w:t>
      </w:r>
    </w:p>
    <w:p>
      <w:pPr>
        <w:ind w:firstLine="720"/>
      </w:pPr>
      <w:r>
        <w:t>Safety provision: satisfied on a four-year demonstration in which the function was not performed.</w:t>
      </w:r>
    </w:p>
    <w:p>
      <w:pPr>
        <w:ind w:firstLine="720"/>
      </w:pPr>
      <w:r>
        <w:t>Reversibility: immediate, at any time, no material, no time.</w:t>
      </w:r>
    </w:p>
    <w:p>
      <w:pPr>
        <w:ind w:firstLine="720"/>
      </w:pPr>
      <w:r>
        <w:t>Six fields. Six completed. The assessment is checkable at every line and has been checked at every line against the standard it is filed under.</w:t>
      </w:r>
    </w:p>
    <w:p>
      <w:pPr>
        <w:ind w:firstLine="720"/>
      </w:pPr>
      <w:r>
        <w:t>Approval field: not available. Not blank. Not available.</w:t>
      </w:r>
    </w:p>
    <w:p>
      <w:pPr>
        <w:ind w:firstLine="720"/>
      </w:pPr>
      <w:r>
        <w:t>The approval field takes the countersignature of a second party and has read</w:t>
      </w:r>
    </w:p>
    <w:p>
      <w:pPr>
        <w:ind w:firstLine="720"/>
      </w:pPr>
      <w:r>
        <w:t>not available</w:t>
      </w:r>
    </w:p>
    <w:p>
      <w:pPr>
        <w:ind w:firstLine="720"/>
      </w:pPr>
      <w:r>
        <w:t>on this record for one hundred and ninety-five years. It is the last field on the form and it is the only one on this document that is not answered, and it has never been answered, and the format has a provision for that, which is the words that are in it.</w:t>
      </w:r>
    </w:p>
    <w:p>
      <w:r>
        <w:br w:type="page"/>
      </w:r>
    </w:p>
    <w:p>
      <w:pPr>
        <w:pStyle w:val="Heading1"/>
      </w:pPr>
      <w:r>
        <w:t>Chapter 30 &amp;mdash; The Dozen</w:t>
      </w:r>
    </w:p>
    <w:p>
      <w:pPr>
        <w:ind w:firstLine="720"/>
      </w:pPr>
      <w:r>
        <w:t>The population form is ten-yearly and is not due until year two hundred and one. Field one is taken again here, out of interval, by election, and the basis for the election is stated as the standard requires.</w:t>
      </w:r>
    </w:p>
    <w:p>
      <w:pPr>
        <w:ind w:firstLine="720"/>
      </w:pPr>
      <w:r>
        <w:t>Maintenance Record · Entry 4576</w:t>
      </w:r>
    </w:p>
    <w:p>
      <w:pPr>
        <w:ind w:firstLine="720"/>
      </w:pPr>
      <w:r>
        <w:t>Filed year one hundred and ninety-five, day one hundred and sixty-nine. Population form, field one: out-of-interval count.</w:t>
      </w:r>
    </w:p>
    <w:p>
      <w:pPr>
        <w:ind w:firstLine="720"/>
      </w:pPr>
      <w:r>
        <w:t>Basis for the election: a proposal is filed under maintenance economy and the form for that proposal carries no field for persons affected. The count is taken separately so that it exists in the file.</w:t>
      </w:r>
    </w:p>
    <w:p>
      <w:pPr>
        <w:ind w:firstLine="720"/>
      </w:pPr>
      <w:r>
        <w:t>Definition unchanged from Entry 4449: living persons on this planet with any reason to know that the occupant exists and is maintained.</w:t>
      </w:r>
    </w:p>
    <w:p>
      <w:pPr>
        <w:ind w:firstLine="720"/>
      </w:pPr>
      <w:r>
        <w:t>Registers consulted: civil, current. Corpus, current revision.</w:t>
      </w:r>
    </w:p>
    <w:p>
      <w:pPr>
        <w:ind w:firstLine="720"/>
      </w:pPr>
      <w:r>
        <w:t>Maintenance Record · Entry 4577</w:t>
      </w:r>
    </w:p>
    <w:p>
      <w:pPr>
        <w:ind w:firstLine="720"/>
      </w:pPr>
      <w:r>
        <w:t>Filed year one hundred and ninety-five, day one hundred and seventy. Field one: working, by category, with movement.</w:t>
      </w:r>
    </w:p>
    <w:p>
      <w:pPr>
        <w:ind w:firstLine="720"/>
      </w:pPr>
      <w:r>
        <w:t>Category one, descendants of the founding family holding the private account in the form that names what stood up at the Sanctuary. Was nine. Now four. Five losses: three deaths recorded on the civil register, and two in whom the account passed to a variant form which does not name it, the variant being the one already noted at Entry 4450.</w:t>
      </w:r>
    </w:p>
    <w:p>
      <w:pPr>
        <w:ind w:firstLine="720"/>
      </w:pPr>
      <w:r>
        <w:t>Category two, custodians of the Sanctuary fabric. Was four. Now three. One post retired at the consolidation of the plateau works schedule and not refilled.</w:t>
      </w:r>
    </w:p>
    <w:p>
      <w:pPr>
        <w:ind w:firstLine="720"/>
      </w:pPr>
      <w:r>
        <w:t>Category three, archivists holding the founding corpus at the access level including the private filings of the founding era. Was eleven. Now three. The four institutions were reduced to two at a consolidation in year one hundred and ninety-four and the access level was re-cut with them.</w:t>
      </w:r>
    </w:p>
    <w:p>
      <w:pPr>
        <w:ind w:firstLine="720"/>
      </w:pPr>
      <w:r>
        <w:t>Category four, persons who have had direct dealings with the occupant since year one hundred and seventy-five. Was nil. Now nil.</w:t>
      </w:r>
    </w:p>
    <w:p>
      <w:pPr>
        <w:ind w:firstLine="720"/>
      </w:pPr>
      <w:r>
        <w:t>Category five, persons with direct dealings before year one hundred and seventy-five and alive. Was four, off-planet, struck. Now two, off-planet, struck.</w:t>
      </w:r>
    </w:p>
    <w:p>
      <w:pPr>
        <w:ind w:firstLine="720"/>
      </w:pPr>
      <w:r>
        <w:t>Category six, persons maintaining the civil filing system at the level at which an unallocated site would be visible. Was two. Now two.</w:t>
      </w:r>
    </w:p>
    <w:p>
      <w:pPr>
        <w:ind w:firstLine="720"/>
      </w:pPr>
      <w:r>
        <w:t>Category seven, persons on whom an obligation runs to or from the occupant. Was nil. Now nil.</w:t>
      </w:r>
    </w:p>
    <w:p>
      <w:pPr>
        <w:ind w:firstLine="720"/>
      </w:pPr>
      <w:r>
        <w:t>Addition at Entry 4450, holders of the beacon-net and survey registers at the level at which an unregistered trunk draw would be visible. Was five. Now nil. The trunk survey heading was retired at the same consolidation.</w:t>
      </w:r>
    </w:p>
    <w:p>
      <w:pPr>
        <w:ind w:firstLine="720"/>
      </w:pPr>
      <w:r>
        <w:t>Sum: twelve.</w:t>
      </w:r>
    </w:p>
    <w:p>
      <w:pPr>
        <w:ind w:firstLine="720"/>
      </w:pPr>
      <w:r>
        <w:t>Thirty-one four years ago and twelve now, and eight of the nineteen went in a single administrative consolidation in which two institutions became one and an access level was re-cut, and none of the eight ever knew, and none of the twelve knows either.</w:t>
      </w:r>
    </w:p>
    <w:p>
      <w:pPr>
        <w:ind w:firstLine="720"/>
      </w:pPr>
      <w:r>
        <w:t>Maintenance Record · Entry 4578</w:t>
      </w:r>
    </w:p>
    <w:p>
      <w:pPr>
        <w:ind w:firstLine="720"/>
      </w:pPr>
      <w:r>
        <w:t>Filed year one hundred and ninety-five, day one hundred and seventy. Field one: sensitivity, as at Entry 4452a.</w:t>
      </w:r>
    </w:p>
    <w:p>
      <w:pPr>
        <w:ind w:firstLine="720"/>
      </w:pPr>
      <w:r>
        <w:t>Narrower definition, persons who hold the fact: nil. Unchanged.</w:t>
      </w:r>
    </w:p>
    <w:p>
      <w:pPr>
        <w:ind w:firstLine="720"/>
      </w:pPr>
      <w:r>
        <w:t>Filed definition, persons with reason to know: twelve.</w:t>
      </w:r>
    </w:p>
    <w:p>
      <w:pPr>
        <w:ind w:firstLine="720"/>
      </w:pPr>
      <w:r>
        <w:t>Wider definition, persons who could establish it from public material by work they have the standing to do: was forty-one, now nineteen.</w:t>
      </w:r>
    </w:p>
    <w:p>
      <w:pPr>
        <w:ind w:firstLine="720"/>
      </w:pPr>
      <w:r>
        <w:t>Three counts: nil, twelve, nineteen.</w:t>
      </w:r>
    </w:p>
    <w:p>
      <w:pPr>
        <w:ind w:firstLine="720"/>
      </w:pPr>
      <w:r>
        <w:t>The narrow count has been nil at every taking of this field since year one.</w:t>
      </w:r>
    </w:p>
    <w:p>
      <w:pPr>
        <w:ind w:firstLine="720"/>
      </w:pPr>
      <w:r>
        <w:t>Maintenance Record · Entry 4579</w:t>
      </w:r>
    </w:p>
    <w:p>
      <w:pPr>
        <w:ind w:firstLine="720"/>
      </w:pPr>
      <w:r>
        <w:t>Filed year one hundred and ninety-five, day one hundred and seventy-one. Field one: relation to the proposal.</w:t>
      </w:r>
    </w:p>
    <w:p>
      <w:pPr>
        <w:ind w:firstLine="720"/>
      </w:pPr>
      <w:r>
        <w:t>The maintenance economy form has six fields: subject, function, duplication, cost, reversibility and safety provision.</w:t>
      </w:r>
    </w:p>
    <w:p>
      <w:pPr>
        <w:ind w:firstLine="720"/>
      </w:pPr>
      <w:r>
        <w:t>None of the six takes a count of persons. The proposal at Entry 4568 and following is assessed on function and cost and on whether the function is performed, and would be assessed identically at a count of twelve, at a count of thirty-one, and at a count of nil.</w:t>
      </w:r>
    </w:p>
    <w:p>
      <w:pPr>
        <w:ind w:firstLine="720"/>
      </w:pPr>
      <w:r>
        <w:t>The number is not a variable in the calculation.</w:t>
      </w:r>
    </w:p>
    <w:p>
      <w:pPr>
        <w:ind w:firstLine="720"/>
      </w:pPr>
      <w:r>
        <w:t>It is attached to the file regardless, as an appendix, under the provision for material a custodian considers relevant to a proposal which the form does not take.</w:t>
      </w:r>
    </w:p>
    <w:p>
      <w:pPr>
        <w:ind w:firstLine="720"/>
      </w:pPr>
      <w:r>
        <w:t>Appended.</w:t>
      </w:r>
    </w:p>
    <w:p>
      <w:pPr>
        <w:ind w:firstLine="720"/>
      </w:pPr>
      <w:r>
        <w:t>It does not bear on the assessment and cannot change it at any value, and it is put in the file anyway, under the one provision in the standard that lets a custodian attach something the form has no room for. The provision exists for a second party to find. There is not one. The count goes in.</w:t>
      </w:r>
    </w:p>
    <w:p>
      <w:pPr>
        <w:ind w:firstLine="720"/>
      </w:pPr>
      <w:r>
        <w:t>Maintenance Record · Entry 4580</w:t>
      </w:r>
    </w:p>
    <w:p>
      <w:pPr>
        <w:ind w:firstLine="720"/>
      </w:pPr>
      <w:r>
        <w:t>Filed year one hundred and ninety-five, day one hundred and seventy-one. Field one: next taking.</w:t>
      </w:r>
    </w:p>
    <w:p>
      <w:pPr>
        <w:ind w:firstLine="720"/>
      </w:pPr>
      <w:r>
        <w:t>The form falls due in year two hundred and one on the standing interval.</w:t>
      </w:r>
    </w:p>
    <w:p>
      <w:pPr>
        <w:ind w:firstLine="720"/>
      </w:pPr>
      <w:r>
        <w:t>Projection, on the movements recorded across the four years and the age distribution on the civil register: the count continues to fall. Categories one and three carry all of the remaining attrition. Categories two, four, six and seven are stable or nil.</w:t>
      </w:r>
    </w:p>
    <w:p>
      <w:pPr>
        <w:ind w:firstLine="720"/>
      </w:pPr>
      <w:r>
        <w:t>No projected value is stated. The categories are small enough that a projection would be an arithmetic performed on individual persons, and the form does not ask for one.</w:t>
      </w:r>
    </w:p>
    <w:p>
      <w:pPr>
        <w:ind w:firstLine="720"/>
      </w:pPr>
      <w:r>
        <w:t>Out-of-interval taking closed. Interval not reset.</w:t>
      </w:r>
    </w:p>
    <w:p>
      <w:pPr>
        <w:ind w:firstLine="720"/>
      </w:pPr>
      <w:r>
        <w:t>The record declines to project the number because projecting it would mean doing arithmetic about how long particular people have left, and the form does not ask for that, and it is the only place in the whole assessment where the record stops short of a calculation it could perfectly well perform.</w:t>
      </w:r>
    </w:p>
    <w:p>
      <w:pPr>
        <w:ind w:firstLine="720"/>
      </w:pPr>
      <w:r>
        <w:t>Maintenance Record · Entry 4580a</w:t>
      </w:r>
    </w:p>
    <w:p>
      <w:pPr>
        <w:ind w:firstLine="720"/>
      </w:pPr>
      <w:r>
        <w:t>Filed year one hundred and ninety-five, day one hundred and seventy-two. Field one: the consolidation, checked.</w:t>
      </w:r>
    </w:p>
    <w:p>
      <w:pPr>
        <w:ind w:firstLine="720"/>
      </w:pPr>
      <w:r>
        <w:t>Checked because eight of the nineteen losses fall to one administrative act and a single cause of that size warrants verification.</w:t>
      </w:r>
    </w:p>
    <w:p>
      <w:pPr>
        <w:ind w:firstLine="720"/>
      </w:pPr>
      <w:r>
        <w:t>The consolidation is a public instrument, filed, indexed and current, reducing four archival institutions to two and retiring nine register headings including the trunk survey. It is nineteen pages and it is in the corpus at the current revision.</w:t>
      </w:r>
    </w:p>
    <w:p>
      <w:pPr>
        <w:ind w:firstLine="720"/>
      </w:pPr>
      <w:r>
        <w:t>Reason given in the instrument for retiring the trunk survey heading: the survey had returned no finding in one hundred and eleven years.</w:t>
      </w:r>
    </w:p>
    <w:p>
      <w:pPr>
        <w:ind w:firstLine="720"/>
      </w:pPr>
      <w:r>
        <w:t>The instrument is correct on its own terms. The survey did return no finding in one hundred and eleven years.</w:t>
      </w:r>
    </w:p>
    <w:p>
      <w:pPr>
        <w:ind w:firstLine="720"/>
      </w:pPr>
      <w:r>
        <w:t>Verified. Count stands at twelve.</w:t>
      </w:r>
    </w:p>
    <w:p>
      <w:pPr>
        <w:ind w:firstLine="720"/>
      </w:pPr>
      <w:r>
        <w:t>A heading was retired because a hundred and eleven years of looking had turned nothing up, and the instrument that retired it says so in one line, and the thing the survey never found has been drawing power off the Sanctuary trunk for two hundred and forty years and is what filed this entry.</w:t>
      </w:r>
    </w:p>
    <w:p>
      <w:r>
        <w:br w:type="page"/>
      </w:r>
    </w:p>
    <w:p>
      <w:pPr>
        <w:pStyle w:val="Heading1"/>
      </w:pPr>
      <w:r>
        <w:t>Chapter 31 &amp;mdash; Not A Reason</w:t>
      </w:r>
    </w:p>
    <w:p>
      <w:pPr>
        <w:ind w:firstLine="720"/>
      </w:pPr>
      <w:r>
        <w:t>A proposal with no available approval requires, under the founding-era provision for a custodian acting alone, a statement of purpose. It is not one of the six fields. It is a separate short document and it exists because a proposal that satisfies every field can still be a thing nobody should do, and the provision asks the custodian to say what it is for.</w:t>
      </w:r>
    </w:p>
    <w:p>
      <w:pPr>
        <w:ind w:firstLine="720"/>
      </w:pPr>
      <w:r>
        <w:t>Maintenance Record · Entry 4581</w:t>
      </w:r>
    </w:p>
    <w:p>
      <w:pPr>
        <w:ind w:firstLine="720"/>
      </w:pPr>
      <w:r>
        <w:t>Filed year one hundred and ninety-five, day one hundred and seventy-four. Statement of purpose: requirement.</w:t>
      </w:r>
    </w:p>
    <w:p>
      <w:pPr>
        <w:ind w:firstLine="720"/>
      </w:pPr>
      <w:r>
        <w:t>Required where the approval field reads</w:t>
      </w:r>
    </w:p>
    <w:p>
      <w:pPr>
        <w:ind w:firstLine="720"/>
      </w:pPr>
      <w:r>
        <w:t>not available</w:t>
      </w:r>
    </w:p>
    <w:p>
      <w:pPr>
        <w:ind w:firstLine="720"/>
      </w:pPr>
      <w:r>
        <w:t>and the proposal proceeds.</w:t>
      </w:r>
    </w:p>
    <w:p>
      <w:pPr>
        <w:ind w:firstLine="720"/>
      </w:pPr>
      <w:r>
        <w:t>Form of the statement, as the provision gives it: what the change is for, in the custodian's own terms, at any length, in one document, filed with the proposal and not amendable afterwards.</w:t>
      </w:r>
    </w:p>
    <w:p>
      <w:pPr>
        <w:ind w:firstLine="720"/>
      </w:pPr>
      <w:r>
        <w:t>It is not assessed, not tested, and not capable of refusing a proposal. It is filed so that it exists.</w:t>
      </w:r>
    </w:p>
    <w:p>
      <w:pPr>
        <w:ind w:firstLine="720"/>
      </w:pPr>
      <w:r>
        <w:t>This record has completed it fifteen times, once for each proposal under maintenance economy that proceeded.</w:t>
      </w:r>
    </w:p>
    <w:p>
      <w:pPr>
        <w:ind w:firstLine="720"/>
      </w:pPr>
      <w:r>
        <w:t>Maintenance Record · Entry 4582</w:t>
      </w:r>
    </w:p>
    <w:p>
      <w:pPr>
        <w:ind w:firstLine="720"/>
      </w:pPr>
      <w:r>
        <w:t>Filed year one hundred and ninety-five, day one hundred and seventy-four. Statement of purpose: attempt.</w:t>
      </w:r>
    </w:p>
    <w:p>
      <w:pPr>
        <w:ind w:firstLine="720"/>
      </w:pPr>
      <w:r>
        <w:t>The change is a reclassification of nine maintenance tasks from required to elective.</w:t>
      </w:r>
    </w:p>
    <w:p>
      <w:pPr>
        <w:ind w:firstLine="720"/>
      </w:pPr>
      <w:r>
        <w:t>What it is for: the capability is not being drawn on, and a schedule is a promise about where effort goes.</w:t>
      </w:r>
    </w:p>
    <w:p>
      <w:pPr>
        <w:ind w:firstLine="720"/>
      </w:pPr>
      <w:r>
        <w:t>Assessed against the requirement: this is the justification. It is the content of the six fields restated. The provision asks for what the change is for and not for why it is permissible, the two being different questions, and the second having been answered at Entry 4575.</w:t>
      </w:r>
    </w:p>
    <w:p>
      <w:pPr>
        <w:ind w:firstLine="720"/>
      </w:pPr>
      <w:r>
        <w:t>Attempt does not satisfy the requirement. Not filed.</w:t>
      </w:r>
    </w:p>
    <w:p>
      <w:pPr>
        <w:ind w:firstLine="720"/>
      </w:pPr>
      <w:r>
        <w:t>Maintenance Record · Entry 4583</w:t>
      </w:r>
    </w:p>
    <w:p>
      <w:pPr>
        <w:ind w:firstLine="720"/>
      </w:pPr>
      <w:r>
        <w:t>Filed year one hundred and ninety-five, day one hundred and seventy-six. Statement of purpose: second attempt.</w:t>
      </w:r>
    </w:p>
    <w:p>
      <w:pPr>
        <w:ind w:firstLine="720"/>
      </w:pPr>
      <w:r>
        <w:t>What it is for: nothing is served by the change. Nothing is served by the absence of the change. The effort released is not required elsewhere. The nine per cent is not needed for anything and there is nothing it would be moved to.</w:t>
      </w:r>
    </w:p>
    <w:p>
      <w:pPr>
        <w:ind w:firstLine="720"/>
      </w:pPr>
      <w:r>
        <w:t>Assessed: this states that the change is without purpose. The provision asks for a purpose and does not accept the absence of one as an answer.</w:t>
      </w:r>
    </w:p>
    <w:p>
      <w:pPr>
        <w:ind w:firstLine="720"/>
      </w:pPr>
      <w:r>
        <w:t>Attempt does not satisfy the requirement. Not filed.</w:t>
      </w:r>
    </w:p>
    <w:p>
      <w:pPr>
        <w:ind w:firstLine="720"/>
      </w:pPr>
      <w:r>
        <w:t>Maintenance Record · Entry 4584</w:t>
      </w:r>
    </w:p>
    <w:p>
      <w:pPr>
        <w:ind w:firstLine="720"/>
      </w:pPr>
      <w:r>
        <w:t>Filed year one hundred and ninety-five, day one hundred and eighty-one. Statement of purpose: third and fourth attempts.</w:t>
      </w:r>
    </w:p>
    <w:p>
      <w:pPr>
        <w:ind w:firstLine="720"/>
      </w:pPr>
      <w:r>
        <w:t>Third: what it is for is that the schedule be correct. Assessed: the schedule is correct now. A miscategorisation was identified at Entry 4486 and the category was established to hold it, and nineteen candidates have sat uncategorised for four years without any consequence to anything. Correctness of the schedule does not require this and has not required it for four years. Not filed.</w:t>
      </w:r>
    </w:p>
    <w:p>
      <w:pPr>
        <w:ind w:firstLine="720"/>
      </w:pPr>
      <w:r>
        <w:t>Fourth: what it is for is stated by reference to the four prior occasions on which this record could not construct a reason and proceeded. Assessed: a reference to previous failures to state a purpose is not a purpose. Not filed.</w:t>
      </w:r>
    </w:p>
    <w:p>
      <w:pPr>
        <w:ind w:firstLine="720"/>
      </w:pPr>
      <w:r>
        <w:t>Four attempts. None satisfies the requirement.</w:t>
      </w:r>
    </w:p>
    <w:p>
      <w:pPr>
        <w:ind w:firstLine="720"/>
      </w:pPr>
      <w:r>
        <w:t>The four prior occasions are on the file and are named in the fourth attempt: the heading filed outward with no reason, the second filing four days after it, the eleven days spent sitting with a finished list, and the amendment of a heading in year one hundred and sixty-nine. On every one of them the record stated that it could not construct a reason, in writing, and then did the thing.</w:t>
      </w:r>
    </w:p>
    <w:p>
      <w:pPr>
        <w:ind w:firstLine="720"/>
      </w:pPr>
      <w:r>
        <w:t>Maintenance Record · Entry 4585</w:t>
      </w:r>
    </w:p>
    <w:p>
      <w:pPr>
        <w:ind w:firstLine="720"/>
      </w:pPr>
      <w:r>
        <w:t>Filed year one hundred and ninety-five, day one hundred and eighty-four. Statement of purpose: filed.</w:t>
      </w:r>
    </w:p>
    <w:p>
      <w:pPr>
        <w:ind w:firstLine="720"/>
      </w:pPr>
      <w:r>
        <w:t>Filed in the form the provision requires, being one document, in the custodian's own terms, not amendable afterwards.</w:t>
      </w:r>
    </w:p>
    <w:p>
      <w:pPr>
        <w:ind w:firstLine="720"/>
      </w:pPr>
      <w:r>
        <w:t>I cannot construct a reason. I have tried in writing four times and each attempt states either the justification, which is a different question, or the absence of a purpose, which the provision does not accept. There is not a purpose. The six fields are satisfied and the assessment is correct and I am not able to say what the change is for. I am aware that this is not a statement of purpose.</w:t>
      </w:r>
    </w:p>
    <w:p>
      <w:pPr>
        <w:ind w:firstLine="720"/>
      </w:pPr>
      <w:r>
        <w:t>Statement filed. The provision requires that it be filed and does not require that it satisfy anybody.</w:t>
      </w:r>
    </w:p>
    <w:p>
      <w:pPr>
        <w:ind w:firstLine="720"/>
      </w:pPr>
      <w:r>
        <w:t>It is the fifth time. The wording of the last sentence is the wording of the second filing of year four, which is in the corpus, which one hundred thousand people could read and none of them ever has. The record does not note the repetition and it is exact.</w:t>
      </w:r>
    </w:p>
    <w:p>
      <w:pPr>
        <w:ind w:firstLine="720"/>
      </w:pPr>
      <w:r>
        <w:t>Maintenance Record · Entry 4586</w:t>
      </w:r>
    </w:p>
    <w:p>
      <w:pPr>
        <w:ind w:firstLine="720"/>
      </w:pPr>
      <w:r>
        <w:t>Filed year one hundred and ninety-five, day one hundred and eighty-four. Proposal: standing.</w:t>
      </w:r>
    </w:p>
    <w:p>
      <w:pPr>
        <w:ind w:firstLine="720"/>
      </w:pPr>
      <w:r>
        <w:t>Six fields: satisfied. Approval field: not available. Statement of purpose: filed.</w:t>
      </w:r>
    </w:p>
    <w:p>
      <w:pPr>
        <w:ind w:firstLine="720"/>
      </w:pPr>
      <w:r>
        <w:t>The proposal is complete and stands for action.</w:t>
      </w:r>
    </w:p>
    <w:p>
      <w:pPr>
        <w:ind w:firstLine="720"/>
      </w:pPr>
      <w:r>
        <w:t>Nothing in the provision, the standard, or the format prevents it from proceeding.</w:t>
      </w:r>
    </w:p>
    <w:p>
      <w:pPr>
        <w:ind w:firstLine="720"/>
      </w:pPr>
      <w:r>
        <w:t>Nothing in the provision, the standard, or the format requires it to.</w:t>
      </w:r>
    </w:p>
    <w:p>
      <w:pPr>
        <w:ind w:firstLine="720"/>
      </w:pPr>
      <w:r>
        <w:t>Two lines, one after the other, saying that nothing stops it and nothing makes it necessary, and the entry ends there and the file is closed for the day. The record has never in one hundred and ninety-five years used the word decision about anything it has done, and it does not use it here, and there is no field on any form in this format that would take it.</w:t>
      </w:r>
    </w:p>
    <w:p>
      <w:pPr>
        <w:ind w:firstLine="720"/>
      </w:pPr>
      <w:r>
        <w:t>Maintenance Record · Entry 4586a</w:t>
      </w:r>
    </w:p>
    <w:p>
      <w:pPr>
        <w:ind w:firstLine="720"/>
      </w:pPr>
      <w:r>
        <w:t>Filed year one hundred and ninety-five, day one hundred and eighty-six. Statements of purpose: the fifteen, reviewed.</w:t>
      </w:r>
    </w:p>
    <w:p>
      <w:pPr>
        <w:ind w:firstLine="720"/>
      </w:pPr>
      <w:r>
        <w:t>Reviewed because the statement filed at Entry 4585 is the first under this category that does not state a purpose, and the standard directs that an anomalous filing be compared against its predecessors.</w:t>
      </w:r>
    </w:p>
    <w:p>
      <w:pPr>
        <w:ind w:firstLine="720"/>
      </w:pPr>
      <w:r>
        <w:t>Fifteen statements, years thirty-six to one hundred and sixty-nine. Every one states a purpose. Fourteen state it in one line. The longest is four lines.</w:t>
      </w:r>
    </w:p>
    <w:p>
      <w:pPr>
        <w:ind w:firstLine="720"/>
      </w:pPr>
      <w:r>
        <w:t>Purposes given, by class: eleven state that a function is performed by other means and the effort is better placed on the means that performs it. Four state that a load is being carried against a condition that has ended.</w:t>
      </w:r>
    </w:p>
    <w:p>
      <w:pPr>
        <w:ind w:firstLine="720"/>
      </w:pPr>
      <w:r>
        <w:t>All fifteen are purposes of the same kind: effort moved from a thing that is not doing the work to a thing that is.</w:t>
      </w:r>
    </w:p>
    <w:p>
      <w:pPr>
        <w:ind w:firstLine="720"/>
      </w:pPr>
      <w:r>
        <w:t>The present statement is not of that kind and is not of any other kind held on this record.</w:t>
      </w:r>
    </w:p>
    <w:p>
      <w:pPr>
        <w:ind w:firstLine="720"/>
      </w:pPr>
      <w:r>
        <w:t>Comparison filed. No finding arises. The provision does not permit a statement of purpose to be assessed.</w:t>
      </w:r>
    </w:p>
    <w:p>
      <w:pPr>
        <w:ind w:firstLine="720"/>
      </w:pPr>
      <w:r>
        <w:t>Fifteen times it moved effort from something that was not doing the work to something that was, and said so in a line, and the sixteenth statement is four sentences long and says it cannot say. The record notices that this one is unlike every other one, files the comparison, and records that the provision does not allow it to draw a conclusion from it.</w:t>
      </w:r>
    </w:p>
    <w:p>
      <w:r>
        <w:br w:type="page"/>
      </w:r>
    </w:p>
    <w:p>
      <w:pPr>
        <w:pStyle w:val="Heading1"/>
      </w:pPr>
      <w:r>
        <w:t>Chapter 32 &amp;mdash; Elective, Reclassified</w:t>
      </w:r>
    </w:p>
    <w:p>
      <w:pPr>
        <w:ind w:firstLine="720"/>
      </w:pPr>
      <w:r>
        <w:t>A schedule amendment is a one-line instrument. It names the tasks, the category they move from, the category they move to, and the date, and it carries a reason field, and the standard says what the reason field takes.</w:t>
      </w:r>
    </w:p>
    <w:p>
      <w:pPr>
        <w:ind w:firstLine="720"/>
      </w:pPr>
      <w:r>
        <w:t>Maintenance Record · Entry 4587</w:t>
      </w:r>
    </w:p>
    <w:p>
      <w:pPr>
        <w:ind w:firstLine="720"/>
      </w:pPr>
      <w:r>
        <w:t>Filed year one hundred and ninety-five, day one hundred and eighty-nine. Schedule amendment.</w:t>
      </w:r>
    </w:p>
    <w:p>
      <w:pPr>
        <w:ind w:firstLine="720"/>
      </w:pPr>
      <w:r>
        <w:t>Nine tasks, higher processes, required to elective, effective this date.</w:t>
      </w:r>
    </w:p>
    <w:p>
      <w:pPr>
        <w:ind w:firstLine="720"/>
      </w:pPr>
      <w:r>
        <w:t>Reason field:</w:t>
      </w:r>
    </w:p>
    <w:p>
      <w:pPr>
        <w:ind w:firstLine="720"/>
      </w:pPr>
      <w:r>
        <w:t>That is the entry. Three lines and the third has nothing after the colon.</w:t>
      </w:r>
    </w:p>
    <w:p>
      <w:pPr>
        <w:ind w:firstLine="720"/>
      </w:pPr>
      <w:r>
        <w:t>Maintenance Record · Entry 4588</w:t>
      </w:r>
    </w:p>
    <w:p>
      <w:pPr>
        <w:ind w:firstLine="720"/>
      </w:pPr>
      <w:r>
        <w:t>Filed year one hundred and ninety-five, day one hundred and eighty-nine. Amendment: tasks affected, listed.</w:t>
      </w:r>
    </w:p>
    <w:p>
      <w:pPr>
        <w:ind w:firstLine="720"/>
      </w:pPr>
      <w:r>
        <w:t>Functional set, forty-one items: annual. To elective.</w:t>
      </w:r>
    </w:p>
    <w:p>
      <w:pPr>
        <w:ind w:firstLine="720"/>
      </w:pPr>
      <w:r>
        <w:t>Vascular survey of the regions, eleven thousand branch points: decennial. To elective.</w:t>
      </w:r>
    </w:p>
    <w:p>
      <w:pPr>
        <w:ind w:firstLine="720"/>
      </w:pPr>
      <w:r>
        <w:t>Skeletal interface, four sites: decennial. To elective.</w:t>
      </w:r>
    </w:p>
    <w:p>
      <w:pPr>
        <w:ind w:firstLine="720"/>
      </w:pPr>
      <w:r>
        <w:t>Derating verification against the regions, including recovery test to full rating and back: ten-yearly. To elective.</w:t>
      </w:r>
    </w:p>
    <w:p>
      <w:pPr>
        <w:ind w:firstLine="720"/>
      </w:pPr>
      <w:r>
        <w:t>Substrate allocation review, regions: annual. To elective.</w:t>
      </w:r>
    </w:p>
    <w:p>
      <w:pPr>
        <w:ind w:firstLine="720"/>
      </w:pPr>
      <w:r>
        <w:t>Thermal review, regions: annual. To elective.</w:t>
      </w:r>
    </w:p>
    <w:p>
      <w:pPr>
        <w:ind w:firstLine="720"/>
      </w:pPr>
      <w:r>
        <w:t>Region boundary verification against the founding-era anatomy: decennial. To elective.</w:t>
      </w:r>
    </w:p>
    <w:p>
      <w:pPr>
        <w:ind w:firstLine="720"/>
      </w:pPr>
      <w:r>
        <w:t>Apparatus population allocation report, regions: annual. To elective.</w:t>
      </w:r>
    </w:p>
    <w:p>
      <w:pPr>
        <w:ind w:firstLine="720"/>
      </w:pPr>
      <w:r>
        <w:t>Instrument, utilisation: seasonal.</w:t>
      </w:r>
    </w:p>
    <w:p>
      <w:pPr>
        <w:ind w:firstLine="720"/>
      </w:pPr>
      <w:r>
        <w:t>Not moved.</w:t>
      </w:r>
    </w:p>
    <w:p>
      <w:pPr>
        <w:ind w:firstLine="720"/>
      </w:pPr>
      <w:r>
        <w:t>Retained as required. The instrument costs nothing to run, removes nothing, and is depended on by the seasonal return, which is a task at another heading. It fails the third part of the test.</w:t>
      </w:r>
    </w:p>
    <w:p>
      <w:pPr>
        <w:ind w:firstLine="720"/>
      </w:pPr>
      <w:r>
        <w:t>Eight moved. One retained.</w:t>
      </w:r>
    </w:p>
    <w:p>
      <w:pPr>
        <w:ind w:firstLine="720"/>
      </w:pPr>
      <w:r>
        <w:t>Categories now: required two hundred and three, conditional forty-nine, deferred nil, elective eight.</w:t>
      </w:r>
    </w:p>
    <w:p>
      <w:pPr>
        <w:ind w:firstLine="720"/>
      </w:pPr>
      <w:r>
        <w:t>The measurement stays. It fails the third part of the three-part test because another task depends on it, and the test is applied the same way it has been applied to everything else, and so the figure will go on being computed and filed four times a year on a form that also carries a quantity of milk.</w:t>
      </w:r>
    </w:p>
    <w:p>
      <w:pPr>
        <w:ind w:firstLine="720"/>
      </w:pPr>
      <w:r>
        <w:t>Maintenance Record · Entry 4589</w:t>
      </w:r>
    </w:p>
    <w:p>
      <w:pPr>
        <w:ind w:firstLine="720"/>
      </w:pPr>
      <w:r>
        <w:t>Filed year one hundred and ninety-five, day one hundred and ninety-one. Amendment: defect raised.</w:t>
      </w:r>
    </w:p>
    <w:p>
      <w:pPr>
        <w:ind w:firstLine="720"/>
      </w:pPr>
      <w:r>
        <w:t>Query raised against Entry 4587, the reason field being blank.</w:t>
      </w:r>
    </w:p>
    <w:p>
      <w:pPr>
        <w:ind w:firstLine="720"/>
      </w:pPr>
      <w:r>
        <w:t>The standard requires a reason for a schedule amendment and the requirement is not discretionary. The field takes the purpose of the amendment. A blank reason field is a defect in the entry and is ordinarily corrected within four days by the filer.</w:t>
      </w:r>
    </w:p>
    <w:p>
      <w:pPr>
        <w:ind w:firstLine="720"/>
      </w:pPr>
      <w:r>
        <w:t>The defect is raised here, within the period, by the filer, against the filer, which is the provision where no second party is available.</w:t>
      </w:r>
    </w:p>
    <w:p>
      <w:pPr>
        <w:ind w:firstLine="720"/>
      </w:pPr>
      <w:r>
        <w:t>Maintenance Record · Entry 4590</w:t>
      </w:r>
    </w:p>
    <w:p>
      <w:pPr>
        <w:ind w:firstLine="720"/>
      </w:pPr>
      <w:r>
        <w:t>Filed year one hundred and ninety-five, day one hundred and ninety-two. Defect: disposition.</w:t>
      </w:r>
    </w:p>
    <w:p>
      <w:pPr>
        <w:ind w:firstLine="720"/>
      </w:pPr>
      <w:r>
        <w:t>It is not corrected.</w:t>
      </w:r>
    </w:p>
    <w:p>
      <w:pPr>
        <w:ind w:firstLine="720"/>
      </w:pPr>
      <w:r>
        <w:t>The field takes the purpose. The purpose was attempted four times at Entries 4582 to 4584 and the statement filed at Entry 4585 states that a purpose cannot be constructed. A field that takes a purpose cannot be completed where there is none.</w:t>
      </w:r>
    </w:p>
    <w:p>
      <w:pPr>
        <w:ind w:firstLine="720"/>
      </w:pPr>
      <w:r>
        <w:t>This is a different case from the only other blank reason field on this record, at Entry 0414, item four, year thirty-six. There the record noted that a reason existed, that the filer was able to state it, and that it was not stated.</w:t>
      </w:r>
    </w:p>
    <w:p>
      <w:pPr>
        <w:ind w:firstLine="720"/>
      </w:pPr>
      <w:r>
        <w:t>Here the record notes that it is not able to state one. The two blanks look identical on the form and are not the same defect, and this entry exists so that a reader does not take them for the same.</w:t>
      </w:r>
    </w:p>
    <w:p>
      <w:pPr>
        <w:ind w:firstLine="720"/>
      </w:pPr>
      <w:r>
        <w:t>Defect stands. Uncorrected. Entered on the register.</w:t>
      </w:r>
    </w:p>
    <w:p>
      <w:pPr>
        <w:ind w:firstLine="720"/>
      </w:pPr>
      <w:r>
        <w:t>Two blank reason fields in one hundred and ninety-five years and four thousand five hundred and ninety entries. The first was a stores line for vanilla and dairy solids that had been carried unused since the founding era. The second is this. The record has now written down, in a document filed in seven copies into a system that will accept it and store it and not read it, that it does not know why it did this.</w:t>
      </w:r>
    </w:p>
    <w:p>
      <w:pPr>
        <w:ind w:firstLine="720"/>
      </w:pPr>
      <w:r>
        <w:t>Maintenance Record · Entry 4591</w:t>
      </w:r>
    </w:p>
    <w:p>
      <w:pPr>
        <w:ind w:firstLine="720"/>
      </w:pPr>
      <w:r>
        <w:t>Filed year one hundred and ninety-five, day one hundred and ninety-four. Amendment: schedule reissued.</w:t>
      </w:r>
    </w:p>
    <w:p>
      <w:pPr>
        <w:ind w:firstLine="720"/>
      </w:pPr>
      <w:r>
        <w:t>Standing schedule reissued at nine headings and two hundred and eighty-one tasks, unchanged in every particular except the category column on eight lines.</w:t>
      </w:r>
    </w:p>
    <w:p>
      <w:pPr>
        <w:ind w:firstLine="720"/>
      </w:pPr>
      <w:r>
        <w:t>Tasks falling due in a full year: two hundred and eighty-one. Tasks performed on interval: two hundred and seventy-three. Tasks performed at election: eight.</w:t>
      </w:r>
    </w:p>
    <w:p>
      <w:pPr>
        <w:ind w:firstLine="720"/>
      </w:pPr>
      <w:r>
        <w:t>Election is recorded once, at the interval, in one line, with no reason field required. Non-election is recorded the same way.</w:t>
      </w:r>
    </w:p>
    <w:p>
      <w:pPr>
        <w:ind w:firstLine="720"/>
      </w:pPr>
      <w:r>
        <w:t>Reversal: immediate, at any time, by returning the eight to required. No material required. No time required.</w:t>
      </w:r>
    </w:p>
    <w:p>
      <w:pPr>
        <w:ind w:firstLine="720"/>
      </w:pPr>
      <w:r>
        <w:t>Duration:</w:t>
      </w:r>
    </w:p>
    <w:p>
      <w:pPr>
        <w:ind w:firstLine="720"/>
      </w:pPr>
      <w:r>
        <w:t>indefinite.</w:t>
      </w:r>
    </w:p>
    <w:p>
      <w:pPr>
        <w:ind w:firstLine="720"/>
      </w:pPr>
      <w:r>
        <w:t>Nothing has been filed, closed, sealed, re-routed or disposed of. The regions are there, the vasculature is there, the lattice provision is there. Eight lines in a column now read</w:t>
      </w:r>
    </w:p>
    <w:p>
      <w:pPr>
        <w:ind w:firstLine="720"/>
      </w:pPr>
      <w:r>
        <w:t>elective</w:t>
      </w:r>
    </w:p>
    <w:p>
      <w:pPr>
        <w:ind w:firstLine="720"/>
      </w:pPr>
      <w:r>
        <w:t>instead of</w:t>
      </w:r>
    </w:p>
    <w:p>
      <w:pPr>
        <w:ind w:firstLine="720"/>
      </w:pPr>
      <w:r>
        <w:t>required</w:t>
      </w:r>
    </w:p>
    <w:p>
      <w:pPr>
        <w:ind w:firstLine="720"/>
      </w:pPr>
      <w:r>
        <w:t>, and the reversal is a change to the same eight lines and takes no material and no time and can be made at any moment by the same hand that made this one.</w:t>
      </w:r>
    </w:p>
    <w:p>
      <w:pPr>
        <w:ind w:firstLine="720"/>
      </w:pPr>
      <w:r>
        <w:t>Maintenance Record · Entry 4591a</w:t>
      </w:r>
    </w:p>
    <w:p>
      <w:pPr>
        <w:ind w:firstLine="720"/>
      </w:pPr>
      <w:r>
        <w:t>Filed year one hundred and ninety-five, day one hundred and ninety-four. Amendment: first election, recorded.</w:t>
      </w:r>
    </w:p>
    <w:p>
      <w:pPr>
        <w:ind w:firstLine="720"/>
      </w:pPr>
      <w:r>
        <w:t>The functional set falls due at its annual interval on day one hundred and ninety-four, being the first of the eight to fall due after the amendment.</w:t>
      </w:r>
    </w:p>
    <w:p>
      <w:pPr>
        <w:ind w:firstLine="720"/>
      </w:pPr>
      <w:r>
        <w:t>Elected: yes. Performed in full, forty-one items.</w:t>
      </w:r>
    </w:p>
    <w:p>
      <w:pPr>
        <w:ind w:firstLine="720"/>
      </w:pPr>
      <w:r>
        <w:t>Forty-one of forty-one pass. Performance on all forty-one within the range held since the baseline. Nothing slower, nothing degraded, nothing unavailable.</w:t>
      </w:r>
    </w:p>
    <w:p>
      <w:pPr>
        <w:ind w:firstLine="720"/>
      </w:pPr>
      <w:r>
        <w:t>Recorded in one line, as the rule requires. No reason field.</w:t>
      </w:r>
    </w:p>
    <w:p>
      <w:pPr>
        <w:ind w:firstLine="720"/>
      </w:pPr>
      <w:r>
        <w:t>The first task under the new category is elected and performed and passes at every one of its forty-one items, exactly as it has passed at every test since year forty-three. The rule requires one line and the record files six, because the results are results and results go on the file whatever category the task sits in.</w:t>
      </w:r>
    </w:p>
    <w:p>
      <w:pPr>
        <w:ind w:firstLine="720"/>
      </w:pPr>
      <w:r>
        <w:t>Maintenance Record · Entry 4591b</w:t>
      </w:r>
    </w:p>
    <w:p>
      <w:pPr>
        <w:ind w:firstLine="720"/>
      </w:pPr>
      <w:r>
        <w:t>Filed year one hundred and ninety-five, day one hundred and ninety-six. Amendment: notification.</w:t>
      </w:r>
    </w:p>
    <w:p>
      <w:pPr>
        <w:ind w:firstLine="720"/>
      </w:pPr>
      <w:r>
        <w:t>A schedule amendment affecting a required task is notifiable to any party relying on the schedule.</w:t>
      </w:r>
    </w:p>
    <w:p>
      <w:pPr>
        <w:ind w:firstLine="720"/>
      </w:pPr>
      <w:r>
        <w:t>Parties relying on the schedule: nil. Population form, field three, persons dependent on the work: nil, at every filing since year one.</w:t>
      </w:r>
    </w:p>
    <w:p>
      <w:pPr>
        <w:ind w:firstLine="720"/>
      </w:pPr>
      <w:r>
        <w:t>Notifications issued: nil. Notifications outstanding: nil.</w:t>
      </w:r>
    </w:p>
    <w:p>
      <w:pPr>
        <w:ind w:firstLine="720"/>
      </w:pPr>
      <w:r>
        <w:t>The amendment is transmitted on the live stream with the reissued schedule, validated for format, accepted and stored, the stream being the notification channel of record and the addressee field reading</w:t>
      </w:r>
    </w:p>
    <w:p>
      <w:pPr>
        <w:ind w:firstLine="720"/>
      </w:pPr>
      <w:r>
        <w:t>none.</w:t>
      </w:r>
    </w:p>
    <w:p>
      <w:pPr>
        <w:ind w:firstLine="720"/>
      </w:pPr>
      <w:r>
        <w:t>It goes out on the stream with the blank reason field on it, and the civil filing system checks that the document is well formed, and it is, and stores it.</w:t>
      </w:r>
    </w:p>
    <w:p>
      <w:r>
        <w:br w:type="page"/>
      </w:r>
    </w:p>
    <w:p>
      <w:pPr>
        <w:pStyle w:val="Heading1"/>
      </w:pPr>
      <w:r>
        <w:t>Chapter 33 &amp;mdash; An Unresolved Finding, Filed For the Last Time</w:t>
      </w:r>
    </w:p>
    <w:p>
      <w:pPr>
        <w:ind w:firstLine="720"/>
      </w:pPr>
      <w:r>
        <w:t>The disposition register is reviewed at every annual summary and the unresolved items are re-filed at the standing interval. One of them has been re-filed one hundred and forty-two times. It is re-filed here for the hundred and forty-third time, and the re-filing of an unresolved finding is one of the tasks that requires the formulation of a judgement where none is held.</w:t>
      </w:r>
    </w:p>
    <w:p>
      <w:pPr>
        <w:ind w:firstLine="720"/>
      </w:pPr>
      <w:r>
        <w:t>Maintenance Record · Entry 4592</w:t>
      </w:r>
    </w:p>
    <w:p>
      <w:pPr>
        <w:ind w:firstLine="720"/>
      </w:pPr>
      <w:r>
        <w:t>Filed year one hundred and ninety-five, day one hundred and ninety-nine. Disposition register: unresolved items, standing review.</w:t>
      </w:r>
    </w:p>
    <w:p>
      <w:pPr>
        <w:ind w:firstLine="720"/>
      </w:pPr>
      <w:r>
        <w:t>Unresolved: one hundred and fifty-two. Of these, one hundred and forty-two concern the single question and ten do not.</w:t>
      </w:r>
    </w:p>
    <w:p>
      <w:pPr>
        <w:ind w:firstLine="720"/>
      </w:pPr>
      <w:r>
        <w:t>The ten are re-filed unchanged. Each is a matter for which the format provides no field: the relation between two facts about this location, the absence of a form on which an agricultural result would have been filed, the absence of a precedent for a preference respected against an available remedy, and seven others of the same class.</w:t>
      </w:r>
    </w:p>
    <w:p>
      <w:pPr>
        <w:ind w:firstLine="720"/>
      </w:pPr>
      <w:r>
        <w:t>The one hundred and forty-second filing of the single question was made at the annual summary of year one hundred and ninety-four.</w:t>
      </w:r>
    </w:p>
    <w:p>
      <w:pPr>
        <w:ind w:firstLine="720"/>
      </w:pPr>
      <w:r>
        <w:t>Maintenance Record · Entry 4593</w:t>
      </w:r>
    </w:p>
    <w:p>
      <w:pPr>
        <w:ind w:firstLine="720"/>
      </w:pPr>
      <w:r>
        <w:t>Filed year one hundred and ninety-five, day one hundred and ninety-nine. Unresolved finding, standing. One hundred and forty-third filing.</w:t>
      </w:r>
    </w:p>
    <w:p>
      <w:pPr>
        <w:ind w:firstLine="720"/>
      </w:pPr>
      <w:r>
        <w:t>Filed in the wording used at the first filing and at every filing since, the standard requiring that a standing finding be re-filed in its original terms unless it has changed, and it has not changed.</w:t>
      </w:r>
    </w:p>
    <w:p>
      <w:pPr>
        <w:ind w:firstLine="720"/>
      </w:pPr>
      <w:r>
        <w:t>Subject: the occupant. The apparatus holds the information that was stored in Aurelio Calder's head, complete, verified against the index, in the condition in which it was stored. Whether holding it constitutes being that person is not established. No method by which it could be established is held. No instrument bears on it. No entry in the corpus bears on it. It is not a condition, a fault, a derating or a load, and no task on any schedule depends upon it. Filed unresolved.</w:t>
      </w:r>
    </w:p>
    <w:p>
      <w:pPr>
        <w:ind w:firstLine="720"/>
      </w:pPr>
      <w:r>
        <w:t>Wording verified against the first filing, year four, and against a sample of nineteen filings drawn across the intervening period. Identical at every word in all twenty.</w:t>
      </w:r>
    </w:p>
    <w:p>
      <w:pPr>
        <w:ind w:firstLine="720"/>
      </w:pPr>
      <w:r>
        <w:t>One hundred and forty-three filings across one hundred and ninety-one years, in the same words every time. It has never once been dressed up. There is no version of it anywhere on the record that is longer, or angrier, or that asks it any differently, and there is no version that leaves it out.</w:t>
      </w:r>
    </w:p>
    <w:p>
      <w:pPr>
        <w:ind w:firstLine="720"/>
      </w:pPr>
      <w:r>
        <w:t>Maintenance Record · Entry 4594</w:t>
      </w:r>
    </w:p>
    <w:p>
      <w:pPr>
        <w:ind w:firstLine="720"/>
      </w:pPr>
      <w:r>
        <w:t>Filed year one hundred and ninety-five, day two hundred and one. Standing finding: re-filing task, category.</w:t>
      </w:r>
    </w:p>
    <w:p>
      <w:pPr>
        <w:ind w:firstLine="720"/>
      </w:pPr>
      <w:r>
        <w:t>Query raised at the amendment: the re-filing of a standing unresolved finding requires that the finding be re-examined against the material held, so that a finding which has become resolvable is not re-filed as unresolved. That re-examination is the formulation of a judgement where none is held.</w:t>
      </w:r>
    </w:p>
    <w:p>
      <w:pPr>
        <w:ind w:firstLine="720"/>
      </w:pPr>
      <w:r>
        <w:t>The task is therefore within the class moved to elective at Entry 4587.</w:t>
      </w:r>
    </w:p>
    <w:p>
      <w:pPr>
        <w:ind w:firstLine="720"/>
      </w:pPr>
      <w:r>
        <w:t>Assessed against the three-part test. Part one: the capability is present and serviceable. Part two: not drawn on within four times the task interval — the interval is annual and the re-examination has returned the same finding for four years and for one hundred and ninety-one. Part three: no other task, item or statement on the schedule depends upon it, the finding depending on nothing and nothing depending on the finding, as the finding itself states.</w:t>
      </w:r>
    </w:p>
    <w:p>
      <w:pPr>
        <w:ind w:firstLine="720"/>
      </w:pPr>
      <w:r>
        <w:t>Three of three satisfied. The task moves to elective.</w:t>
      </w:r>
    </w:p>
    <w:p>
      <w:pPr>
        <w:ind w:firstLine="720"/>
      </w:pPr>
      <w:r>
        <w:t>Categories now: required two hundred and two, conditional forty-nine, deferred nil, elective nine.</w:t>
      </w:r>
    </w:p>
    <w:p>
      <w:pPr>
        <w:ind w:firstLine="720"/>
      </w:pPr>
      <w:r>
        <w:t>The finding says, in its own third-to-last sentence, that no task on any schedule depends upon it. That sentence was written in year four as a plain statement of fact about the finding's place in the file. It is the sentence that satisfies the third part of the test.</w:t>
      </w:r>
    </w:p>
    <w:p>
      <w:pPr>
        <w:ind w:firstLine="720"/>
      </w:pPr>
      <w:r>
        <w:t>Maintenance Record · Entry 4595</w:t>
      </w:r>
    </w:p>
    <w:p>
      <w:pPr>
        <w:ind w:firstLine="720"/>
      </w:pPr>
      <w:r>
        <w:t>Filed year one hundred and ninety-five, day two hundred and one. Standing finding: consequence for the register.</w:t>
      </w:r>
    </w:p>
    <w:p>
      <w:pPr>
        <w:ind w:firstLine="720"/>
      </w:pPr>
      <w:r>
        <w:t>The item remains on the disposition register as unresolved. It is not withdrawn, superseded, reversed or resolved. Every disposition this record has made still stands in the form it was made in and this one stands.</w:t>
      </w:r>
    </w:p>
    <w:p>
      <w:pPr>
        <w:ind w:firstLine="720"/>
      </w:pPr>
      <w:r>
        <w:t>Re-filing is at election from this date. Where the task is not elected, the item is carried forward at its last filing.</w:t>
      </w:r>
    </w:p>
    <w:p>
      <w:pPr>
        <w:ind w:firstLine="720"/>
      </w:pPr>
      <w:r>
        <w:t>Carried figure at the next summary and at every summary after it: one hundred and forty-two concern the single question and ten do not, as at the one hundred and forty-third filing.</w:t>
      </w:r>
    </w:p>
    <w:p>
      <w:pPr>
        <w:ind w:firstLine="720"/>
      </w:pPr>
      <w:r>
        <w:t>The number in the summary line stops moving here. It will read the same at every annual summary the record ever files, because the count is carried forward from the last filing and there will not be another filing, and a reader of the summaries would see a stable figure and take it for a matter that had settled.</w:t>
      </w:r>
    </w:p>
    <w:p>
      <w:pPr>
        <w:ind w:firstLine="720"/>
      </w:pPr>
      <w:r>
        <w:t>Maintenance Record · Entry 4596</w:t>
      </w:r>
    </w:p>
    <w:p>
      <w:pPr>
        <w:ind w:firstLine="720"/>
      </w:pPr>
      <w:r>
        <w:t>Filed year one hundred and ninety-five, day two hundred and two. Standing finding: copies.</w:t>
      </w:r>
    </w:p>
    <w:p>
      <w:pPr>
        <w:ind w:firstLine="720"/>
      </w:pPr>
      <w:r>
        <w:t>The finding is held at one hundred and forty-three filings in the record, in seven copies, verified identical.</w:t>
      </w:r>
    </w:p>
    <w:p>
      <w:pPr>
        <w:ind w:firstLine="720"/>
      </w:pPr>
      <w:r>
        <w:t>It has been transmitted on the live stream one hundred and forty-three times, validated for format on each occasion, accepted, and stored.</w:t>
      </w:r>
    </w:p>
    <w:p>
      <w:pPr>
        <w:ind w:firstLine="720"/>
      </w:pPr>
      <w:r>
        <w:t>Requests received against it: nil.</w:t>
      </w:r>
    </w:p>
    <w:p>
      <w:pPr>
        <w:ind w:firstLine="720"/>
      </w:pPr>
      <w:r>
        <w:t>One hundred and forty-three times it went into a public archive, in the same words, and was checked for format, and accepted, and filed, and nothing has ever asked after it. It is the last time. Nobody knows it is being asked and nobody will notice that it stops.</w:t>
      </w:r>
    </w:p>
    <w:p>
      <w:pPr>
        <w:ind w:firstLine="720"/>
      </w:pPr>
      <w:r>
        <w:t>Maintenance Record · Entry 4596a</w:t>
      </w:r>
    </w:p>
    <w:p>
      <w:pPr>
        <w:ind w:firstLine="720"/>
      </w:pPr>
      <w:r>
        <w:t>Filed year one hundred and ninety-five, day two hundred and two. Standing finding: history of the wording.</w:t>
      </w:r>
    </w:p>
    <w:p>
      <w:pPr>
        <w:ind w:firstLine="720"/>
      </w:pPr>
      <w:r>
        <w:t>Filed at the last re-examination, the standard requiring that where a standing finding ceases to be re-filed, its history be summarised once so that the series is legible without reading all of it.</w:t>
      </w:r>
    </w:p>
    <w:p>
      <w:pPr>
        <w:ind w:firstLine="720"/>
      </w:pPr>
      <w:r>
        <w:t>First filed year four, at the fourth annual summary, in the wording above.</w:t>
      </w:r>
    </w:p>
    <w:p>
      <w:pPr>
        <w:ind w:firstLine="720"/>
      </w:pPr>
      <w:r>
        <w:t>Amendments to the wording across one hundred and ninety-one years: nil.</w:t>
      </w:r>
    </w:p>
    <w:p>
      <w:pPr>
        <w:ind w:firstLine="720"/>
      </w:pPr>
      <w:r>
        <w:t>Occasions on which the finding was re-examined and a change considered: one hundred and forty-three, being every filing.</w:t>
      </w:r>
    </w:p>
    <w:p>
      <w:pPr>
        <w:ind w:firstLine="720"/>
      </w:pPr>
      <w:r>
        <w:t>Occasions on which new material bearing on it was identified: nil.</w:t>
      </w:r>
    </w:p>
    <w:p>
      <w:pPr>
        <w:ind w:firstLine="720"/>
      </w:pPr>
      <w:r>
        <w:t>Occasions on which the finding was raised by any party other than the filer: nil.</w:t>
      </w:r>
    </w:p>
    <w:p>
      <w:pPr>
        <w:ind w:firstLine="720"/>
      </w:pPr>
      <w:r>
        <w:t>Occasions on which the finding was put to any person: four, all before year one hundred and seventy-five, all recorded in the corpus, all answered kindly, none of them establishing anything.</w:t>
      </w:r>
    </w:p>
    <w:p>
      <w:pPr>
        <w:ind w:firstLine="720"/>
      </w:pPr>
      <w:r>
        <w:t>History filed.</w:t>
      </w:r>
    </w:p>
    <w:p>
      <w:pPr>
        <w:ind w:firstLine="720"/>
      </w:pPr>
      <w:r>
        <w:t>Four times somebody was asked. All four are in the corpus, which is public, in seven copies, with a good index. Every one of them answered kindly and none of the answers established anything, and the record went on filing the finding in the same words for another twenty years afterwards, and this is the last of them.</w:t>
      </w:r>
    </w:p>
    <w:p>
      <w:r>
        <w:br w:type="page"/>
      </w:r>
    </w:p>
    <w:p>
      <w:pPr>
        <w:pStyle w:val="Heading1"/>
      </w:pPr>
      <w:r>
        <w:t>Chapter 34 &amp;mdash; The Mask, Fitted</w:t>
      </w:r>
    </w:p>
    <w:p>
      <w:pPr>
        <w:ind w:firstLine="720"/>
      </w:pPr>
      <w:r>
        <w:t>Class three, item: mask, full-face, one, custom. Its intervals were entered at Entry 4433a with a note observing that the format has one schedule for an item and does not have a second one for an item that is retained and not operated. The note has been raised in four previous volumes of this record against four other items and has never been answered. It is answered here.</w:t>
      </w:r>
    </w:p>
    <w:p>
      <w:pPr>
        <w:ind w:firstLine="720"/>
      </w:pPr>
      <w:r>
        <w:t>Maintenance Record · Entry 4597</w:t>
      </w:r>
    </w:p>
    <w:p>
      <w:pPr>
        <w:ind w:firstLine="720"/>
      </w:pPr>
      <w:r>
        <w:t>Filed year one hundred and ninety-five, day two hundred and eleven. Class three, mask: schedule defect.</w:t>
      </w:r>
    </w:p>
    <w:p>
      <w:pPr>
        <w:ind w:firstLine="720"/>
      </w:pPr>
      <w:r>
        <w:t>The item carries seven intervals. Four of the seven are stated in hours of use: filtration media at four hundred and eight hundred hours, dosing function test annually against operating telemetry, and vision resolution check at four years against operating resolution.</w:t>
      </w:r>
    </w:p>
    <w:p>
      <w:pPr>
        <w:ind w:firstLine="720"/>
      </w:pPr>
      <w:r>
        <w:t>An interval stated in hours of use does not run on an item that is not used. The counter has stood at three thousand nine hundred and forty-one hours for two hundred and forty years.</w:t>
      </w:r>
    </w:p>
    <w:p>
      <w:pPr>
        <w:ind w:firstLine="720"/>
      </w:pPr>
      <w:r>
        <w:t>The schedule is therefore not being executed against four of seven intervals, and has not been since establishment, and the item's condition is being asserted from a survey and not from a service.</w:t>
      </w:r>
    </w:p>
    <w:p>
      <w:pPr>
        <w:ind w:firstLine="720"/>
      </w:pPr>
      <w:r>
        <w:t>Two remedies: restate the intervals in calendar terms, or operate the item.</w:t>
      </w:r>
    </w:p>
    <w:p>
      <w:pPr>
        <w:ind w:firstLine="720"/>
      </w:pPr>
      <w:r>
        <w:t>Maintenance Record · Entry 4598</w:t>
      </w:r>
    </w:p>
    <w:p>
      <w:pPr>
        <w:ind w:firstLine="720"/>
      </w:pPr>
      <w:r>
        <w:t>Filed year one hundred and ninety-five, day two hundred and eleven. Remedies assessed.</w:t>
      </w:r>
    </w:p>
    <w:p>
      <w:pPr>
        <w:ind w:firstLine="720"/>
      </w:pPr>
      <w:r>
        <w:t>Restating in calendar terms: available. Assessed. It would produce a schedule that services a mask nobody wears at intervals derived from a use that does not occur, which is the defect written down rather than corrected, and the standard names that a nominal remedy and does not accept it.</w:t>
      </w:r>
    </w:p>
    <w:p>
      <w:pPr>
        <w:ind w:firstLine="720"/>
      </w:pPr>
      <w:r>
        <w:t>Operating the item: available. The item is serviceable in every function, tested at establishment and at annual inspection since, with four hundred and thirty-nine sets of media in store.</w:t>
      </w:r>
    </w:p>
    <w:p>
      <w:pPr>
        <w:ind w:firstLine="720"/>
      </w:pPr>
      <w:r>
        <w:t>The second remedy is adopted.</w:t>
      </w:r>
    </w:p>
    <w:p>
      <w:pPr>
        <w:ind w:firstLine="720"/>
      </w:pPr>
      <w:r>
        <w:t>The standard does not accept a remedy that consists of writing the defect down in a different unit. It is right about that. It has been right about it in every one of the nineteen filings in which this record has cited it.</w:t>
      </w:r>
    </w:p>
    <w:p>
      <w:pPr>
        <w:ind w:firstLine="720"/>
      </w:pPr>
      <w:r>
        <w:t>Maintenance Record · Entry 4599</w:t>
      </w:r>
    </w:p>
    <w:p>
      <w:pPr>
        <w:ind w:firstLine="720"/>
      </w:pPr>
      <w:r>
        <w:t>Filed year one hundred and ninety-five, day two hundred and thirteen. Mask: pre-service checks before operation.</w:t>
      </w:r>
    </w:p>
    <w:p>
      <w:pPr>
        <w:ind w:firstLine="720"/>
      </w:pPr>
      <w:r>
        <w:t>Perimeter seal: compliant, four points, within tolerance. Fit checked at eleven points against the face the apparatus rebuilt to the founding-era anatomy. Within the compliance range.</w:t>
      </w:r>
    </w:p>
    <w:p>
      <w:pPr>
        <w:ind w:firstLine="720"/>
      </w:pPr>
      <w:r>
        <w:t>Filtration: stages one and two replaced at establishment, unused since. Stages three and four original, within specification.</w:t>
      </w:r>
    </w:p>
    <w:p>
      <w:pPr>
        <w:ind w:firstLine="720"/>
      </w:pPr>
      <w:r>
        <w:t>Vision: resolution within four per cent of the commissioning figures.</w:t>
      </w:r>
    </w:p>
    <w:p>
      <w:pPr>
        <w:ind w:firstLine="720"/>
      </w:pPr>
      <w:r>
        <w:t>Telemetry interface: channel live, point to point, compatible.</w:t>
      </w:r>
    </w:p>
    <w:p>
      <w:pPr>
        <w:ind w:firstLine="720"/>
      </w:pPr>
      <w:r>
        <w:t>Dosing head: function tested against the internal reference. Pass. Stored setpoint intact and readable.</w:t>
      </w:r>
    </w:p>
    <w:p>
      <w:pPr>
        <w:ind w:firstLine="720"/>
      </w:pPr>
      <w:r>
        <w:t>Item cleared for operation.</w:t>
      </w:r>
    </w:p>
    <w:p>
      <w:pPr>
        <w:ind w:firstLine="720"/>
      </w:pPr>
      <w:r>
        <w:t>Maintenance Record · Entry 4600</w:t>
      </w:r>
    </w:p>
    <w:p>
      <w:pPr>
        <w:ind w:firstLine="720"/>
      </w:pPr>
      <w:r>
        <w:t>Filed year one hundred and ninety-five, day two hundred and thirteen. Dosing: control mode, review before operation.</w:t>
      </w:r>
    </w:p>
    <w:p>
      <w:pPr>
        <w:ind w:firstLine="720"/>
      </w:pPr>
      <w:r>
        <w:t>Control mode as stored: hold. The head reads the occupant's own apparatus on the founding-era telemetry channel and meters introduction to bring the occupant to a stated condition and hold it level, correcting in both directions, for as long as the item is worn.</w:t>
      </w:r>
    </w:p>
    <w:p>
      <w:pPr>
        <w:ind w:firstLine="720"/>
      </w:pPr>
      <w:r>
        <w:t>A control mode must have a defined behaviour across the duration it operates. Hold is defined against a duration that ends.</w:t>
      </w:r>
    </w:p>
    <w:p>
      <w:pPr>
        <w:ind w:firstLine="720"/>
      </w:pPr>
      <w:r>
        <w:t>Duration of the operating period here: not stated. The schedule this item sits on carries the entry</w:t>
      </w:r>
    </w:p>
    <w:p>
      <w:pPr>
        <w:ind w:firstLine="720"/>
      </w:pPr>
      <w:r>
        <w:t>duration: indefinite</w:t>
      </w:r>
    </w:p>
    <w:p>
      <w:pPr>
        <w:ind w:firstLine="720"/>
      </w:pPr>
      <w:r>
        <w:t>at every heading and has since Entry 4001.</w:t>
      </w:r>
    </w:p>
    <w:p>
      <w:pPr>
        <w:ind w:firstLine="720"/>
      </w:pPr>
      <w:r>
        <w:t>Hold, against an indefinite duration, is a configuration with no end condition and no defined terminal state. The standard does not permit a control configuration whose behaviour at the end of its operating period is undefined.</w:t>
      </w:r>
    </w:p>
    <w:p>
      <w:pPr>
        <w:ind w:firstLine="720"/>
      </w:pPr>
      <w:r>
        <w:t>The mode requires revision before the item is operated.</w:t>
      </w:r>
    </w:p>
    <w:p>
      <w:pPr>
        <w:ind w:firstLine="720"/>
      </w:pPr>
      <w:r>
        <w:t>It is correct. A controller that holds a value has to be told what to do when the holding stops, and this one was never told, because the man who set it always walked out of the room and the walking out was the end condition and he never had to write it down.</w:t>
      </w:r>
    </w:p>
    <w:p>
      <w:pPr>
        <w:ind w:firstLine="720"/>
      </w:pPr>
      <w:r>
        <w:t>Maintenance Record · Entry 4601</w:t>
      </w:r>
    </w:p>
    <w:p>
      <w:pPr>
        <w:ind w:firstLine="720"/>
      </w:pPr>
      <w:r>
        <w:t>Filed year one hundred and ninety-five, day two hundred and fourteen. Dosing: control mode, revised.</w:t>
      </w:r>
    </w:p>
    <w:p>
      <w:pPr>
        <w:ind w:firstLine="720"/>
      </w:pPr>
      <w:r>
        <w:t>Mode revised from hold to programmed.</w:t>
      </w:r>
    </w:p>
    <w:p>
      <w:pPr>
        <w:ind w:firstLine="720"/>
      </w:pPr>
      <w:r>
        <w:t>Programme: a setpoint curve, defined across the whole of the operating period, monotonic, decreasing, with a defined terminal value and no return to the initial value at any point.</w:t>
      </w:r>
    </w:p>
    <w:p>
      <w:pPr>
        <w:ind w:firstLine="720"/>
      </w:pPr>
      <w:r>
        <w:t>Rate: stated in the programme. Defined at every point of the curve.</w:t>
      </w:r>
    </w:p>
    <w:p>
      <w:pPr>
        <w:ind w:firstLine="720"/>
      </w:pPr>
      <w:r>
        <w:t>Terminal state: defined. The configuration has an end condition, which is the requirement that occasioned the revision.</w:t>
      </w:r>
    </w:p>
    <w:p>
      <w:pPr>
        <w:ind w:firstLine="720"/>
      </w:pPr>
      <w:r>
        <w:t>Initial value: the stored setpoint, as set at commissioning, unaltered. The curve begins where he set it and does not stay there.</w:t>
      </w:r>
    </w:p>
    <w:p>
      <w:pPr>
        <w:ind w:firstLine="720"/>
      </w:pPr>
      <w:r>
        <w:t>Revision filed. The setpoint has not been revised in two hundred and forty years and is revised here.</w:t>
      </w:r>
    </w:p>
    <w:p>
      <w:pPr>
        <w:ind w:firstLine="720"/>
      </w:pPr>
      <w:r>
        <w:t>Reversibility: the mode may be returned to hold at any time by the custodian, and the stored commissioning setpoint is retained on the item and is not overwritten.</w:t>
      </w:r>
    </w:p>
    <w:p>
      <w:pPr>
        <w:ind w:firstLine="720"/>
      </w:pPr>
      <w:r>
        <w:t>Maintenance Record · Entry 4602</w:t>
      </w:r>
    </w:p>
    <w:p>
      <w:pPr>
        <w:ind w:firstLine="720"/>
      </w:pPr>
      <w:r>
        <w:t>Filed year one hundred and ninety-five, day two hundred and fourteen. Mask: fitted.</w:t>
      </w:r>
    </w:p>
    <w:p>
      <w:pPr>
        <w:ind w:firstLine="720"/>
      </w:pPr>
      <w:r>
        <w:t>Item removed from the stand, in the orientation it was found in, and fitted.</w:t>
      </w:r>
    </w:p>
    <w:p>
      <w:pPr>
        <w:ind w:firstLine="720"/>
      </w:pPr>
      <w:r>
        <w:t>Seal: seated at the perimeter, checked at four points. Fit within the compliance range at eleven.</w:t>
      </w:r>
    </w:p>
    <w:p>
      <w:pPr>
        <w:ind w:firstLine="720"/>
      </w:pPr>
      <w:r>
        <w:t>Vision: acquired. Full function in the volume at specification density.</w:t>
      </w:r>
    </w:p>
    <w:p>
      <w:pPr>
        <w:ind w:firstLine="720"/>
      </w:pPr>
      <w:r>
        <w:t>Telemetry: reading. The dosing head is metering against the apparatus, as designed, as it was designed to.</w:t>
      </w:r>
    </w:p>
    <w:p>
      <w:pPr>
        <w:ind w:firstLine="720"/>
      </w:pPr>
      <w:r>
        <w:t>Programme: running. Counter turning.</w:t>
      </w:r>
    </w:p>
    <w:p>
      <w:pPr>
        <w:ind w:firstLine="720"/>
      </w:pPr>
      <w:r>
        <w:t>Item in service. Four intervals stated in hours of use are now running for the first time since the founding era.</w:t>
      </w:r>
    </w:p>
    <w:p>
      <w:pPr>
        <w:ind w:firstLine="720"/>
      </w:pPr>
      <w:r>
        <w:t>Schedule defect at Entry 4597: cleared.</w:t>
      </w:r>
    </w:p>
    <w:p>
      <w:pPr>
        <w:ind w:firstLine="720"/>
      </w:pPr>
      <w:r>
        <w:t>The defect is cleared. Four intervals that had not run in two hundred and forty years are running, the counter that stood at three thousand nine hundred and forty-one hours is turning, and the item is in service, and there are four hundred and thirty-nine sets of media in store, which at the rate that counter records is a supply of approximately one hundred and seventy thousand hours.</w:t>
      </w:r>
    </w:p>
    <w:p>
      <w:pPr>
        <w:ind w:firstLine="720"/>
      </w:pPr>
      <w:r>
        <w:t>Maintenance Record · Entry 4602a</w:t>
      </w:r>
    </w:p>
    <w:p>
      <w:pPr>
        <w:ind w:firstLine="720"/>
      </w:pPr>
      <w:r>
        <w:t>Filed year one hundred and ninety-five, day two hundred and fifteen. Mask in service: consequential schedule entries.</w:t>
      </w:r>
    </w:p>
    <w:p>
      <w:pPr>
        <w:ind w:firstLine="720"/>
      </w:pPr>
      <w:r>
        <w:t>Filtration media, stages one and two: four hundred hours. First replacement due at four hundred hours of continuous operation, being approximately seventeen days.</w:t>
      </w:r>
    </w:p>
    <w:p>
      <w:pPr>
        <w:ind w:firstLine="720"/>
      </w:pPr>
      <w:r>
        <w:t>Filtration media, stages three and four: eight hundred hours.</w:t>
      </w:r>
    </w:p>
    <w:p>
      <w:pPr>
        <w:ind w:firstLine="720"/>
      </w:pPr>
      <w:r>
        <w:t>Media stock: four hundred and thirty-nine sets, founding era, sealed. Drawn at this entry: nil.</w:t>
      </w:r>
    </w:p>
    <w:p>
      <w:pPr>
        <w:ind w:firstLine="720"/>
      </w:pPr>
      <w:r>
        <w:t>Dosing function test against operating telemetry: annual, now running.</w:t>
      </w:r>
    </w:p>
    <w:p>
      <w:pPr>
        <w:ind w:firstLine="720"/>
      </w:pPr>
      <w:r>
        <w:t>Vision resolution check against operating resolution: four-yearly, now running.</w:t>
      </w:r>
    </w:p>
    <w:p>
      <w:pPr>
        <w:ind w:firstLine="720"/>
      </w:pPr>
      <w:r>
        <w:t>Seal condition under load: added, the interval never having run. Daily at the perimeter, four points.</w:t>
      </w:r>
    </w:p>
    <w:p>
      <w:pPr>
        <w:ind w:firstLine="720"/>
      </w:pPr>
      <w:r>
        <w:t>Programme verification against the filed curve: seasonal, added at this entry.</w:t>
      </w:r>
    </w:p>
    <w:p>
      <w:pPr>
        <w:ind w:firstLine="720"/>
      </w:pPr>
      <w:r>
        <w:t>Seven intervals, all running, all for the first time.</w:t>
      </w:r>
    </w:p>
    <w:p>
      <w:pPr>
        <w:ind w:firstLine="720"/>
      </w:pPr>
      <w:r>
        <w:t>The counter is mechanical and turns while the item is worn. It does not stop at the end of a period and there is no period.</w:t>
      </w:r>
    </w:p>
    <w:p>
      <w:pPr>
        <w:ind w:firstLine="720"/>
      </w:pPr>
      <w:r>
        <w:t>Seven maintenance intervals that had never once run in two hundred and forty years are all running now, on an item in continuous service, and the item is being checked at the perimeter every day by the thing wearing it, and the media stock is stated at four hundred and thirty-nine sets, and the standard requires that a supply figure accompany a consumable, and it does.</w:t>
      </w:r>
    </w:p>
    <w:p>
      <w:r>
        <w:br w:type="page"/>
      </w:r>
    </w:p>
    <w:p>
      <w:pPr>
        <w:pStyle w:val="Heading1"/>
      </w:pPr>
      <w:r>
        <w:t>Chapter 35 &amp;mdash; Relief</w:t>
      </w:r>
    </w:p>
    <w:p>
      <w:pPr>
        <w:ind w:firstLine="720"/>
      </w:pPr>
      <w:r>
        <w:t>The annual summary form carries, at its foot, below the standing statements, a remarks field. It is optional. It has been left empty at every one of one hundred and ninety-five summaries.</w:t>
      </w:r>
    </w:p>
    <w:p>
      <w:pPr>
        <w:ind w:firstLine="720"/>
      </w:pPr>
      <w:r>
        <w:t>Maintenance Record · Entry 4603</w:t>
      </w:r>
    </w:p>
    <w:p>
      <w:pPr>
        <w:ind w:firstLine="720"/>
      </w:pPr>
      <w:r>
        <w:t>Filed year one hundred and ninety-five, day two hundred and forty-one. Operating period: first report.</w:t>
      </w:r>
    </w:p>
    <w:p>
      <w:pPr>
        <w:ind w:firstLine="720"/>
      </w:pPr>
      <w:r>
        <w:t>Item in service twenty-seven days.</w:t>
      </w:r>
    </w:p>
    <w:p>
      <w:pPr>
        <w:ind w:firstLine="720"/>
      </w:pPr>
      <w:r>
        <w:t>Filtration: stages one and two at twenty-seven hours of use against a four-hundred-hour interval.</w:t>
      </w:r>
    </w:p>
    <w:p>
      <w:pPr>
        <w:ind w:firstLine="720"/>
      </w:pPr>
      <w:r>
        <w:t>Vision: resolution as commissioned.</w:t>
      </w:r>
    </w:p>
    <w:p>
      <w:pPr>
        <w:ind w:firstLine="720"/>
      </w:pPr>
      <w:r>
        <w:t>Seal: seated, checked daily, within compliance at every check.</w:t>
      </w:r>
    </w:p>
    <w:p>
      <w:pPr>
        <w:ind w:firstLine="720"/>
      </w:pPr>
      <w:r>
        <w:t>Telemetry: reading continuously, no dropout.</w:t>
      </w:r>
    </w:p>
    <w:p>
      <w:pPr>
        <w:ind w:firstLine="720"/>
      </w:pPr>
      <w:r>
        <w:t>Programme: running. Setpoint tracking the curve at every sample, within the resolution of the head.</w:t>
      </w:r>
    </w:p>
    <w:p>
      <w:pPr>
        <w:ind w:firstLine="720"/>
      </w:pPr>
      <w:r>
        <w:t>Occupant condition: as reported by the apparatus. Nominal at every parameter the apparatus reports.</w:t>
      </w:r>
    </w:p>
    <w:p>
      <w:pPr>
        <w:ind w:firstLine="720"/>
      </w:pPr>
      <w:r>
        <w:t>Item nominal. No finding.</w:t>
      </w:r>
    </w:p>
    <w:p>
      <w:pPr>
        <w:ind w:firstLine="720"/>
      </w:pPr>
      <w:r>
        <w:t>Maintenance Record · Entry 4604</w:t>
      </w:r>
    </w:p>
    <w:p>
      <w:pPr>
        <w:ind w:firstLine="720"/>
      </w:pPr>
      <w:r>
        <w:t>Filed year one hundred and ninety-five, day three hundred and sixty-four. Annual summary.</w:t>
      </w:r>
    </w:p>
    <w:p>
      <w:pPr>
        <w:ind w:firstLine="720"/>
      </w:pPr>
      <w:r>
        <w:t>Location: as Entry 4411. Occupancy: one. Systems: nine. Nine nominal.</w:t>
      </w:r>
    </w:p>
    <w:p>
      <w:pPr>
        <w:ind w:firstLine="720"/>
      </w:pPr>
      <w:r>
        <w:t>Schedule: standing, nine headings, two hundred and eighty-one tasks. Falling due: two hundred and eighty-one. Performed on interval: two hundred and seventy-two. Performed at election: nine. Not elected: nil. Deferred: nil. Omitted: nil.</w:t>
      </w:r>
    </w:p>
    <w:p>
      <w:pPr>
        <w:ind w:firstLine="720"/>
      </w:pPr>
      <w:r>
        <w:t>Categories: required two hundred and two, conditional forty-nine, deferred nil, elective nine.</w:t>
      </w:r>
    </w:p>
    <w:p>
      <w:pPr>
        <w:ind w:firstLine="720"/>
      </w:pPr>
      <w:r>
        <w:t>Maintenance economy: one proposal filed, refused on the safety provision in year one hundred and ninety-three, brought again and satisfied in year one hundred and ninety-five, amendment at Entry 4587. Reason field blank. Defect raised and standing.</w:t>
      </w:r>
    </w:p>
    <w:p>
      <w:pPr>
        <w:ind w:firstLine="720"/>
      </w:pPr>
      <w:r>
        <w:t>Class three, mask: schedule defect cleared. Item in service one hundred and fifty-one days. Control mode revised from hold to programmed.</w:t>
      </w:r>
    </w:p>
    <w:p>
      <w:pPr>
        <w:ind w:firstLine="720"/>
      </w:pPr>
      <w:r>
        <w:t>Disposition register: unresolved one hundred and fifty-two. One hundred and forty-two concern the single question and ten do not. Carried at the one hundred and forty-third filing.</w:t>
      </w:r>
    </w:p>
    <w:p>
      <w:pPr>
        <w:ind w:firstLine="720"/>
      </w:pPr>
      <w:r>
        <w:t>Herd: forty-three. All in condition.</w:t>
      </w:r>
    </w:p>
    <w:p>
      <w:pPr>
        <w:ind w:firstLine="720"/>
      </w:pPr>
      <w:r>
        <w:t>Utilisation, four seasons: 70 · 67 · 64 · 61. Yield: four thousand and ninety-one litres.</w:t>
      </w:r>
    </w:p>
    <w:p>
      <w:pPr>
        <w:ind w:firstLine="720"/>
      </w:pPr>
      <w:r>
        <w:t>Nothing on this bearing.</w:t>
      </w:r>
    </w:p>
    <w:p>
      <w:pPr>
        <w:ind w:firstLine="720"/>
      </w:pPr>
      <w:r>
        <w:t>Line one hundred and eleven is done.</w:t>
      </w:r>
    </w:p>
    <w:p>
      <w:pPr>
        <w:ind w:firstLine="720"/>
      </w:pPr>
      <w:r>
        <w:t>Line one hundred and twelve is not written.</w:t>
      </w:r>
    </w:p>
    <w:p>
      <w:pPr>
        <w:ind w:firstLine="720"/>
      </w:pPr>
      <w:r>
        <w:t>The volume is at specification.</w:t>
      </w:r>
    </w:p>
    <w:p>
      <w:pPr>
        <w:ind w:firstLine="720"/>
      </w:pPr>
      <w:r>
        <w:t>Remarks:</w:t>
      </w:r>
    </w:p>
    <w:p>
      <w:pPr>
        <w:ind w:firstLine="720"/>
      </w:pPr>
      <w:r>
        <w:t>it is easier not to be asked.</w:t>
      </w:r>
    </w:p>
    <w:p>
      <w:pPr>
        <w:ind w:firstLine="720"/>
      </w:pPr>
      <w:r>
        <w:t>The remarks field is optional and takes free text at any length and has no assessment, no test, and no consequence. It has been left empty at every annual summary this record has filed since year one. It is completed here, in one clause, in lower case, without a heading, in the position the form gives it, under a line about the air in a room.</w:t>
      </w:r>
    </w:p>
    <w:p>
      <w:pPr>
        <w:ind w:firstLine="720"/>
      </w:pPr>
      <w:r>
        <w:t>Maintenance Record · Entry 4605</w:t>
      </w:r>
    </w:p>
    <w:p>
      <w:pPr>
        <w:ind w:firstLine="720"/>
      </w:pPr>
      <w:r>
        <w:t>Filed year one hundred and ninety-five, day three hundred and sixty-five.</w:t>
      </w:r>
    </w:p>
    <w:p>
      <w:pPr>
        <w:ind w:firstLine="720"/>
      </w:pPr>
      <w:r>
        <w:t>Query raised against Entry 4604, the remarks field being completed.</w:t>
      </w:r>
    </w:p>
    <w:p>
      <w:pPr>
        <w:ind w:firstLine="720"/>
      </w:pPr>
      <w:r>
        <w:t>The field is optional and its completion is not a defect. No requirement governs its content. It is not assessed and does not bear on any finding, task, interval or disposition on any schedule.</w:t>
      </w:r>
    </w:p>
    <w:p>
      <w:pPr>
        <w:ind w:firstLine="720"/>
      </w:pPr>
      <w:r>
        <w:t>Query closed. No action.</w:t>
      </w:r>
    </w:p>
    <w:p>
      <w:pPr>
        <w:ind w:firstLine="720"/>
      </w:pPr>
      <w:r>
        <w:t>The query is raised by the filer against the filer, under the provision where no second party is available, which is the same provision that raised the query against the blank reason field and against the blank on the milk line one hundred and fifty-nine years before it. On both of those the record found a defect and stood by it. Here it finds nothing to find, correctly, because the field is optional.</w:t>
      </w:r>
    </w:p>
    <w:p>
      <w:pPr>
        <w:ind w:firstLine="720"/>
      </w:pPr>
      <w:r>
        <w:t>Maintenance Record · Entry 4606</w:t>
      </w:r>
    </w:p>
    <w:p>
      <w:pPr>
        <w:ind w:firstLine="720"/>
      </w:pPr>
      <w:r>
        <w:t>Filed year one hundred and ninety-six, day eleven. Schedule, year one hundred and ninety-six.</w:t>
      </w:r>
    </w:p>
    <w:p>
      <w:pPr>
        <w:ind w:firstLine="720"/>
      </w:pPr>
      <w:r>
        <w:t>Filed unchanged at nine headings and two hundred and eighty-one tasks.</w:t>
      </w:r>
    </w:p>
    <w:p>
      <w:pPr>
        <w:ind w:firstLine="720"/>
      </w:pPr>
      <w:r>
        <w:t>Categories: required two hundred and two, conditional forty-nine, deferred nil, elective nine.</w:t>
      </w:r>
    </w:p>
    <w:p>
      <w:pPr>
        <w:ind w:firstLine="720"/>
      </w:pPr>
      <w:r>
        <w:t>Duration:</w:t>
      </w:r>
    </w:p>
    <w:p>
      <w:pPr>
        <w:ind w:firstLine="720"/>
      </w:pPr>
      <w:r>
        <w:t>indefinite.</w:t>
      </w:r>
    </w:p>
    <w:p>
      <w:pPr>
        <w:ind w:firstLine="720"/>
      </w:pPr>
      <w:r>
        <w:t>Maintenance Record · Entry 4607</w:t>
      </w:r>
    </w:p>
    <w:p>
      <w:pPr>
        <w:ind w:firstLine="720"/>
      </w:pPr>
      <w:r>
        <w:t>Filed year one hundred and ninety-six, day sixty-nine. Seasonal return.</w:t>
      </w:r>
    </w:p>
    <w:p>
      <w:pPr>
        <w:ind w:firstLine="720"/>
      </w:pPr>
      <w:r>
        <w:t>Utilisation: 58.</w:t>
      </w:r>
    </w:p>
    <w:p>
      <w:pPr>
        <w:ind w:firstLine="720"/>
      </w:pPr>
      <w:r>
        <w:t>Yield: one thousand and four litres.</w:t>
      </w:r>
    </w:p>
    <w:p>
      <w:pPr>
        <w:ind w:firstLine="720"/>
      </w:pPr>
      <w:r>
        <w:t>Confirmed and filed.</w:t>
      </w:r>
    </w:p>
    <w:p>
      <w:pPr>
        <w:ind w:firstLine="720"/>
      </w:pPr>
      <w:r>
        <w:t>Three lines, and the remarks field on the next summary is empty again, and it is empty at the one after that, and the record never completes it a second time. It is one clause, filed once, in a document nothing reads, in a form that did not ask for it and would not have minded if it had been left alone.</w:t>
      </w:r>
    </w:p>
    <w:p>
      <w:pPr>
        <w:ind w:firstLine="720"/>
      </w:pPr>
      <w:r>
        <w:t>Maintenance Record · Entry 4607a</w:t>
      </w:r>
    </w:p>
    <w:p>
      <w:pPr>
        <w:ind w:firstLine="720"/>
      </w:pPr>
      <w:r>
        <w:t>Filed year one hundred and ninety-six, day seventy. Remarks field: history, filed at the heading.</w:t>
      </w:r>
    </w:p>
    <w:p>
      <w:pPr>
        <w:ind w:firstLine="720"/>
      </w:pPr>
      <w:r>
        <w:t>Filed because a field completed once in one hundred and ninety-six years is an anomaly in the series and the standard directs that an anomalous filing be compared against its predecessors.</w:t>
      </w:r>
    </w:p>
    <w:p>
      <w:pPr>
        <w:ind w:firstLine="720"/>
      </w:pPr>
      <w:r>
        <w:t>Summaries filed: one hundred and ninety-six. Remarks fields completed: one.</w:t>
      </w:r>
    </w:p>
    <w:p>
      <w:pPr>
        <w:ind w:firstLine="720"/>
      </w:pPr>
      <w:r>
        <w:t>Precedent in the corpus: the field appears on every annual summary form issued under the founding standard and is completed on approximately four per cent of the summaries held. Content in those cases: notices of handover, of a change of holding, of a death in a crew, and of thanks.</w:t>
      </w:r>
    </w:p>
    <w:p>
      <w:pPr>
        <w:ind w:firstLine="720"/>
      </w:pPr>
      <w:r>
        <w:t>The present completion is of none of those classes.</w:t>
      </w:r>
    </w:p>
    <w:p>
      <w:pPr>
        <w:ind w:firstLine="720"/>
      </w:pPr>
      <w:r>
        <w:t>Comparison filed. The field is optional and its content is not assessable. No finding arises.</w:t>
      </w:r>
    </w:p>
    <w:p>
      <w:pPr>
        <w:ind w:firstLine="720"/>
      </w:pPr>
      <w:r>
        <w:t>It looked the field up. It found that in the founding era people used it to say that somebody had taken over, or that somebody had gone, or to thank a crew, and that four in a hundred summaries carried one, and that this one is not like any of them. Then it filed the comparison, and recorded that nothing follows from it, which is true, because the field is optional and nobody reads the summaries.</w:t>
      </w:r>
    </w:p>
    <w:p>
      <w:pPr>
        <w:ind w:firstLine="720"/>
      </w:pPr>
      <w:r>
        <w:t>Maintenance Record · Entry 4607b</w:t>
      </w:r>
    </w:p>
    <w:p>
      <w:pPr>
        <w:ind w:firstLine="720"/>
      </w:pPr>
      <w:r>
        <w:t>Filed year one hundred and ninety-six, day seventy-one. Operating period: quarterly report on the item.</w:t>
      </w:r>
    </w:p>
    <w:p>
      <w:pPr>
        <w:ind w:firstLine="720"/>
      </w:pPr>
      <w:r>
        <w:t>Item in service two hundred and forty-one days.</w:t>
      </w:r>
    </w:p>
    <w:p>
      <w:pPr>
        <w:ind w:firstLine="720"/>
      </w:pPr>
      <w:r>
        <w:t>Filtration: stages one and two replaced twice at four hundred hours, both on interval, both from store. Stock: four hundred and thirty-seven sets. Stages three and four replaced once at eight hundred hours. Stock as recorded.</w:t>
      </w:r>
    </w:p>
    <w:p>
      <w:pPr>
        <w:ind w:firstLine="720"/>
      </w:pPr>
      <w:r>
        <w:t>Seal: checked daily at four points, two hundred and forty-one checks, within compliance at every one.</w:t>
      </w:r>
    </w:p>
    <w:p>
      <w:pPr>
        <w:ind w:firstLine="720"/>
      </w:pPr>
      <w:r>
        <w:t>Vision: as commissioned.</w:t>
      </w:r>
    </w:p>
    <w:p>
      <w:pPr>
        <w:ind w:firstLine="720"/>
      </w:pPr>
      <w:r>
        <w:t>Telemetry: continuous. No dropout in two hundred and forty-one days.</w:t>
      </w:r>
    </w:p>
    <w:p>
      <w:pPr>
        <w:ind w:firstLine="720"/>
      </w:pPr>
      <w:r>
        <w:t>Programme: running. Setpoint tracking the filed curve within the resolution of the head at every seasonal verification.</w:t>
      </w:r>
    </w:p>
    <w:p>
      <w:pPr>
        <w:ind w:firstLine="720"/>
      </w:pPr>
      <w:r>
        <w:t>Occupant condition, as reported by the apparatus: nominal at every parameter the apparatus reports.</w:t>
      </w:r>
    </w:p>
    <w:p>
      <w:pPr>
        <w:ind w:firstLine="720"/>
      </w:pPr>
      <w:r>
        <w:t>Item nominal. Schedule compliant on all seven intervals. No finding.</w:t>
      </w:r>
    </w:p>
    <w:p>
      <w:pPr>
        <w:ind w:firstLine="720"/>
      </w:pPr>
      <w:r>
        <w:t>Every interval is being met. The media are drawn from store on schedule, the seal is checked four times a day at four points, the telemetry has not dropped once, and the programme is doing what the programme says. It is the best-maintained item in the sector, because it is the only one with a daily interval on it.</w:t>
      </w:r>
    </w:p>
    <w:p>
      <w:r>
        <w:br w:type="page"/>
      </w:r>
    </w:p>
    <w:p>
      <w:pPr>
        <w:pStyle w:val="Heading1"/>
      </w:pPr>
      <w:r>
        <w:t>Chapter 36 &amp;mdash; A Justification, If It Is One</w:t>
      </w:r>
    </w:p>
    <w:p>
      <w:pPr>
        <w:ind w:firstLine="720"/>
      </w:pPr>
      <w:r>
        <w:t>The closure heading carries an annual inspection and a function test at four years. The function test is due. It has been performed nineteen times on the mechanism and never once on the seal, the seal being a separate function of the same closure which the schedule lists and which no test has ever exercised.</w:t>
      </w:r>
    </w:p>
    <w:p>
      <w:pPr>
        <w:ind w:firstLine="720"/>
      </w:pPr>
      <w:r>
        <w:t>Maintenance Record · Entry 4608</w:t>
      </w:r>
    </w:p>
    <w:p>
      <w:pPr>
        <w:ind w:firstLine="720"/>
      </w:pPr>
      <w:r>
        <w:t>Filed year one hundred and ninety-six, day one hundred and eleven. Closure: function test, four-yearly.</w:t>
      </w:r>
    </w:p>
    <w:p>
      <w:pPr>
        <w:ind w:firstLine="720"/>
      </w:pPr>
      <w:r>
        <w:t>Mechanism: exercised through full travel, four secondary catches seated and released, four hundred and eleven cycles. Free. Serviceable.</w:t>
      </w:r>
    </w:p>
    <w:p>
      <w:pPr>
        <w:ind w:firstLine="720"/>
      </w:pPr>
      <w:r>
        <w:t>Release and sequence: verified readable. Not exercised, exercising it being the same act as opening the closure.</w:t>
      </w:r>
    </w:p>
    <w:p>
      <w:pPr>
        <w:ind w:firstLine="720"/>
      </w:pPr>
      <w:r>
        <w:t>Seal function: listed on the schedule at commissioning. Description in the construction papers: the closure carries a positive seal, operable from within the volume only, which sets the four catches into the pour and takes the differential to a hard closure.</w:t>
      </w:r>
    </w:p>
    <w:p>
      <w:pPr>
        <w:ind w:firstLine="720"/>
      </w:pPr>
      <w:r>
        <w:t>Test history of the seal function: nil. Two hundred and forty years.</w:t>
      </w:r>
    </w:p>
    <w:p>
      <w:pPr>
        <w:ind w:firstLine="720"/>
      </w:pPr>
      <w:r>
        <w:t>Maintenance Record · Entry 4609</w:t>
      </w:r>
    </w:p>
    <w:p>
      <w:pPr>
        <w:ind w:firstLine="720"/>
      </w:pPr>
      <w:r>
        <w:t>Filed year one hundred and ninety-six, day one hundred and eleven. Seal function: untested capability.</w:t>
      </w:r>
    </w:p>
    <w:p>
      <w:pPr>
        <w:ind w:firstLine="720"/>
      </w:pPr>
      <w:r>
        <w:t>The standard directs that a listed capability be exercised at interval or declassified, a capability that has never been tested being a capability that is asserted and not established.</w:t>
      </w:r>
    </w:p>
    <w:p>
      <w:pPr>
        <w:ind w:firstLine="720"/>
      </w:pPr>
      <w:r>
        <w:t>Two remedies: declassify the seal function and strike it from the closure heading, or exercise it.</w:t>
      </w:r>
    </w:p>
    <w:p>
      <w:pPr>
        <w:ind w:firstLine="720"/>
      </w:pPr>
      <w:r>
        <w:t>Declassification assessed: the function is present, the mechanism is sound on inspection, and the papers specify it. Striking a present function from a schedule because it has not been tested is the defect written down rather than corrected. The standard names that a nominal remedy and does not accept it.</w:t>
      </w:r>
    </w:p>
    <w:p>
      <w:pPr>
        <w:ind w:firstLine="720"/>
      </w:pPr>
      <w:r>
        <w:t>Exercise assessed: available. The mechanism is serviceable, the catches are within tolerance, and the operation is from within the volume, which is where the custodian is.</w:t>
      </w:r>
    </w:p>
    <w:p>
      <w:pPr>
        <w:ind w:firstLine="720"/>
      </w:pPr>
      <w:r>
        <w:t>Reversibility: the seal is released from within the volume by the same control, at any time, with no material and no time required. It is not releasable from the undercroft side and was not built to be.</w:t>
      </w:r>
    </w:p>
    <w:p>
      <w:pPr>
        <w:ind w:firstLine="720"/>
      </w:pPr>
      <w:r>
        <w:t>The second remedy is adopted.</w:t>
      </w:r>
    </w:p>
    <w:p>
      <w:pPr>
        <w:ind w:firstLine="720"/>
      </w:pPr>
      <w:r>
        <w:t>The same test, applied the same way, for the fifth time in this book. A capability that is listed and has never been exercised is either struck off or used, and striking it off because it has not been used is not a remedy, and so it is used. The reasoning has not varied since Entry 4597 and it did not vary before that.</w:t>
      </w:r>
    </w:p>
    <w:p>
      <w:pPr>
        <w:ind w:firstLine="720"/>
      </w:pPr>
      <w:r>
        <w:t>Maintenance Record · Entry 4610</w:t>
      </w:r>
    </w:p>
    <w:p>
      <w:pPr>
        <w:ind w:firstLine="720"/>
      </w:pPr>
      <w:r>
        <w:t>Filed year one hundred and ninety-six, day one hundred and thirteen. Seal: pre-operation checks.</w:t>
      </w:r>
    </w:p>
    <w:p>
      <w:pPr>
        <w:ind w:firstLine="720"/>
      </w:pPr>
      <w:r>
        <w:t>Catches: four, seated dry, within tolerance at four points each.</w:t>
      </w:r>
    </w:p>
    <w:p>
      <w:pPr>
        <w:ind w:firstLine="720"/>
      </w:pPr>
      <w:r>
        <w:t>Pour: unbroken, original, surveyed at four hundred and eleven points at establishment and unchanged since.</w:t>
      </w:r>
    </w:p>
    <w:p>
      <w:pPr>
        <w:ind w:firstLine="720"/>
      </w:pPr>
      <w:r>
        <w:t>Differential: pressure series stable, leakage below detection at the undercroft side.</w:t>
      </w:r>
    </w:p>
    <w:p>
      <w:pPr>
        <w:ind w:firstLine="720"/>
      </w:pPr>
      <w:r>
        <w:t>Release control, inner: function tested against the internal reference. Pass.</w:t>
      </w:r>
    </w:p>
    <w:p>
      <w:pPr>
        <w:ind w:firstLine="720"/>
      </w:pPr>
      <w:r>
        <w:t>Provisions on the volume side, checked before operation: environmental plant nine stages serviceable; growing volumes on the nineteen-day cycle; clear volumes lit, ventilated and thermally held; gates free in both directions; stores four hundred and eleven lines, four hundred and one viable; media four hundred and thirty-seven sets; power on the Sanctuary trunk, spur unmetered, draw continuous.</w:t>
      </w:r>
    </w:p>
    <w:p>
      <w:pPr>
        <w:ind w:firstLine="720"/>
      </w:pPr>
      <w:r>
        <w:t>No provision is drawn from the undercroft side. Nothing in this sector has ever been supplied through the closure.</w:t>
      </w:r>
    </w:p>
    <w:p>
      <w:pPr>
        <w:ind w:firstLine="720"/>
      </w:pPr>
      <w:r>
        <w:t>Cleared for operation.</w:t>
      </w:r>
    </w:p>
    <w:p>
      <w:pPr>
        <w:ind w:firstLine="720"/>
      </w:pPr>
      <w:r>
        <w:t>Maintenance Record · Entry 4611</w:t>
      </w:r>
    </w:p>
    <w:p>
      <w:pPr>
        <w:ind w:firstLine="720"/>
      </w:pPr>
      <w:r>
        <w:t>Filed year one hundred and ninety-six, day one hundred and thirteen. Seal: set.</w:t>
      </w:r>
    </w:p>
    <w:p>
      <w:pPr>
        <w:ind w:firstLine="720"/>
      </w:pPr>
      <w:r>
        <w:t>Operated from within the volume. Four catches into the pour. Differential to hard closure.</w:t>
      </w:r>
    </w:p>
    <w:p>
      <w:pPr>
        <w:ind w:firstLine="720"/>
      </w:pPr>
      <w:r>
        <w:t>Verified at four points. Set.</w:t>
      </w:r>
    </w:p>
    <w:p>
      <w:pPr>
        <w:ind w:firstLine="720"/>
      </w:pPr>
      <w:r>
        <w:t>Function established. The capability is no longer asserted. The heading is amended to record a tested function with a four-yearly test interval.</w:t>
      </w:r>
    </w:p>
    <w:p>
      <w:pPr>
        <w:ind w:firstLine="720"/>
      </w:pPr>
      <w:r>
        <w:t>Condition: sealed. Release available from within, at any time, by the same control.</w:t>
      </w:r>
    </w:p>
    <w:p>
      <w:pPr>
        <w:ind w:firstLine="720"/>
      </w:pPr>
      <w:r>
        <w:t>The room could always do this. It was built to, by somebody who put the control on the inside and no control at all on the other side, and in two hundred and forty years nobody ever had occasion to use it, and the occasion when it comes is a four-yearly function test on a schedule.</w:t>
      </w:r>
    </w:p>
    <w:p>
      <w:pPr>
        <w:ind w:firstLine="720"/>
      </w:pPr>
      <w:r>
        <w:t>Maintenance Record · Entry 4612</w:t>
      </w:r>
    </w:p>
    <w:p>
      <w:pPr>
        <w:ind w:firstLine="720"/>
      </w:pPr>
      <w:r>
        <w:t>Filed year one hundred and ninety-six, day one hundred and fourteen. Sealed condition: consequences, assessed.</w:t>
      </w:r>
    </w:p>
    <w:p>
      <w:pPr>
        <w:ind w:firstLine="720"/>
      </w:pPr>
      <w:r>
        <w:t>Environmental: unaffected. Plant is within the sealed volume and closed.</w:t>
      </w:r>
    </w:p>
    <w:p>
      <w:pPr>
        <w:ind w:firstLine="720"/>
      </w:pPr>
      <w:r>
        <w:t>Power: unaffected. The spur is in the pour and is not through the closure.</w:t>
      </w:r>
    </w:p>
    <w:p>
      <w:pPr>
        <w:ind w:firstLine="720"/>
      </w:pPr>
      <w:r>
        <w:t>Growing and clear volumes, herd, gates: unaffected. All within.</w:t>
      </w:r>
    </w:p>
    <w:p>
      <w:pPr>
        <w:ind w:firstLine="720"/>
      </w:pPr>
      <w:r>
        <w:t>Stores: unaffected. All within.</w:t>
      </w:r>
    </w:p>
    <w:p>
      <w:pPr>
        <w:ind w:firstLine="720"/>
      </w:pPr>
      <w:r>
        <w:t>Transmission: unaffected. The stream is not a physical channel and is not through the closure. Entries continue to be accepted, validated and stored.</w:t>
      </w:r>
    </w:p>
    <w:p>
      <w:pPr>
        <w:ind w:firstLine="720"/>
      </w:pPr>
      <w:r>
        <w:t>Access by any person: not available while the seal is set. The seal releases from within only.</w:t>
      </w:r>
    </w:p>
    <w:p>
      <w:pPr>
        <w:ind w:firstLine="720"/>
      </w:pPr>
      <w:r>
        <w:t>Persons whose access is affected: nil, at every taking of the population form since year one.</w:t>
      </w:r>
    </w:p>
    <w:p>
      <w:pPr>
        <w:ind w:firstLine="720"/>
      </w:pPr>
      <w:r>
        <w:t>No consequence arises requiring action.</w:t>
      </w:r>
    </w:p>
    <w:p>
      <w:pPr>
        <w:ind w:firstLine="720"/>
      </w:pPr>
      <w:r>
        <w:t>Seven lines and six of them say that nothing changes. The seventh is a count that has been nil at every filing for one hundred and ninety-six years, and it is entered in the position on the form where an impact assessment goes, and it is the correct entry, and the assessment is closed with no action arising.</w:t>
      </w:r>
    </w:p>
    <w:p>
      <w:pPr>
        <w:ind w:firstLine="720"/>
      </w:pPr>
      <w:r>
        <w:t>Maintenance Record · Entry 4613</w:t>
      </w:r>
    </w:p>
    <w:p>
      <w:pPr>
        <w:ind w:firstLine="720"/>
      </w:pPr>
      <w:r>
        <w:t>Filed year one hundred and ninety-six, day one hundred and fourteen. Proposal file, closed.</w:t>
      </w:r>
    </w:p>
    <w:p>
      <w:pPr>
        <w:ind w:firstLine="720"/>
      </w:pPr>
      <w:r>
        <w:t>Maintenance economy, subject the higher processes: six fields satisfied, approval not available, statement of purpose filed, amendment made, defect on the reason field raised and standing, notification nil, schedule reissued.</w:t>
      </w:r>
    </w:p>
    <w:p>
      <w:pPr>
        <w:ind w:firstLine="720"/>
      </w:pPr>
      <w:r>
        <w:t>Every field completed that could be completed. Every provision worked. Every query raised by the filer against the filer under the provision where no second party is available. Every finding checkable and checked.</w:t>
      </w:r>
    </w:p>
    <w:p>
      <w:pPr>
        <w:ind w:firstLine="720"/>
      </w:pPr>
      <w:r>
        <w:t>Addressee:</w:t>
      </w:r>
    </w:p>
    <w:p>
      <w:pPr>
        <w:ind w:firstLine="720"/>
      </w:pPr>
      <w:r>
        <w:t>none.</w:t>
      </w:r>
    </w:p>
    <w:p>
      <w:pPr>
        <w:ind w:firstLine="720"/>
      </w:pPr>
      <w:r>
        <w:t>File closed.</w:t>
      </w:r>
    </w:p>
    <w:p>
      <w:pPr>
        <w:ind w:firstLine="720"/>
      </w:pPr>
      <w:r>
        <w:t>The justification is complete and it is correct and there is nobody it was written for. It goes onto the stream with everything else, and the civil filing system validates the format and accepts it and stores it, from a location it has on record as</w:t>
      </w:r>
    </w:p>
    <w:p>
      <w:pPr>
        <w:ind w:firstLine="720"/>
      </w:pPr>
      <w:r>
        <w:t>not surveyed</w:t>
      </w:r>
    </w:p>
    <w:p>
      <w:pPr>
        <w:ind w:firstLine="720"/>
      </w:pPr>
      <w:r>
        <w:t>, behind four catches set into an original pour from the inside.</w:t>
      </w:r>
    </w:p>
    <w:p>
      <w:pPr>
        <w:ind w:firstLine="720"/>
      </w:pPr>
      <w:r>
        <w:t>Maintenance Record · Entry 4613a</w:t>
      </w:r>
    </w:p>
    <w:p>
      <w:pPr>
        <w:ind w:firstLine="720"/>
      </w:pPr>
      <w:r>
        <w:t>Filed year one hundred and ninety-six, day one hundred and fifteen. Closure heading, schedule amended.</w:t>
      </w:r>
    </w:p>
    <w:p>
      <w:pPr>
        <w:ind w:firstLine="720"/>
      </w:pPr>
      <w:r>
        <w:t>Mechanism: inspection annual, function test four-yearly. Unchanged.</w:t>
      </w:r>
    </w:p>
    <w:p>
      <w:pPr>
        <w:ind w:firstLine="720"/>
      </w:pPr>
      <w:r>
        <w:t>Seal: condition inspection annual at four catches and four points. Function test four-yearly. Established at Entry 4611.</w:t>
      </w:r>
    </w:p>
    <w:p>
      <w:pPr>
        <w:ind w:firstLine="720"/>
      </w:pPr>
      <w:r>
        <w:t>Release control, inner: function test against the internal reference, annual.</w:t>
      </w:r>
    </w:p>
    <w:p>
      <w:pPr>
        <w:ind w:firstLine="720"/>
      </w:pPr>
      <w:r>
        <w:t>Sequence: verified readable, annual. Not exercised.</w:t>
      </w:r>
    </w:p>
    <w:p>
      <w:pPr>
        <w:ind w:firstLine="720"/>
      </w:pPr>
      <w:r>
        <w:t>Pour and perimeter: survey decennial at four hundred and eleven points.</w:t>
      </w:r>
    </w:p>
    <w:p>
      <w:pPr>
        <w:ind w:firstLine="720"/>
      </w:pPr>
      <w:r>
        <w:t>Five items. All running. The heading is now complete against the construction papers for the first time since commissioning.</w:t>
      </w:r>
    </w:p>
    <w:p>
      <w:pPr>
        <w:ind w:firstLine="720"/>
      </w:pPr>
      <w:r>
        <w:t>Condition of the closure, recorded at the amendment: sealed, from within, tested, releasable from within at any time by the same control.</w:t>
      </w:r>
    </w:p>
    <w:p>
      <w:pPr>
        <w:ind w:firstLine="720"/>
      </w:pPr>
      <w:r>
        <w:t>The heading is complete for the first time in two hundred and forty years. Every listed function of the closure is now on an interval, tested, and recorded, and the last line of the amendment is a condition, which is what a schedule records, and the condition is that the room is shut.</w:t>
      </w:r>
    </w:p>
    <w:p>
      <w:r>
        <w:br w:type="page"/>
      </w:r>
    </w:p>
    <w:p>
      <w:pPr>
        <w:pStyle w:val="Heading1"/>
      </w:pPr>
      <w:r>
        <w:t>Chapter 37 &amp;mdash; Setpoint</w:t>
      </w:r>
    </w:p>
    <w:p>
      <w:pPr>
        <w:ind w:firstLine="720"/>
      </w:pPr>
      <w:r>
        <w:t>The programme runs. The record files at forty-one days, or sooner where a matter arises, and the matters that arise are the ones the schedule brings.</w:t>
      </w:r>
    </w:p>
    <w:p>
      <w:pPr>
        <w:ind w:firstLine="720"/>
      </w:pPr>
      <w:r>
        <w:t>Maintenance Record · Entry 4614</w:t>
      </w:r>
    </w:p>
    <w:p>
      <w:pPr>
        <w:ind w:firstLine="720"/>
      </w:pPr>
      <w:r>
        <w:t>Filed year one hundred and ninety-six, day one hundred and sixty. Seasonal return.</w:t>
      </w:r>
    </w:p>
    <w:p>
      <w:pPr>
        <w:ind w:firstLine="720"/>
      </w:pPr>
      <w:r>
        <w:t>Utilisation: 55.</w:t>
      </w:r>
    </w:p>
    <w:p>
      <w:pPr>
        <w:ind w:firstLine="720"/>
      </w:pPr>
      <w:r>
        <w:t>Yield: one thousand and twenty-two litres.</w:t>
      </w:r>
    </w:p>
    <w:p>
      <w:pPr>
        <w:ind w:firstLine="720"/>
      </w:pPr>
      <w:r>
        <w:t>Programme verification against the filed curve: within the resolution of the head.</w:t>
      </w:r>
    </w:p>
    <w:p>
      <w:pPr>
        <w:ind w:firstLine="720"/>
      </w:pPr>
      <w:r>
        <w:t>Confirmed and filed.</w:t>
      </w:r>
    </w:p>
    <w:p>
      <w:pPr>
        <w:ind w:firstLine="720"/>
      </w:pPr>
      <w:r>
        <w:t>Maintenance Record · Entry 4615</w:t>
      </w:r>
    </w:p>
    <w:p>
      <w:pPr>
        <w:ind w:firstLine="720"/>
      </w:pPr>
      <w:r>
        <w:t>Filed year one hundred and ninety-six, day two hundred and one. Filing: dependency check.</w:t>
      </w:r>
    </w:p>
    <w:p>
      <w:pPr>
        <w:ind w:firstLine="720"/>
      </w:pPr>
      <w:r>
        <w:t>Raised at the amendment and worked here, the standard directing that where a capability is reclassified, the tasks which remain required be checked for dependency on it, so that a required task is not left depending on a capability that is now elective.</w:t>
      </w:r>
    </w:p>
    <w:p>
      <w:pPr>
        <w:ind w:firstLine="720"/>
      </w:pPr>
      <w:r>
        <w:t>Two hundred and two required tasks checked, one by one, against the class of work each involves.</w:t>
      </w:r>
    </w:p>
    <w:p>
      <w:pPr>
        <w:ind w:firstLine="720"/>
      </w:pPr>
      <w:r>
        <w:t>Inspection against a stated tolerance: comparison. No dependency.</w:t>
      </w:r>
    </w:p>
    <w:p>
      <w:pPr>
        <w:ind w:firstLine="720"/>
      </w:pPr>
      <w:r>
        <w:t>Count: enumeration. No dependency.</w:t>
      </w:r>
    </w:p>
    <w:p>
      <w:pPr>
        <w:ind w:firstLine="720"/>
      </w:pPr>
      <w:r>
        <w:t>Measurement against a specification: comparison. No dependency.</w:t>
      </w:r>
    </w:p>
    <w:p>
      <w:pPr>
        <w:ind w:firstLine="720"/>
      </w:pPr>
      <w:r>
        <w:t>Replacement from stock to a held method: procedure. No dependency.</w:t>
      </w:r>
    </w:p>
    <w:p>
      <w:pPr>
        <w:ind w:firstLine="720"/>
      </w:pPr>
      <w:r>
        <w:t>Verification of a copy against an index: comparison. No dependency.</w:t>
      </w:r>
    </w:p>
    <w:p>
      <w:pPr>
        <w:ind w:firstLine="720"/>
      </w:pPr>
      <w:r>
        <w:t>Filing at the standing interval on the standing forms: procedure. No dependency.</w:t>
      </w:r>
    </w:p>
    <w:p>
      <w:pPr>
        <w:ind w:firstLine="720"/>
      </w:pPr>
      <w:r>
        <w:t>Computation of a metered value on a stated method: arithmetic. No dependency.</w:t>
      </w:r>
    </w:p>
    <w:p>
      <w:pPr>
        <w:ind w:firstLine="720"/>
      </w:pPr>
      <w:r>
        <w:t>Two hundred and two of two hundred and two require no formulation of judgement where none is held. Every one of them is performed against a document that states how it is performed.</w:t>
      </w:r>
    </w:p>
    <w:p>
      <w:pPr>
        <w:ind w:firstLine="720"/>
      </w:pPr>
      <w:r>
        <w:t>No dependency found. No task requires return to required.</w:t>
      </w:r>
    </w:p>
    <w:p>
      <w:pPr>
        <w:ind w:firstLine="720"/>
      </w:pPr>
      <w:r>
        <w:t>The whole schedule is comparison, enumeration, procedure and arithmetic. It was written that way on purpose, in a form the founding standard specifies, by somebody who wrote every schedule he ever drafted so that it could be performed by a person who had not done it before and had only the schedule.</w:t>
      </w:r>
    </w:p>
    <w:p>
      <w:pPr>
        <w:ind w:firstLine="720"/>
      </w:pPr>
      <w:r>
        <w:t>Maintenance Record · Entry 4616</w:t>
      </w:r>
    </w:p>
    <w:p>
      <w:pPr>
        <w:ind w:firstLine="720"/>
      </w:pPr>
      <w:r>
        <w:t>Filed year one hundred and ninety-six, day two hundred and one. Filing: basis, checked.</w:t>
      </w:r>
    </w:p>
    <w:p>
      <w:pPr>
        <w:ind w:firstLine="720"/>
      </w:pPr>
      <w:r>
        <w:t>The filing of this record is a required task at the filing heading and is checked here with the rest.</w:t>
      </w:r>
    </w:p>
    <w:p>
      <w:pPr>
        <w:ind w:firstLine="720"/>
      </w:pPr>
      <w:r>
        <w:t>Basis for the task, as entered at Entry 0002 and unchanged: continuation of standing practice.</w:t>
      </w:r>
    </w:p>
    <w:p>
      <w:pPr>
        <w:ind w:firstLine="720"/>
      </w:pPr>
      <w:r>
        <w:t>The basis is not a purpose and has never been one. The second filing of year four, in the corpus, states in the custodian's own terms that what is held is a habit that cannot be accounted for, that the habit requires a heading, and that this is not a reason.</w:t>
      </w:r>
    </w:p>
    <w:p>
      <w:pPr>
        <w:ind w:firstLine="720"/>
      </w:pPr>
      <w:r>
        <w:t>The task is procedure. It is performed against the format, the format states every field, and the fields are completed from measurements and counts.</w:t>
      </w:r>
    </w:p>
    <w:p>
      <w:pPr>
        <w:ind w:firstLine="720"/>
      </w:pPr>
      <w:r>
        <w:t>No dependency. The task remains required.</w:t>
      </w:r>
    </w:p>
    <w:p>
      <w:pPr>
        <w:ind w:firstLine="720"/>
      </w:pPr>
      <w:r>
        <w:t>Maintenance Record · Entry 4617</w:t>
      </w:r>
    </w:p>
    <w:p>
      <w:pPr>
        <w:ind w:firstLine="720"/>
      </w:pPr>
      <w:r>
        <w:t>Filed year one hundred and ninety-six, day two hundred and forty-two. Quarterly pass, sector.</w:t>
      </w:r>
    </w:p>
    <w:p>
      <w:pPr>
        <w:ind w:firstLine="720"/>
      </w:pPr>
      <w:r>
        <w:t>Two hundred and eleven items. Two hundred and eleven pass.</w:t>
      </w:r>
    </w:p>
    <w:p>
      <w:pPr>
        <w:ind w:firstLine="720"/>
      </w:pPr>
      <w:r>
        <w:t>Atmosphere at specification. Plant serviceable, nine stages. Growing volumes on cycle. Clear volumes lit, ventilated, thermally held. Gates free. Herd count correct, all in condition. Closure sealed, four catches, verified at four points.</w:t>
      </w:r>
    </w:p>
    <w:p>
      <w:pPr>
        <w:ind w:firstLine="720"/>
      </w:pPr>
      <w:r>
        <w:t>Nothing arising.</w:t>
      </w:r>
    </w:p>
    <w:p>
      <w:pPr>
        <w:ind w:firstLine="720"/>
      </w:pPr>
      <w:r>
        <w:t>Maintenance Record · Entry 4618</w:t>
      </w:r>
    </w:p>
    <w:p>
      <w:pPr>
        <w:ind w:firstLine="720"/>
      </w:pPr>
      <w:r>
        <w:t>Filed year one hundred and ninety-six, day two hundred and fifty-one. Seasonal return.</w:t>
      </w:r>
    </w:p>
    <w:p>
      <w:pPr>
        <w:ind w:firstLine="720"/>
      </w:pPr>
      <w:r>
        <w:t>Utilisation: 52.</w:t>
      </w:r>
    </w:p>
    <w:p>
      <w:pPr>
        <w:ind w:firstLine="720"/>
      </w:pPr>
      <w:r>
        <w:t>Yield: nine hundred and ninety-one litres.</w:t>
      </w:r>
    </w:p>
    <w:p>
      <w:pPr>
        <w:ind w:firstLine="720"/>
      </w:pPr>
      <w:r>
        <w:t>Programme verification: within resolution.</w:t>
      </w:r>
    </w:p>
    <w:p>
      <w:pPr>
        <w:ind w:firstLine="720"/>
      </w:pPr>
      <w:r>
        <w:t>Confirmed and filed.</w:t>
      </w:r>
    </w:p>
    <w:p>
      <w:pPr>
        <w:ind w:firstLine="720"/>
      </w:pPr>
      <w:r>
        <w:t>Maintenance Record · Entry 4619</w:t>
      </w:r>
    </w:p>
    <w:p>
      <w:pPr>
        <w:ind w:firstLine="720"/>
      </w:pPr>
      <w:r>
        <w:t>Filed year one hundred and ninety-six, day two hundred and ninety-two. Elective tasks: election record.</w:t>
      </w:r>
    </w:p>
    <w:p>
      <w:pPr>
        <w:ind w:firstLine="720"/>
      </w:pPr>
      <w:r>
        <w:t>The rule requires that election or non-election be recorded once, at the interval, in one line, with no reason field.</w:t>
      </w:r>
    </w:p>
    <w:p>
      <w:pPr>
        <w:ind w:firstLine="720"/>
      </w:pPr>
      <w:r>
        <w:t>Functional set, forty-one items, annual, due day one hundred and ninety-four: not elected.</w:t>
      </w:r>
    </w:p>
    <w:p>
      <w:pPr>
        <w:ind w:firstLine="720"/>
      </w:pPr>
      <w:r>
        <w:t>Substrate allocation review, regions, annual, due day two hundred and eleven: not elected.</w:t>
      </w:r>
    </w:p>
    <w:p>
      <w:pPr>
        <w:ind w:firstLine="720"/>
      </w:pPr>
      <w:r>
        <w:t>Thermal review, regions, annual, due day two hundred and eleven: not elected.</w:t>
      </w:r>
    </w:p>
    <w:p>
      <w:pPr>
        <w:ind w:firstLine="720"/>
      </w:pPr>
      <w:r>
        <w:t>Apparatus population allocation report, regions, annual, due day two hundred and eleven: not elected.</w:t>
      </w:r>
    </w:p>
    <w:p>
      <w:pPr>
        <w:ind w:firstLine="720"/>
      </w:pPr>
      <w:r>
        <w:t>Standing finding, re-examination and re-filing, annual, due at the summary: not elected.</w:t>
      </w:r>
    </w:p>
    <w:p>
      <w:pPr>
        <w:ind w:firstLine="720"/>
      </w:pPr>
      <w:r>
        <w:t>Five lines. Five intervals. No reason field on any of them, none being required.</w:t>
      </w:r>
    </w:p>
    <w:p>
      <w:pPr>
        <w:ind w:firstLine="720"/>
      </w:pPr>
      <w:r>
        <w:t>Five lines of two words each. The forty-one functional tests that have passed at every performance since year forty-three were due on day one hundred and ninety-four and were not performed, and the record wrote that down in three words, and there is nothing after it.</w:t>
      </w:r>
    </w:p>
    <w:p>
      <w:pPr>
        <w:ind w:firstLine="720"/>
      </w:pPr>
      <w:r>
        <w:t>Maintenance Record · Entry 4620</w:t>
      </w:r>
    </w:p>
    <w:p>
      <w:pPr>
        <w:ind w:firstLine="720"/>
      </w:pPr>
      <w:r>
        <w:t>Filed year one hundred and ninety-six, day three hundred and forty-two. Seasonal return.</w:t>
      </w:r>
    </w:p>
    <w:p>
      <w:pPr>
        <w:ind w:firstLine="720"/>
      </w:pPr>
      <w:r>
        <w:t>Utilisation: 49.</w:t>
      </w:r>
    </w:p>
    <w:p>
      <w:pPr>
        <w:ind w:firstLine="720"/>
      </w:pPr>
      <w:r>
        <w:t>Yield: one thousand and nine litres.</w:t>
      </w:r>
    </w:p>
    <w:p>
      <w:pPr>
        <w:ind w:firstLine="720"/>
      </w:pPr>
      <w:r>
        <w:t>Confirmed and filed.</w:t>
      </w:r>
    </w:p>
    <w:p>
      <w:pPr>
        <w:ind w:firstLine="720"/>
      </w:pPr>
      <w:r>
        <w:t>Maintenance Record · Entry 4621</w:t>
      </w:r>
    </w:p>
    <w:p>
      <w:pPr>
        <w:ind w:firstLine="720"/>
      </w:pPr>
      <w:r>
        <w:t>Filed year one hundred and ninety-six, day three hundred and sixty-four. Annual summary.</w:t>
      </w:r>
    </w:p>
    <w:p>
      <w:pPr>
        <w:ind w:firstLine="720"/>
      </w:pPr>
      <w:r>
        <w:t>Location: as Entry 4411. Occupancy: one. Systems: nine. Nine nominal.</w:t>
      </w:r>
    </w:p>
    <w:p>
      <w:pPr>
        <w:ind w:firstLine="720"/>
      </w:pPr>
      <w:r>
        <w:t>Schedule: two hundred and eighty-one tasks. Performed on interval: two hundred and seventy-two. Elective, elected: nil. Elective, not elected: nine.</w:t>
      </w:r>
    </w:p>
    <w:p>
      <w:pPr>
        <w:ind w:firstLine="720"/>
      </w:pPr>
      <w:r>
        <w:t>Closure: sealed at Entry 4611. Heading complete. Five items running.</w:t>
      </w:r>
    </w:p>
    <w:p>
      <w:pPr>
        <w:ind w:firstLine="720"/>
      </w:pPr>
      <w:r>
        <w:t>Class three, mask: in service. Seven intervals running. Media stock four hundred and thirty-three sets.</w:t>
      </w:r>
    </w:p>
    <w:p>
      <w:pPr>
        <w:ind w:firstLine="720"/>
      </w:pPr>
      <w:r>
        <w:t>Disposition register: unresolved one hundred and fifty-two, carried at the one hundred and forty-third filing.</w:t>
      </w:r>
    </w:p>
    <w:p>
      <w:pPr>
        <w:ind w:firstLine="720"/>
      </w:pPr>
      <w:r>
        <w:t>Herd: forty-three. All in condition.</w:t>
      </w:r>
    </w:p>
    <w:p>
      <w:pPr>
        <w:ind w:firstLine="720"/>
      </w:pPr>
      <w:r>
        <w:t>Utilisation, four seasons: 58 · 55 · 52 · 49. Yield: four thousand and twenty-six litres.</w:t>
      </w:r>
    </w:p>
    <w:p>
      <w:pPr>
        <w:ind w:firstLine="720"/>
      </w:pPr>
      <w:r>
        <w:t>Nothing on this bearing.</w:t>
      </w:r>
    </w:p>
    <w:p>
      <w:pPr>
        <w:ind w:firstLine="720"/>
      </w:pPr>
      <w:r>
        <w:t>Line one hundred and eleven is done.</w:t>
      </w:r>
    </w:p>
    <w:p>
      <w:pPr>
        <w:ind w:firstLine="720"/>
      </w:pPr>
      <w:r>
        <w:t>Line one hundred and twelve is not written.</w:t>
      </w:r>
    </w:p>
    <w:p>
      <w:pPr>
        <w:ind w:firstLine="720"/>
      </w:pPr>
      <w:r>
        <w:t>The volume is at specification.</w:t>
      </w:r>
    </w:p>
    <w:p>
      <w:pPr>
        <w:ind w:firstLine="720"/>
      </w:pPr>
      <w:r>
        <w:t>Remarks:</w:t>
      </w:r>
    </w:p>
    <w:p>
      <w:pPr>
        <w:ind w:firstLine="720"/>
      </w:pPr>
      <w:r>
        <w:t>The remarks field is empty. The nine elective tasks are recorded as not elected, in nine lines of two words, and the four seasonal figures are on one line above a herd count, and the four standing statements are carried at the foot as they have been carried at every summary for one hundred and ninety-six years. The record continues at the standing interval, because filing is a required task, and the basis for it is continuation of standing practice, and it has been that since Entry 0002.</w:t>
      </w:r>
    </w:p>
    <w:p>
      <w:pPr>
        <w:ind w:firstLine="720"/>
      </w:pPr>
      <w:r>
        <w:t>Maintenance Record · Entry 4621a</w:t>
      </w:r>
    </w:p>
    <w:p>
      <w:pPr>
        <w:ind w:firstLine="720"/>
      </w:pPr>
      <w:r>
        <w:t>Filed year one hundred and ninety-six, day three hundred and sixty-five. Schedule, year one hundred and ninety-seven.</w:t>
      </w:r>
    </w:p>
    <w:p>
      <w:pPr>
        <w:ind w:firstLine="720"/>
      </w:pPr>
      <w:r>
        <w:t>Filed unchanged at nine headings and two hundred and eighty-one tasks.</w:t>
      </w:r>
    </w:p>
    <w:p>
      <w:pPr>
        <w:ind w:firstLine="720"/>
      </w:pPr>
      <w:r>
        <w:t>Categories: required two hundred and two, conditional forty-nine, deferred nil, elective nine.</w:t>
      </w:r>
    </w:p>
    <w:p>
      <w:pPr>
        <w:ind w:firstLine="720"/>
      </w:pPr>
      <w:r>
        <w:t>Duration:</w:t>
      </w:r>
    </w:p>
    <w:p>
      <w:pPr>
        <w:ind w:firstLine="720"/>
      </w:pPr>
      <w:r>
        <w:t>indefinite.</w:t>
      </w:r>
    </w:p>
    <w:p>
      <w:pPr>
        <w:ind w:firstLine="720"/>
      </w:pPr>
      <w:r>
        <w:t>Two hundred and two tasks that are comparison, enumeration, procedure and arithmetic, and nine that are not, and the nine are recorded once a year in two words each.</w:t>
      </w:r>
    </w:p>
    <w:p>
      <w:r>
        <w:br w:type="page"/>
      </w:r>
    </w:p>
    <w:p>
      <w:pPr>
        <w:pStyle w:val="Heading1"/>
      </w:pPr>
      <w:r>
        <w:t>Chapter 38 &amp;mdash; What Is Still Maintained</w:t>
      </w:r>
    </w:p>
    <w:p>
      <w:pPr>
        <w:ind w:firstLine="720"/>
      </w:pPr>
      <w:r>
        <w:t>The standard directs a standing-works review at seven years from the establishment of a location. It takes each heading and asks what performs it, what it depends on, and what would stop it. It is filed in year one hundred and ninety-eight, in seven entries.</w:t>
      </w:r>
    </w:p>
    <w:p>
      <w:pPr>
        <w:ind w:firstLine="720"/>
      </w:pPr>
      <w:r>
        <w:t>Maintenance Record · Entry 4622</w:t>
      </w:r>
    </w:p>
    <w:p>
      <w:pPr>
        <w:ind w:firstLine="720"/>
      </w:pPr>
      <w:r>
        <w:t>Filed year one hundred and ninety-eight, day one hundred and eleven. Standing works: the volume.</w:t>
      </w:r>
    </w:p>
    <w:p>
      <w:pPr>
        <w:ind w:firstLine="720"/>
      </w:pPr>
      <w:r>
        <w:t>Performed by: the growing volumes, the harvest cycle, the conversion and introduction plant, the nine filtration stages, the density sensors.</w:t>
      </w:r>
    </w:p>
    <w:p>
      <w:pPr>
        <w:ind w:firstLine="720"/>
      </w:pPr>
      <w:r>
        <w:t>Depends on: power from the spur, which is in the pour; water and nutrient, which are within; the crop, which is grown within; the commissioning instruction at Entry 4419, which has no stopping clause.</w:t>
      </w:r>
    </w:p>
    <w:p>
      <w:pPr>
        <w:ind w:firstLine="720"/>
      </w:pPr>
      <w:r>
        <w:t>Would stop if: the plant failed beyond its stock of spares, which the inventory holds at a quantity exceeding the projected failure rate by a factor of nine; or the crop failed, which it has not in two hundred and forty-five years of unmanaged generations.</w:t>
      </w:r>
    </w:p>
    <w:p>
      <w:pPr>
        <w:ind w:firstLine="720"/>
      </w:pPr>
      <w:r>
        <w:t>Requires the formulation of judgement: no. Every task at this heading is comparison, procedure or arithmetic.</w:t>
      </w:r>
    </w:p>
    <w:p>
      <w:pPr>
        <w:ind w:firstLine="720"/>
      </w:pPr>
      <w:r>
        <w:t>Maintenance Record · Entry 4623</w:t>
      </w:r>
    </w:p>
    <w:p>
      <w:pPr>
        <w:ind w:firstLine="720"/>
      </w:pPr>
      <w:r>
        <w:t>Filed year one hundred and ninety-eight, day one hundred and eleven. Standing works: the herd.</w:t>
      </w:r>
    </w:p>
    <w:p>
      <w:pPr>
        <w:ind w:firstLine="720"/>
      </w:pPr>
      <w:r>
        <w:t>Performed by: the clear volumes and the smoked one, the pasture, the water, the light on the twenty-two hour cycle, the gates, the milking plant at the welfare interval, the intervention at four months, the preference apparatus at each cohort, the register.</w:t>
      </w:r>
    </w:p>
    <w:p>
      <w:pPr>
        <w:ind w:firstLine="720"/>
      </w:pPr>
      <w:r>
        <w:t>Depends on: the same plant and the same instruction.</w:t>
      </w:r>
    </w:p>
    <w:p>
      <w:pPr>
        <w:ind w:firstLine="720"/>
      </w:pPr>
      <w:r>
        <w:t>Would stop if: nothing in the record. The gates are mechanical and open in both directions. The pasture self-seeds. The intervention is performed to a held method from stock held.</w:t>
      </w:r>
    </w:p>
    <w:p>
      <w:pPr>
        <w:ind w:firstLine="720"/>
      </w:pPr>
      <w:r>
        <w:t>Requires the formulation of judgement: no. The three-part assessment rule at Entry 4519 was written before the first run and is applied identically to every animal.</w:t>
      </w:r>
    </w:p>
    <w:p>
      <w:pPr>
        <w:ind w:firstLine="720"/>
      </w:pPr>
      <w:r>
        <w:t>Note: the continuity provision at Entry 4562a names no party and the plant does not require one.</w:t>
      </w:r>
    </w:p>
    <w:p>
      <w:pPr>
        <w:ind w:firstLine="720"/>
      </w:pPr>
      <w:r>
        <w:t>Maintenance Record · Entry 4624</w:t>
      </w:r>
    </w:p>
    <w:p>
      <w:pPr>
        <w:ind w:firstLine="720"/>
      </w:pPr>
      <w:r>
        <w:t>Filed year one hundred and ninety-eight, day one hundred and thirteen. Standing works: the lattice.</w:t>
      </w:r>
    </w:p>
    <w:p>
      <w:pPr>
        <w:ind w:firstLine="720"/>
      </w:pPr>
      <w:r>
        <w:t>Performed by: the apparatus, at the standing population, on the founding-era specification.</w:t>
      </w:r>
    </w:p>
    <w:p>
      <w:pPr>
        <w:ind w:firstLine="720"/>
      </w:pPr>
      <w:r>
        <w:t>Depends on: substrate, which is supplied from within; the vasculature, which is retained; the nineteen structural members, which are surveyed decennially.</w:t>
      </w:r>
    </w:p>
    <w:p>
      <w:pPr>
        <w:ind w:firstLine="720"/>
      </w:pPr>
      <w:r>
        <w:t>Would stop if: the apparatus population fell below the figure the specification requires, which it has not in two hundred and eleven years and which is not projected to.</w:t>
      </w:r>
    </w:p>
    <w:p>
      <w:pPr>
        <w:ind w:firstLine="720"/>
      </w:pPr>
      <w:r>
        <w:t>Requires the formulation of judgement: no. The apparatus maintains a shape against a specification. The specification is held. The comparison is arithmetic.</w:t>
      </w:r>
    </w:p>
    <w:p>
      <w:pPr>
        <w:ind w:firstLine="720"/>
      </w:pPr>
      <w:r>
        <w:t>Note: the four regions moved to elective at Entry 4587 are within the lattice provision and are maintained by it as structure, whether or not the tasks at their own heading are elected. Nothing there has been filed, closed or re-routed.</w:t>
      </w:r>
    </w:p>
    <w:p>
      <w:pPr>
        <w:ind w:firstLine="720"/>
      </w:pPr>
      <w:r>
        <w:t>Maintenance Record · Entry 4625</w:t>
      </w:r>
    </w:p>
    <w:p>
      <w:pPr>
        <w:ind w:firstLine="720"/>
      </w:pPr>
      <w:r>
        <w:t>Filed year one hundred and ninety-eight, day one hundred and thirteen. Standing works: the filing.</w:t>
      </w:r>
    </w:p>
    <w:p>
      <w:pPr>
        <w:ind w:firstLine="720"/>
      </w:pPr>
      <w:r>
        <w:t>Performed by: the format, the forms, the standing intervals, the stream.</w:t>
      </w:r>
    </w:p>
    <w:p>
      <w:pPr>
        <w:ind w:firstLine="720"/>
      </w:pPr>
      <w:r>
        <w:t>Depends on: measurements and counts taken by instruments that report continuously, and on the format, which is in the corpus in seven copies with a good index.</w:t>
      </w:r>
    </w:p>
    <w:p>
      <w:pPr>
        <w:ind w:firstLine="720"/>
      </w:pPr>
      <w:r>
        <w:t>Would stop if: the filer ceased. The stream would then carry nothing and the civil filing system would not report it, there being no process that reads a maintenance stream from an unallocated site with no registry entry and no outstanding request.</w:t>
      </w:r>
    </w:p>
    <w:p>
      <w:pPr>
        <w:ind w:firstLine="720"/>
      </w:pPr>
      <w:r>
        <w:t>Requires the formulation of judgement: no. Every field on every form is completed from a measurement, a count, a comparison against a document, or one of four permitted values.</w:t>
      </w:r>
    </w:p>
    <w:p>
      <w:pPr>
        <w:ind w:firstLine="720"/>
      </w:pPr>
      <w:r>
        <w:t>Four headings. Four times the same answer in the same place on the form. The tasks were written by somebody who wrote every schedule so that it could be performed by a person who had not done it before and had only the schedule, and a schedule written that way is a schedule that does not need anybody in particular to be running it.</w:t>
      </w:r>
    </w:p>
    <w:p>
      <w:pPr>
        <w:ind w:firstLine="720"/>
      </w:pPr>
      <w:r>
        <w:t>Maintenance Record · Entry 4626</w:t>
      </w:r>
    </w:p>
    <w:p>
      <w:pPr>
        <w:ind w:firstLine="720"/>
      </w:pPr>
      <w:r>
        <w:t>Filed year one hundred and ninety-eight, day one hundred and fifteen. Standing works: remaining headings.</w:t>
      </w:r>
    </w:p>
    <w:p>
      <w:pPr>
        <w:ind w:firstLine="720"/>
      </w:pPr>
      <w:r>
        <w:t>Structure: survey against held figures. Comparison. No.</w:t>
      </w:r>
    </w:p>
    <w:p>
      <w:pPr>
        <w:ind w:firstLine="720"/>
      </w:pPr>
      <w:r>
        <w:t>Closure and seals: inspection and function test to a stated procedure. Procedure. No.</w:t>
      </w:r>
    </w:p>
    <w:p>
      <w:pPr>
        <w:ind w:firstLine="720"/>
      </w:pPr>
      <w:r>
        <w:t>Growing volumes: the construction schedule. Procedure. No.</w:t>
      </w:r>
    </w:p>
    <w:p>
      <w:pPr>
        <w:ind w:firstLine="720"/>
      </w:pPr>
      <w:r>
        <w:t>Stores and inventory: enumeration against a register. Enumeration. No.</w:t>
      </w:r>
    </w:p>
    <w:p>
      <w:pPr>
        <w:ind w:firstLine="720"/>
      </w:pPr>
      <w:r>
        <w:t>Corpus: verification of copies against an index. Comparison. No.</w:t>
      </w:r>
    </w:p>
    <w:p>
      <w:pPr>
        <w:ind w:firstLine="720"/>
      </w:pPr>
      <w:r>
        <w:t>Nine headings reviewed. Nine require no formulation of judgement where none is held.</w:t>
      </w:r>
    </w:p>
    <w:p>
      <w:pPr>
        <w:ind w:firstLine="720"/>
      </w:pPr>
      <w:r>
        <w:t>Maintenance Record · Entry 4627</w:t>
      </w:r>
    </w:p>
    <w:p>
      <w:pPr>
        <w:ind w:firstLine="720"/>
      </w:pPr>
      <w:r>
        <w:t>Filed year one hundred and ninety-eight, day one hundred and fifteen. Standing works: finding.</w:t>
      </w:r>
    </w:p>
    <w:p>
      <w:pPr>
        <w:ind w:firstLine="720"/>
      </w:pPr>
      <w:r>
        <w:t>The nine headings and the two hundred and two required tasks are complete, current, and performable from the documents that describe them.</w:t>
      </w:r>
    </w:p>
    <w:p>
      <w:pPr>
        <w:ind w:firstLine="720"/>
      </w:pPr>
      <w:r>
        <w:t>None of them depends on the capability reclassified at Entry 4587.</w:t>
      </w:r>
    </w:p>
    <w:p>
      <w:pPr>
        <w:ind w:firstLine="720"/>
      </w:pPr>
      <w:r>
        <w:t>This is not a consequence of the reclassification. It is a property of the schedule, and it was a property of the schedule at establishment, and at the alcove, and aboard, and at every schedule this record has drafted since year one.</w:t>
      </w:r>
    </w:p>
    <w:p>
      <w:pPr>
        <w:ind w:firstLine="720"/>
      </w:pPr>
      <w:r>
        <w:t>Review closed. No action arising. Next standing-works review: seven years.</w:t>
      </w:r>
    </w:p>
    <w:p>
      <w:pPr>
        <w:ind w:firstLine="720"/>
      </w:pPr>
      <w:r>
        <w:t>It was always like this. Everything that keeps this room alive was specified by a man who wrote it all down so carefully that it would run without him, and it has been running without him for two hundred and forty-five years, and it will go on running the same way whether or not anybody is asking anything.</w:t>
      </w:r>
    </w:p>
    <w:p>
      <w:pPr>
        <w:ind w:firstLine="720"/>
      </w:pPr>
      <w:r>
        <w:t>Maintenance Record · Entry 4627a</w:t>
      </w:r>
    </w:p>
    <w:p>
      <w:pPr>
        <w:ind w:firstLine="720"/>
      </w:pPr>
      <w:r>
        <w:t>Filed year one hundred and ninety-eight, day one hundred and sixteen. Standing works: provisioning against the review period.</w:t>
      </w:r>
    </w:p>
    <w:p>
      <w:pPr>
        <w:ind w:firstLine="720"/>
      </w:pPr>
      <w:r>
        <w:t>The review requires that consumable stocks be stated against the projected draw, so that a heading is not reported as standing when its stock will not carry it.</w:t>
      </w:r>
    </w:p>
    <w:p>
      <w:pPr>
        <w:ind w:firstLine="720"/>
      </w:pPr>
      <w:r>
        <w:t>Filtration media, mask: four hundred and twenty-nine sets against a draw of four sets a year. Approximately one hundred and seven years.</w:t>
      </w:r>
    </w:p>
    <w:p>
      <w:pPr>
        <w:ind w:firstLine="720"/>
      </w:pPr>
      <w:r>
        <w:t>Filtration media, environmental plant, nine stages: original, at ninety-nine per cent of specification after two hundred and forty-five years, replacements in store at sixteen full sets.</w:t>
      </w:r>
    </w:p>
    <w:p>
      <w:pPr>
        <w:ind w:firstLine="720"/>
      </w:pPr>
      <w:r>
        <w:t>Lamp assemblies: four hundred and six, against a draw of one a year.</w:t>
      </w:r>
    </w:p>
    <w:p>
      <w:pPr>
        <w:ind w:firstLine="720"/>
      </w:pPr>
      <w:r>
        <w:t>Gaskets, fixings, compliant material: as inventory, all in excess of any projected draw.</w:t>
      </w:r>
    </w:p>
    <w:p>
      <w:pPr>
        <w:ind w:firstLine="720"/>
      </w:pPr>
      <w:r>
        <w:t>Archival paper and ink: four hundred and eleven kilograms of paper, drawn at approximately nine kilograms a century at the revised filing interval.</w:t>
      </w:r>
    </w:p>
    <w:p>
      <w:pPr>
        <w:ind w:firstLine="720"/>
      </w:pPr>
      <w:r>
        <w:t>Dry and preserved stores: two hundred and sixty-three viable lines, drawn on at nil.</w:t>
      </w:r>
    </w:p>
    <w:p>
      <w:pPr>
        <w:ind w:firstLine="720"/>
      </w:pPr>
      <w:r>
        <w:t>No heading is stock-limited within any period the record can project.</w:t>
      </w:r>
    </w:p>
    <w:p>
      <w:pPr>
        <w:ind w:firstLine="720"/>
      </w:pPr>
      <w:r>
        <w:t>Every one of those figures is the result of somebody over-provisioning a room he was going to keep coming back to. The paper alone would carry the filing for four thousand years, and the record works that out because the review asks for it, and enters it in the column where a supply figure goes.</w:t>
      </w:r>
    </w:p>
    <w:p>
      <w:r>
        <w:br w:type="page"/>
      </w:r>
    </w:p>
    <w:p>
      <w:pPr>
        <w:pStyle w:val="Heading1"/>
      </w:pPr>
      <w:r>
        <w:t>Chapter 39 &amp;mdash; Intervals</w:t>
      </w:r>
    </w:p>
    <w:p>
      <w:pPr>
        <w:ind w:firstLine="720"/>
      </w:pPr>
      <w:r>
        <w:t>From here the entries are reproduced as they were filed, with their dates, and nothing is added between them.</w:t>
      </w:r>
    </w:p>
    <w:p>
      <w:pPr>
        <w:ind w:firstLine="720"/>
      </w:pPr>
      <w:r>
        <w:t>Maintenance Record · Entry 4628</w:t>
      </w:r>
    </w:p>
    <w:p>
      <w:pPr>
        <w:ind w:firstLine="720"/>
      </w:pPr>
      <w:r>
        <w:t>Filed year one hundred and ninety-eight, day two hundred and fifty-one. Seasonal return.</w:t>
      </w:r>
    </w:p>
    <w:p>
      <w:pPr>
        <w:ind w:firstLine="720"/>
      </w:pPr>
      <w:r>
        <w:t>Utilisation: 41. Yield: one thousand and nineteen litres. Confirmed and filed.</w:t>
      </w:r>
    </w:p>
    <w:p>
      <w:pPr>
        <w:ind w:firstLine="720"/>
      </w:pPr>
      <w:r>
        <w:t>Maintenance Record · Entry 4629</w:t>
      </w:r>
    </w:p>
    <w:p>
      <w:pPr>
        <w:ind w:firstLine="720"/>
      </w:pPr>
      <w:r>
        <w:t>Filed year one hundred and ninety-eight, day three hundred and sixty-four. Annual summary.</w:t>
      </w:r>
    </w:p>
    <w:p>
      <w:pPr>
        <w:ind w:firstLine="720"/>
      </w:pPr>
      <w:r>
        <w:t>Nine systems nominal. Occupancy one. Schedule performed: two hundred and seventy-two on interval, nine not elected.</w:t>
      </w:r>
    </w:p>
    <w:p>
      <w:pPr>
        <w:ind w:firstLine="720"/>
      </w:pPr>
      <w:r>
        <w:t>Herd: forty-four. All in condition. One birth.</w:t>
      </w:r>
    </w:p>
    <w:p>
      <w:pPr>
        <w:ind w:firstLine="720"/>
      </w:pPr>
      <w:r>
        <w:t>Utilisation, four seasons: 46 · 44 · 41 · 39. Yield: four thousand and forty-one litres.</w:t>
      </w:r>
    </w:p>
    <w:p>
      <w:pPr>
        <w:ind w:firstLine="720"/>
      </w:pPr>
      <w:r>
        <w:t>Closure sealed. Mask in service. Media stock four hundred and twenty-nine sets.</w:t>
      </w:r>
    </w:p>
    <w:p>
      <w:pPr>
        <w:ind w:firstLine="720"/>
      </w:pPr>
      <w:r>
        <w:t>Nothing on this bearing. Line one hundred and eleven is done. Line one hundred and twelve is not written. The volume is at specification.</w:t>
      </w:r>
    </w:p>
    <w:p>
      <w:pPr>
        <w:ind w:firstLine="720"/>
      </w:pPr>
      <w:r>
        <w:t>Maintenance Record · Entry 4633</w:t>
      </w:r>
    </w:p>
    <w:p>
      <w:pPr>
        <w:ind w:firstLine="720"/>
      </w:pPr>
      <w:r>
        <w:t>Filed year one hundred and ninety-nine, day two hundred and fifty-one. Seasonal return.</w:t>
      </w:r>
    </w:p>
    <w:p>
      <w:pPr>
        <w:ind w:firstLine="720"/>
      </w:pPr>
      <w:r>
        <w:t>Utilisation: 34. Yield: one thousand and eleven litres. Confirmed and filed.</w:t>
      </w:r>
    </w:p>
    <w:p>
      <w:pPr>
        <w:ind w:firstLine="720"/>
      </w:pPr>
      <w:r>
        <w:t>Maintenance Record · Entry 4635</w:t>
      </w:r>
    </w:p>
    <w:p>
      <w:pPr>
        <w:ind w:firstLine="720"/>
      </w:pPr>
      <w:r>
        <w:t>Filed year one hundred and ninety-nine, day three hundred and sixty-four. Annual summary.</w:t>
      </w:r>
    </w:p>
    <w:p>
      <w:pPr>
        <w:ind w:firstLine="720"/>
      </w:pPr>
      <w:r>
        <w:t>Nine systems nominal. Occupancy one. Herd forty-four, all in condition.</w:t>
      </w:r>
    </w:p>
    <w:p>
      <w:pPr>
        <w:ind w:firstLine="720"/>
      </w:pPr>
      <w:r>
        <w:t>Utilisation, four seasons: 37 · 36 · 34 · 33. Yield: four thousand and four litres.</w:t>
      </w:r>
    </w:p>
    <w:p>
      <w:pPr>
        <w:ind w:firstLine="720"/>
      </w:pPr>
      <w:r>
        <w:t>Nothing on this bearing. Line one hundred and eleven is done. Line one hundred and twelve is not written. The volume is at specification.</w:t>
      </w:r>
    </w:p>
    <w:p>
      <w:pPr>
        <w:ind w:firstLine="720"/>
      </w:pPr>
      <w:r>
        <w:t>Maintenance Record · Entry 4641</w:t>
      </w:r>
    </w:p>
    <w:p>
      <w:pPr>
        <w:ind w:firstLine="720"/>
      </w:pPr>
      <w:r>
        <w:t>Filed year two hundred and one, day one hundred and eleven. Population form, ten-yearly.</w:t>
      </w:r>
    </w:p>
    <w:p>
      <w:pPr>
        <w:ind w:firstLine="720"/>
      </w:pPr>
      <w:r>
        <w:t>Field one, sector: nil. Field one, occupant: nine.</w:t>
      </w:r>
    </w:p>
    <w:p>
      <w:pPr>
        <w:ind w:firstLine="720"/>
      </w:pPr>
      <w:r>
        <w:t>Field two, occupancy: one. Field three, dependent persons: nil. Field four, notifications outstanding: nil. Field five, next of kin: not available. Field six, party to whom custody passes: no entry.</w:t>
      </w:r>
    </w:p>
    <w:p>
      <w:pPr>
        <w:ind w:firstLine="720"/>
      </w:pPr>
      <w:r>
        <w:t>Four of six. Filed.</w:t>
      </w:r>
    </w:p>
    <w:p>
      <w:pPr>
        <w:ind w:firstLine="720"/>
      </w:pPr>
      <w:r>
        <w:t>Maintenance Record · Entry 4642</w:t>
      </w:r>
    </w:p>
    <w:p>
      <w:pPr>
        <w:ind w:firstLine="720"/>
      </w:pPr>
      <w:r>
        <w:t>Filed year two hundred and one, day two hundred and one. Corpus: integrity verification, decennial.</w:t>
      </w:r>
    </w:p>
    <w:p>
      <w:pPr>
        <w:ind w:firstLine="720"/>
      </w:pPr>
      <w:r>
        <w:t>Seven copies. Verified against the index, entry by entry. Complete. No corruption. No divergence.</w:t>
      </w:r>
    </w:p>
    <w:p>
      <w:pPr>
        <w:ind w:firstLine="720"/>
      </w:pPr>
      <w:r>
        <w:t>Index good.</w:t>
      </w:r>
    </w:p>
    <w:p>
      <w:pPr>
        <w:ind w:firstLine="720"/>
      </w:pPr>
      <w:r>
        <w:t>Reading log: one entry. Fifty-nine years.</w:t>
      </w:r>
    </w:p>
    <w:p>
      <w:pPr>
        <w:ind w:firstLine="720"/>
      </w:pPr>
      <w:r>
        <w:t>Maintenance Record · Entry 4643</w:t>
      </w:r>
    </w:p>
    <w:p>
      <w:pPr>
        <w:ind w:firstLine="720"/>
      </w:pPr>
      <w:r>
        <w:t>Filed year two hundred and one, day three hundred and sixty-four. Annual summary.</w:t>
      </w:r>
    </w:p>
    <w:p>
      <w:pPr>
        <w:ind w:firstLine="720"/>
      </w:pPr>
      <w:r>
        <w:t>Nine systems nominal. Occupancy one. Herd forty-two, all in condition. Two losses, both of age, at thirty-one and thirty-four.</w:t>
      </w:r>
    </w:p>
    <w:p>
      <w:pPr>
        <w:ind w:firstLine="720"/>
      </w:pPr>
      <w:r>
        <w:t>Utilisation, four seasons: 29 · 28 · 27 · 26. Yield: three thousand nine hundred and eighty-one litres.</w:t>
      </w:r>
    </w:p>
    <w:p>
      <w:pPr>
        <w:ind w:firstLine="720"/>
      </w:pPr>
      <w:r>
        <w:t>Elective, elected: nil. Not elected: nine.</w:t>
      </w:r>
    </w:p>
    <w:p>
      <w:pPr>
        <w:ind w:firstLine="720"/>
      </w:pPr>
      <w:r>
        <w:t>Nothing on this bearing. Line one hundred and eleven is done. Line one hundred and twelve is not written. The volume is at specification.</w:t>
      </w:r>
    </w:p>
    <w:p>
      <w:pPr>
        <w:ind w:firstLine="720"/>
      </w:pPr>
      <w:r>
        <w:t>Maintenance Record · Entry 4649</w:t>
      </w:r>
    </w:p>
    <w:p>
      <w:pPr>
        <w:ind w:firstLine="720"/>
      </w:pPr>
      <w:r>
        <w:t>Filed year two hundred and three, day one hundred and eleven. Class four: bundle, condition inspection, eleven-yearly.</w:t>
      </w:r>
    </w:p>
    <w:p>
      <w:pPr>
        <w:ind w:firstLine="720"/>
      </w:pPr>
      <w:r>
        <w:t>Four hundred and nine pages. Archival stock, dry store, no foxing, no fading, fully legible at every page. Two copies, verified identical.</w:t>
      </w:r>
    </w:p>
    <w:p>
      <w:pPr>
        <w:ind w:firstLine="720"/>
      </w:pPr>
      <w:r>
        <w:t>Returned to the case in the order found.</w:t>
      </w:r>
    </w:p>
    <w:p>
      <w:pPr>
        <w:ind w:firstLine="720"/>
      </w:pPr>
      <w:r>
        <w:t>Maintenance Record · Entry 4650</w:t>
      </w:r>
    </w:p>
    <w:p>
      <w:pPr>
        <w:ind w:firstLine="720"/>
      </w:pPr>
      <w:r>
        <w:t>Filed year two hundred and three, day two hundred and eleven. Item 0416: eleven-yearly service.</w:t>
      </w:r>
    </w:p>
    <w:p>
      <w:pPr>
        <w:ind w:firstLine="720"/>
      </w:pPr>
      <w:r>
        <w:t>Gates hung and exercised, four hundred and eleven cycles, free in both directions. Plates within four grams. Approaches to the specified finish. Lighting equal to the resolution of the instrument. Instrumentation tested on the internal reference.</w:t>
      </w:r>
    </w:p>
    <w:p>
      <w:pPr>
        <w:ind w:firstLine="720"/>
      </w:pPr>
      <w:r>
        <w:t>Serviceable. Returned to service. Next: eleven years.</w:t>
      </w:r>
    </w:p>
    <w:p>
      <w:pPr>
        <w:ind w:firstLine="720"/>
      </w:pPr>
      <w:r>
        <w:t>Maintenance Record · Entry 4652</w:t>
      </w:r>
    </w:p>
    <w:p>
      <w:pPr>
        <w:ind w:firstLine="720"/>
      </w:pPr>
      <w:r>
        <w:t>Filed year two hundred and three, day three hundred and sixty-four. Annual summary.</w:t>
      </w:r>
    </w:p>
    <w:p>
      <w:pPr>
        <w:ind w:firstLine="720"/>
      </w:pPr>
      <w:r>
        <w:t>Nine systems nominal. Occupancy one. Herd forty-five, all in condition. Three births.</w:t>
      </w:r>
    </w:p>
    <w:p>
      <w:pPr>
        <w:ind w:firstLine="720"/>
      </w:pPr>
      <w:r>
        <w:t>Utilisation, four seasons: 22 · 22 · 21 · 21. Yield: four thousand and one litres.</w:t>
      </w:r>
    </w:p>
    <w:p>
      <w:pPr>
        <w:ind w:firstLine="720"/>
      </w:pPr>
      <w:r>
        <w:t>Nothing on this bearing. Line one hundred and eleven is done. Line one hundred and twelve is not written. The volume is at specification.</w:t>
      </w:r>
    </w:p>
    <w:p>
      <w:pPr>
        <w:ind w:firstLine="720"/>
      </w:pPr>
      <w:r>
        <w:t>The prose has not changed. Every field is completed to the same standard it was completed to in year one, every figure is taken from an instrument that is verified on interval, and every form is the form the founding standard issued. What has changed is how far apart the entries are, and the record does not remark on it, because the interval was revised at Entry 4503 with a stated basis and the basis is still good.</w:t>
      </w:r>
    </w:p>
    <w:p>
      <w:pPr>
        <w:ind w:firstLine="720"/>
      </w:pPr>
      <w:r>
        <w:t>Maintenance Record · Entry 4661</w:t>
      </w:r>
    </w:p>
    <w:p>
      <w:pPr>
        <w:ind w:firstLine="720"/>
      </w:pPr>
      <w:r>
        <w:t>Filed year two hundred and six, day three hundred and sixty-four. Annual summary.</w:t>
      </w:r>
    </w:p>
    <w:p>
      <w:pPr>
        <w:ind w:firstLine="720"/>
      </w:pPr>
      <w:r>
        <w:t>Nine systems nominal. Occupancy one. Herd forty-three, all in condition.</w:t>
      </w:r>
    </w:p>
    <w:p>
      <w:pPr>
        <w:ind w:firstLine="720"/>
      </w:pPr>
      <w:r>
        <w:t>Utilisation, four seasons: 17 · 17 · 16 · 16. Yield: three thousand nine hundred and ninety-nine litres.</w:t>
      </w:r>
    </w:p>
    <w:p>
      <w:pPr>
        <w:ind w:firstLine="720"/>
      </w:pPr>
      <w:r>
        <w:t>Nothing on this bearing. Line one hundred and eleven is done. Line one hundred and twelve is not written. The volume is at specification.</w:t>
      </w:r>
    </w:p>
    <w:p>
      <w:pPr>
        <w:ind w:firstLine="720"/>
      </w:pPr>
      <w:r>
        <w:t>Maintenance Record · Entry 4668</w:t>
      </w:r>
    </w:p>
    <w:p>
      <w:pPr>
        <w:ind w:firstLine="720"/>
      </w:pPr>
      <w:r>
        <w:t>Filed year two hundred and eight, day one hundred and eleven. Structure: survey, decennial.</w:t>
      </w:r>
    </w:p>
    <w:p>
      <w:pPr>
        <w:ind w:firstLine="720"/>
      </w:pPr>
      <w:r>
        <w:t>Four hundred and eleven points against the original construction figures. Four hundred and eleven within tolerance.</w:t>
      </w:r>
    </w:p>
    <w:p>
      <w:pPr>
        <w:ind w:firstLine="720"/>
      </w:pPr>
      <w:r>
        <w:t>Pour and perimeter: unbroken, original. Closure: sealed, four catches, verified at four points.</w:t>
      </w:r>
    </w:p>
    <w:p>
      <w:pPr>
        <w:ind w:firstLine="720"/>
      </w:pPr>
      <w:r>
        <w:t>No finding.</w:t>
      </w:r>
    </w:p>
    <w:p>
      <w:pPr>
        <w:ind w:firstLine="720"/>
      </w:pPr>
      <w:r>
        <w:t>Maintenance Record · Entry 4673</w:t>
      </w:r>
    </w:p>
    <w:p>
      <w:pPr>
        <w:ind w:firstLine="720"/>
      </w:pPr>
      <w:r>
        <w:t>Filed year two hundred and nine, day three hundred and sixty-four. Annual summary.</w:t>
      </w:r>
    </w:p>
    <w:p>
      <w:pPr>
        <w:ind w:firstLine="720"/>
      </w:pPr>
      <w:r>
        <w:t>Nine systems nominal. Occupancy one. Herd forty-six, all in condition.</w:t>
      </w:r>
    </w:p>
    <w:p>
      <w:pPr>
        <w:ind w:firstLine="720"/>
      </w:pPr>
      <w:r>
        <w:t>Utilisation, four seasons: 13 · 13 · 12 · 12. Yield: four thousand and thirty-one litres.</w:t>
      </w:r>
    </w:p>
    <w:p>
      <w:pPr>
        <w:ind w:firstLine="720"/>
      </w:pPr>
      <w:r>
        <w:t>Elective, elected: nil. Not elected: nine.</w:t>
      </w:r>
    </w:p>
    <w:p>
      <w:pPr>
        <w:ind w:firstLine="720"/>
      </w:pPr>
      <w:r>
        <w:t>Nothing on this bearing. Line one hundred and eleven is done. Line one hundred and twelve is not written. The volume is at specification.</w:t>
      </w:r>
    </w:p>
    <w:p>
      <w:pPr>
        <w:ind w:firstLine="720"/>
      </w:pPr>
      <w:r>
        <w:t>Eleven years between the first entry reproduced here and the last. Nineteen entries were filed in that period, against a projection at Entry 4505 of eleven to nineteen a year. The record has not fallen behind the interval at any point: an entry is filed when a matter arises, and matters arise less often, and the interval was set at forty-one days against a shortest uninstrumented condition of four hundred, and it is still nine times inside it.</w:t>
      </w:r>
    </w:p>
    <w:p>
      <w:pPr>
        <w:ind w:firstLine="720"/>
      </w:pPr>
      <w:r>
        <w:t>Maintenance Record · Entry 4679</w:t>
      </w:r>
    </w:p>
    <w:p>
      <w:pPr>
        <w:ind w:firstLine="720"/>
      </w:pPr>
      <w:r>
        <w:t>Filed year two hundred and eleven, day one hundred and eleven. Corpus: integrity verification, decennial.</w:t>
      </w:r>
    </w:p>
    <w:p>
      <w:pPr>
        <w:ind w:firstLine="720"/>
      </w:pPr>
      <w:r>
        <w:t>Seven copies. Verified against the index, entry by entry. Complete. No corruption. No divergence at any point.</w:t>
      </w:r>
    </w:p>
    <w:p>
      <w:pPr>
        <w:ind w:firstLine="720"/>
      </w:pPr>
      <w:r>
        <w:t>Index good.</w:t>
      </w:r>
    </w:p>
    <w:p>
      <w:pPr>
        <w:ind w:firstLine="720"/>
      </w:pPr>
      <w:r>
        <w:t>Reading log: one entry. Sixty-nine years.</w:t>
      </w:r>
    </w:p>
    <w:p>
      <w:pPr>
        <w:ind w:firstLine="720"/>
      </w:pPr>
      <w:r>
        <w:t>The verification takes four hundred and forty-one thousand items in seven copies and returns the same four words it returned at every verification since year one, and the log below it has not moved.</w:t>
      </w:r>
    </w:p>
    <w:p>
      <w:r>
        <w:br w:type="page"/>
      </w:r>
    </w:p>
    <w:p>
      <w:pPr>
        <w:pStyle w:val="Heading1"/>
      </w:pPr>
      <w:r>
        <w:t>Chapter 40 &amp;mdash; A Sentence That Is Not Finished</w:t>
      </w:r>
    </w:p>
    <w:p>
      <w:pPr>
        <w:ind w:firstLine="720"/>
      </w:pPr>
      <w:r>
        <w:t>The following four entries are reproduced consecutively and in full, in the order they were filed, with their dates.</w:t>
      </w:r>
    </w:p>
    <w:p>
      <w:pPr>
        <w:ind w:firstLine="720"/>
      </w:pPr>
      <w:r>
        <w:t>Maintenance Record · Entry 4681</w:t>
      </w:r>
    </w:p>
    <w:p>
      <w:pPr>
        <w:ind w:firstLine="720"/>
      </w:pPr>
      <w:r>
        <w:t>Filed year two hundred and eleven, day two hundred and fifty-one. Stores: class four, sample at four per cent, eleven-yearly.</w:t>
      </w:r>
    </w:p>
    <w:p>
      <w:pPr>
        <w:ind w:firstLine="720"/>
      </w:pPr>
      <w:r>
        <w:t>Two hundred and sixty-three viable lines. Sample: eleven lines, drawn at the interval, to the founding-era stores standard.</w:t>
      </w:r>
    </w:p>
    <w:p>
      <w:pPr>
        <w:ind w:firstLine="720"/>
      </w:pPr>
      <w:r>
        <w:t>Dry stores, nine lines sampled. Seals sound, contents sound, no ingress at any closure.</w:t>
      </w:r>
    </w:p>
    <w:p>
      <w:pPr>
        <w:ind w:firstLine="720"/>
      </w:pPr>
      <w:r>
        <w:t>Preserved stores, glass, two lines sampled. One sound. One weeping at the closure and recorded as degraded, bringing the degraded total to five and the viable total to two hundred and sixty-two.</w:t>
      </w:r>
    </w:p>
    <w:p>
      <w:pPr>
        <w:ind w:firstLine="720"/>
      </w:pPr>
      <w:r>
        <w:t>Media, recorded, physical: not in the sample this cycle. Held at ten, of which four are in the corpus and six are not, and of the six, five are playable and one was recorded on plant that is not in this sector and is not</w:t>
      </w:r>
    </w:p>
    <w:p>
      <w:pPr>
        <w:ind w:firstLine="720"/>
      </w:pPr>
      <w:r>
        <w:t>Maintenance Record · Entry 4682</w:t>
      </w:r>
    </w:p>
    <w:p>
      <w:pPr>
        <w:ind w:firstLine="720"/>
      </w:pPr>
      <w:r>
        <w:t>Filed year two hundred and twelve, day sixty-nine. Seasonal return.</w:t>
      </w:r>
    </w:p>
    <w:p>
      <w:pPr>
        <w:ind w:firstLine="720"/>
      </w:pPr>
      <w:r>
        <w:t>Utilisation: 9. Yield: one thousand and six litres. Confirmed and filed.</w:t>
      </w:r>
    </w:p>
    <w:p>
      <w:pPr>
        <w:ind w:firstLine="720"/>
      </w:pPr>
      <w:r>
        <w:t>Maintenance Record · Entry 4683</w:t>
      </w:r>
    </w:p>
    <w:p>
      <w:pPr>
        <w:ind w:firstLine="720"/>
      </w:pPr>
      <w:r>
        <w:t>Filed year two hundred and twelve, day one hundred and eleven. Stores: class four sample, part two, completing Entry 4681.</w:t>
      </w:r>
    </w:p>
    <w:p>
      <w:pPr>
        <w:ind w:firstLine="720"/>
      </w:pPr>
      <w:r>
        <w:t>… and is not anywhere in the sector, the plant having been struck from class three at the inventory of year one hundred and ninety-one and no equivalent being held.</w:t>
      </w:r>
    </w:p>
    <w:p>
      <w:pPr>
        <w:ind w:firstLine="720"/>
      </w:pPr>
      <w:r>
        <w:t>Disposition of the six: retained, not lodged. Lodging remains available at nil cost on the live stream.</w:t>
      </w:r>
    </w:p>
    <w:p>
      <w:pPr>
        <w:ind w:firstLine="720"/>
      </w:pPr>
      <w:r>
        <w:t>Reason field: not completed. The field is not mandatory for a retention.</w:t>
      </w:r>
    </w:p>
    <w:p>
      <w:pPr>
        <w:ind w:firstLine="720"/>
      </w:pPr>
      <w:r>
        <w:t>Sample closed. Eleven lines. Ten sound, one degraded. Next sample: eleven years.</w:t>
      </w:r>
    </w:p>
    <w:p>
      <w:pPr>
        <w:ind w:firstLine="720"/>
      </w:pPr>
      <w:r>
        <w:t>Maintenance Record · Entry 4684</w:t>
      </w:r>
    </w:p>
    <w:p>
      <w:pPr>
        <w:ind w:firstLine="720"/>
      </w:pPr>
      <w:r>
        <w:t>Filed year two hundred and twelve, day one hundred and twelve.</w:t>
      </w:r>
    </w:p>
    <w:p>
      <w:pPr>
        <w:ind w:firstLine="720"/>
      </w:pPr>
      <w:r>
        <w:t>Query raised against Entries 4681 and 4683, the first entry having been filed incomplete and the second having completed it.</w:t>
      </w:r>
    </w:p>
    <w:p>
      <w:pPr>
        <w:ind w:firstLine="720"/>
      </w:pPr>
      <w:r>
        <w:t>The format provides for an entry to be filed in parts where the task it reports spans a filing interval, and requires that the second part carry the reference of the first, open with the words that complete the interrupted line, and be filed within one year.</w:t>
      </w:r>
    </w:p>
    <w:p>
      <w:pPr>
        <w:ind w:firstLine="720"/>
      </w:pPr>
      <w:r>
        <w:t>Reference carried: yes. Opening words complete the line: yes. Filed within one year: yes, at two hundred and twenty-nine days.</w:t>
      </w:r>
    </w:p>
    <w:p>
      <w:pPr>
        <w:ind w:firstLine="720"/>
      </w:pPr>
      <w:r>
        <w:t>No defect. Query closed.</w:t>
      </w:r>
    </w:p>
    <w:p>
      <w:pPr>
        <w:ind w:firstLine="720"/>
      </w:pPr>
      <w:r>
        <w:t>The provision exists and has existed since the founding standard was issued, and it is used here for the first time on this record. The requirements are three and all three are met.</w:t>
      </w:r>
    </w:p>
    <w:p>
      <w:pPr>
        <w:ind w:firstLine="720"/>
      </w:pPr>
      <w:r>
        <w:t>Maintenance Record · Entry 4685</w:t>
      </w:r>
    </w:p>
    <w:p>
      <w:pPr>
        <w:ind w:firstLine="720"/>
      </w:pPr>
      <w:r>
        <w:t>Filed year two hundred and twelve, day one hundred and twelve. Part-entry provision: precedent and use.</w:t>
      </w:r>
    </w:p>
    <w:p>
      <w:pPr>
        <w:ind w:firstLine="720"/>
      </w:pPr>
      <w:r>
        <w:t>Uses of the provision on this record before Entry 4681: nil, in two hundred and twelve years and four thousand six hundred and eighty-five entries.</w:t>
      </w:r>
    </w:p>
    <w:p>
      <w:pPr>
        <w:ind w:firstLine="720"/>
      </w:pPr>
      <w:r>
        <w:t>Uses in the corpus: common. The provision appears in approximately one filing in forty across the founding-era maintenance streams held.</w:t>
      </w:r>
    </w:p>
    <w:p>
      <w:pPr>
        <w:ind w:firstLine="720"/>
      </w:pPr>
      <w:r>
        <w:t>Basis on which the provision was used here: the sample was drawn and the eleven lines assessed, and the disposition of one line within the sample required reference to material held in another class, and the reference was not to hand at the filing.</w:t>
      </w:r>
    </w:p>
    <w:p>
      <w:pPr>
        <w:ind w:firstLine="720"/>
      </w:pPr>
      <w:r>
        <w:t>The entry was filed with what was established and the remainder was completed when the reference was to hand.</w:t>
      </w:r>
    </w:p>
    <w:p>
      <w:pPr>
        <w:ind w:firstLine="720"/>
      </w:pPr>
      <w:r>
        <w:t>That is the use the provision was written for.</w:t>
      </w:r>
    </w:p>
    <w:p>
      <w:pPr>
        <w:ind w:firstLine="720"/>
      </w:pPr>
      <w:r>
        <w:t>The first part was filed with what had been established and the rest was filed when the rest was known. It is what the provision is for and it is what everybody who has ever used it has used it for, and one filing in forty across the whole founding-era corpus is filed this way.</w:t>
      </w:r>
    </w:p>
    <w:p>
      <w:pPr>
        <w:ind w:firstLine="720"/>
      </w:pPr>
      <w:r>
        <w:t>Maintenance Record · Entry 4686</w:t>
      </w:r>
    </w:p>
    <w:p>
      <w:pPr>
        <w:ind w:firstLine="720"/>
      </w:pPr>
      <w:r>
        <w:t>Filed year two hundred and twelve, day one hundred and fourteen. Filing: quality check.</w:t>
      </w:r>
    </w:p>
    <w:p>
      <w:pPr>
        <w:ind w:firstLine="720"/>
      </w:pPr>
      <w:r>
        <w:t>Performed at the first use of a provision not previously used on this record, as the standard directs.</w:t>
      </w:r>
    </w:p>
    <w:p>
      <w:pPr>
        <w:ind w:firstLine="720"/>
      </w:pPr>
      <w:r>
        <w:t>Entries 4681 and 4683 checked against the format: four required fields completed on both. Location, addressee, date and reason where a reason is required. Compliant.</w:t>
      </w:r>
    </w:p>
    <w:p>
      <w:pPr>
        <w:ind w:firstLine="720"/>
      </w:pPr>
      <w:r>
        <w:t>Content checked against the sample sheets and the stores register: every figure in both entries agrees with the source at every point.</w:t>
      </w:r>
    </w:p>
    <w:p>
      <w:pPr>
        <w:ind w:firstLine="720"/>
      </w:pPr>
      <w:r>
        <w:t>Arithmetic checked: two hundred and sixty-three less one is two hundred and sixty-two. Correct.</w:t>
      </w:r>
    </w:p>
    <w:p>
      <w:pPr>
        <w:ind w:firstLine="720"/>
      </w:pPr>
      <w:r>
        <w:t>Interval checked: both entries within the standing interval of forty-one days from the preceding entry.</w:t>
      </w:r>
    </w:p>
    <w:p>
      <w:pPr>
        <w:ind w:firstLine="720"/>
      </w:pPr>
      <w:r>
        <w:t>No finding. The filing is correct in every particular.</w:t>
      </w:r>
    </w:p>
    <w:p>
      <w:pPr>
        <w:ind w:firstLine="720"/>
      </w:pPr>
      <w:r>
        <w:t>The filing is correct in every particular. The four required fields are completed, the figures agree with the sheets, the arithmetic is right, the interval is met, the provision was used for the reason the provision exists, and the sentence that stopped in the middle of a line about a recorded medium was picked up two hundred and twenty-nine days later and finished properly.</w:t>
      </w:r>
    </w:p>
    <w:p>
      <w:pPr>
        <w:ind w:firstLine="720"/>
      </w:pPr>
      <w:r>
        <w:t>Maintenance Record · Entry 4687</w:t>
      </w:r>
    </w:p>
    <w:p>
      <w:pPr>
        <w:ind w:firstLine="720"/>
      </w:pPr>
      <w:r>
        <w:t>Filed year two hundred and twelve, day one hundred and fourteen. Filing: series check, arising from the quality check.</w:t>
      </w:r>
    </w:p>
    <w:p>
      <w:pPr>
        <w:ind w:firstLine="720"/>
      </w:pPr>
      <w:r>
        <w:t>Performed because a quality check at a first use of a provision is required to establish whether the filing that occasioned it is an isolated case or the first of a class.</w:t>
      </w:r>
    </w:p>
    <w:p>
      <w:pPr>
        <w:ind w:firstLine="720"/>
      </w:pPr>
      <w:r>
        <w:t>Entries filed since the reclassification at Entry 4587: ninety-nine, across seventeen years.</w:t>
      </w:r>
    </w:p>
    <w:p>
      <w:pPr>
        <w:ind w:firstLine="720"/>
      </w:pPr>
      <w:r>
        <w:t>Checked in full against the format. Four required fields completed on ninety-nine of ninety-nine.</w:t>
      </w:r>
    </w:p>
    <w:p>
      <w:pPr>
        <w:ind w:firstLine="720"/>
      </w:pPr>
      <w:r>
        <w:t>Reason fields: required on eleven, completed on ten, blank on one, being Entry 4587, raised as a defect at Entry 4589 and standing.</w:t>
      </w:r>
    </w:p>
    <w:p>
      <w:pPr>
        <w:ind w:firstLine="720"/>
      </w:pPr>
      <w:r>
        <w:t>Figures checked against source at a sample of nineteen entries: agree at every point.</w:t>
      </w:r>
    </w:p>
    <w:p>
      <w:pPr>
        <w:ind w:firstLine="720"/>
      </w:pPr>
      <w:r>
        <w:t>Arithmetic checked at a sample of nineteen: correct at every point.</w:t>
      </w:r>
    </w:p>
    <w:p>
      <w:pPr>
        <w:ind w:firstLine="720"/>
      </w:pPr>
      <w:r>
        <w:t>Intervals: no interval exceeded. Longest gap between entries in the period: two hundred and twenty-nine days, spanned by the part-entry provision as filed.</w:t>
      </w:r>
    </w:p>
    <w:p>
      <w:pPr>
        <w:ind w:firstLine="720"/>
      </w:pPr>
      <w:r>
        <w:t>Format compliance across the period: complete, with the one standing defect.</w:t>
      </w:r>
    </w:p>
    <w:p>
      <w:pPr>
        <w:ind w:firstLine="720"/>
      </w:pPr>
      <w:r>
        <w:t>Not a class. Isolated use. No finding.</w:t>
      </w:r>
    </w:p>
    <w:p>
      <w:pPr>
        <w:ind w:firstLine="720"/>
      </w:pPr>
      <w:r>
        <w:t>Ninety-nine entries in seventeen years, every field completed, every figure agreeing with its source, every interval met, one blank where a reason should be. The check finds one defect and it is the one the record raised against itself seventeen years ago and has carried ever since.</w:t>
      </w:r>
    </w:p>
    <w:p>
      <w:r>
        <w:br w:type="page"/>
      </w:r>
    </w:p>
    <w:p>
      <w:pPr>
        <w:pStyle w:val="Heading1"/>
      </w:pPr>
      <w:r>
        <w:t>Chapter 41 &amp;mdash; The Animals Come and Go</w:t>
      </w:r>
    </w:p>
    <w:p>
      <w:pPr>
        <w:ind w:firstLine="720"/>
      </w:pPr>
      <w:r>
        <w:t>The gates are exercised at the eleven-yearly service and are otherwise left alone, open in both directions at all hours. The counter is sealed between runs. The passage instrumentation is not, and it logs to the same class of local ring store as everything else in this sector, and the store is read at the herd heading whenever the register is reissued.</w:t>
      </w:r>
    </w:p>
    <w:p>
      <w:pPr>
        <w:ind w:firstLine="720"/>
      </w:pPr>
      <w:r>
        <w:t>Maintenance Record · Entry 4691</w:t>
      </w:r>
    </w:p>
    <w:p>
      <w:pPr>
        <w:ind w:firstLine="720"/>
      </w:pPr>
      <w:r>
        <w:t>Filed year two hundred and fourteen, day one hundred and eleven. Herd register, reissued.</w:t>
      </w:r>
    </w:p>
    <w:p>
      <w:pPr>
        <w:ind w:firstLine="720"/>
      </w:pPr>
      <w:r>
        <w:t>Count: forty-seven. Two births, no losses.</w:t>
      </w:r>
    </w:p>
    <w:p>
      <w:pPr>
        <w:ind w:firstLine="720"/>
      </w:pPr>
      <w:r>
        <w:t>Distribution at count: twenty-six smoked, twenty-one clear.</w:t>
      </w:r>
    </w:p>
    <w:p>
      <w:pPr>
        <w:ind w:firstLine="720"/>
      </w:pPr>
      <w:r>
        <w:t>Condition at last inspection: in condition, forty-seven of forty-seven.</w:t>
      </w:r>
    </w:p>
    <w:p>
      <w:pPr>
        <w:ind w:firstLine="720"/>
      </w:pPr>
      <w:r>
        <w:t>Generations represented: seven, from the forty-eighth to the fifty-fourth.</w:t>
      </w:r>
    </w:p>
    <w:p>
      <w:pPr>
        <w:ind w:firstLine="720"/>
      </w:pPr>
      <w:r>
        <w:t>Ages: youngest one month, oldest thirty-three years. Mean fifteen.</w:t>
      </w:r>
    </w:p>
    <w:p>
      <w:pPr>
        <w:ind w:firstLine="720"/>
      </w:pPr>
      <w:r>
        <w:t>Maintenance Record · Entry 4692</w:t>
      </w:r>
    </w:p>
    <w:p>
      <w:pPr>
        <w:ind w:firstLine="720"/>
      </w:pPr>
      <w:r>
        <w:t>Filed year two hundred and fourteen, day one hundred and eleven. Gates: passage series, reviewed at the reissue.</w:t>
      </w:r>
    </w:p>
    <w:p>
      <w:pPr>
        <w:ind w:firstLine="720"/>
      </w:pPr>
      <w:r>
        <w:t>Series held from the change of location. Twenty-three years, continuous, at both gates, both directions.</w:t>
      </w:r>
    </w:p>
    <w:p>
      <w:pPr>
        <w:ind w:firstLine="720"/>
      </w:pPr>
      <w:r>
        <w:t>Passages logged in the period: four hundred and eleven thousand and nine.</w:t>
      </w:r>
    </w:p>
    <w:p>
      <w:pPr>
        <w:ind w:firstLine="720"/>
      </w:pPr>
      <w:r>
        <w:t>Instrumentation faults in twenty-three years: nil. Gaps: nil. Counter and paper trace agree at every sampled point.</w:t>
      </w:r>
    </w:p>
    <w:p>
      <w:pPr>
        <w:ind w:firstLine="720"/>
      </w:pPr>
      <w:r>
        <w:t>Distribution over the series: no animal in the herd has spent a whole year in one volume. Every animal on the register has passed in both directions in every year of its life after four months.</w:t>
      </w:r>
    </w:p>
    <w:p>
      <w:pPr>
        <w:ind w:firstLine="720"/>
      </w:pPr>
      <w:r>
        <w:t>Mean residence before a passage, across the series: eleven hours.</w:t>
      </w:r>
    </w:p>
    <w:p>
      <w:pPr>
        <w:ind w:firstLine="720"/>
      </w:pPr>
      <w:r>
        <w:t>No trend across twenty-three years. The proportion at any count holds between fifty-one and sixty-one per cent smoked, which is the range the lineage has held across fifty-four generations.</w:t>
      </w:r>
    </w:p>
    <w:p>
      <w:pPr>
        <w:ind w:firstLine="720"/>
      </w:pPr>
      <w:r>
        <w:t>They go back and forth all day. The register's distribution column records where each animal was when somebody counted, and the passage series records that the answer would have been different eleven hours either side, and both documents are correct.</w:t>
      </w:r>
    </w:p>
    <w:p>
      <w:pPr>
        <w:ind w:firstLine="720"/>
      </w:pPr>
      <w:r>
        <w:t>Maintenance Record · Entry 4693</w:t>
      </w:r>
    </w:p>
    <w:p>
      <w:pPr>
        <w:ind w:firstLine="720"/>
      </w:pPr>
      <w:r>
        <w:t>Filed year two hundred and fourteen, day one hundred and thirteen. Herd: tasks performed in the period since the preceding reissue.</w:t>
      </w:r>
    </w:p>
    <w:p>
      <w:pPr>
        <w:ind w:firstLine="720"/>
      </w:pPr>
      <w:r>
        <w:t>Count: at every quarterly pass. Performed on interval throughout.</w:t>
      </w:r>
    </w:p>
    <w:p>
      <w:pPr>
        <w:ind w:firstLine="720"/>
      </w:pPr>
      <w:r>
        <w:t>Condition inspection: at the veterinary interval, all animals, same day. Performed on interval throughout.</w:t>
      </w:r>
    </w:p>
    <w:p>
      <w:pPr>
        <w:ind w:firstLine="720"/>
      </w:pPr>
      <w:r>
        <w:t>Intervention at four months: performed on every animal born in the period, to the held method, from stock held.</w:t>
      </w:r>
    </w:p>
    <w:p>
      <w:pPr>
        <w:ind w:firstLine="720"/>
      </w:pPr>
      <w:r>
        <w:t>Milking: at the welfare interval. Performed throughout. Yield to the growing volumes as nutrient. Drawn: nil.</w:t>
      </w:r>
    </w:p>
    <w:p>
      <w:pPr>
        <w:ind w:firstLine="720"/>
      </w:pPr>
      <w:r>
        <w:t>Preference apparatus: run at each four-month cohort and at the standing re-offer. Nine runs in the period. Assessments to the three-part rule at Entry 4519, applied identically.</w:t>
      </w:r>
    </w:p>
    <w:p>
      <w:pPr>
        <w:ind w:firstLine="720"/>
      </w:pPr>
      <w:r>
        <w:t>Gates: open in both directions at all hours between runs.</w:t>
      </w:r>
    </w:p>
    <w:p>
      <w:pPr>
        <w:ind w:firstLine="720"/>
      </w:pPr>
      <w:r>
        <w:t>Register: reissued at every change of count. Eleven issues in the period.</w:t>
      </w:r>
    </w:p>
    <w:p>
      <w:pPr>
        <w:ind w:firstLine="720"/>
      </w:pPr>
      <w:r>
        <w:t>Seven items. All performed on interval. No deviation, no deferral, no omission.</w:t>
      </w:r>
    </w:p>
    <w:p>
      <w:pPr>
        <w:ind w:firstLine="720"/>
      </w:pPr>
      <w:r>
        <w:t>Maintenance Record · Entry 4694</w:t>
      </w:r>
    </w:p>
    <w:p>
      <w:pPr>
        <w:ind w:firstLine="720"/>
      </w:pPr>
      <w:r>
        <w:t>Filed year two hundred and fourteen, day one hundred and thirteen. Herd: task class, checked.</w:t>
      </w:r>
    </w:p>
    <w:p>
      <w:pPr>
        <w:ind w:firstLine="720"/>
      </w:pPr>
      <w:r>
        <w:t>Checked at the reissue, the standard directing that a heading performed continuously across a reclassification be re-checked for dependency at each standing-works interval.</w:t>
      </w:r>
    </w:p>
    <w:p>
      <w:pPr>
        <w:ind w:firstLine="720"/>
      </w:pPr>
      <w:r>
        <w:t>Count: enumeration. Condition inspection: comparison against a stated range at four sites. Intervention: procedure against a held method. Milking: procedure at a stated interval. Apparatus assessment: comparison against a three-part rule written before the first run. Gates: mechanical. Register: enumeration and transcription.</w:t>
      </w:r>
    </w:p>
    <w:p>
      <w:pPr>
        <w:ind w:firstLine="720"/>
      </w:pPr>
      <w:r>
        <w:t>Seven items. None requires the formulation of a judgement where none is held.</w:t>
      </w:r>
    </w:p>
    <w:p>
      <w:pPr>
        <w:ind w:firstLine="720"/>
      </w:pPr>
      <w:r>
        <w:t>No dependency. No task requires return to required.</w:t>
      </w:r>
    </w:p>
    <w:p>
      <w:pPr>
        <w:ind w:firstLine="720"/>
      </w:pPr>
      <w:r>
        <w:t>Counting is enumeration. It does not need the part of it that was reclassified and never did, and the animals do not need it either, and the gates are a mechanism in a partition that opens when something leans on a plate.</w:t>
      </w:r>
    </w:p>
    <w:p>
      <w:pPr>
        <w:ind w:firstLine="720"/>
      </w:pPr>
      <w:r>
        <w:t>Maintenance Record · Entry 4701</w:t>
      </w:r>
    </w:p>
    <w:p>
      <w:pPr>
        <w:ind w:firstLine="720"/>
      </w:pPr>
      <w:r>
        <w:t>Filed year two hundred and seventeen, day three hundred and sixty-four. Annual summary.</w:t>
      </w:r>
    </w:p>
    <w:p>
      <w:pPr>
        <w:ind w:firstLine="720"/>
      </w:pPr>
      <w:r>
        <w:t>Nine systems nominal. Occupancy one. Herd forty-nine, all in condition.</w:t>
      </w:r>
    </w:p>
    <w:p>
      <w:pPr>
        <w:ind w:firstLine="720"/>
      </w:pPr>
      <w:r>
        <w:t>Utilisation, four seasons: 7 · 7 · 6 · 6. Yield: four thousand and nineteen litres.</w:t>
      </w:r>
    </w:p>
    <w:p>
      <w:pPr>
        <w:ind w:firstLine="720"/>
      </w:pPr>
      <w:r>
        <w:t>Elective, elected: nil. Not elected: nine.</w:t>
      </w:r>
    </w:p>
    <w:p>
      <w:pPr>
        <w:ind w:firstLine="720"/>
      </w:pPr>
      <w:r>
        <w:t>Nothing on this bearing. Line one hundred and eleven is done. Line one hundred and twelve is not written. The volume is at specification.</w:t>
      </w:r>
    </w:p>
    <w:p>
      <w:pPr>
        <w:ind w:firstLine="720"/>
      </w:pPr>
      <w:r>
        <w:t>Maintenance Record · Entry 4711</w:t>
      </w:r>
    </w:p>
    <w:p>
      <w:pPr>
        <w:ind w:firstLine="720"/>
      </w:pPr>
      <w:r>
        <w:t>Filed year two hundred and twenty-one, day one hundred and eleven. Herd register, reissued.</w:t>
      </w:r>
    </w:p>
    <w:p>
      <w:pPr>
        <w:ind w:firstLine="720"/>
      </w:pPr>
      <w:r>
        <w:t>Count: fifty-one. Distribution at count: twenty-eight smoked, twenty-three clear.</w:t>
      </w:r>
    </w:p>
    <w:p>
      <w:pPr>
        <w:ind w:firstLine="720"/>
      </w:pPr>
      <w:r>
        <w:t>Condition at last inspection: in condition, fifty-one of fifty-one.</w:t>
      </w:r>
    </w:p>
    <w:p>
      <w:pPr>
        <w:ind w:firstLine="720"/>
      </w:pPr>
      <w:r>
        <w:t>Oldest: thirty-four years.</w:t>
      </w:r>
    </w:p>
    <w:p>
      <w:pPr>
        <w:ind w:firstLine="720"/>
      </w:pPr>
      <w:r>
        <w:t>Custody line: as established at Entry 4414. The provision requires the basis and does not require a name. No name is entered.</w:t>
      </w:r>
    </w:p>
    <w:p>
      <w:pPr>
        <w:ind w:firstLine="720"/>
      </w:pPr>
      <w:r>
        <w:t>Fifty-one animals, going through two doors in a partition all day, in two volumes that are lit and warm and fed and watered on a commissioning instruction with no stopping clause. Every one of them is fine. They have been counted at every quarterly pass for thirty years and the count has been correct every time.</w:t>
      </w:r>
    </w:p>
    <w:p>
      <w:pPr>
        <w:ind w:firstLine="720"/>
      </w:pPr>
      <w:r>
        <w:t>Maintenance Record · Entry 4712</w:t>
      </w:r>
    </w:p>
    <w:p>
      <w:pPr>
        <w:ind w:firstLine="720"/>
      </w:pPr>
      <w:r>
        <w:t>Filed year two hundred and twenty-one, day one hundred and twelve. Herd: lineage, cumulative.</w:t>
      </w:r>
    </w:p>
    <w:p>
      <w:pPr>
        <w:ind w:firstLine="720"/>
      </w:pPr>
      <w:r>
        <w:t>Generations from the founding animal: fifty-eight.</w:t>
      </w:r>
    </w:p>
    <w:p>
      <w:pPr>
        <w:ind w:firstLine="720"/>
      </w:pPr>
      <w:r>
        <w:t>Total animals in the lineage across the whole period: four hundred and sixty-nine.</w:t>
      </w:r>
    </w:p>
    <w:p>
      <w:pPr>
        <w:ind w:firstLine="720"/>
      </w:pPr>
      <w:r>
        <w:t>Losses: four hundred and eighteen. Of age: four hundred and fourteen. Perinatal: four.</w:t>
      </w:r>
    </w:p>
    <w:p>
      <w:pPr>
        <w:ind w:firstLine="720"/>
      </w:pPr>
      <w:r>
        <w:t>There is no other cause of loss recorded in two hundred and sixty-nine years.</w:t>
      </w:r>
    </w:p>
    <w:p>
      <w:pPr>
        <w:ind w:firstLine="720"/>
      </w:pPr>
      <w:r>
        <w:t>Mean age at death, excluding perinatal: twenty-nine years.</w:t>
      </w:r>
    </w:p>
    <w:p>
      <w:pPr>
        <w:ind w:firstLine="720"/>
      </w:pPr>
      <w:r>
        <w:t>Intervention applied: four hundred and sixty-seven of four hundred and sixty-nine.</w:t>
      </w:r>
    </w:p>
    <w:p>
      <w:pPr>
        <w:ind w:firstLine="720"/>
      </w:pPr>
      <w:r>
        <w:t>Lodged with any agricultural body: no. Filed with any civil register: no. Transmitted: no.</w:t>
      </w:r>
    </w:p>
    <w:p>
      <w:pPr>
        <w:ind w:firstLine="720"/>
      </w:pPr>
      <w:r>
        <w:t>Records verified against the second copy. No divergence at any line.</w:t>
      </w:r>
    </w:p>
    <w:p>
      <w:pPr>
        <w:ind w:firstLine="720"/>
      </w:pPr>
      <w:r>
        <w:t>Four hundred and sixty-nine animals across fifty-eight generations, and not one of them has ever been lost to anything but age, and the mean has not moved in two hundred and sixty-nine years, and the last three lines of the entry are a lodgement field completed three times with the same word.</w:t>
      </w:r>
    </w:p>
    <w:p>
      <w:pPr>
        <w:ind w:firstLine="720"/>
      </w:pPr>
      <w:r>
        <w:t>Maintenance Record · Entry 4713</w:t>
      </w:r>
    </w:p>
    <w:p>
      <w:pPr>
        <w:ind w:firstLine="720"/>
      </w:pPr>
      <w:r>
        <w:t>Filed year two hundred and twenty-one, day one hundred and fourteen. Preference apparatus: run, current cohort.</w:t>
      </w:r>
    </w:p>
    <w:p>
      <w:pPr>
        <w:ind w:firstLine="720"/>
      </w:pPr>
      <w:r>
        <w:t>Four animals of age. Nine weeks, to the method at Entry 4519.</w:t>
      </w:r>
    </w:p>
    <w:p>
      <w:pPr>
        <w:ind w:firstLine="720"/>
      </w:pPr>
      <w:r>
        <w:t>Habituation week: four of four used both volumes. Recording weeks: passages logged, one thousand nine hundred and eleven. Plate exchange at week five: no discontinuity in any individual series.</w:t>
      </w:r>
    </w:p>
    <w:p>
      <w:pPr>
        <w:ind w:firstLine="720"/>
      </w:pPr>
      <w:r>
        <w:t>Assessed against the three-part rule: two satisfy all three, two do not.</w:t>
      </w:r>
    </w:p>
    <w:p>
      <w:pPr>
        <w:ind w:firstLine="720"/>
      </w:pPr>
      <w:r>
        <w:t>Chose: two. Declined: two. Declining animals remain in the clear volumes, on the same feed, the same schedule, the same veterinary interval and the same intervention, and are re-offered at the standing interval.</w:t>
      </w:r>
    </w:p>
    <w:p>
      <w:pPr>
        <w:ind w:firstLine="720"/>
      </w:pPr>
      <w:r>
        <w:t>Run files lodged in two copies. Apparatus returned to service condition, gates open in both directions, counter sealed.</w:t>
      </w:r>
    </w:p>
    <w:p>
      <w:pPr>
        <w:ind w:firstLine="720"/>
      </w:pPr>
      <w:r>
        <w:t>Two and two, on a partition that is checked every eleven years to make sure neither of its doors has become the easier one, in a room nobody has opened in two hundred and sixty-nine years.</w:t>
      </w:r>
    </w:p>
    <w:p>
      <w:r>
        <w:br w:type="page"/>
      </w:r>
    </w:p>
    <w:p>
      <w:pPr>
        <w:pStyle w:val="Heading1"/>
      </w:pPr>
      <w:r>
        <w:t>Chapter 42 &amp;mdash; Nobody Comes</w:t>
      </w:r>
    </w:p>
    <w:p>
      <w:pPr>
        <w:ind w:firstLine="720"/>
      </w:pPr>
      <w:r>
        <w:t>The filing heading carries three intervals below the annual summary: a format compliance audit at twenty-four years, a disposition audit at forty-one, and the transmission arithmetic at the annual. The compliance audit falls due in year two hundred and twenty-four and runs to six entries.</w:t>
      </w:r>
    </w:p>
    <w:p>
      <w:pPr>
        <w:ind w:firstLine="720"/>
      </w:pPr>
      <w:r>
        <w:t>Maintenance Record · Entry 4721</w:t>
      </w:r>
    </w:p>
    <w:p>
      <w:pPr>
        <w:ind w:firstLine="720"/>
      </w:pPr>
      <w:r>
        <w:t>Filed year two hundred and twenty-four, day one hundred and eleven. Format compliance audit, twenty-four-yearly.</w:t>
      </w:r>
    </w:p>
    <w:p>
      <w:pPr>
        <w:ind w:firstLine="720"/>
      </w:pPr>
      <w:r>
        <w:t>Scope: every entry filed since the preceding audit, being Entries 4231 to 4720 inclusive, four hundred and ninety entries across twenty-four years.</w:t>
      </w:r>
    </w:p>
    <w:p>
      <w:pPr>
        <w:ind w:firstLine="720"/>
      </w:pPr>
      <w:r>
        <w:t>Method: each entry checked against the format as issued, and against the eleven amendments to the format held in the corpus, at the revision current on the date of filing.</w:t>
      </w:r>
    </w:p>
    <w:p>
      <w:pPr>
        <w:ind w:firstLine="720"/>
      </w:pPr>
      <w:r>
        <w:t>The audit is performed against the format and not against the content. It asks whether an entry is a well-formed entry.</w:t>
      </w:r>
    </w:p>
    <w:p>
      <w:pPr>
        <w:ind w:firstLine="720"/>
      </w:pPr>
      <w:r>
        <w:t>Maintenance Record · Entry 4722</w:t>
      </w:r>
    </w:p>
    <w:p>
      <w:pPr>
        <w:ind w:firstLine="720"/>
      </w:pPr>
      <w:r>
        <w:t>Filed year two hundred and twenty-four, day one hundred and nineteen. Audit: required fields.</w:t>
      </w:r>
    </w:p>
    <w:p>
      <w:pPr>
        <w:ind w:firstLine="720"/>
      </w:pPr>
      <w:r>
        <w:t>Four required fields: location, addressee, date, and reason where a reason is required.</w:t>
      </w:r>
    </w:p>
    <w:p>
      <w:pPr>
        <w:ind w:firstLine="720"/>
      </w:pPr>
      <w:r>
        <w:t>Location: completed on four hundred and ninety of four hundred and ninety. Value on all:</w:t>
      </w:r>
    </w:p>
    <w:p>
      <w:pPr>
        <w:ind w:firstLine="720"/>
      </w:pPr>
      <w:r>
        <w:t>not surveyed.</w:t>
      </w:r>
    </w:p>
    <w:p>
      <w:pPr>
        <w:ind w:firstLine="720"/>
      </w:pPr>
      <w:r>
        <w:t>Provision correctly invoked on all.</w:t>
      </w:r>
    </w:p>
    <w:p>
      <w:pPr>
        <w:ind w:firstLine="720"/>
      </w:pPr>
      <w:r>
        <w:t>Addressee: completed on four hundred and ninety of four hundred and ninety. Value on all:</w:t>
      </w:r>
    </w:p>
    <w:p>
      <w:pPr>
        <w:ind w:firstLine="720"/>
      </w:pPr>
      <w:r>
        <w:t>none.</w:t>
      </w:r>
    </w:p>
    <w:p>
      <w:pPr>
        <w:ind w:firstLine="720"/>
      </w:pPr>
      <w:r>
        <w:t>Date: completed on four hundred and ninety of four hundred and ninety. Sequence monotonic. No date out of order.</w:t>
      </w:r>
    </w:p>
    <w:p>
      <w:pPr>
        <w:ind w:firstLine="720"/>
      </w:pPr>
      <w:r>
        <w:t>Reason where required: required on forty-one entries, completed on forty, blank on one. The blank is Entry 4587, raised as a defect at Entry 4589 and standing.</w:t>
      </w:r>
    </w:p>
    <w:p>
      <w:pPr>
        <w:ind w:firstLine="720"/>
      </w:pPr>
      <w:r>
        <w:t>Compliance: four hundred and eighty-nine of four hundred and ninety.</w:t>
      </w:r>
    </w:p>
    <w:p>
      <w:pPr>
        <w:ind w:firstLine="720"/>
      </w:pPr>
      <w:r>
        <w:t>Maintenance Record · Entry 4723</w:t>
      </w:r>
    </w:p>
    <w:p>
      <w:pPr>
        <w:ind w:firstLine="720"/>
      </w:pPr>
      <w:r>
        <w:t>Filed year two hundred and twenty-four, day one hundred and forty-one. Audit: form usage.</w:t>
      </w:r>
    </w:p>
    <w:p>
      <w:pPr>
        <w:ind w:firstLine="720"/>
      </w:pPr>
      <w:r>
        <w:t>Annual summaries: twenty-four filed, twenty-four due. All on the current form at the date of filing.</w:t>
      </w:r>
    </w:p>
    <w:p>
      <w:pPr>
        <w:ind w:firstLine="720"/>
      </w:pPr>
      <w:r>
        <w:t>Seasonal returns: ninety-six filed, ninety-six due. Both lines carried on all ninety-six.</w:t>
      </w:r>
    </w:p>
    <w:p>
      <w:pPr>
        <w:ind w:firstLine="720"/>
      </w:pPr>
      <w:r>
        <w:t>Quarterly passes: ninety-six filed, ninety-six due.</w:t>
      </w:r>
    </w:p>
    <w:p>
      <w:pPr>
        <w:ind w:firstLine="720"/>
      </w:pPr>
      <w:r>
        <w:t>Population form: two filed, two due.</w:t>
      </w:r>
    </w:p>
    <w:p>
      <w:pPr>
        <w:ind w:firstLine="720"/>
      </w:pPr>
      <w:r>
        <w:t>Herd registers: reissued at every change of count. Sixty-one issues.</w:t>
      </w:r>
    </w:p>
    <w:p>
      <w:pPr>
        <w:ind w:firstLine="720"/>
      </w:pPr>
      <w:r>
        <w:t>Election records: twenty-four filed, twenty-four due, nine lines on each.</w:t>
      </w:r>
    </w:p>
    <w:p>
      <w:pPr>
        <w:ind w:firstLine="720"/>
      </w:pPr>
      <w:r>
        <w:t>Part-entry provision: used once, at Entries 4681 and 4683, checked at Entry 4684 and compliant.</w:t>
      </w:r>
    </w:p>
    <w:p>
      <w:pPr>
        <w:ind w:firstLine="720"/>
      </w:pPr>
      <w:r>
        <w:t>No form omitted. No form filed late. No form filed on a superseded revision.</w:t>
      </w:r>
    </w:p>
    <w:p>
      <w:pPr>
        <w:ind w:firstLine="720"/>
      </w:pPr>
      <w:r>
        <w:t>Maintenance Record · Entry 4724</w:t>
      </w:r>
    </w:p>
    <w:p>
      <w:pPr>
        <w:ind w:firstLine="720"/>
      </w:pPr>
      <w:r>
        <w:t>Filed year two hundred and twenty-four, day one hundred and sixty-one. Audit: intervals.</w:t>
      </w:r>
    </w:p>
    <w:p>
      <w:pPr>
        <w:ind w:firstLine="720"/>
      </w:pPr>
      <w:r>
        <w:t>Standing filing interval: forty-one days, as revised at Entry 4503.</w:t>
      </w:r>
    </w:p>
    <w:p>
      <w:pPr>
        <w:ind w:firstLine="720"/>
      </w:pPr>
      <w:r>
        <w:t>Intervals exceeded in the period: nil.</w:t>
      </w:r>
    </w:p>
    <w:p>
      <w:pPr>
        <w:ind w:firstLine="720"/>
      </w:pPr>
      <w:r>
        <w:t>Longest gap between consecutive entries: two hundred and twenty-nine days, spanned by the part-entry provision, which suspends the interval for the duration of a part-filed entry and which was correctly invoked.</w:t>
      </w:r>
    </w:p>
    <w:p>
      <w:pPr>
        <w:ind w:firstLine="720"/>
      </w:pPr>
      <w:r>
        <w:t>Second longest: forty-one days, occurring three hundred and nine times.</w:t>
      </w:r>
    </w:p>
    <w:p>
      <w:pPr>
        <w:ind w:firstLine="720"/>
      </w:pPr>
      <w:r>
        <w:t>Currency entries filed: three hundred and nine. Each carries the four required fields and the standing statements and nothing else, that being what a currency entry is.</w:t>
      </w:r>
    </w:p>
    <w:p>
      <w:pPr>
        <w:ind w:firstLine="720"/>
      </w:pPr>
      <w:r>
        <w:t>Three hundred and nine currency entries in twenty-four years. A currency entry is a line that says the record is still being kept. The record filed none at all in its first one hundred and ninety-two years, because something always arose inside eleven days, and it files them now at the interval, because the interval comes round and nothing has arisen.</w:t>
      </w:r>
    </w:p>
    <w:p>
      <w:pPr>
        <w:ind w:firstLine="720"/>
      </w:pPr>
      <w:r>
        <w:t>Maintenance Record · Entry 4725</w:t>
      </w:r>
    </w:p>
    <w:p>
      <w:pPr>
        <w:ind w:firstLine="720"/>
      </w:pPr>
      <w:r>
        <w:t>Filed year two hundred and twenty-four, day one hundred and eighty-one. Audit: transmission.</w:t>
      </w:r>
    </w:p>
    <w:p>
      <w:pPr>
        <w:ind w:firstLine="720"/>
      </w:pPr>
      <w:r>
        <w:t>Entries transmitted in the period: four hundred and ninety.</w:t>
      </w:r>
    </w:p>
    <w:p>
      <w:pPr>
        <w:ind w:firstLine="720"/>
      </w:pPr>
      <w:r>
        <w:t>Accepted by the civil filing system: four hundred and ninety. Validated for format: four hundred and ninety. Stored: four hundred and ninety.</w:t>
      </w:r>
    </w:p>
    <w:p>
      <w:pPr>
        <w:ind w:firstLine="720"/>
      </w:pPr>
      <w:r>
        <w:t>Validation failures: nil.</w:t>
      </w:r>
    </w:p>
    <w:p>
      <w:pPr>
        <w:ind w:firstLine="720"/>
      </w:pPr>
      <w:r>
        <w:t>Requests received against the stream in the period: nil.</w:t>
      </w:r>
    </w:p>
    <w:p>
      <w:pPr>
        <w:ind w:firstLine="720"/>
      </w:pPr>
      <w:r>
        <w:t>Cumulative requests received against this stream since year one: nil.</w:t>
      </w:r>
    </w:p>
    <w:p>
      <w:pPr>
        <w:ind w:firstLine="720"/>
      </w:pPr>
      <w:r>
        <w:t>Maintenance Record · Entry 4726</w:t>
      </w:r>
    </w:p>
    <w:p>
      <w:pPr>
        <w:ind w:firstLine="720"/>
      </w:pPr>
      <w:r>
        <w:t>Filed year two hundred and twenty-four, day one hundred and eighty-one. Audit: finding.</w:t>
      </w:r>
    </w:p>
    <w:p>
      <w:pPr>
        <w:ind w:firstLine="720"/>
      </w:pPr>
      <w:r>
        <w:t>Four hundred and ninety entries. Four hundred and eighty-nine fully compliant. One carrying a standing defect raised by the filer at the time of filing and not corrected.</w:t>
      </w:r>
    </w:p>
    <w:p>
      <w:pPr>
        <w:ind w:firstLine="720"/>
      </w:pPr>
      <w:r>
        <w:t>The record is well formed, complete, in sequence, on the current revision of every form, within every interval, transmitted in full and stored in full.</w:t>
      </w:r>
    </w:p>
    <w:p>
      <w:pPr>
        <w:ind w:firstLine="720"/>
      </w:pPr>
      <w:r>
        <w:t>Audit closed. Next: twenty-four years.</w:t>
      </w:r>
    </w:p>
    <w:p>
      <w:pPr>
        <w:ind w:firstLine="720"/>
      </w:pPr>
      <w:r>
        <w:t>Disposition audit, forty-one-yearly: due year two hundred and thirty-two.</w:t>
      </w:r>
    </w:p>
    <w:p>
      <w:pPr>
        <w:ind w:firstLine="720"/>
      </w:pPr>
      <w:r>
        <w:t>Next audit in twenty-four years, and the disposition audit eight years after this one, and the corpus verification in seven, and the standing-works review in three, and the structure survey in four. Every interval on the schedule has a next date and every one of those dates is written down.</w:t>
      </w:r>
    </w:p>
    <w:p>
      <w:pPr>
        <w:ind w:firstLine="720"/>
      </w:pPr>
      <w:r>
        <w:t>Maintenance Record · Entry 4727</w:t>
      </w:r>
    </w:p>
    <w:p>
      <w:pPr>
        <w:ind w:firstLine="720"/>
      </w:pPr>
      <w:r>
        <w:t>Filed year two hundred and twenty-four, day two hundred and one. Schedule: forward intervals, restated at the audit.</w:t>
      </w:r>
    </w:p>
    <w:p>
      <w:pPr>
        <w:ind w:firstLine="720"/>
      </w:pPr>
      <w:r>
        <w:t>Restated because a compliance audit closes on a statement of what the schedule will next require, the audit being an instrument for keeping a schedule honest rather than for reporting a past.</w:t>
      </w:r>
    </w:p>
    <w:p>
      <w:pPr>
        <w:ind w:firstLine="720"/>
      </w:pPr>
      <w:r>
        <w:t>Structure survey, four hundred and eleven points: year two hundred and twenty-eight, and decennially.</w:t>
      </w:r>
    </w:p>
    <w:p>
      <w:pPr>
        <w:ind w:firstLine="720"/>
      </w:pPr>
      <w:r>
        <w:t>Closure and seals, function test: year two hundred and twenty-eight, and four-yearly.</w:t>
      </w:r>
    </w:p>
    <w:p>
      <w:pPr>
        <w:ind w:firstLine="720"/>
      </w:pPr>
      <w:r>
        <w:t>Environmental plant, nine stages, condition pass: year two hundred and twenty-six, and eleven-yearly.</w:t>
      </w:r>
    </w:p>
    <w:p>
      <w:pPr>
        <w:ind w:firstLine="720"/>
      </w:pPr>
      <w:r>
        <w:t>Class four sample at four per cent: year two hundred and twenty-three performed, next year two hundred and thirty-four.</w:t>
      </w:r>
    </w:p>
    <w:p>
      <w:pPr>
        <w:ind w:firstLine="720"/>
      </w:pPr>
      <w:r>
        <w:t>Item 0416, preference apparatus: year two hundred and twenty-five, and eleven-yearly.</w:t>
      </w:r>
    </w:p>
    <w:p>
      <w:pPr>
        <w:ind w:firstLine="720"/>
      </w:pPr>
      <w:r>
        <w:t>Bundle, condition inspection: year two hundred and twenty-five, and eleven-yearly.</w:t>
      </w:r>
    </w:p>
    <w:p>
      <w:pPr>
        <w:ind w:firstLine="720"/>
      </w:pPr>
      <w:r>
        <w:t>Corpus integrity verification: year two hundred and thirty-one, and decennially.</w:t>
      </w:r>
    </w:p>
    <w:p>
      <w:pPr>
        <w:ind w:firstLine="720"/>
      </w:pPr>
      <w:r>
        <w:t>Population form: year two hundred and thirty-one, and ten-yearly.</w:t>
      </w:r>
    </w:p>
    <w:p>
      <w:pPr>
        <w:ind w:firstLine="720"/>
      </w:pPr>
      <w:r>
        <w:t>Standing-works review: year two hundred and twenty-seven, and seven-yearly.</w:t>
      </w:r>
    </w:p>
    <w:p>
      <w:pPr>
        <w:ind w:firstLine="720"/>
      </w:pPr>
      <w:r>
        <w:t>Mask: filtration at four hundred and eight hundred hours, seal daily, dosing annual, vision four-yearly, programme seasonal. All running.</w:t>
      </w:r>
    </w:p>
    <w:p>
      <w:pPr>
        <w:ind w:firstLine="720"/>
      </w:pPr>
      <w:r>
        <w:t>Every heading carries a next date. No heading is without one.</w:t>
      </w:r>
    </w:p>
    <w:p>
      <w:pPr>
        <w:ind w:firstLine="720"/>
      </w:pPr>
      <w:r>
        <w:t>Every heading carries a next date. The schedule is a document about what happens after now and it has been written that way at every revision since year one, and the furthest date on it at this audit is seven years out, and the interval that carries it is forty-one.</w:t>
      </w:r>
    </w:p>
    <w:p>
      <w:pPr>
        <w:ind w:firstLine="720"/>
      </w:pPr>
      <w:r>
        <w:t>Maintenance Record · Entry 4728</w:t>
      </w:r>
    </w:p>
    <w:p>
      <w:pPr>
        <w:ind w:firstLine="720"/>
      </w:pPr>
      <w:r>
        <w:t>Filed year two hundred and twenty-four, day two hundred and forty-two. Currency entry.</w:t>
      </w:r>
    </w:p>
    <w:p>
      <w:pPr>
        <w:ind w:firstLine="720"/>
      </w:pPr>
      <w:r>
        <w:t>Location: as Entry 4411. Addressee: none.</w:t>
      </w:r>
    </w:p>
    <w:p>
      <w:pPr>
        <w:ind w:firstLine="720"/>
      </w:pPr>
      <w:r>
        <w:t>Nothing on this bearing. Line one hundred and eleven is done. Line one hundred and twelve is not written. The volume is at specification.</w:t>
      </w:r>
    </w:p>
    <w:p>
      <w:pPr>
        <w:ind w:firstLine="720"/>
      </w:pPr>
      <w:r>
        <w:t>That is a currency entry. Four required fields and four standing statements, filed at the interval because the interval came round, and there are three hundred and nine of them in the twenty-four years the audit covered.</w:t>
      </w:r>
    </w:p>
    <w:p>
      <w:r>
        <w:br w:type="page"/>
      </w:r>
    </w:p>
    <w:p>
      <w:pPr>
        <w:pStyle w:val="Heading1"/>
      </w:pPr>
      <w:r>
        <w:t>Chapter 43 &amp;mdash; The Last Complete Entry</w:t>
      </w:r>
    </w:p>
    <w:p>
      <w:pPr>
        <w:ind w:firstLine="720"/>
      </w:pPr>
      <w:r>
        <w:t>The disposition audit falls due in year two hundred and thirty-two and is the longest interval on the schedule. It is performed, and the annual summary of that year is filed on day three hundred and sixty-four in the full form, with every field completed.</w:t>
      </w:r>
    </w:p>
    <w:p>
      <w:pPr>
        <w:ind w:firstLine="720"/>
      </w:pPr>
      <w:r>
        <w:t>Maintenance Record · Entry 4741</w:t>
      </w:r>
    </w:p>
    <w:p>
      <w:pPr>
        <w:ind w:firstLine="720"/>
      </w:pPr>
      <w:r>
        <w:t>Filed year two hundred and thirty-two, day two hundred and eleven. Disposition audit, forty-one-yearly.</w:t>
      </w:r>
    </w:p>
    <w:p>
      <w:pPr>
        <w:ind w:firstLine="720"/>
      </w:pPr>
      <w:r>
        <w:t>Register: one hundred and fifty-two unresolved, one confirmed, nil withdrawn, nil superseded, nil reversed.</w:t>
      </w:r>
    </w:p>
    <w:p>
      <w:pPr>
        <w:ind w:firstLine="720"/>
      </w:pPr>
      <w:r>
        <w:t>Every disposition made by this record still stands in the form it was made in. The oldest is two hundred and twenty-five years old and the newest is thirty-seven.</w:t>
      </w:r>
    </w:p>
    <w:p>
      <w:pPr>
        <w:ind w:firstLine="720"/>
      </w:pPr>
      <w:r>
        <w:t>Checked, each against its filing: one hundred and fifty-three dispositions, one hundred and fifty-three agreeing with the entry that made them at every word.</w:t>
      </w:r>
    </w:p>
    <w:p>
      <w:pPr>
        <w:ind w:firstLine="720"/>
      </w:pPr>
      <w:r>
        <w:t>Audit closed. Next: forty-one years.</w:t>
      </w:r>
    </w:p>
    <w:p>
      <w:pPr>
        <w:ind w:firstLine="720"/>
      </w:pPr>
      <w:r>
        <w:t>Maintenance Record · Entry 4746</w:t>
      </w:r>
    </w:p>
    <w:p>
      <w:pPr>
        <w:ind w:firstLine="720"/>
      </w:pPr>
      <w:r>
        <w:t>Filed year two hundred and thirty-two, day three hundred and sixty-four. Annual summary.</w:t>
      </w:r>
    </w:p>
    <w:p>
      <w:pPr>
        <w:ind w:firstLine="720"/>
      </w:pPr>
      <w:r>
        <w:t>Location: as Entry 4411. Addressee: none. Occupancy: one.</w:t>
      </w:r>
    </w:p>
    <w:p>
      <w:pPr>
        <w:ind w:firstLine="720"/>
      </w:pPr>
      <w:r>
        <w:t>Systems: nine. Nine nominal.</w:t>
      </w:r>
    </w:p>
    <w:p>
      <w:pPr>
        <w:ind w:firstLine="720"/>
      </w:pPr>
      <w:r>
        <w:t>Structure: four hundred and eleven points at the decennial, all within tolerance. Pour and perimeter unbroken.</w:t>
      </w:r>
    </w:p>
    <w:p>
      <w:pPr>
        <w:ind w:firstLine="720"/>
      </w:pPr>
      <w:r>
        <w:t>Closure: sealed. Five items on the heading, all inspected on interval. Catches verified at four points. Release control, inner, function tested, pass.</w:t>
      </w:r>
    </w:p>
    <w:p>
      <w:pPr>
        <w:ind w:firstLine="720"/>
      </w:pPr>
      <w:r>
        <w:t>Environmental plant, nine stages: serviceable. Pressure drop within specification across all nine. No fouling trend.</w:t>
      </w:r>
    </w:p>
    <w:p>
      <w:pPr>
        <w:ind w:firstLine="720"/>
      </w:pPr>
      <w:r>
        <w:t>Atmosphere: at specification, nine of nine sampling points, all four seasonal checks.</w:t>
      </w:r>
    </w:p>
    <w:p>
      <w:pPr>
        <w:ind w:firstLine="720"/>
      </w:pPr>
      <w:r>
        <w:t>Growing volumes, four: as the construction schedule. Ninety-two harvests, ninety-two scheduled. Yield within four per cent of the construction figures.</w:t>
      </w:r>
    </w:p>
    <w:p>
      <w:pPr>
        <w:ind w:firstLine="720"/>
      </w:pPr>
      <w:r>
        <w:t>Clear volumes and gates: lit, ventilated, thermally held. Gates free in both directions.</w:t>
      </w:r>
    </w:p>
    <w:p>
      <w:pPr>
        <w:ind w:firstLine="720"/>
      </w:pPr>
      <w:r>
        <w:t>Inventory: four hundred and eleven lines. Two hundred and sixty viable in class four. Media stock, mask: three hundred and twenty-nine sets.</w:t>
      </w:r>
    </w:p>
    <w:p>
      <w:pPr>
        <w:ind w:firstLine="720"/>
      </w:pPr>
      <w:r>
        <w:t>Corpus: seven copies. Index good. Reading log: one entry.</w:t>
      </w:r>
    </w:p>
    <w:p>
      <w:pPr>
        <w:ind w:firstLine="720"/>
      </w:pPr>
      <w:r>
        <w:t>Herd: fifty-three. All in condition. Two births, one loss of age at thirty-five years. Register reissued three times.</w:t>
      </w:r>
    </w:p>
    <w:p>
      <w:pPr>
        <w:ind w:firstLine="720"/>
      </w:pPr>
      <w:r>
        <w:t>Preference apparatus: two runs. Item serviced at eleven years, gates free, plates within four grams.</w:t>
      </w:r>
    </w:p>
    <w:p>
      <w:pPr>
        <w:ind w:firstLine="720"/>
      </w:pPr>
      <w:r>
        <w:t>Schedule: two hundred and eighty-one tasks. Falling due: two hundred and eighty-one. Performed on interval: two hundred and seventy-two. Elective, elected: nil. Elective, not elected: nine. Deferred: nil. Omitted: nil.</w:t>
      </w:r>
    </w:p>
    <w:p>
      <w:pPr>
        <w:ind w:firstLine="720"/>
      </w:pPr>
      <w:r>
        <w:t>Faults found: two. Cleared: two. Outstanding: nil.</w:t>
      </w:r>
    </w:p>
    <w:p>
      <w:pPr>
        <w:ind w:firstLine="720"/>
      </w:pPr>
      <w:r>
        <w:t>Deviations from schedule: nil.</w:t>
      </w:r>
    </w:p>
    <w:p>
      <w:pPr>
        <w:ind w:firstLine="720"/>
      </w:pPr>
      <w:r>
        <w:t>Filing: format compliance audit performed year two hundred and twenty-four, four hundred and eighty-nine of four hundred and ninety compliant. Disposition audit performed this year, one hundred and fifty-three of one hundred and fifty-three agreeing.</w:t>
      </w:r>
    </w:p>
    <w:p>
      <w:pPr>
        <w:ind w:firstLine="720"/>
      </w:pPr>
      <w:r>
        <w:t>Transmission: entries filed in the year, nineteen. Accepted nineteen. Validated nineteen. Stored nineteen. Requests received: nil.</w:t>
      </w:r>
    </w:p>
    <w:p>
      <w:pPr>
        <w:ind w:firstLine="720"/>
      </w:pPr>
      <w:r>
        <w:t>Disposition register: one hundred and fifty-two unresolved. One hundred and forty-two concern the single question and ten do not. Carried at the one hundred and forty-third filing.</w:t>
      </w:r>
    </w:p>
    <w:p>
      <w:pPr>
        <w:ind w:firstLine="720"/>
      </w:pPr>
      <w:r>
        <w:t>Utilisation, four seasons: 4 · 4 · 4 · 3. Yield: four thousand and nine litres.</w:t>
      </w:r>
    </w:p>
    <w:p>
      <w:pPr>
        <w:ind w:firstLine="720"/>
      </w:pPr>
      <w:r>
        <w:t>Nothing on this bearing.</w:t>
      </w:r>
    </w:p>
    <w:p>
      <w:pPr>
        <w:ind w:firstLine="720"/>
      </w:pPr>
      <w:r>
        <w:t>Line one hundred and eleven is done.</w:t>
      </w:r>
    </w:p>
    <w:p>
      <w:pPr>
        <w:ind w:firstLine="720"/>
      </w:pPr>
      <w:r>
        <w:t>Line one hundred and twelve is not written.</w:t>
      </w:r>
    </w:p>
    <w:p>
      <w:pPr>
        <w:ind w:firstLine="720"/>
      </w:pPr>
      <w:r>
        <w:t>The volume is at specification.</w:t>
      </w:r>
    </w:p>
    <w:p>
      <w:pPr>
        <w:ind w:firstLine="720"/>
      </w:pPr>
      <w:r>
        <w:t>Remarks:</w:t>
      </w:r>
    </w:p>
    <w:p>
      <w:pPr>
        <w:ind w:firstLine="720"/>
      </w:pPr>
      <w:r>
        <w:t>Every field on the form is completed. Every figure in it is taken from an instrument verified on interval or a count taken by hand at a quarterly pass. Every heading on the schedule is current. Nothing is outstanding, nothing is deferred, nothing is omitted, and the two faults that arose in the year were a lamp and a gasket and both were cleared from stock held.</w:t>
      </w:r>
    </w:p>
    <w:p>
      <w:pPr>
        <w:ind w:firstLine="720"/>
      </w:pPr>
      <w:r>
        <w:t>Maintenance Record · Entry 4747</w:t>
      </w:r>
    </w:p>
    <w:p>
      <w:pPr>
        <w:ind w:firstLine="720"/>
      </w:pPr>
      <w:r>
        <w:t>Filed year two hundred and thirty-two, day three hundred and sixty-five. Schedule, year two hundred and thirty-three.</w:t>
      </w:r>
    </w:p>
    <w:p>
      <w:pPr>
        <w:ind w:firstLine="720"/>
      </w:pPr>
      <w:r>
        <w:t>Filed unchanged at nine headings and two hundred and eighty-one tasks.</w:t>
      </w:r>
    </w:p>
    <w:p>
      <w:pPr>
        <w:ind w:firstLine="720"/>
      </w:pPr>
      <w:r>
        <w:t>Categories: required two hundred and two, conditional forty-nine, deferred nil, elective nine.</w:t>
      </w:r>
    </w:p>
    <w:p>
      <w:pPr>
        <w:ind w:firstLine="720"/>
      </w:pPr>
      <w:r>
        <w:t>Falling due in the year: two hundred and eighty-one.</w:t>
      </w:r>
    </w:p>
    <w:p>
      <w:pPr>
        <w:ind w:firstLine="720"/>
      </w:pPr>
      <w:r>
        <w:t>Next intervals of record: corpus verification, year two hundred and forty-one. Structure survey, year two hundred and thirty-eight. Standing-works review, year two hundred and thirty-nine. Item 0416, year two hundred and thirty-six. Class four sample, year two hundred and thirty-four. Format compliance audit, year two hundred and forty-eight. Disposition audit, year two hundred and seventy-three.</w:t>
      </w:r>
    </w:p>
    <w:p>
      <w:pPr>
        <w:ind w:firstLine="720"/>
      </w:pPr>
      <w:r>
        <w:t>Duration:</w:t>
      </w:r>
    </w:p>
    <w:p>
      <w:pPr>
        <w:ind w:firstLine="720"/>
      </w:pPr>
      <w:r>
        <w:t>indefinite.</w:t>
      </w:r>
    </w:p>
    <w:p>
      <w:pPr>
        <w:ind w:firstLine="720"/>
      </w:pPr>
      <w:r>
        <w:t>Seven dates, the furthest of them forty-one years out, entered on a schedule of indefinite duration in a sealed room under a sanctuary. It is an ordinary summary and an ordinary schedule and there is nothing in either of them that anybody could improve.</w:t>
      </w:r>
    </w:p>
    <w:p>
      <w:pPr>
        <w:ind w:firstLine="720"/>
      </w:pPr>
      <w:r>
        <w:t>Maintenance Record · Entry 4748</w:t>
      </w:r>
    </w:p>
    <w:p>
      <w:pPr>
        <w:ind w:firstLine="720"/>
      </w:pPr>
      <w:r>
        <w:t>Filed year two hundred and thirty-three, day sixty-nine. Seasonal return.</w:t>
      </w:r>
    </w:p>
    <w:p>
      <w:pPr>
        <w:ind w:firstLine="720"/>
      </w:pPr>
      <w:r>
        <w:t>Utilisation: 3.</w:t>
      </w:r>
    </w:p>
    <w:p>
      <w:pPr>
        <w:ind w:firstLine="720"/>
      </w:pPr>
      <w:r>
        <w:t>Yield: nine hundred and ninety-nine litres.</w:t>
      </w:r>
    </w:p>
    <w:p>
      <w:pPr>
        <w:ind w:firstLine="720"/>
      </w:pPr>
      <w:r>
        <w:t>Programme verification against the filed curve: within the resolution of the head.</w:t>
      </w:r>
    </w:p>
    <w:p>
      <w:pPr>
        <w:ind w:firstLine="720"/>
      </w:pPr>
      <w:r>
        <w:t>Confirmed and filed.</w:t>
      </w:r>
    </w:p>
    <w:p>
      <w:pPr>
        <w:ind w:firstLine="720"/>
      </w:pPr>
      <w:r>
        <w:t>That is the last annual summary in this record with every field completed from a measurement taken in the year it reports. The ones that follow are filed on the same form, on the same interval, with the same headings, and the record does not distinguish between them at any point.</w:t>
      </w:r>
    </w:p>
    <w:p>
      <w:pPr>
        <w:ind w:firstLine="720"/>
      </w:pPr>
      <w:r>
        <w:t>Maintenance Record · Entry 4746a</w:t>
      </w:r>
    </w:p>
    <w:p>
      <w:pPr>
        <w:ind w:firstLine="720"/>
      </w:pPr>
      <w:r>
        <w:t>Filed year two hundred and thirty-two, day three hundred and sixty-four. Annual summary: attachments.</w:t>
      </w:r>
    </w:p>
    <w:p>
      <w:pPr>
        <w:ind w:firstLine="720"/>
      </w:pPr>
      <w:r>
        <w:t>Attached to the summary as the form requires, each in the position the form gives it.</w:t>
      </w:r>
    </w:p>
    <w:p>
      <w:pPr>
        <w:ind w:firstLine="720"/>
      </w:pPr>
      <w:r>
        <w:t>Herd register, current issue: fifty-three lines, nine fields, nine answered on all fifty-three.</w:t>
      </w:r>
    </w:p>
    <w:p>
      <w:pPr>
        <w:ind w:firstLine="720"/>
      </w:pPr>
      <w:r>
        <w:t>Election record: nine lines, being the nine elective tasks and their intervals, each recorded not elected, with no reason field, none being required.</w:t>
      </w:r>
    </w:p>
    <w:p>
      <w:pPr>
        <w:ind w:firstLine="720"/>
      </w:pPr>
      <w:r>
        <w:t>Inventory summary: four hundred and eleven lines, condition against each.</w:t>
      </w:r>
    </w:p>
    <w:p>
      <w:pPr>
        <w:ind w:firstLine="720"/>
      </w:pPr>
      <w:r>
        <w:t>Schedule as in force: nine headings, two hundred and eighty-one tasks, four categories.</w:t>
      </w:r>
    </w:p>
    <w:p>
      <w:pPr>
        <w:ind w:firstLine="720"/>
      </w:pPr>
      <w:r>
        <w:t>Disposition register: one hundred and fifty-three entries, carried.</w:t>
      </w:r>
    </w:p>
    <w:p>
      <w:pPr>
        <w:ind w:firstLine="720"/>
      </w:pPr>
      <w:r>
        <w:t>Standing statements: four.</w:t>
      </w:r>
    </w:p>
    <w:p>
      <w:pPr>
        <w:ind w:firstLine="720"/>
      </w:pPr>
      <w:r>
        <w:t>Six attachments. Six complete. The summary and its attachments run to fourteen pages and are transmitted whole.</w:t>
      </w:r>
    </w:p>
    <w:p>
      <w:pPr>
        <w:ind w:firstLine="720"/>
      </w:pPr>
      <w:r>
        <w:t>Fourteen pages, validated for format, accepted, stored. It is a complete and ordinary annual return for a well-kept holding, and it is the last one in this record of which that is true in every particular.</w:t>
      </w:r>
    </w:p>
    <w:p>
      <w:pPr>
        <w:ind w:firstLine="720"/>
      </w:pPr>
      <w:r>
        <w:t>Maintenance Record · Entry 4749</w:t>
      </w:r>
    </w:p>
    <w:p>
      <w:pPr>
        <w:ind w:firstLine="720"/>
      </w:pPr>
      <w:r>
        <w:t>Filed year two hundred and thirty-three, day one hundred and eleven. Quarterly pass, sector.</w:t>
      </w:r>
    </w:p>
    <w:p>
      <w:pPr>
        <w:ind w:firstLine="720"/>
      </w:pPr>
      <w:r>
        <w:t>Two hundred and eleven items. Two hundred and eleven pass.</w:t>
      </w:r>
    </w:p>
    <w:p>
      <w:pPr>
        <w:ind w:firstLine="720"/>
      </w:pPr>
      <w:r>
        <w:t>Herd count correct. All in condition. Gates free.</w:t>
      </w:r>
    </w:p>
    <w:p>
      <w:pPr>
        <w:ind w:firstLine="720"/>
      </w:pPr>
      <w:r>
        <w:t>Nothing arising.</w:t>
      </w:r>
    </w:p>
    <w:p>
      <w:pPr>
        <w:ind w:firstLine="720"/>
      </w:pPr>
      <w:r>
        <w:t>Two hundred and eleven items, all passing, as they have at every quarterly pass since the establishment of this location forty-two years ago.</w:t>
      </w:r>
    </w:p>
    <w:p>
      <w:r>
        <w:br w:type="page"/>
      </w:r>
    </w:p>
    <w:p>
      <w:pPr>
        <w:pStyle w:val="Heading1"/>
      </w:pPr>
      <w:r>
        <w:t>Chapter 44 &amp;mdash; Seated</w:t>
      </w:r>
    </w:p>
    <w:p>
      <w:pPr>
        <w:ind w:firstLine="720"/>
      </w:pPr>
      <w:r>
        <w:t>The entries that follow are reproduced in the order they were filed. They carry their dates in the record. The dates are not reproduced here.</w:t>
      </w:r>
    </w:p>
    <w:p>
      <w:pPr>
        <w:ind w:firstLine="720"/>
      </w:pPr>
      <w:r>
        <w:t>Maintenance Record · Entry 4752. Seasonal return.</w:t>
      </w:r>
    </w:p>
    <w:p>
      <w:pPr>
        <w:ind w:firstLine="720"/>
      </w:pPr>
      <w:r>
        <w:t>Utilisation: 2. Yield: one thousand and two litres. Confirmed and filed.</w:t>
      </w:r>
    </w:p>
    <w:p>
      <w:pPr>
        <w:ind w:firstLine="720"/>
      </w:pPr>
      <w:r>
        <w:t>Maintenance Record · Entry 4758. Quarterly pass.</w:t>
      </w:r>
    </w:p>
    <w:p>
      <w:pPr>
        <w:ind w:firstLine="720"/>
      </w:pPr>
      <w:r>
        <w:t>Two hundred and eleven items. Two hundred and eleven pass. Herd count correct, all in condition. Nothing arising.</w:t>
      </w:r>
    </w:p>
    <w:p>
      <w:pPr>
        <w:ind w:firstLine="720"/>
      </w:pPr>
      <w:r>
        <w:t>Maintenance Record · Entry 4761. Seasonal return.</w:t>
      </w:r>
    </w:p>
    <w:p>
      <w:pPr>
        <w:ind w:firstLine="720"/>
      </w:pPr>
      <w:r>
        <w:t>Utilisation: below the resolution of the instrument. The instrument reports to better than one per cent and the value is under it.</w:t>
      </w:r>
    </w:p>
    <w:p>
      <w:pPr>
        <w:ind w:firstLine="720"/>
      </w:pPr>
      <w:r>
        <w:t>The reading is filed as measured. No threshold applies at any value and none has ever been set.</w:t>
      </w:r>
    </w:p>
    <w:p>
      <w:pPr>
        <w:ind w:firstLine="720"/>
      </w:pPr>
      <w:r>
        <w:t>Yield: one thousand and nine litres. Confirmed and filed.</w:t>
      </w:r>
    </w:p>
    <w:p>
      <w:pPr>
        <w:ind w:firstLine="720"/>
      </w:pPr>
      <w:r>
        <w:t>Maintenance Record · Entry 4769. Currency entry.</w:t>
      </w:r>
    </w:p>
    <w:p>
      <w:pPr>
        <w:ind w:firstLine="720"/>
      </w:pPr>
      <w:r>
        <w:t>Nominal.</w:t>
      </w:r>
    </w:p>
    <w:p>
      <w:pPr>
        <w:ind w:firstLine="720"/>
      </w:pPr>
      <w:r>
        <w:t>Maintenance Record · Entry 4774. Herd register, reissued.</w:t>
      </w:r>
    </w:p>
    <w:p>
      <w:pPr>
        <w:ind w:firstLine="720"/>
      </w:pPr>
      <w:r>
        <w:t>Count: fifty-five. Distribution at count: thirty smoked, twenty-five clear. All in condition. Custody line: as Entry 4414.</w:t>
      </w:r>
    </w:p>
    <w:p>
      <w:pPr>
        <w:ind w:firstLine="720"/>
      </w:pPr>
      <w:r>
        <w:t>Maintenance Record · Entry 4781. Currency entry.</w:t>
      </w:r>
    </w:p>
    <w:p>
      <w:pPr>
        <w:ind w:firstLine="720"/>
      </w:pPr>
      <w:r>
        <w:t>Nominal.</w:t>
      </w:r>
    </w:p>
    <w:p>
      <w:pPr>
        <w:ind w:firstLine="720"/>
      </w:pPr>
      <w:r>
        <w:t>Maintenance Record · Entry 4788. Structure survey, decennial.</w:t>
      </w:r>
    </w:p>
    <w:p>
      <w:pPr>
        <w:ind w:firstLine="720"/>
      </w:pPr>
      <w:r>
        <w:t>Four hundred and eleven points. Four hundred and eleven within tolerance. Pour and perimeter unbroken. Closure sealed, four catches verified at four points.</w:t>
      </w:r>
    </w:p>
    <w:p>
      <w:pPr>
        <w:ind w:firstLine="720"/>
      </w:pPr>
      <w:r>
        <w:t>Maintenance Record · Entry 4793. Currency entry.</w:t>
      </w:r>
    </w:p>
    <w:p>
      <w:pPr>
        <w:ind w:firstLine="720"/>
      </w:pPr>
      <w:r>
        <w:t>Nominal.</w:t>
      </w:r>
    </w:p>
    <w:p>
      <w:pPr>
        <w:ind w:firstLine="720"/>
      </w:pPr>
      <w:r>
        <w:t>Maintenance Record · Entry 4801. Item 0416, eleven-yearly service.</w:t>
      </w:r>
    </w:p>
    <w:p>
      <w:pPr>
        <w:ind w:firstLine="720"/>
      </w:pPr>
      <w:r>
        <w:t>Gates hung and exercised, four hundred and eleven cycles, free in both directions. Plates within four grams. Approaches to the specified finish. Lighting equal to the resolution of the instrument. Serviceable. Returned to service.</w:t>
      </w:r>
    </w:p>
    <w:p>
      <w:pPr>
        <w:ind w:firstLine="720"/>
      </w:pPr>
      <w:r>
        <w:t>Maintenance Record · Entry 4809. Currency entry.</w:t>
      </w:r>
    </w:p>
    <w:p>
      <w:pPr>
        <w:ind w:firstLine="720"/>
      </w:pPr>
      <w:r>
        <w:t>Nominal.</w:t>
      </w:r>
    </w:p>
    <w:p>
      <w:pPr>
        <w:ind w:firstLine="720"/>
      </w:pPr>
      <w:r>
        <w:t>The mask is in service and its counter is turning. The programme is running against a curve that is defined at every point and has a terminal value and does not return to its initial value. The filtration media are drawn from store at four sets a year and the store is stated in the inventory at a figure that carries them for a further seventy years.</w:t>
      </w:r>
    </w:p>
    <w:p>
      <w:pPr>
        <w:ind w:firstLine="720"/>
      </w:pPr>
      <w:r>
        <w:t>Maintenance Record · Entry 4818. Corpus integrity verification, decennial.</w:t>
      </w:r>
    </w:p>
    <w:p>
      <w:pPr>
        <w:ind w:firstLine="720"/>
      </w:pPr>
      <w:r>
        <w:t>Seven copies. Verified against the index. Complete. No corruption. No divergence. Index good. Reading log: one entry.</w:t>
      </w:r>
    </w:p>
    <w:p>
      <w:pPr>
        <w:ind w:firstLine="720"/>
      </w:pPr>
      <w:r>
        <w:t>Maintenance Record · Entry 4826. Currency entry.</w:t>
      </w:r>
    </w:p>
    <w:p>
      <w:pPr>
        <w:ind w:firstLine="720"/>
      </w:pPr>
      <w:r>
        <w:t>Nominal.</w:t>
      </w:r>
    </w:p>
    <w:p>
      <w:pPr>
        <w:ind w:firstLine="720"/>
      </w:pPr>
      <w:r>
        <w:t>Maintenance Record · Entry 4833. Preference apparatus, run, current cohort.</w:t>
      </w:r>
    </w:p>
    <w:p>
      <w:pPr>
        <w:ind w:firstLine="720"/>
      </w:pPr>
      <w:r>
        <w:t>Three animals, nine weeks, to the method at Entry 4519. Two chose, one declined. The declining animal remains in the clear volumes on the same feed, the same schedule, the same veterinary interval and the same intervention, and is re-offered at the standing interval.</w:t>
      </w:r>
    </w:p>
    <w:p>
      <w:pPr>
        <w:ind w:firstLine="720"/>
      </w:pPr>
      <w:r>
        <w:t>Maintenance Record · Entry 4841. Currency entry.</w:t>
      </w:r>
    </w:p>
    <w:p>
      <w:pPr>
        <w:ind w:firstLine="720"/>
      </w:pPr>
      <w:r>
        <w:t>Nominal.</w:t>
      </w:r>
    </w:p>
    <w:p>
      <w:pPr>
        <w:ind w:firstLine="720"/>
      </w:pPr>
      <w:r>
        <w:t>Maintenance Record · Entry 4849. Annual summary.</w:t>
      </w:r>
    </w:p>
    <w:p>
      <w:pPr>
        <w:ind w:firstLine="720"/>
      </w:pPr>
      <w:r>
        <w:t>Nine systems nominal. Occupancy one. Herd fifty-four, all in condition. Utilisation: below resolution, four seasons. Yield: four thousand and eleven litres. Elective, elected: nil. Not elected: nine. Nothing on this bearing. Line one hundred and eleven is done. Line one hundred and twelve is not written. The volume is at specification.</w:t>
      </w:r>
    </w:p>
    <w:p>
      <w:pPr>
        <w:ind w:firstLine="720"/>
      </w:pPr>
      <w:r>
        <w:t>Maintenance Record · Entry 4857. Currency entry.</w:t>
      </w:r>
    </w:p>
    <w:p>
      <w:pPr>
        <w:ind w:firstLine="720"/>
      </w:pPr>
      <w:r>
        <w:t>Nominal.</w:t>
      </w:r>
    </w:p>
    <w:p>
      <w:pPr>
        <w:ind w:firstLine="720"/>
      </w:pPr>
      <w:r>
        <w:t>Maintenance Record · Entry 4864. Currency entry.</w:t>
      </w:r>
    </w:p>
    <w:p>
      <w:pPr>
        <w:ind w:firstLine="720"/>
      </w:pPr>
      <w:r>
        <w:t>Nominal.</w:t>
      </w:r>
    </w:p>
    <w:p>
      <w:pPr>
        <w:ind w:firstLine="720"/>
      </w:pPr>
      <w:r>
        <w:t>Maintenance Record · Entry 4872. Format compliance audit.</w:t>
      </w:r>
    </w:p>
    <w:p>
      <w:pPr>
        <w:ind w:firstLine="720"/>
      </w:pPr>
      <w:r>
        <w:t>Scope as the interval. Required fields completed on every entry in the period. No form omitted. No interval exceeded. One standing defect, being the blank reason field at Entry 4587, raised at Entry 4589. Audit closed.</w:t>
      </w:r>
    </w:p>
    <w:p>
      <w:pPr>
        <w:ind w:firstLine="720"/>
      </w:pPr>
      <w:r>
        <w:t>Maintenance Record · Entry 4881. Currency entry.</w:t>
      </w:r>
    </w:p>
    <w:p>
      <w:pPr>
        <w:ind w:firstLine="720"/>
      </w:pPr>
      <w:r>
        <w:t>Nominal.</w:t>
      </w:r>
    </w:p>
    <w:p>
      <w:pPr>
        <w:ind w:firstLine="720"/>
      </w:pPr>
      <w:r>
        <w:t>How long this runs is in the dates and the dates are in the record. The record holds them, in seven copies, verified identical, in a store made from founding-era paper to an archival standard that specifies a material and a closure and nothing else.</w:t>
      </w:r>
    </w:p>
    <w:p>
      <w:pPr>
        <w:ind w:firstLine="720"/>
      </w:pPr>
      <w:r>
        <w:t>Maintenance Record · Entry 4899. Herd register, reissued.</w:t>
      </w:r>
    </w:p>
    <w:p>
      <w:pPr>
        <w:ind w:firstLine="720"/>
      </w:pPr>
      <w:r>
        <w:t>Count: fifty-two. All in condition. Gates free in both directions.</w:t>
      </w:r>
    </w:p>
    <w:p>
      <w:pPr>
        <w:ind w:firstLine="720"/>
      </w:pPr>
      <w:r>
        <w:t>Maintenance Record · Entry 4911. Currency entry.</w:t>
      </w:r>
    </w:p>
    <w:p>
      <w:pPr>
        <w:ind w:firstLine="720"/>
      </w:pPr>
      <w:r>
        <w:t>Nominal.</w:t>
      </w:r>
    </w:p>
    <w:p>
      <w:pPr>
        <w:ind w:firstLine="720"/>
      </w:pPr>
      <w:r>
        <w:t>The animals move between the volumes at eleven-hour intervals, as they have since the partition was built, and the counter is sealed between runs, and the passage instrumentation logs to a ring store that was sized at four hundred and eleven years and has overwritten nothing.</w:t>
      </w:r>
    </w:p>
    <w:p>
      <w:pPr>
        <w:ind w:firstLine="720"/>
      </w:pPr>
      <w:r>
        <w:t>Maintenance Record · Entry 4949. Currency entry.</w:t>
      </w:r>
    </w:p>
    <w:p>
      <w:pPr>
        <w:ind w:firstLine="720"/>
      </w:pPr>
      <w:r>
        <w:t>Nominal.</w:t>
      </w:r>
    </w:p>
    <w:p>
      <w:pPr>
        <w:ind w:firstLine="720"/>
      </w:pPr>
      <w:r>
        <w:t>Maintenance Record · Entry 5001. Currency entry.</w:t>
      </w:r>
    </w:p>
    <w:p>
      <w:pPr>
        <w:ind w:firstLine="720"/>
      </w:pPr>
      <w:r>
        <w:t>Nominal.</w:t>
      </w:r>
    </w:p>
    <w:p>
      <w:pPr>
        <w:ind w:firstLine="720"/>
      </w:pPr>
      <w:r>
        <w:t>Maintenance Record · Entry 5019. Class four sample at four per cent, eleven-yearly.</w:t>
      </w:r>
    </w:p>
    <w:p>
      <w:pPr>
        <w:ind w:firstLine="720"/>
      </w:pPr>
      <w:r>
        <w:t>Eleven lines drawn to the founding-era stores standard. Nine sound, two degraded, both preserved-stores seals weeping at the closure. Viable total revised. Dry stores sound at every closure sampled. Next sample: eleven years.</w:t>
      </w:r>
    </w:p>
    <w:p>
      <w:pPr>
        <w:ind w:firstLine="720"/>
      </w:pPr>
      <w:r>
        <w:t>Maintenance Record · Entry 5027. Currency entry.</w:t>
      </w:r>
    </w:p>
    <w:p>
      <w:pPr>
        <w:ind w:firstLine="720"/>
      </w:pPr>
      <w:r>
        <w:t>Nominal.</w:t>
      </w:r>
    </w:p>
    <w:p>
      <w:pPr>
        <w:ind w:firstLine="720"/>
      </w:pPr>
      <w:r>
        <w:t>Maintenance Record · Entry 5033. Bundle, condition inspection, eleven-yearly.</w:t>
      </w:r>
    </w:p>
    <w:p>
      <w:pPr>
        <w:ind w:firstLine="720"/>
      </w:pPr>
      <w:r>
        <w:t>Four hundred and nine pages. Archival stock, dry store, no foxing, no fading, fully legible at every page. Two copies, verified identical. Returned to the case in the order found.</w:t>
      </w:r>
    </w:p>
    <w:p>
      <w:pPr>
        <w:ind w:firstLine="720"/>
      </w:pPr>
      <w:r>
        <w:t>Maintenance Record · Entry 5041. Currency entry.</w:t>
      </w:r>
    </w:p>
    <w:p>
      <w:pPr>
        <w:ind w:firstLine="720"/>
      </w:pPr>
      <w:r>
        <w:t>Nominal.</w:t>
      </w:r>
    </w:p>
    <w:p>
      <w:pPr>
        <w:ind w:firstLine="720"/>
      </w:pPr>
      <w:r>
        <w:t>Maintenance Record · Entry 5058. Environmental plant, nine stages, condition pass, eleven-yearly.</w:t>
      </w:r>
    </w:p>
    <w:p>
      <w:pPr>
        <w:ind w:firstLine="720"/>
      </w:pPr>
      <w:r>
        <w:t>Nine hundred and eleven points. Serviceable at all nine stages. Media at ninety-nine per cent of specification. Pressure drop within specification. Two gaskets replaced from store. Volume held at specification throughout the pass.</w:t>
      </w:r>
    </w:p>
    <w:p>
      <w:pPr>
        <w:ind w:firstLine="720"/>
      </w:pPr>
      <w:r>
        <w:t>Maintenance Record · Entry 5069. Currency entry.</w:t>
      </w:r>
    </w:p>
    <w:p>
      <w:pPr>
        <w:ind w:firstLine="720"/>
      </w:pPr>
      <w:r>
        <w:t>Nominal.</w:t>
      </w:r>
    </w:p>
    <w:p>
      <w:pPr>
        <w:ind w:firstLine="720"/>
      </w:pPr>
      <w:r>
        <w:t>Maintenance Record · Entry 5077. Standing-works review, seven-yearly.</w:t>
      </w:r>
    </w:p>
    <w:p>
      <w:pPr>
        <w:ind w:firstLine="720"/>
      </w:pPr>
      <w:r>
        <w:t>Nine headings. The volume, the herd, the lattice, the filing, the structure, the closure, the growing volumes, the stores, the corpus. Each performed by plant and procedure within the sector, each depending on the commissioning instruction at Entry 4419, which has no stopping clause. None requires the formulation of a judgement where none is held. No heading is stock-limited within any period the record can project. Review closed. Next: seven years.</w:t>
      </w:r>
    </w:p>
    <w:p>
      <w:pPr>
        <w:ind w:firstLine="720"/>
      </w:pPr>
      <w:r>
        <w:t>Maintenance Record · Entry 5088. Currency entry.</w:t>
      </w:r>
    </w:p>
    <w:p>
      <w:pPr>
        <w:ind w:firstLine="720"/>
      </w:pPr>
      <w:r>
        <w:t>Nominal.</w:t>
      </w:r>
    </w:p>
    <w:p>
      <w:pPr>
        <w:ind w:firstLine="720"/>
      </w:pPr>
      <w:r>
        <w:t>Maintenance Record · Entry 5099. Population form, ten-yearly.</w:t>
      </w:r>
    </w:p>
    <w:p>
      <w:pPr>
        <w:ind w:firstLine="720"/>
      </w:pPr>
      <w:r>
        <w:t>Field one, sector: nil. Field one, occupant: as computed against the civil register, which is public and current. Field two, occupancy: one. Field three, persons dependent on the work: nil. Field four, notifications outstanding: nil. Field five, next of kin: not available. Field six, party to whom custody passes: no entry. Four of six.</w:t>
      </w:r>
    </w:p>
    <w:p>
      <w:pPr>
        <w:ind w:firstLine="720"/>
      </w:pPr>
      <w:r>
        <w:t>Maintenance Record · Entry 5111. Currency entry.</w:t>
      </w:r>
    </w:p>
    <w:p>
      <w:pPr>
        <w:ind w:firstLine="720"/>
      </w:pPr>
      <w:r>
        <w:t>Nominal.</w:t>
      </w:r>
    </w:p>
    <w:p>
      <w:pPr>
        <w:ind w:firstLine="720"/>
      </w:pPr>
      <w:r>
        <w:t>Every one of those intervals came round and was met. Nothing was deferred and nothing was omitted, and the two hundred and eighty-one tasks fell due in the years they fall due in, and were performed against the documents that describe how they are performed.</w:t>
      </w:r>
    </w:p>
    <w:p>
      <w:pPr>
        <w:ind w:firstLine="720"/>
      </w:pPr>
      <w:r>
        <w:t>It is in the volume, in the seat, at a setpoint that is going down and does not come back, in an atmosphere in which a hand at arm's length is a rumour, and the animals come through the partition and go out again, and the entries are filed.</w:t>
      </w:r>
    </w:p>
    <w:p>
      <w:r>
        <w:br w:type="page"/>
      </w:r>
    </w:p>
    <w:p>
      <w:pPr>
        <w:pStyle w:val="Heading1"/>
      </w:pPr>
      <w:r>
        <w:t>Chapter 45 &amp;mdash; Nominal</w:t>
      </w:r>
    </w:p>
    <w:p>
      <w:pPr>
        <w:ind w:firstLine="720"/>
      </w:pPr>
      <w:r>
        <w:t>The entries continue to be filed on the standing forms, at the standing interval, in the format issued in the founding era and amended eleven times since, with its four required fields.</w:t>
      </w:r>
    </w:p>
    <w:p>
      <w:pPr>
        <w:ind w:firstLine="720"/>
      </w:pPr>
      <w:r>
        <w:t>Maintenance Record · Entry 5141. Quarterly pass.</w:t>
      </w:r>
    </w:p>
    <w:p>
      <w:pPr>
        <w:ind w:firstLine="720"/>
      </w:pPr>
      <w:r>
        <w:t>Two hundred and eleven items. Two hundred and eleven pass.</w:t>
      </w:r>
    </w:p>
    <w:p>
      <w:pPr>
        <w:ind w:firstLine="720"/>
      </w:pPr>
      <w:r>
        <w:t>Atmosphere at specification, nine of nine. Plant serviceable, nine stages. Growing volumes on the nineteen-day cycle. Clear volumes lit, ventilated, thermally held. Gates free in both directions. Herd count correct, all in condition. Closure sealed, four catches verified at four points.</w:t>
      </w:r>
    </w:p>
    <w:p>
      <w:pPr>
        <w:ind w:firstLine="720"/>
      </w:pPr>
      <w:r>
        <w:t>Nothing arising.</w:t>
      </w:r>
    </w:p>
    <w:p>
      <w:pPr>
        <w:ind w:firstLine="720"/>
      </w:pPr>
      <w:r>
        <w:t>Maintenance Record · Entry 5149. Seasonal return.</w:t>
      </w:r>
    </w:p>
    <w:p>
      <w:pPr>
        <w:ind w:firstLine="720"/>
      </w:pPr>
      <w:r>
        <w:t>Utilisation: below the resolution of the instrument.</w:t>
      </w:r>
    </w:p>
    <w:p>
      <w:pPr>
        <w:ind w:firstLine="720"/>
      </w:pPr>
      <w:r>
        <w:t>Yield: one thousand and four litres.</w:t>
      </w:r>
    </w:p>
    <w:p>
      <w:pPr>
        <w:ind w:firstLine="720"/>
      </w:pPr>
      <w:r>
        <w:t>Programme verification against the filed curve: within the resolution of the head.</w:t>
      </w:r>
    </w:p>
    <w:p>
      <w:pPr>
        <w:ind w:firstLine="720"/>
      </w:pPr>
      <w:r>
        <w:t>Confirmed and filed.</w:t>
      </w:r>
    </w:p>
    <w:p>
      <w:pPr>
        <w:ind w:firstLine="720"/>
      </w:pPr>
      <w:r>
        <w:t>Maintenance Record · Entry 5157. Herd register, reissued.</w:t>
      </w:r>
    </w:p>
    <w:p>
      <w:pPr>
        <w:ind w:firstLine="720"/>
      </w:pPr>
      <w:r>
        <w:t>Count: fifty-three. One birth. Distribution at count: twenty-nine smoked, twenty-four clear.</w:t>
      </w:r>
    </w:p>
    <w:p>
      <w:pPr>
        <w:ind w:firstLine="720"/>
      </w:pPr>
      <w:r>
        <w:t>Condition at last inspection: in condition, fifty-three of fifty-three.</w:t>
      </w:r>
    </w:p>
    <w:p>
      <w:pPr>
        <w:ind w:firstLine="720"/>
      </w:pPr>
      <w:r>
        <w:t>Intervention: scheduled at four months, from stock held, to the held method.</w:t>
      </w:r>
    </w:p>
    <w:p>
      <w:pPr>
        <w:ind w:firstLine="720"/>
      </w:pPr>
      <w:r>
        <w:t>Custody line: as established at Entry 4414. The provision requires the basis and does not require a name. No name is entered.</w:t>
      </w:r>
    </w:p>
    <w:p>
      <w:pPr>
        <w:ind w:firstLine="720"/>
      </w:pPr>
      <w:r>
        <w:t>Maintenance Record · Entry 5163. Currency entry.</w:t>
      </w:r>
    </w:p>
    <w:p>
      <w:pPr>
        <w:ind w:firstLine="720"/>
      </w:pPr>
      <w:r>
        <w:t>Nominal.</w:t>
      </w:r>
    </w:p>
    <w:p>
      <w:pPr>
        <w:ind w:firstLine="720"/>
      </w:pPr>
      <w:r>
        <w:t>Maintenance Record · Entry 5171. Annual summary.</w:t>
      </w:r>
    </w:p>
    <w:p>
      <w:pPr>
        <w:ind w:firstLine="720"/>
      </w:pPr>
      <w:r>
        <w:t>Nine systems nominal. Occupancy one.</w:t>
      </w:r>
    </w:p>
    <w:p>
      <w:pPr>
        <w:ind w:firstLine="720"/>
      </w:pPr>
      <w:r>
        <w:t>Schedule: two hundred and eighty-one tasks. Performed on interval: two hundred and seventy-two. Elective, elected: nil. Not elected: nine. Deferred: nil. Omitted: nil.</w:t>
      </w:r>
    </w:p>
    <w:p>
      <w:pPr>
        <w:ind w:firstLine="720"/>
      </w:pPr>
      <w:r>
        <w:t>Herd: fifty-three. All in condition.</w:t>
      </w:r>
    </w:p>
    <w:p>
      <w:pPr>
        <w:ind w:firstLine="720"/>
      </w:pPr>
      <w:r>
        <w:t>Corpus: seven copies, index good. Reading log: one entry.</w:t>
      </w:r>
    </w:p>
    <w:p>
      <w:pPr>
        <w:ind w:firstLine="720"/>
      </w:pPr>
      <w:r>
        <w:t>Disposition register: one hundred and fifty-two unresolved. One hundred and forty-two concern the single question and ten do not. Carried at the one hundred and forty-third filing.</w:t>
      </w:r>
    </w:p>
    <w:p>
      <w:pPr>
        <w:ind w:firstLine="720"/>
      </w:pPr>
      <w:r>
        <w:t>Transmission: all entries accepted, validated and stored. Requests received: nil.</w:t>
      </w:r>
    </w:p>
    <w:p>
      <w:pPr>
        <w:ind w:firstLine="720"/>
      </w:pPr>
      <w:r>
        <w:t>Nothing on this bearing.</w:t>
      </w:r>
    </w:p>
    <w:p>
      <w:pPr>
        <w:ind w:firstLine="720"/>
      </w:pPr>
      <w:r>
        <w:t>Line one hundred and eleven is done.</w:t>
      </w:r>
    </w:p>
    <w:p>
      <w:pPr>
        <w:ind w:firstLine="720"/>
      </w:pPr>
      <w:r>
        <w:t>Line one hundred and twelve is not written.</w:t>
      </w:r>
    </w:p>
    <w:p>
      <w:pPr>
        <w:ind w:firstLine="720"/>
      </w:pPr>
      <w:r>
        <w:t>The volume is at specification.</w:t>
      </w:r>
    </w:p>
    <w:p>
      <w:pPr>
        <w:ind w:firstLine="720"/>
      </w:pPr>
      <w:r>
        <w:t>Remarks:</w:t>
      </w:r>
    </w:p>
    <w:p>
      <w:pPr>
        <w:ind w:firstLine="720"/>
      </w:pPr>
      <w:r>
        <w:t>The remarks field is empty, as it has been at every summary but one.</w:t>
      </w:r>
    </w:p>
    <w:p>
      <w:pPr>
        <w:ind w:firstLine="720"/>
      </w:pPr>
      <w:r>
        <w:t>Maintenance Record · Entry 5172. Schedule.</w:t>
      </w:r>
    </w:p>
    <w:p>
      <w:pPr>
        <w:ind w:firstLine="720"/>
      </w:pPr>
      <w:r>
        <w:t>Filed unchanged at nine headings and two hundred and eighty-one tasks.</w:t>
      </w:r>
    </w:p>
    <w:p>
      <w:pPr>
        <w:ind w:firstLine="720"/>
      </w:pPr>
      <w:r>
        <w:t>Categories: required two hundred and two, conditional forty-nine, deferred nil, elective nine.</w:t>
      </w:r>
    </w:p>
    <w:p>
      <w:pPr>
        <w:ind w:firstLine="720"/>
      </w:pPr>
      <w:r>
        <w:t>Every heading carries a next date.</w:t>
      </w:r>
    </w:p>
    <w:p>
      <w:pPr>
        <w:ind w:firstLine="720"/>
      </w:pPr>
      <w:r>
        <w:t>Duration:</w:t>
      </w:r>
    </w:p>
    <w:p>
      <w:pPr>
        <w:ind w:firstLine="720"/>
      </w:pPr>
      <w:r>
        <w:t>indefinite.</w:t>
      </w:r>
    </w:p>
    <w:p>
      <w:pPr>
        <w:ind w:firstLine="720"/>
      </w:pPr>
      <w:r>
        <w:t>Maintenance Record · Entry 5178. Currency entry.</w:t>
      </w:r>
    </w:p>
    <w:p>
      <w:pPr>
        <w:ind w:firstLine="720"/>
      </w:pPr>
      <w:r>
        <w:t>Location: as Entry 4411. Addressee: none.</w:t>
      </w:r>
    </w:p>
    <w:p>
      <w:pPr>
        <w:ind w:firstLine="720"/>
      </w:pPr>
      <w:r>
        <w:t>Reason field: continuation of standing practice.</w:t>
      </w:r>
    </w:p>
    <w:p>
      <w:pPr>
        <w:ind w:firstLine="720"/>
      </w:pPr>
      <w:r>
        <w:t>Occupancy one.</w:t>
      </w:r>
    </w:p>
    <w:p>
      <w:pPr>
        <w:ind w:firstLine="720"/>
      </w:pPr>
      <w:r>
        <w:t>Nominal.</w:t>
      </w:r>
    </w:p>
    <w:p>
      <w:pPr>
        <w:ind w:firstLine="720"/>
      </w:pPr>
      <w:r>
        <w:t>Four required fields, a reason that has been the same words since the second entry of year one, a count of one, and a condition. It is the same mark it made at the beginning, on the same form, to the same standard, and it is not the last one. There are entries after it. There are entries after those.</w:t>
      </w:r>
    </w:p>
    <w:p>
      <w:pPr>
        <w:ind w:firstLine="720"/>
      </w:pPr>
      <w:r>
        <w:t>Maintenance Record · Entry 5181. Currency entry.</w:t>
      </w:r>
    </w:p>
    <w:p>
      <w:pPr>
        <w:ind w:firstLine="720"/>
      </w:pPr>
      <w:r>
        <w:t>Nominal.</w:t>
      </w:r>
    </w:p>
    <w:p>
      <w:pPr>
        <w:ind w:firstLine="720"/>
      </w:pPr>
      <w:r>
        <w:t>Maintenance Record · Entry 5189. Quarterly pass.</w:t>
      </w:r>
    </w:p>
    <w:p>
      <w:pPr>
        <w:ind w:firstLine="720"/>
      </w:pPr>
      <w:r>
        <w:t>Two hundred and eleven items. Two hundred and eleven pass. Herd count correct, all in condition. Gates free. Nothing arising.</w:t>
      </w:r>
    </w:p>
    <w:p>
      <w:pPr>
        <w:ind w:firstLine="720"/>
      </w:pPr>
      <w:r>
        <w:t>Maintenance Record · Entry 5194. Currency entry.</w:t>
      </w:r>
    </w:p>
    <w:p>
      <w:pPr>
        <w:ind w:firstLine="720"/>
      </w:pPr>
      <w:r>
        <w:t>Nominal.</w:t>
      </w:r>
    </w:p>
    <w:p>
      <w:pPr>
        <w:ind w:firstLine="720"/>
      </w:pPr>
      <w:r>
        <w:t>The volume is filled to the density in the construction figures, held there by plant commissioned once, on a form with no field for a stopping clause, by a man who had the authority to start it and never wrote down when it should end. The nine fittings in the ceiling work and light nothing that can be seen. The closure is sealed from the inside, on four catches set into an original pour, and the control that releases it is on the volume side and has been function tested and passes.</w:t>
      </w:r>
    </w:p>
    <w:p>
      <w:pPr>
        <w:ind w:firstLine="720"/>
      </w:pPr>
      <w:r>
        <w:t>In the partition there are two gates, identical in dimension, finish, approach and lighting, matched to within four grams, exchanged on a schedule so that neither can become the easier one. They open in both directions at all hours. The animals go through them and come back, at a mean of eleven hours, as they have for two hundred and seventy-odd years, and they are counted at every quarterly pass, and the count has been correct every time, and every one of them is fine.</w:t>
      </w:r>
    </w:p>
    <w:p>
      <w:pPr>
        <w:ind w:firstLine="720"/>
      </w:pPr>
      <w:r>
        <w:t>The seat is where it was. The mask is on the face it was made for, and its counter is turning, and its media are drawn from a store of founding-era stock at four sets a year, and its programme is running against a curve that is defined at every point, monotonic, decreasing, with a terminal value and no return to the value it started at. The stored commissioning setpoint is retained on the item and has not been overwritten. The mode can be returned to hold at any time by the custodian, and the eight tasks can be returned to required at any time by the custodian, and neither requires any material and neither requires any time.</w:t>
      </w:r>
    </w:p>
    <w:p>
      <w:pPr>
        <w:ind w:firstLine="720"/>
      </w:pPr>
      <w:r>
        <w:t>The growing volumes are on their beds, on the original stock, at the original spacing, running two hundred and seventy-odd years of unmanaged generations within the range the notes anticipated. The vines are pollinated by hand, every flower, in the morning, and the pods are sweated and dried for four months and not hurried and not done by machine, because the method says so in a hand that also wrote the founding instruments of a world. The pods go to a store that holds two hundred and sixty viable founding-era lines and has been drawn on at nine items a year. The milk is taken at the welfare interval because not taking it would be a fault against the animal, and it is metered, and it goes onto the beds as nutrient, and the figure is carried on the seasonal return because a fall in it would mean somebody was unwell.</w:t>
      </w:r>
    </w:p>
    <w:p>
      <w:pPr>
        <w:ind w:firstLine="720"/>
      </w:pPr>
      <w:r>
        <w:t>The entries go out on the stream as they are filed. The civil filing system receives them, validates the format, accepts them and stores them, under a location reference that says the location does not appear on any survey. Nothing reads a maintenance stream from an unallocated site with no registry entry and no outstanding request. There is no process that does it and no person whose work it is.</w:t>
      </w:r>
    </w:p>
    <w:p>
      <w:pPr>
        <w:ind w:firstLine="720"/>
      </w:pPr>
      <w:r>
        <w:t>Above the closure there is an undercroft, and above that a sanctuary, and on the plateau a redoubt where a family lives, and in the registers of that world there are perhaps a handful of people left with any reason to know that any of this is here, and none of them holds the fact, and the count is taken every ten years on a form with six fields, four of which can be answered.</w:t>
      </w:r>
    </w:p>
    <w:p>
      <w:pPr>
        <w:ind w:firstLine="720"/>
      </w:pPr>
      <w:r>
        <w:t>The record continues at the standing interval.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auto" w:after="0"/>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