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Long Crossing</w:t>
      </w:r>
    </w:p>
    <w:p>
      <w:pPr>
        <w:pStyle w:val="Heading1"/>
      </w:pPr>
      <w:r>
        <w:t>Chapter 1 &amp;mdash; Cruise</w:t>
      </w:r>
    </w:p>
    <w:p>
      <w:pPr>
        <w:ind w:firstLine="720"/>
      </w:pPr>
      <w:r>
        <w:t>Night Shift · Year 0, Day 118 · Units 4, 7, 11 · Unreviewed</w:t>
      </w:r>
    </w:p>
    <w:p>
      <w:pPr>
        <w:ind w:firstLine="720"/>
      </w:pPr>
      <w:r>
        <w:t>01:40:02</w:t>
      </w:r>
    </w:p>
    <w:p>
      <w:pPr>
        <w:ind w:firstLine="720"/>
      </w:pPr>
      <w:r>
        <w:t>U-11</w:t>
      </w:r>
    </w:p>
    <w:p>
      <w:pPr>
        <w:ind w:firstLine="720"/>
      </w:pPr>
      <w:r>
        <w:t>Spine, frame 214. Handrail stanchion re-seated. Task not requested. Recorded.</w:t>
      </w:r>
    </w:p>
    <w:p>
      <w:pPr>
        <w:ind w:firstLine="720"/>
      </w:pPr>
      <w:r>
        <w:t>02:16:55</w:t>
      </w:r>
    </w:p>
    <w:p>
      <w:pPr>
        <w:ind w:firstLine="720"/>
      </w:pPr>
      <w:r>
        <w:t>U-04</w:t>
      </w:r>
    </w:p>
    <w:p>
      <w:pPr>
        <w:ind w:firstLine="720"/>
      </w:pPr>
      <w:r>
        <w:t>District 377. Bedding returned to locker. Occupant absent. No fault.</w:t>
      </w:r>
    </w:p>
    <w:p>
      <w:pPr>
        <w:ind w:firstLine="720"/>
      </w:pPr>
      <w:r>
        <w:t>03:02:31</w:t>
      </w:r>
    </w:p>
    <w:p>
      <w:pPr>
        <w:ind w:firstLine="720"/>
      </w:pPr>
      <w:r>
        <w:t>U-07</w:t>
      </w:r>
    </w:p>
    <w:p>
      <w:pPr>
        <w:ind w:firstLine="720"/>
      </w:pPr>
      <w:r>
        <w:t>Drive hall, gallery two. Surface swept. Personnel present, working. Withdrew.</w:t>
      </w:r>
    </w:p>
    <w:p>
      <w:pPr>
        <w:ind w:firstLine="720"/>
      </w:pPr>
      <w:r>
        <w:t>04:11:09</w:t>
      </w:r>
    </w:p>
    <w:p>
      <w:pPr>
        <w:ind w:firstLine="720"/>
      </w:pPr>
      <w:r>
        <w:t>U-11</w:t>
      </w:r>
    </w:p>
    <w:p>
      <w:pPr>
        <w:ind w:firstLine="720"/>
      </w:pPr>
      <w:r>
        <w:t>Forward yard. Hull cut, 1.2m, clean. Not a works order. Recorded as observed.</w:t>
      </w:r>
    </w:p>
    <w:p>
      <w:pPr>
        <w:ind w:firstLine="720"/>
      </w:pPr>
      <w:r>
        <w:t>05:38:44</w:t>
      </w:r>
    </w:p>
    <w:p>
      <w:pPr>
        <w:ind w:firstLine="720"/>
      </w:pPr>
      <w:r>
        <w:t>U-04</w:t>
      </w:r>
    </w:p>
    <w:p>
      <w:pPr>
        <w:ind w:firstLine="720"/>
      </w:pPr>
      <w:r>
        <w:t>Corridor 9. Music heard. Source not located. Logged as unexplained sound.</w:t>
      </w:r>
    </w:p>
    <w:p>
      <w:pPr>
        <w:ind w:firstLine="720"/>
      </w:pPr>
      <w:r>
        <w:t>The burn ended at eleven minutes past four in the afternoon of the hundred and eighteenth day, and Aiyana Roux, who had spent nineteen years of her life getting to that minute, was eating.</w:t>
      </w:r>
    </w:p>
    <w:p>
      <w:pPr>
        <w:ind w:firstLine="720"/>
      </w:pPr>
      <w:r>
        <w:t>She had meant to be at the console. She had planned it for months, in the way that people plan the things they are afraid of enjoying too openly, and she had a chair picked out and a particular readout she wanted to be looking at, and in the end the last four days of the burn had been so completely uneventful that she had gone down to the second ring to eat something because it was there and she was hungry, and the thrust went off while she had a fork in her hand.</w:t>
      </w:r>
    </w:p>
    <w:p>
      <w:pPr>
        <w:ind w:firstLine="720"/>
      </w:pPr>
      <w:r>
        <w:t>She felt it. Everybody felt it. Eleven thousand tonnes of continuous acceleration stopped being a thing the ship did, and the difference was not a bang or a shudder but a subtraction, a weight going out of the floor and out of the walls and out of the water in the glass in front of her, and for about a second and a half the entire second ring was very quiet.</w:t>
      </w:r>
    </w:p>
    <w:p>
      <w:pPr>
        <w:ind w:firstLine="720"/>
      </w:pPr>
      <w:r>
        <w:t>Then the ring's own spin took the room back, which it had never stopped doing, and everything weighed what it was supposed to weigh again, and somebody four tables over said</w:t>
      </w:r>
    </w:p>
    <w:p>
      <w:pPr>
        <w:ind w:firstLine="720"/>
      </w:pPr>
      <w:r>
        <w:t>was that it</w:t>
      </w:r>
    </w:p>
    <w:p>
      <w:pPr>
        <w:ind w:firstLine="720"/>
      </w:pPr>
      <w:r>
        <w:t>in the tone of a man who has been told the wrong time for a parade.</w:t>
      </w:r>
    </w:p>
    <w:p>
      <w:pPr>
        <w:ind w:firstLine="720"/>
      </w:pPr>
      <w:r>
        <w:t>Aiyana put the fork down.</w:t>
      </w:r>
    </w:p>
    <w:p>
      <w:pPr>
        <w:ind w:firstLine="720"/>
      </w:pPr>
      <w:r>
        <w:t>It had been perfect. She knew before she got to a screen. Nineteen years of design work and four months of execution and a burn profile that had been argued over by eleven separate review boards on a planet she was never going to see again, and it had come off inside tolerance on every axis, and she had not been in the room.</w:t>
      </w:r>
    </w:p>
    <w:p>
      <w:pPr>
        <w:ind w:firstLine="720"/>
      </w:pPr>
      <w:r>
        <w:t>She went to the drive hall anyway, because that is where you go.</w:t>
      </w:r>
    </w:p>
    <w:p>
      <w:pPr>
        <w:ind w:firstLine="720"/>
      </w:pPr>
      <w:r>
        <w:t>The drive hall on the Ark-Genesis is four hundred metres of gallery over a machine that is no longer running, and on the hundred and eighteenth day it was full of people who had come to look at it stopped. That was the thing nobody had predicted. Ninety-five thousand people were awake aboard that ship in its first year, deliberately, because Halima Sow had written a staged programme that put a population into a hull for eighteen months before it put most of them to sleep in it, on the reasoning that people should learn a place before they trusted it with their unconsciousness; and a great many of those ninety-five thousand had never seen an engine and would never see one again, and word had gone round, and they came.</w:t>
      </w:r>
    </w:p>
    <w:p>
      <w:pPr>
        <w:ind w:firstLine="720"/>
      </w:pPr>
      <w:r>
        <w:t>They were extremely happy. Aiyana stood at the rail on gallery two with her hands in her pockets and watched three hundred strangers being delighted about a thing that was over, and understood, with a completeness that surprised her, that her working life had just ended.</w:t>
      </w:r>
    </w:p>
    <w:p>
      <w:pPr>
        <w:ind w:firstLine="720"/>
      </w:pPr>
      <w:r>
        <w:t>Four months.</w:t>
      </w:r>
    </w:p>
    <w:p>
      <w:pPr>
        <w:ind w:firstLine="720"/>
      </w:pPr>
      <w:r>
        <w:t>That was the whole of it. Four months of burn, and then thirty-one years of cruise, and then a single orbital insertion at the far end that she had already worked out to the second and would not get to perform until she was seventy-nine years old. Between those two things there was nothing. There was no manoeuvre scheduled. There was no course correction that could not be handled by a unit and a signature. The ship would go where it was going because it had been pushed there and nothing in the way of it was going to move, and the science of that had been settled for four hundred years, and she was the only person aboard for whom this was a personal problem.</w:t>
      </w:r>
    </w:p>
    <w:p>
      <w:pPr>
        <w:ind w:firstLine="720"/>
      </w:pPr>
      <w:r>
        <w:t>Nnamdi found her at the rail about an hour later and said, without preamble, that it was the finest piece of work he had ever been in the same building as.</w:t>
      </w:r>
    </w:p>
    <w:p>
      <w:pPr>
        <w:ind w:firstLine="720"/>
      </w:pPr>
      <w:r>
        <w:t>“It was fine,” Aiyana said.</w:t>
      </w:r>
    </w:p>
    <w:p>
      <w:pPr>
        <w:ind w:firstLine="720"/>
      </w:pPr>
      <w:r>
        <w:t>“It was not fine. Fine is a word for a thing that could have gone wrong.”</w:t>
      </w:r>
    </w:p>
    <w:p>
      <w:pPr>
        <w:ind w:firstLine="720"/>
      </w:pPr>
      <w:r>
        <w:t>“It could have gone wrong.”</w:t>
      </w:r>
    </w:p>
    <w:p>
      <w:pPr>
        <w:ind w:firstLine="720"/>
      </w:pPr>
      <w:r>
        <w:t>“Could it?” said Nnamdi, who had sold this voyage to a hundred thousand people and had a professional interest in the difference between what was true and what was worth saying, and who was, Aiyana had already noticed, incapable of asking a question he did not already know the shape of the answer to. “Tell me the number. The one you have.”</w:t>
      </w:r>
    </w:p>
    <w:p>
      <w:pPr>
        <w:ind w:firstLine="720"/>
      </w:pPr>
      <w:r>
        <w:t>She told him. The margin on the final cut-off was four one-hundredths of a second against a tolerance of two tenths, and the lateral was inside the instrument's ability to measure it, which meant that as far as anybody aboard would ever be able to determine, there was no lateral error at all.</w:t>
      </w:r>
    </w:p>
    <w:p>
      <w:pPr>
        <w:ind w:firstLine="720"/>
      </w:pPr>
      <w:r>
        <w:t>Nnamdi looked at her for a moment and then said, “And nobody is going to write that down anywhere.”</w:t>
      </w:r>
    </w:p>
    <w:p>
      <w:pPr>
        <w:ind w:firstLine="720"/>
      </w:pPr>
      <w:r>
        <w:t>“It's in the log.”</w:t>
      </w:r>
    </w:p>
    <w:p>
      <w:pPr>
        <w:ind w:firstLine="720"/>
      </w:pPr>
      <w:r>
        <w:t>“The log,” he said, and did not say anything else about it, and that was the first time Aiyana Roux understood that the ship had a memory problem and that the man whose entire profession was memory had already noticed.</w:t>
      </w:r>
    </w:p>
    <w:p>
      <w:pPr>
        <w:ind w:firstLine="720"/>
      </w:pPr>
      <w:r>
        <w:t>The tiers went down in the second year, as scheduled.</w:t>
      </w:r>
    </w:p>
    <w:p>
      <w:pPr>
        <w:ind w:firstLine="720"/>
      </w:pPr>
      <w:r>
        <w:t>It took eleven months and it was the largest single administrative act in the history of the species and it was, in the main, extremely boring, which is the highest compliment available to an operation of that kind. People queued. People filled in a form. People were shown a bay and a berth number and a name badge that would be waiting on the outside of the door when they woke, and were told the truth about the risk, which was small and real, and four thousand and eleven of them changed their minds at various stages and were reallocated to the standing complement of the following tier, and the reallocation rule that handled every one of those changes lived in the works log because a man had put it there nineteen years earlier for an entirely different purpose.</w:t>
      </w:r>
    </w:p>
    <w:p>
      <w:pPr>
        <w:ind w:firstLine="720"/>
      </w:pPr>
      <w:r>
        <w:t>Aiyana worked the queues for nine months of it because she had nothing else to do. She stood at the head of Bay Three with a slate and checked names against berths and told people, several hundred times a day, that the cold did not feel like anything and that they would not dream, and both of those things were true, and she did not enjoy any part of it.</w:t>
      </w:r>
    </w:p>
    <w:p>
      <w:pPr>
        <w:ind w:firstLine="720"/>
      </w:pPr>
      <w:r>
        <w:t>What she remembered afterwards was not the crying, of which there was less than anyone expected. It was a man of about sixty in the eighth month who stopped at the door of his berth and turned round and asked her, quite pleasantly, who was going to be awake.</w:t>
      </w:r>
    </w:p>
    <w:p>
      <w:pPr>
        <w:ind w:firstLine="720"/>
      </w:pPr>
      <w:r>
        <w:t>“Ten of us,” she said.</w:t>
      </w:r>
    </w:p>
    <w:p>
      <w:pPr>
        <w:ind w:firstLine="720"/>
      </w:pPr>
      <w:r>
        <w:t>“Ten,” he said. “Out of ninety-five thousand.”</w:t>
      </w:r>
    </w:p>
    <w:p>
      <w:pPr>
        <w:ind w:firstLine="720"/>
      </w:pPr>
      <w:r>
        <w:t>“That's right.”</w:t>
      </w:r>
    </w:p>
    <w:p>
      <w:pPr>
        <w:ind w:firstLine="720"/>
      </w:pPr>
      <w:r>
        <w:t>He thought about it. He was not upset. He had the look of a man doing arithmetic for the pleasure of it, and Aiyana, who did arithmetic for the pleasure of it, waited.</w:t>
      </w:r>
    </w:p>
    <w:p>
      <w:pPr>
        <w:ind w:firstLine="720"/>
      </w:pPr>
      <w:r>
        <w:t>“Who picked the ten?” he said.</w:t>
      </w:r>
    </w:p>
    <w:p>
      <w:pPr>
        <w:ind w:firstLine="720"/>
      </w:pPr>
      <w:r>
        <w:t>She opened her mouth to answer and discovered that she did not have one. She knew who had drawn up the technical complement, which was a works committee, and she knew who had signed it, which was the same works committee, and she knew that her own name had been on it since she was thirty-one because there is only one person who can fly a ship and it is the person who designed the burn. All of that was correct and none of it was an answer to the question he had asked, which was not about qualifications.</w:t>
      </w:r>
    </w:p>
    <w:p>
      <w:pPr>
        <w:ind w:firstLine="720"/>
      </w:pPr>
      <w:r>
        <w:t>“It was on the manifest,” she said.</w:t>
      </w:r>
    </w:p>
    <w:p>
      <w:pPr>
        <w:ind w:firstLine="720"/>
      </w:pPr>
      <w:r>
        <w:t>“Ah,” said the man, satisfied, and got into the berth, and Aiyana Roux closed the door on him and entered the berth number and the time on her slate, and moved on to the next name, and thought about it on and off for the following thirty-four years.</w:t>
      </w:r>
    </w:p>
    <w:p>
      <w:pPr>
        <w:ind w:firstLine="720"/>
      </w:pPr>
      <w:r>
        <w:t>By the end of the second year there were ten people awake on a twenty-mile ship carrying ninety-five thousand five hundred and eighty-three passengers, of whom ninety-five thousand five hundred and seventy-three were asleep, and the corridors were lit at a quarter of their rated level because there was no reason to light them at more, and the drive hall was dark, and the food service in the second ring ran one counter at one hour a day.</w:t>
      </w:r>
    </w:p>
    <w:p>
      <w:pPr>
        <w:ind w:firstLine="720"/>
      </w:pPr>
      <w:r>
        <w:t>Aiyana went back to the rail on gallery two once, at the end of that year, and stood there for a while in the dark with her hands in her pockets, and the machine below her was cold all the way through and would not be warm again in her working life.</w:t>
      </w:r>
    </w:p>
    <w:p>
      <w:pPr>
        <w:ind w:firstLine="720"/>
      </w:pPr>
      <w:r>
        <w:t>She had done it perfectly. Everybody agreed. The margin was four one-hundredths of a second and there was no lateral error at all, and there was nobody left awake to tell who would understand what that meant, and the log had it, and nobody read the log.</w:t>
      </w:r>
    </w:p>
    <w:p>
      <w:pPr>
        <w:ind w:firstLine="720"/>
      </w:pPr>
      <w:r>
        <w:t>In the third year she went to Calder and asked him for work.</w:t>
      </w:r>
    </w:p>
    <w:p>
      <w:pPr>
        <w:ind w:firstLine="720"/>
      </w:pPr>
      <w:r>
        <w:t>She had put it off for eight months on the grounds that it was humiliating, and then done it anyway on the grounds that eight months is a long time to be humiliated in private. She found him in the forward yard, which was not a place anybody had any business being, standing in front of a hull plate with a cut through it about a metre and a bit long, very clean, made with something he had built himself.</w:t>
      </w:r>
    </w:p>
    <w:p>
      <w:pPr>
        <w:ind w:firstLine="720"/>
      </w:pPr>
      <w:r>
        <w:t>“There isn't any,” he said, when she had finished. He said it immediately and without any softening at all, and she liked him for it, and went on liking him for it for about twenty years. “There's no propulsion work on this ship for thirty years. If I invent some for you it will be invented and you'll know.”</w:t>
      </w:r>
    </w:p>
    <w:p>
      <w:pPr>
        <w:ind w:firstLine="720"/>
      </w:pPr>
      <w:r>
        <w:t>“I know.”</w:t>
      </w:r>
    </w:p>
    <w:p>
      <w:pPr>
        <w:ind w:firstLine="720"/>
      </w:pPr>
      <w:r>
        <w:t>“Then don't take it.” He turned the plate over with one hand, which he should not have been able to do, and looked at the back of the cut. “Take something that's actually a job. Sow needs a second pair of hands on the bay rounds four days in ten and she'd rather chew glass than ask for them.”</w:t>
      </w:r>
    </w:p>
    <w:p>
      <w:pPr>
        <w:ind w:firstLine="720"/>
      </w:pPr>
      <w:r>
        <w:t>“What are you making?”</w:t>
      </w:r>
    </w:p>
    <w:p>
      <w:pPr>
        <w:ind w:firstLine="720"/>
      </w:pPr>
      <w:r>
        <w:t>“Nothing yet.”</w:t>
      </w:r>
    </w:p>
    <w:p>
      <w:pPr>
        <w:ind w:firstLine="720"/>
      </w:pPr>
      <w:r>
        <w:t>That was true, in the way that a great many things Aurelio Calder said were true. He was not making anything yet. He was making the thing that would make it. She took the bay rounds, four days in ten, for the next thirty-one years, and was good at them, and it was not her job and both of them knew it.</w:t>
      </w:r>
    </w:p>
    <w:p>
      <w:pPr>
        <w:ind w:firstLine="720"/>
      </w:pPr>
      <w:r>
        <w:t>She went back to her quarters and slept for eleven hours, and in the morning she checked the trajectory, and it was correct, and she checked it again the next morning, and it was correct, and she did that every morning for thirty years.</w:t>
      </w:r>
    </w:p>
    <w:p>
      <w:r>
        <w:br w:type="page"/>
      </w:r>
    </w:p>
    <w:p>
      <w:pPr>
        <w:pStyle w:val="Heading1"/>
      </w:pPr>
      <w:r>
        <w:t>Chapter 2 &amp;mdash; The Watch Rota</w:t>
      </w:r>
    </w:p>
    <w:p>
      <w:pPr>
        <w:ind w:firstLine="720"/>
      </w:pPr>
      <w:r>
        <w:t>Night Shift · Year 3, Day 44 · Units 4, 7, 11 · Unreviewed</w:t>
      </w:r>
    </w:p>
    <w:p>
      <w:pPr>
        <w:ind w:firstLine="720"/>
      </w:pPr>
      <w:r>
        <w:t>00:52:17</w:t>
      </w:r>
    </w:p>
    <w:p>
      <w:pPr>
        <w:ind w:firstLine="720"/>
      </w:pPr>
      <w:r>
        <w:t>U-07</w:t>
      </w:r>
    </w:p>
    <w:p>
      <w:pPr>
        <w:ind w:firstLine="720"/>
      </w:pPr>
      <w:r>
        <w:t>Scrubber 3, cycle 12. Within tolerance. Trending. Flagged for the second night.</w:t>
      </w:r>
    </w:p>
    <w:p>
      <w:pPr>
        <w:ind w:firstLine="720"/>
      </w:pPr>
      <w:r>
        <w:t>01:33:08</w:t>
      </w:r>
    </w:p>
    <w:p>
      <w:pPr>
        <w:ind w:firstLine="720"/>
      </w:pPr>
      <w:r>
        <w:t>U-04</w:t>
      </w:r>
    </w:p>
    <w:p>
      <w:pPr>
        <w:ind w:firstLine="720"/>
      </w:pPr>
      <w:r>
        <w:t>Ring two, compartment 940. Bench cleared. Tools returned to rack. No works order.</w:t>
      </w:r>
    </w:p>
    <w:p>
      <w:pPr>
        <w:ind w:firstLine="720"/>
      </w:pPr>
      <w:r>
        <w:t>02:47:51</w:t>
      </w:r>
    </w:p>
    <w:p>
      <w:pPr>
        <w:ind w:firstLine="720"/>
      </w:pPr>
      <w:r>
        <w:t>U-11</w:t>
      </w:r>
    </w:p>
    <w:p>
      <w:pPr>
        <w:ind w:firstLine="720"/>
      </w:pPr>
      <w:r>
        <w:t>Spine, frame 611. Duhamel, S. present, working. Withdrew. Did not ask again.</w:t>
      </w:r>
    </w:p>
    <w:p>
      <w:pPr>
        <w:ind w:firstLine="720"/>
      </w:pPr>
      <w:r>
        <w:t>04:05:22</w:t>
      </w:r>
    </w:p>
    <w:p>
      <w:pPr>
        <w:ind w:firstLine="720"/>
      </w:pPr>
      <w:r>
        <w:t>U-07</w:t>
      </w:r>
    </w:p>
    <w:p>
      <w:pPr>
        <w:ind w:firstLine="720"/>
      </w:pPr>
      <w:r>
        <w:t>Forward yard. Chassis, four wheels, incomplete. Not a works order. Recorded as observed.</w:t>
      </w:r>
    </w:p>
    <w:p>
      <w:pPr>
        <w:ind w:firstLine="720"/>
      </w:pPr>
      <w:r>
        <w:t>05:19:40</w:t>
      </w:r>
    </w:p>
    <w:p>
      <w:pPr>
        <w:ind w:firstLine="720"/>
      </w:pPr>
      <w:r>
        <w:t>U-04</w:t>
      </w:r>
    </w:p>
    <w:p>
      <w:pPr>
        <w:ind w:firstLine="720"/>
      </w:pPr>
      <w:r>
        <w:t>Bay 2, outer walk. Fastener replaced. Task not requested. Recorded.</w:t>
      </w:r>
    </w:p>
    <w:p>
      <w:pPr>
        <w:ind w:firstLine="720"/>
      </w:pPr>
      <w:r>
        <w:t>The rota was Sergei Duhamel's idea and it was a bad one, and he knew it was a bad one about nine days after it started running, and it ran for thirty-three years.</w:t>
      </w:r>
    </w:p>
    <w:p>
      <w:pPr>
        <w:ind w:firstLine="720"/>
      </w:pPr>
      <w:r>
        <w:t>The problem it was written to solve was real. A twenty-mile ship has to be walked. Not inspected — walked, by a person, with eyes, because there are eleven thousand compartments aboard the Ark-Genesis and the instrumentation covers about six hundred of them properly and the rest are covered the way a house is covered, which is to say by somebody living in it. Nobody was living in them. The tiers had gone down in the second year and after that the ship was a very large building with ten people in it, and buildings with nobody in them go wrong quietly and are found out late.</w:t>
      </w:r>
    </w:p>
    <w:p>
      <w:pPr>
        <w:ind w:firstLine="720"/>
      </w:pPr>
      <w:r>
        <w:t>So Sergei drew up a rota, and the rota divided the hull ten ways, and the ten ways were not equal, because the hull is not equal.</w:t>
      </w:r>
    </w:p>
    <w:p>
      <w:pPr>
        <w:ind w:firstLine="720"/>
      </w:pPr>
      <w:r>
        <w:t>Here is the shape of the thing, as he explained it to nine people in the second ring with a slate and a piece of chalk on a bench, and as he would explain it again, in almost exactly the same words, to a woman who had not been born awake when he first said it.</w:t>
      </w:r>
    </w:p>
    <w:p>
      <w:pPr>
        <w:ind w:firstLine="720"/>
      </w:pPr>
      <w:r>
        <w:t>The ship is a spine and three rings and a yard. The spine is nineteen miles of it, straight, unspun, running from the drive hall at the after end to the forward yard and the survey mast; it holds the tanks, the transfer galleries, the four cryogenic bays and the Vault, and you move down it on a rail car that takes fifty-one minutes end to end and has one seat. The rings are wrapped round the spine at four, nine and fourteen miles forward of the drive hall, and they spin, and they hold everything a person would recognise: the districts, the bio-domes, the water, the food, the four hundred and eleven addresses that were going to be somebody's home for thirty-six years and were now dark. The yard is at the front. The yard is where things are built. Nothing was being built in the yard and there was a light on in it most nights.</w:t>
      </w:r>
    </w:p>
    <w:p>
      <w:pPr>
        <w:ind w:firstLine="720"/>
      </w:pPr>
      <w:r>
        <w:t>“Ring two is one person,” Sergei said. “Ring one and three is one person. Spine forward of nine is one person. Spine aft of nine is one person. Bays are Halima. Domes are Miriam. Everything else is whoever is nearest.”</w:t>
      </w:r>
    </w:p>
    <w:p>
      <w:pPr>
        <w:ind w:firstLine="720"/>
      </w:pPr>
      <w:r>
        <w:t>“That's six,” said Ines Ferrer, who counted things for a living.</w:t>
      </w:r>
    </w:p>
    <w:p>
      <w:pPr>
        <w:ind w:firstLine="720"/>
      </w:pPr>
      <w:r>
        <w:t>“It is.”</w:t>
      </w:r>
    </w:p>
    <w:p>
      <w:pPr>
        <w:ind w:firstLine="720"/>
      </w:pPr>
      <w:r>
        <w:t>“There are ten of us.”</w:t>
      </w:r>
    </w:p>
    <w:p>
      <w:pPr>
        <w:ind w:firstLine="720"/>
      </w:pPr>
      <w:r>
        <w:t>“There are ten of us,” Sergei agreed, “and six routes, and the other four are doing their actual jobs, and next quarter it rotates, and by the end of the third year everybody has walked everything and everybody knows where everything is.” He put the chalk down. “That is the entire purpose. It is not maintenance. It is so that when something goes wrong at frame six hundred and eleven there is more than one person alive who has ever stood at frame six hundred and eleven.”</w:t>
      </w:r>
    </w:p>
    <w:p>
      <w:pPr>
        <w:ind w:firstLine="720"/>
      </w:pPr>
      <w:r>
        <w:t>Nobody argued with it. It was correct. It ran for thirty-three years and it did exactly what he said it would do and it also did a thing he had not thought about at all, which was that for the first time in the history of the species it became possible for a human being to be nine miles from the nearest other human being, on purpose, as a scheduled duty, for eleven hours at a stretch.</w:t>
      </w:r>
    </w:p>
    <w:p>
      <w:pPr>
        <w:ind w:firstLine="720"/>
      </w:pPr>
      <w:r>
        <w:t>Sergei liked it. That was the part he was slowest to admit.</w:t>
      </w:r>
    </w:p>
    <w:p>
      <w:pPr>
        <w:ind w:firstLine="720"/>
      </w:pPr>
      <w:r>
        <w:t>He was thirty-eight when they left and he had never in his life been alone. He had grown up in a housing block of eleven thousand people in a city that never got below thirty degrees, and he had done nine years on an orbital yard where the private volume allocation was four cubic metres and the man in the next four cubic metres was called Petar and snored, and the entire concept of solitude was, to Sergei Duhamel, something he had read about in the way other people read about mountaineering. And then he drew up a rota that put him at frame six hundred and eleven at two in the morning with nineteen miles of ship in front of him and eleven behind, and the lights at a quarter, and the sound of a scrubber four bulkheads away that he could identify by ear, and he stood there and did not want to go back.</w:t>
      </w:r>
    </w:p>
    <w:p>
      <w:pPr>
        <w:ind w:firstLine="720"/>
      </w:pPr>
      <w:r>
        <w:t>He walked spine aft of nine for four quarters running, which was not how the rota was supposed to work, and he did it by swapping with people, and the swaps were all logged in Ines's book and nobody thought anything of it because he was giving away the good routes and taking the long one.</w:t>
      </w:r>
    </w:p>
    <w:p>
      <w:pPr>
        <w:ind w:firstLine="720"/>
      </w:pPr>
      <w:r>
        <w:t>What he held, separately from the rota, was the air.</w:t>
      </w:r>
    </w:p>
    <w:p>
      <w:pPr>
        <w:ind w:firstLine="720"/>
      </w:pPr>
      <w:r>
        <w:t>Environmental on the Ark-Genesis is nine primary loops and four hundred and forty-one distribution branches and a scrubber plant in each ring, and it is, as engineering goes, unglamorous to the point of insult. Nobody comes to look at it. There is no gallery over it. It moves eleven thousand cubic metres a minute through a ship where all but ten of the occupants are not breathing, which meant that from the second year onward the entire plant ran at about four per cent of its design load and the main operational challenge was stopping it from being too good at its job.</w:t>
      </w:r>
    </w:p>
    <w:p>
      <w:pPr>
        <w:ind w:firstLine="720"/>
      </w:pPr>
      <w:r>
        <w:t>He explained this once to Dov Lindqvist, who had asked out of politeness and then, being Dov, had not been able to stop asking.</w:t>
      </w:r>
    </w:p>
    <w:p>
      <w:pPr>
        <w:ind w:firstLine="720"/>
      </w:pPr>
      <w:r>
        <w:t>“Too clean?”</w:t>
      </w:r>
    </w:p>
    <w:p>
      <w:pPr>
        <w:ind w:firstLine="720"/>
      </w:pPr>
      <w:r>
        <w:t>“Too even,” Sergei said. “If I run it flat, every compartment on this ship is the same temperature and the same humidity and the same everything, and in nine years the seals in the ones nobody opens will have forgotten what a cycle is. So I cycle them. I run compartment nine-forty warm for a fortnight and then I run it cold, and I do that to eleven thousand rooms on a rolling programme, and it takes four years to get round.”</w:t>
      </w:r>
    </w:p>
    <w:p>
      <w:pPr>
        <w:ind w:firstLine="720"/>
      </w:pPr>
      <w:r>
        <w:t>“Who tells you to?”</w:t>
      </w:r>
    </w:p>
    <w:p>
      <w:pPr>
        <w:ind w:firstLine="720"/>
      </w:pPr>
      <w:r>
        <w:t>“Nobody tells me to.”</w:t>
      </w:r>
    </w:p>
    <w:p>
      <w:pPr>
        <w:ind w:firstLine="720"/>
      </w:pPr>
      <w:r>
        <w:t>“Who checks?”</w:t>
      </w:r>
    </w:p>
    <w:p>
      <w:pPr>
        <w:ind w:firstLine="720"/>
      </w:pPr>
      <w:r>
        <w:t>“There's a log,” said Sergei.</w:t>
      </w:r>
    </w:p>
    <w:p>
      <w:pPr>
        <w:ind w:firstLine="720"/>
      </w:pPr>
      <w:r>
        <w:t>Dov laughed, because it was funny, and it was funny, and both of them let it be funny. Dov Lindqvist was a communications officer on a ship that was drawing further from the only thing it could communicate with at the rate of a hundred and forty thousand miles an hour, and his function was measurably dying, and he had a way of making that into a joke about four times a week that everybody found charming for about eleven years.</w:t>
      </w:r>
    </w:p>
    <w:p>
      <w:pPr>
        <w:ind w:firstLine="720"/>
      </w:pPr>
      <w:r>
        <w:t>He was, Sergei thought, on the walk back, a genuinely irritating man. Not unkind. Not stupid. Irritating in the specific way of a person who asks one more question than the conversation has room for, every time, without fail, for what was going to be thirty-six years.</w:t>
      </w:r>
    </w:p>
    <w:p>
      <w:pPr>
        <w:ind w:firstLine="720"/>
      </w:pPr>
      <w:r>
        <w:t>Sergei thought that, and then he stopped thinking it, because it was an ungenerous thing to think about a colleague on day forty-four of year three, and he was not an ungenerous man, and he had eleven hours of corridor in front of him and nothing to do but walk it.</w:t>
      </w:r>
    </w:p>
    <w:p>
      <w:pPr>
        <w:ind w:firstLine="720"/>
      </w:pPr>
      <w:r>
        <w:t>At frame six hundred and eleven he stopped, as he always did, and put his hand flat on the bulkhead, and felt nothing at all, which is what you want.</w:t>
      </w:r>
    </w:p>
    <w:p>
      <w:pPr>
        <w:ind w:firstLine="720"/>
      </w:pPr>
      <w:r>
        <w:t>He met Coda out there twice in the first year of the rota, both times by accident, both times at an hour when neither of them had any business being where they were.</w:t>
      </w:r>
    </w:p>
    <w:p>
      <w:pPr>
        <w:ind w:firstLine="720"/>
      </w:pPr>
      <w:r>
        <w:t>She had the four hundred and eleven districts and the plant and the power and the thermal, which on paper was the largest single holding on the ship and in practice meant that she lived four miles aft of everybody in a compartment she had chosen for its proximity to a junction box. She was not unfriendly. She was the least unfriendly person Sergei ever met who was also, comprehensively, not there. The first time, she was upside down in an access trunk with a light in her teeth and said hello without taking it out. The second time she was sitting on the floor of a distribution gallery with her back against a conduit, eating, and he sat down and ate too, and they had a conversation about scrubber tolerances that Sergei enjoyed more than any conversation he had aboard that ship in thirty-six years.</w:t>
      </w:r>
    </w:p>
    <w:p>
      <w:pPr>
        <w:ind w:firstLine="720"/>
      </w:pPr>
      <w:r>
        <w:t>“You're on my branches,” she said, when he got up.</w:t>
      </w:r>
    </w:p>
    <w:p>
      <w:pPr>
        <w:ind w:firstLine="720"/>
      </w:pPr>
      <w:r>
        <w:t>“I'm on everybody's branches.”</w:t>
      </w:r>
    </w:p>
    <w:p>
      <w:pPr>
        <w:ind w:firstLine="720"/>
      </w:pPr>
      <w:r>
        <w:t>“I don't mind. Tell me when you cycle nine-forty, that's all. The thermal comes back through my floor and I think it's a fault for about an hour every time.”</w:t>
      </w:r>
    </w:p>
    <w:p>
      <w:pPr>
        <w:ind w:firstLine="720"/>
      </w:pPr>
      <w:r>
        <w:t>“Put in a fault report.”</w:t>
      </w:r>
    </w:p>
    <w:p>
      <w:pPr>
        <w:ind w:firstLine="720"/>
      </w:pPr>
      <w:r>
        <w:t>“I did,” said Coda. “Four of them.”</w:t>
      </w:r>
    </w:p>
    <w:p>
      <w:pPr>
        <w:ind w:firstLine="720"/>
      </w:pPr>
      <w:r>
        <w:t>He looked into it when he got back and she had. They were immaculate. Four identical reports across fourteen months, in a standard format, each one closed by the system with the same automatically generated line, and not one of them had ever been read by a human being, and Sergei fixed the underlying thing in about forty minutes and told her, and she said</w:t>
      </w:r>
    </w:p>
    <w:p>
      <w:pPr>
        <w:ind w:firstLine="720"/>
      </w:pPr>
      <w:r>
        <w:t>thanks</w:t>
      </w:r>
    </w:p>
    <w:p>
      <w:pPr>
        <w:ind w:firstLine="720"/>
      </w:pPr>
      <w:r>
        <w:t>, and that was the end of it. He thought about the four reports afterwards, occasionally. He thought about them as a small administrative failure and not as anything else, because that is what they were.</w:t>
      </w:r>
    </w:p>
    <w:p>
      <w:pPr>
        <w:ind w:firstLine="720"/>
      </w:pPr>
      <w:r>
        <w:t>The Vault he never walked at all. Nobody walked the Vault. It is sealed at frame nine and the seal is a construction seal and there is a works order for it nineteen years old, and inside it is the seed stock for a hundred thousand people, and one man held the access and it did not occur to anybody to think of that as a holding, because a man had been holding it since before the ship existed and nothing had gone wrong.</w:t>
      </w:r>
    </w:p>
    <w:p>
      <w:pPr>
        <w:ind w:firstLine="720"/>
      </w:pPr>
      <w:r>
        <w:t>The rota's flaw, which he saw nine days in and never wrote down, was that it made the ship legible to ten people individually and to nobody collectively. Each of them came to know a quarter of it extremely well and the rest by report. When they talked about the ship they were talking about different objects. And because the rota rotated, and because they were conscientious, they each assumed the gap was being closed by somebody else's quarter, and it was, mostly, and where it was not there was no mechanism by which anybody would find out, because the mechanism for finding that out is a person walking past a thing twice and noticing it has changed, and no one walked past anything twice for four years.</w:t>
      </w:r>
    </w:p>
    <w:p>
      <w:pPr>
        <w:ind w:firstLine="720"/>
      </w:pPr>
      <w:r>
        <w:t>He could have fixed it. It would have meant fixed routes for life, and every one of them going slowly mad in their own nine miles, and he weighed those two things against each other on the rail car one night with the seat back and the lights at a quarter, and chose the rota, and was right, and the forward yard went past the window with a light on in it and a man inside cutting a hull plate for no stated reason, and Sergei Duhamel did not slow the car down.</w:t>
      </w:r>
    </w:p>
    <w:p>
      <w:r>
        <w:br w:type="page"/>
      </w:r>
    </w:p>
    <w:p>
      <w:pPr>
        <w:pStyle w:val="Heading1"/>
      </w:pPr>
      <w:r>
        <w:t>Chapter 3 &amp;mdash; A Hundred Thousand Doors</w:t>
      </w:r>
    </w:p>
    <w:p>
      <w:pPr>
        <w:ind w:firstLine="720"/>
      </w:pPr>
      <w:r>
        <w:t>Night Shift · Year 4, Day 12 · Units 4, 7, 11 · Unreviewed</w:t>
      </w:r>
    </w:p>
    <w:p>
      <w:pPr>
        <w:ind w:firstLine="720"/>
      </w:pPr>
      <w:r>
        <w:t>01:11:44</w:t>
      </w:r>
    </w:p>
    <w:p>
      <w:pPr>
        <w:ind w:firstLine="720"/>
      </w:pPr>
      <w:r>
        <w:t>U-11</w:t>
      </w:r>
    </w:p>
    <w:p>
      <w:pPr>
        <w:ind w:firstLine="720"/>
      </w:pPr>
      <w:r>
        <w:t>Bay 1, walk 9. Condensate wiped. Task not requested. Recorded.</w:t>
      </w:r>
    </w:p>
    <w:p>
      <w:pPr>
        <w:ind w:firstLine="720"/>
      </w:pPr>
      <w:r>
        <w:t>02:29:03</w:t>
      </w:r>
    </w:p>
    <w:p>
      <w:pPr>
        <w:ind w:firstLine="720"/>
      </w:pPr>
      <w:r>
        <w:t>U-04</w:t>
      </w:r>
    </w:p>
    <w:p>
      <w:pPr>
        <w:ind w:firstLine="720"/>
      </w:pPr>
      <w:r>
        <w:t>Bay 3, berth 23,880. Nameplate re-seated. Legible. No fault.</w:t>
      </w:r>
    </w:p>
    <w:p>
      <w:pPr>
        <w:ind w:firstLine="720"/>
      </w:pPr>
      <w:r>
        <w:t>03:50:18</w:t>
      </w:r>
    </w:p>
    <w:p>
      <w:pPr>
        <w:ind w:firstLine="720"/>
      </w:pPr>
      <w:r>
        <w:t>U-07</w:t>
      </w:r>
    </w:p>
    <w:p>
      <w:pPr>
        <w:ind w:firstLine="720"/>
      </w:pPr>
      <w:r>
        <w:t>Ring one, dome four. Sow, H. present, not working. Withdrew.</w:t>
      </w:r>
    </w:p>
    <w:p>
      <w:pPr>
        <w:ind w:firstLine="720"/>
      </w:pPr>
      <w:r>
        <w:t>04:38:56</w:t>
      </w:r>
    </w:p>
    <w:p>
      <w:pPr>
        <w:ind w:firstLine="720"/>
      </w:pPr>
      <w:r>
        <w:t>U-11</w:t>
      </w:r>
    </w:p>
    <w:p>
      <w:pPr>
        <w:ind w:firstLine="720"/>
      </w:pPr>
      <w:r>
        <w:t>Forward yard. Recording apparatus, assembled. Not a works order. Recorded as observed.</w:t>
      </w:r>
    </w:p>
    <w:p>
      <w:pPr>
        <w:ind w:firstLine="720"/>
      </w:pPr>
      <w:r>
        <w:t>05:44:29</w:t>
      </w:r>
    </w:p>
    <w:p>
      <w:pPr>
        <w:ind w:firstLine="720"/>
      </w:pPr>
      <w:r>
        <w:t>U-04</w:t>
      </w:r>
    </w:p>
    <w:p>
      <w:pPr>
        <w:ind w:firstLine="720"/>
      </w:pPr>
      <w:r>
        <w:t>Corridor 9. Music heard. Source not located. Logged as unexplained sound.</w:t>
      </w:r>
    </w:p>
    <w:p>
      <w:pPr>
        <w:ind w:firstLine="720"/>
      </w:pPr>
      <w:r>
        <w:t>BAY 1 ·</w:t>
      </w:r>
    </w:p>
    <w:p>
      <w:pPr>
        <w:ind w:firstLine="720"/>
      </w:pPr>
      <w:r>
        <w:t>NOMINAL</w:t>
      </w:r>
    </w:p>
    <w:p>
      <w:pPr>
        <w:ind w:firstLine="720"/>
      </w:pPr>
      <w:r>
        <w:t>· 23,881 occupied</w:t>
      </w:r>
    </w:p>
    <w:p>
      <w:pPr>
        <w:ind w:firstLine="720"/>
      </w:pPr>
      <w:r>
        <w:t>BAY 2 ·</w:t>
      </w:r>
    </w:p>
    <w:p>
      <w:pPr>
        <w:ind w:firstLine="720"/>
      </w:pPr>
      <w:r>
        <w:t>NOMINAL</w:t>
      </w:r>
    </w:p>
    <w:p>
      <w:pPr>
        <w:ind w:firstLine="720"/>
      </w:pPr>
      <w:r>
        <w:t>· 23,904 occupied</w:t>
      </w:r>
    </w:p>
    <w:p>
      <w:pPr>
        <w:ind w:firstLine="720"/>
      </w:pPr>
      <w:r>
        <w:t>BAY 3 ·</w:t>
      </w:r>
    </w:p>
    <w:p>
      <w:pPr>
        <w:ind w:firstLine="720"/>
      </w:pPr>
      <w:r>
        <w:t>NOMINAL</w:t>
      </w:r>
    </w:p>
    <w:p>
      <w:pPr>
        <w:ind w:firstLine="720"/>
      </w:pPr>
      <w:r>
        <w:t>· 23,880 occupied</w:t>
      </w:r>
    </w:p>
    <w:p>
      <w:pPr>
        <w:ind w:firstLine="720"/>
      </w:pPr>
      <w:r>
        <w:t>BAY 4 ·</w:t>
      </w:r>
    </w:p>
    <w:p>
      <w:pPr>
        <w:ind w:firstLine="720"/>
      </w:pPr>
      <w:r>
        <w:t>NOMINAL</w:t>
      </w:r>
    </w:p>
    <w:p>
      <w:pPr>
        <w:ind w:firstLine="720"/>
      </w:pPr>
      <w:r>
        <w:t>· 23,908 occupied</w:t>
      </w:r>
    </w:p>
    <w:p>
      <w:pPr>
        <w:ind w:firstLine="720"/>
      </w:pPr>
      <w:r>
        <w:t>The round takes four days if it is done properly and Halima Sow did it properly for thirty-six years.</w:t>
      </w:r>
    </w:p>
    <w:p>
      <w:pPr>
        <w:ind w:firstLine="720"/>
      </w:pPr>
      <w:r>
        <w:t>It is nine hours a day of walking. Each bay is a cylinder six hundred metres long inside the unspun spine, and the berths are racked eleven deep on the wall of it in stacked galleries, and you go up the walk on a platform that moves at the speed of a person thinking, and you look at the readouts, and every ninety berths or so you stop and put your hand on the housing of one for no clinical reason whatsoever.</w:t>
      </w:r>
    </w:p>
    <w:p>
      <w:pPr>
        <w:ind w:firstLine="720"/>
      </w:pPr>
      <w:r>
        <w:t>She was aware that she did that. She had noticed it in the first year and decided not to stop.</w:t>
      </w:r>
    </w:p>
    <w:p>
      <w:pPr>
        <w:ind w:firstLine="720"/>
      </w:pPr>
      <w:r>
        <w:t>The readouts are four numbers and a colour. Core temperature, perfusion index, the metabolic figure which is a derived thing and mostly a comfort, and the elapsed. The colour is green, or it is not green. In four years it had been not-green eleven times and all eleven had been the sensor and not the person, and Halima had gone out to all eleven within the hour anyway, twice in the middle of the night, and would have gone out to the twelfth.</w:t>
      </w:r>
    </w:p>
    <w:p>
      <w:pPr>
        <w:ind w:firstLine="720"/>
      </w:pPr>
      <w:r>
        <w:t>The nameplate is on the outside of the door. That was hers. She had fought for it against an argument about cost and an argument about weight and an argument, which was the real one, that a berth is a piece of equipment and equipment does not have a name on it, and she had won by pointing out that the berths would be opened at the far end by people who had been asleep for thirty-six years and who would be looking for their families in a corridor, and that a number is not a thing you can look for a person by.</w:t>
      </w:r>
    </w:p>
    <w:p>
      <w:pPr>
        <w:ind w:firstLine="720"/>
      </w:pPr>
      <w:r>
        <w:t>So:</w:t>
      </w:r>
    </w:p>
    <w:p>
      <w:pPr>
        <w:ind w:firstLine="720"/>
      </w:pPr>
      <w:r>
        <w:t>OKAFOR, B. — Bay 2, gallery 4, berth 11,908.</w:t>
      </w:r>
    </w:p>
    <w:p>
      <w:pPr>
        <w:ind w:firstLine="720"/>
      </w:pPr>
      <w:r>
        <w:t>In white, on a plate, at the height of a person's face. Ninety-five thousand five hundred and seventy-three of them, and Halima Sow had read every single one at least once, which took her the first three years, and she never told anybody she had done it because it would have sounded like piety and it was not piety, it was inventory.</w:t>
      </w:r>
    </w:p>
    <w:p>
      <w:pPr>
        <w:ind w:firstLine="720"/>
      </w:pPr>
      <w:r>
        <w:t>Here is the thing about the round, and she did not have a word for it for a long time.</w:t>
      </w:r>
    </w:p>
    <w:p>
      <w:pPr>
        <w:ind w:firstLine="720"/>
      </w:pPr>
      <w:r>
        <w:t>A patient can tell you that it hurts. That is the whole of medicine, actually — not the drugs and not the instruments, but the fact that at the centre of the practice there is a person who can be asked a question and can answer it, and who can say</w:t>
      </w:r>
    </w:p>
    <w:p>
      <w:pPr>
        <w:ind w:firstLine="720"/>
      </w:pPr>
      <w:r>
        <w:t>no, not that one, the other one</w:t>
      </w:r>
    </w:p>
    <w:p>
      <w:pPr>
        <w:ind w:firstLine="720"/>
      </w:pPr>
      <w:r>
        <w:t>, and</w:t>
      </w:r>
    </w:p>
    <w:p>
      <w:pPr>
        <w:ind w:firstLine="720"/>
      </w:pPr>
      <w:r>
        <w:t>it was better yesterday</w:t>
      </w:r>
    </w:p>
    <w:p>
      <w:pPr>
        <w:ind w:firstLine="720"/>
      </w:pPr>
      <w:r>
        <w:t>, and</w:t>
      </w:r>
    </w:p>
    <w:p>
      <w:pPr>
        <w:ind w:firstLine="720"/>
      </w:pPr>
      <w:r>
        <w:t>I would rather not</w:t>
      </w:r>
    </w:p>
    <w:p>
      <w:pPr>
        <w:ind w:firstLine="720"/>
      </w:pPr>
      <w:r>
        <w:t>. Everything else is technique built on top of that. Take the answering away and what is left is not a smaller version of medicine. It is a different discipline with the same tools, and the discipline is closer to engineering, and Halima had known that in principle since she was twenty-four years old and had not understood it in her body until the second year of the crossing.</w:t>
      </w:r>
    </w:p>
    <w:p>
      <w:pPr>
        <w:ind w:firstLine="720"/>
      </w:pPr>
      <w:r>
        <w:t>Ninety-five thousand five hundred and seventy-three people, and not one of them could be asked anything.</w:t>
      </w:r>
    </w:p>
    <w:p>
      <w:pPr>
        <w:ind w:firstLine="720"/>
      </w:pPr>
      <w:r>
        <w:t>Not consulted. Not warned. Not told. If a decision had to be made about them — and decisions had to be made about them constantly, about thermal margins and rack sequencing and which bay to bring up first at the far end and what to do about a berth whose perfusion index had been running four points low for eleven months — it was made by nine people in a room, on the person's behalf, without their knowledge, and it was recorded, and it was correct, and it was not consented to.</w:t>
      </w:r>
    </w:p>
    <w:p>
      <w:pPr>
        <w:ind w:firstLine="720"/>
      </w:pPr>
      <w:r>
        <w:t>The consent had all been given on Earth. That was the answer, and it was a good answer, and Halima had helped draft the form it was given on. It was three pages. It said what the risks were, honestly, including the ones that had killed people in the trials. It said that the elapsed time would be approximately thirty-four years and that this was an estimate. It did not say — because nobody had thought to say it, because it had not occurred to anyone that it needed saying — anything at all about the world that would be awake around them while they slept, or about who would be in charge of it, or about what that person might have decided by the time they woke up.</w:t>
      </w:r>
    </w:p>
    <w:p>
      <w:pPr>
        <w:ind w:firstLine="720"/>
      </w:pPr>
      <w:r>
        <w:t>You cannot consent in advance to a thing nobody has thought of yet.</w:t>
      </w:r>
    </w:p>
    <w:p>
      <w:pPr>
        <w:ind w:firstLine="720"/>
      </w:pPr>
      <w:r>
        <w:t>Halima worked out that sentence somewhere in gallery seven of Bay Two in the fourth year, standing in front of a berth belonging to a woman named Adaeze Nwosu who was forty-one years old and would be forty-one years old for another thirty-two years, and she did not say it out loud to anybody for another nine years, and by then it was too late for it to be useful.</w:t>
      </w:r>
    </w:p>
    <w:p>
      <w:pPr>
        <w:ind w:firstLine="720"/>
      </w:pPr>
      <w:r>
        <w:t>What she did instead was the round. Four days. Nine hours. Eleven galleries a bay.</w:t>
      </w:r>
    </w:p>
    <w:p>
      <w:pPr>
        <w:ind w:firstLine="720"/>
      </w:pPr>
      <w:r>
        <w:t>Aiyana came with her four days in ten from the third year onwards, having asked Calder for work and been sent, and she was good at it in a way Halima had not expected. She had no clinical training at all. What she had was an absolutely undeflectable attention to a number that was slightly wrong, which is ninety per cent of the job, and a complete willingness to walk eleven galleries again because the first walk had felt off.</w:t>
      </w:r>
    </w:p>
    <w:p>
      <w:pPr>
        <w:ind w:firstLine="720"/>
      </w:pPr>
      <w:r>
        <w:t>“Bay three, gallery nine,” Aiyana said, in the fourth year. “Berth 21,400 through 21,411. All twelve are running four hundredths cold.”</w:t>
      </w:r>
    </w:p>
    <w:p>
      <w:pPr>
        <w:ind w:firstLine="720"/>
      </w:pPr>
      <w:r>
        <w:t>“Four hundredths is inside tolerance.”</w:t>
      </w:r>
    </w:p>
    <w:p>
      <w:pPr>
        <w:ind w:firstLine="720"/>
      </w:pPr>
      <w:r>
        <w:t>“It's inside tolerance twelve times in a row in a straight line.”</w:t>
      </w:r>
    </w:p>
    <w:p>
      <w:pPr>
        <w:ind w:firstLine="720"/>
      </w:pPr>
      <w:r>
        <w:t>It was a manifold. It took Coda nine hours to find it and forty minutes to fix it and it would have taken about four years to become a problem, and Halima wrote it up and put Aiyana's name on it, and Aiyana said</w:t>
      </w:r>
    </w:p>
    <w:p>
      <w:pPr>
        <w:ind w:firstLine="720"/>
      </w:pPr>
      <w:r>
        <w:t>it's not my job</w:t>
      </w:r>
    </w:p>
    <w:p>
      <w:pPr>
        <w:ind w:firstLine="720"/>
      </w:pPr>
      <w:r>
        <w:t>, and Halima said</w:t>
      </w:r>
    </w:p>
    <w:p>
      <w:pPr>
        <w:ind w:firstLine="720"/>
      </w:pPr>
      <w:r>
        <w:t>write it down anyway</w:t>
      </w:r>
    </w:p>
    <w:p>
      <w:pPr>
        <w:ind w:firstLine="720"/>
      </w:pPr>
      <w:r>
        <w:t>, and it went into the record, where it remains.</w:t>
      </w:r>
    </w:p>
    <w:p>
      <w:pPr>
        <w:ind w:firstLine="720"/>
      </w:pPr>
      <w:r>
        <w:t>The projection was in the programme documents and Halima had written the projection herself, which is a fact she was never able to get any distance from.</w:t>
      </w:r>
    </w:p>
    <w:p>
      <w:pPr>
        <w:ind w:firstLine="720"/>
      </w:pPr>
      <w:r>
        <w:t>Thirty-four years of suspension at the achieved standard, across a population of that size and that age distribution, gives you a loss figure. It is not a large one. It is smaller than the equivalent thirty-four years of ordinary life on Earth by a factor of about nine, which is the argument that carried the programme through every review board it ever went in front of, and it is a completely honest argument. But it is not zero, and a figure that is not zero, multiplied by ninety-five thousand five hundred and seventy-three, is a number of people.</w:t>
      </w:r>
    </w:p>
    <w:p>
      <w:pPr>
        <w:ind w:firstLine="720"/>
      </w:pPr>
      <w:r>
        <w:t>The number in the document was four hundred and forty. Give or take, over the crossing, front-loaded slightly into the first four years because the failures that are going to happen mostly happen early.</w:t>
      </w:r>
    </w:p>
    <w:p>
      <w:pPr>
        <w:ind w:firstLine="720"/>
      </w:pPr>
      <w:r>
        <w:t>Four hundred and forty nameplates.</w:t>
      </w:r>
    </w:p>
    <w:p>
      <w:pPr>
        <w:ind w:firstLine="720"/>
      </w:pPr>
      <w:r>
        <w:t>She had put that number in a table on page nineteen of a technical annexe and it had been read by eleven people and approved, and at no point in nineteen years of preparation had anybody, including her, asked what would be done when the first one occurred. Not medically — medically there was a procedure and it was four pages long and it was excellent. What was to be done. Who would be told. Whether there would be a form of words. Whether the berth was to be cleared or left, and if cleared, where the person was to go, on a ship that had no ground and no fire and one very small and entirely theoretical provision in the works log for the disposal of organic waste.</w:t>
      </w:r>
    </w:p>
    <w:p>
      <w:pPr>
        <w:ind w:firstLine="720"/>
      </w:pPr>
      <w:r>
        <w:t>Renata Oyelaran found her reading the annexe in the fourth year, in the second ring, with the table open on the slate, and sat down without being asked.</w:t>
      </w:r>
    </w:p>
    <w:p>
      <w:pPr>
        <w:ind w:firstLine="720"/>
      </w:pPr>
      <w:r>
        <w:t>“Four hundred and forty,” Renata said, after a while.</w:t>
      </w:r>
    </w:p>
    <w:p>
      <w:pPr>
        <w:ind w:firstLine="720"/>
      </w:pPr>
      <w:r>
        <w:t>“Give or take.”</w:t>
      </w:r>
    </w:p>
    <w:p>
      <w:pPr>
        <w:ind w:firstLine="720"/>
      </w:pPr>
      <w:r>
        <w:t>“And how many so far?”</w:t>
      </w:r>
    </w:p>
    <w:p>
      <w:pPr>
        <w:ind w:firstLine="720"/>
      </w:pPr>
      <w:r>
        <w:t>“None.” Halima turned the slate face down. “Four years and none, which is nine better than the projection, and I do not trust it at all.”</w:t>
      </w:r>
    </w:p>
    <w:p>
      <w:pPr>
        <w:ind w:firstLine="720"/>
      </w:pPr>
      <w:r>
        <w:t>Renata thought about that. She had a way of not answering for long enough that you assumed she had lost interest, and then answering the thing underneath.</w:t>
      </w:r>
    </w:p>
    <w:p>
      <w:pPr>
        <w:ind w:firstLine="720"/>
      </w:pPr>
      <w:r>
        <w:t>“Is there a rule?” she said.</w:t>
      </w:r>
    </w:p>
    <w:p>
      <w:pPr>
        <w:ind w:firstLine="720"/>
      </w:pPr>
      <w:r>
        <w:t>“There's a procedure.”</w:t>
      </w:r>
    </w:p>
    <w:p>
      <w:pPr>
        <w:ind w:firstLine="720"/>
      </w:pPr>
      <w:r>
        <w:t>“That isn't what I asked.”</w:t>
      </w:r>
    </w:p>
    <w:p>
      <w:pPr>
        <w:ind w:firstLine="720"/>
      </w:pPr>
      <w:r>
        <w:t>“No,” said Halima. “There is no rule.”</w:t>
      </w:r>
    </w:p>
    <w:p>
      <w:pPr>
        <w:ind w:firstLine="720"/>
      </w:pPr>
      <w:r>
        <w:t>“Then we should write one before we need it, and not after,” Renata said, and got up, and went away, and did not write one, and neither did Halima, for another eleven months.</w:t>
      </w:r>
    </w:p>
    <w:p>
      <w:pPr>
        <w:ind w:firstLine="720"/>
      </w:pPr>
      <w:r>
        <w:t>The bays are cold and they are not quiet. That surprises people. There are eleven hundred pumps in a bay and the galleries carry sound the length of the cylinder, so the whole volume hums at a pitch about a tone below anything you would notice after the first week, and underneath it there is a rhythm from the rack sequencers that is almost but not quite regular. Halima came to be able to hear the not-quite. She could stand at the head of Bay One and tell you within a day when it had last been serviced.</w:t>
      </w:r>
    </w:p>
    <w:p>
      <w:pPr>
        <w:ind w:firstLine="720"/>
      </w:pPr>
      <w:r>
        <w:t>In the fourth year she started leaving the platform at berth 11,908 on every round, for reasons she was unable to justify and did not attempt to.</w:t>
      </w:r>
    </w:p>
    <w:p>
      <w:pPr>
        <w:ind w:firstLine="720"/>
      </w:pPr>
      <w:r>
        <w:t>Bolanle Okafor. Sixty-one on boarding. A schoolteacher from a district that no longer existed by the time the ship left, which Halima knew because it was on the intake form, and she was the only person aboard who had read all ninety-five thousand five hundred and seventy-three intake forms, and she had read that one four times.</w:t>
      </w:r>
    </w:p>
    <w:p>
      <w:pPr>
        <w:ind w:firstLine="720"/>
      </w:pPr>
      <w:r>
        <w:t>The form asked, at the bottom, in a box about eleven lines deep:</w:t>
      </w:r>
    </w:p>
    <w:p>
      <w:pPr>
        <w:ind w:firstLine="720"/>
      </w:pPr>
      <w:r>
        <w:t>Is there anything you would like the medical staff to know?</w:t>
      </w:r>
    </w:p>
    <w:p>
      <w:pPr>
        <w:ind w:firstLine="720"/>
      </w:pPr>
      <w:r>
        <w:t>Most people wrote nothing. A great many people wrote about medication. Some people wrote things that were extremely moving and which Halima had had to develop a technique for reading in one pass, quickly, at a slight angle, like looking at a bright thing.</w:t>
      </w:r>
    </w:p>
    <w:p>
      <w:pPr>
        <w:ind w:firstLine="720"/>
      </w:pPr>
      <w:r>
        <w:t>Bolanle Okafor had written:</w:t>
      </w:r>
    </w:p>
    <w:p>
      <w:pPr>
        <w:ind w:firstLine="720"/>
      </w:pPr>
      <w:r>
        <w:t>I am a light sleeper. Please wake me first if there is any choice about it.</w:t>
      </w:r>
    </w:p>
    <w:p>
      <w:pPr>
        <w:ind w:firstLine="720"/>
      </w:pPr>
      <w:r>
        <w:t>There was going to be a choice about it. In thirty-two years there would be a choice about it, and it would be made by nine tired people in a room on the basis of rack sequencing and thermal load, and the schoolteacher in berth 11,908 would come up in the eleventh tranche because of where her berth was, and nobody in that room would know she had asked, because nobody in that room read the forms.</w:t>
      </w:r>
    </w:p>
    <w:p>
      <w:pPr>
        <w:ind w:firstLine="720"/>
      </w:pPr>
      <w:r>
        <w:t>Halima put her hand on the housing and went on up the gallery, and finished the walk, and did the same four days later, and wrote nothing down about any of it, because there was no field for it anywhere in the entire system and it did not occur to her, in the fourth year, that a person could simply make one.</w:t>
      </w:r>
    </w:p>
    <w:p>
      <w:r>
        <w:br w:type="page"/>
      </w:r>
    </w:p>
    <w:p>
      <w:pPr>
        <w:pStyle w:val="Heading1"/>
      </w:pPr>
      <w:r>
        <w:t>Chapter 4 &amp;mdash; Who Is In Charge</w:t>
      </w:r>
    </w:p>
    <w:p>
      <w:pPr>
        <w:ind w:firstLine="720"/>
      </w:pPr>
      <w:r>
        <w:t>Night Shift · Year 4, Day 291 · Units 4, 7, 11 · Unreviewed</w:t>
      </w:r>
    </w:p>
    <w:p>
      <w:pPr>
        <w:ind w:firstLine="720"/>
      </w:pPr>
      <w:r>
        <w:t>00:38:12</w:t>
      </w:r>
    </w:p>
    <w:p>
      <w:pPr>
        <w:ind w:firstLine="720"/>
      </w:pPr>
      <w:r>
        <w:t>U-04</w:t>
      </w:r>
    </w:p>
    <w:p>
      <w:pPr>
        <w:ind w:firstLine="720"/>
      </w:pPr>
      <w:r>
        <w:t>Ring two, meeting room. Chairs returned to stack. Slate left charging. No works order.</w:t>
      </w:r>
    </w:p>
    <w:p>
      <w:pPr>
        <w:ind w:firstLine="720"/>
      </w:pPr>
      <w:r>
        <w:t>01:59:47</w:t>
      </w:r>
    </w:p>
    <w:p>
      <w:pPr>
        <w:ind w:firstLine="720"/>
      </w:pPr>
      <w:r>
        <w:t>U-11</w:t>
      </w:r>
    </w:p>
    <w:p>
      <w:pPr>
        <w:ind w:firstLine="720"/>
      </w:pPr>
      <w:r>
        <w:t>Spine, frame 402. Racking. Volume returned to shelf. Found on floor. No resident present.</w:t>
      </w:r>
    </w:p>
    <w:p>
      <w:pPr>
        <w:ind w:firstLine="720"/>
      </w:pPr>
      <w:r>
        <w:t>03:14:20</w:t>
      </w:r>
    </w:p>
    <w:p>
      <w:pPr>
        <w:ind w:firstLine="720"/>
      </w:pPr>
      <w:r>
        <w:t>U-07</w:t>
      </w:r>
    </w:p>
    <w:p>
      <w:pPr>
        <w:ind w:firstLine="720"/>
      </w:pPr>
      <w:r>
        <w:t>Forward transfer. Ferrer, I. awake and working. Withdrew. Did not ask again.</w:t>
      </w:r>
    </w:p>
    <w:p>
      <w:pPr>
        <w:ind w:firstLine="720"/>
      </w:pPr>
      <w:r>
        <w:t>04:02:55</w:t>
      </w:r>
    </w:p>
    <w:p>
      <w:pPr>
        <w:ind w:firstLine="720"/>
      </w:pPr>
      <w:r>
        <w:t>U-04</w:t>
      </w:r>
    </w:p>
    <w:p>
      <w:pPr>
        <w:ind w:firstLine="720"/>
      </w:pPr>
      <w:r>
        <w:t>Forward yard. Small craft, hull frame, incomplete. Not a works order. Recorded as observed.</w:t>
      </w:r>
    </w:p>
    <w:p>
      <w:pPr>
        <w:ind w:firstLine="720"/>
      </w:pPr>
      <w:r>
        <w:t>05:31:08</w:t>
      </w:r>
    </w:p>
    <w:p>
      <w:pPr>
        <w:ind w:firstLine="720"/>
      </w:pPr>
      <w:r>
        <w:t>U-11</w:t>
      </w:r>
    </w:p>
    <w:p>
      <w:pPr>
        <w:ind w:firstLine="720"/>
      </w:pPr>
      <w:r>
        <w:t>Bay 4, walk 2. Fastener replaced. Task not requested. Recorded.</w:t>
      </w:r>
    </w:p>
    <w:p>
      <w:pPr>
        <w:ind w:firstLine="720"/>
      </w:pPr>
      <w:r>
        <w:t>It was about a Tuesday.</w:t>
      </w:r>
    </w:p>
    <w:p>
      <w:pPr>
        <w:ind w:firstLine="720"/>
      </w:pPr>
      <w:r>
        <w:t>Ines Ferrer wrote that down at the time, in her own hand, in a notebook that was not yet a ledger and was not yet anything, and she underlined it, and thirty-one years later a hundred thousand people would be asked to live under a body of law whose origin she could have described in four words and never once did.</w:t>
      </w:r>
    </w:p>
    <w:p>
      <w:pPr>
        <w:ind w:firstLine="720"/>
      </w:pPr>
      <w:r>
        <w:t>What happened was this.</w:t>
      </w:r>
    </w:p>
    <w:p>
      <w:pPr>
        <w:ind w:firstLine="720"/>
      </w:pPr>
      <w:r>
        <w:t>The rota rotated quarterly. In the fourth quarter of the fourth year, the rotation put Miriam Achebe on spine aft of nine, which is eleven hours of walking, in the same quarter that the second dome's principal harvest fell due, which is fourteen days of work that cannot move because a plant does not care about a rota. Miriam had raised it in good time, in the correct way, with the correct person, which was Sergei, because it was Sergei's rota.</w:t>
      </w:r>
    </w:p>
    <w:p>
      <w:pPr>
        <w:ind w:firstLine="720"/>
      </w:pPr>
      <w:r>
        <w:t>Sergei had said no.</w:t>
      </w:r>
    </w:p>
    <w:p>
      <w:pPr>
        <w:ind w:firstLine="720"/>
      </w:pPr>
      <w:r>
        <w:t>He had said no for an entirely defensible reason: the swaps had already been made round her, and moving her meant moving three other people, and one of those three was Halima, whose bay round was the only duty aboard that could not be covered by anybody at all. So the rota held, and Miriam would have to do fourteen days of harvest and eleven hours of corridor in the same fortnight, and she was fifty-one years old.</w:t>
      </w:r>
    </w:p>
    <w:p>
      <w:pPr>
        <w:ind w:firstLine="720"/>
      </w:pPr>
      <w:r>
        <w:t>Miriam went to Calder.</w:t>
      </w:r>
    </w:p>
    <w:p>
      <w:pPr>
        <w:ind w:firstLine="720"/>
      </w:pPr>
      <w:r>
        <w:t>Everybody went to Calder. That was the thing. It had been true for nineteen years on a construction site and it had been true for four years aboard and nobody had examined it because it worked, and it worked because Aurelio Calder was, in the narrow and specific sense, almost always right. He listened for about ninety seconds and then he split it, the way he had split the compartment dispute on the fourth day: Miriam takes the corridor for the first four days of the fortnight, Sergei walks it himself for the middle six because he likes it, and the last four go to whoever is nearest, and Miriam gets her harvest.</w:t>
      </w:r>
    </w:p>
    <w:p>
      <w:pPr>
        <w:ind w:firstLine="720"/>
      </w:pPr>
      <w:r>
        <w:t>It was a good decision. Ines wants that recorded and it is recorded. It cost nobody anything, it solved the actual problem, it was proposed and accepted inside four minutes, and every single person involved was satisfied with the outcome.</w:t>
      </w:r>
    </w:p>
    <w:p>
      <w:pPr>
        <w:ind w:firstLine="720"/>
      </w:pPr>
      <w:r>
        <w:t>And then Sergei Duhamel, walking back to the spine, stopped in the transfer gallery and said, out loud, to nobody,</w:t>
      </w:r>
    </w:p>
    <w:p>
      <w:pPr>
        <w:ind w:firstLine="720"/>
      </w:pPr>
      <w:r>
        <w:t>on what authority</w:t>
      </w:r>
    </w:p>
    <w:p>
      <w:pPr>
        <w:ind w:firstLine="720"/>
      </w:pPr>
      <w:r>
        <w:t>, and came and found Ines.</w:t>
      </w:r>
    </w:p>
    <w:p>
      <w:pPr>
        <w:ind w:firstLine="720"/>
      </w:pPr>
      <w:r>
        <w:t>He was not angry. That is the part she found hardest to convey later. He was a man who had been overruled on a thing he did not mind being overruled on, and who had noticed, on the walk, that he could not name the mechanism by which he had been overruled.</w:t>
      </w:r>
    </w:p>
    <w:p>
      <w:pPr>
        <w:ind w:firstLine="720"/>
      </w:pPr>
      <w:r>
        <w:t>“It's his rota,” Ines said.</w:t>
      </w:r>
    </w:p>
    <w:p>
      <w:pPr>
        <w:ind w:firstLine="720"/>
      </w:pPr>
      <w:r>
        <w:t>“It is not his rota. It is my rota. I wrote it.”</w:t>
      </w:r>
    </w:p>
    <w:p>
      <w:pPr>
        <w:ind w:firstLine="720"/>
      </w:pPr>
      <w:r>
        <w:t>“Then it's his ship.”</w:t>
      </w:r>
    </w:p>
    <w:p>
      <w:pPr>
        <w:ind w:firstLine="720"/>
      </w:pPr>
      <w:r>
        <w:t>“Is it?” said Sergei.</w:t>
      </w:r>
    </w:p>
    <w:p>
      <w:pPr>
        <w:ind w:firstLine="720"/>
      </w:pPr>
      <w:r>
        <w:t>Ines Ferrer had been keeping records for twenty-six years and there is a particular sensation that comes over a records officer when somebody asks a question that ought to have a filed answer and does not, and it is not intellectual. It is physical, and it is in the stomach, and she felt it in the transfer gallery on day two hundred and ninety-one of the fourth year and went to look it up.</w:t>
      </w:r>
    </w:p>
    <w:p>
      <w:pPr>
        <w:ind w:firstLine="720"/>
      </w:pPr>
      <w:r>
        <w:t>She looked it up for four days.</w:t>
      </w:r>
    </w:p>
    <w:p>
      <w:pPr>
        <w:ind w:firstLine="720"/>
      </w:pPr>
      <w:r>
        <w:t>Here is what she found, and she found all of it, and she found it in the right order, and none of it was hidden from her in any way.</w:t>
      </w:r>
    </w:p>
    <w:p>
      <w:pPr>
        <w:ind w:firstLine="720"/>
      </w:pPr>
      <w:r>
        <w:t>The works order system governs the building of things and it is complete and legitimate and nineteen years old. The two-signature rule above four hundred units governs the swarm. The stowage and movement order system governs where objects are. The inspection regime governs inspections. The consumables schedule governs consumption. The reallocation rule is in the works log, where a man put it in the fourth year of construction to solve a berth problem, and it had been used two hundred and six times before launch and worked beautifully every time. Nnamdi's founding instrument governs the manifest, and the manifest is closed and in a sealed case four bays from a box that has never been described by anybody.</w:t>
      </w:r>
    </w:p>
    <w:p>
      <w:pPr>
        <w:ind w:firstLine="720"/>
      </w:pPr>
      <w:r>
        <w:t>The Nine were a works committee. Their minutes say so on every page.</w:t>
      </w:r>
    </w:p>
    <w:p>
      <w:pPr>
        <w:ind w:firstLine="720"/>
      </w:pPr>
      <w:r>
        <w:t>The manifest board dissolved itself in the thirty-fourth year of construction, correctly, on schedule, because its work was finished, and there is a resolution, and Ines read it, and it is a well-drafted resolution.</w:t>
      </w:r>
    </w:p>
    <w:p>
      <w:pPr>
        <w:ind w:firstLine="720"/>
      </w:pPr>
      <w:r>
        <w:t>The consortium is on Earth. The consortium was always on Earth. The consortium's authority ran to the delivery of a vessel and the vessel had been delivered, to itself, four years ago, and the consortium had sent nine hundred and forty words of congratulation by radio which had arrived eleven days later and been posted on a board in the second ring where it stayed for a fortnight and then came down.</w:t>
      </w:r>
    </w:p>
    <w:p>
      <w:pPr>
        <w:ind w:firstLine="720"/>
      </w:pPr>
      <w:r>
        <w:t>Every instrument aboard the Ark-Genesis is a building instrument. Every single one.</w:t>
      </w:r>
    </w:p>
    <w:p>
      <w:pPr>
        <w:ind w:firstLine="720"/>
      </w:pPr>
      <w:r>
        <w:t>Not one of them says anything whatsoever about a person, except as a load, or a signature, or a name against a berth.</w:t>
      </w:r>
    </w:p>
    <w:p>
      <w:pPr>
        <w:ind w:firstLine="720"/>
      </w:pPr>
      <w:r>
        <w:t>Ines went through it a second time to be sure, because the first pass had felt like a mistake she was making rather than a fact she was finding, and the second pass took a day and a half and produced the identical result, and at the end of it she wrote four words in a notebook and underlined them and sat looking at the wall of the forward transfer gallery for some time.</w:t>
      </w:r>
    </w:p>
    <w:p>
      <w:pPr>
        <w:ind w:firstLine="720"/>
      </w:pPr>
      <w:r>
        <w:t>What she wrote was:</w:t>
      </w:r>
    </w:p>
    <w:p>
      <w:pPr>
        <w:ind w:firstLine="720"/>
      </w:pPr>
      <w:r>
        <w:t>It was about a Tuesday.</w:t>
      </w:r>
    </w:p>
    <w:p>
      <w:pPr>
        <w:ind w:firstLine="720"/>
      </w:pPr>
      <w:r>
        <w:t>Because it was. The whole of it. The entire question of who governs ninety-five thousand five hundred and eighty-three human beings for thirty-two more years had surfaced, for the first time, as an argument about which fortnight a fifty-one-year-old woman was going to walk a corridor in, and it had been resolved in four minutes by a man with no authority to resolve it, correctly, to everyone's satisfaction, and nobody would ever have looked at it again if Sergei Duhamel had not been the sort of man who says</w:t>
      </w:r>
    </w:p>
    <w:p>
      <w:pPr>
        <w:ind w:firstLine="720"/>
      </w:pPr>
      <w:r>
        <w:t>on what authority</w:t>
      </w:r>
    </w:p>
    <w:p>
      <w:pPr>
        <w:ind w:firstLine="720"/>
      </w:pPr>
      <w:r>
        <w:t>to an empty gallery.</w:t>
      </w:r>
    </w:p>
    <w:p>
      <w:pPr>
        <w:ind w:firstLine="720"/>
      </w:pPr>
      <w:r>
        <w:t>She took it to the second ring nine days later and put it to all ten of them at once, because she could not think of a smaller way to do it, and she did it badly. She knew she did it badly. She had prepared four pages and she read from them, and the first page was a list of instruments and the second page was a list of instruments, and by the third page Aiyana was drawing something on the back of her hand and Dov had asked two questions that were both about the consortium.</w:t>
      </w:r>
    </w:p>
    <w:p>
      <w:pPr>
        <w:ind w:firstLine="720"/>
      </w:pPr>
      <w:r>
        <w:t>It was Nnamdi who got it. He got it about a third of the way down the second page, and Ines saw him get it, and he did not say anything, and she watched him sit back very slowly in the chair and put one hand flat on the table.</w:t>
      </w:r>
    </w:p>
    <w:p>
      <w:pPr>
        <w:ind w:firstLine="720"/>
      </w:pPr>
      <w:r>
        <w:t>“Say the last bit again,” he said, when she had finished.</w:t>
      </w:r>
    </w:p>
    <w:p>
      <w:pPr>
        <w:ind w:firstLine="720"/>
      </w:pPr>
      <w:r>
        <w:t>“There is no instrument aboard this ship under which any person may lawfully be required to do anything, or prevented from doing anything, or judged for having done anything.”</w:t>
      </w:r>
    </w:p>
    <w:p>
      <w:pPr>
        <w:ind w:firstLine="720"/>
      </w:pPr>
      <w:r>
        <w:t>“And we've been doing all three.”</w:t>
      </w:r>
    </w:p>
    <w:p>
      <w:pPr>
        <w:ind w:firstLine="720"/>
      </w:pPr>
      <w:r>
        <w:t>“For four years,” said Ines. “Continuously.”</w:t>
      </w:r>
    </w:p>
    <w:p>
      <w:pPr>
        <w:ind w:firstLine="720"/>
      </w:pPr>
      <w:r>
        <w:t>“And it's worked.”</w:t>
      </w:r>
    </w:p>
    <w:p>
      <w:pPr>
        <w:ind w:firstLine="720"/>
      </w:pPr>
      <w:r>
        <w:t>“It has worked perfectly,” she said, “which is why nobody noticed, and I want that in the record too.”</w:t>
      </w:r>
    </w:p>
    <w:p>
      <w:pPr>
        <w:ind w:firstLine="720"/>
      </w:pPr>
      <w:r>
        <w:t>What happened next is the part that survives four generations, and it is not dramatic, and it should not be written as though it were.</w:t>
      </w:r>
    </w:p>
    <w:p>
      <w:pPr>
        <w:ind w:firstLine="720"/>
      </w:pPr>
      <w:r>
        <w:t>Halima said that they should probably do something about it at some point. Renata said that they should not do anything about it in the next four days because anything drafted in the next four days would be drafted by people who had just had a shock. Aiyana asked, reasonably, whether it mattered, given that everybody aboard was either asleep or in this room. Miriam said that it mattered to her because she had gone to Calder rather than to Sergei and she had known when she did it that she was going to the person who would say yes, and she had not liked knowing that about herself.</w:t>
      </w:r>
    </w:p>
    <w:p>
      <w:pPr>
        <w:ind w:firstLine="720"/>
      </w:pPr>
      <w:r>
        <w:t>And Calder said very little, and what he said was that his instinct was to change as little as possible, because ninety-five thousand people had consented to a voyage and not to a constitution, and that whatever the ten of them wrote they would be writing on behalf of people who could not be asked.</w:t>
      </w:r>
    </w:p>
    <w:p>
      <w:pPr>
        <w:ind w:firstLine="720"/>
      </w:pPr>
      <w:r>
        <w:t>That was a decent position. Ines thought so then and she thought so at the end, and it is important that it be understood as a decent position, because the entire remainder of this history is what happened to it.</w:t>
      </w:r>
    </w:p>
    <w:p>
      <w:pPr>
        <w:ind w:firstLine="720"/>
      </w:pPr>
      <w:r>
        <w:t>Nnamdi walked out with her as far as the ring lock.</w:t>
      </w:r>
    </w:p>
    <w:p>
      <w:pPr>
        <w:ind w:firstLine="720"/>
      </w:pPr>
      <w:r>
        <w:t>“Ask Earth,” Ines said. “That's what I keep coming back to. Ask the consortium what instrument we're operating under and let them tell us.”</w:t>
      </w:r>
    </w:p>
    <w:p>
      <w:pPr>
        <w:ind w:firstLine="720"/>
      </w:pPr>
      <w:r>
        <w:t>“Four days each way,” said Nnamdi. “This year. Next year it's five. In eleven years it's a month, and in twenty it's a season, and at the far end it is eight years for a question and an answer, and Dov has the graph and shows it to people at meals.”</w:t>
      </w:r>
    </w:p>
    <w:p>
      <w:pPr>
        <w:ind w:firstLine="720"/>
      </w:pPr>
      <w:r>
        <w:t>“Then we ask now, while it's four days.”</w:t>
      </w:r>
    </w:p>
    <w:p>
      <w:pPr>
        <w:ind w:firstLine="720"/>
      </w:pPr>
      <w:r>
        <w:t>“And in eleven years, when we have a question they have not already answered, we will be exactly where we are tonight, except that we will have got out of the habit of thinking about it.” He stopped at the lock and did not go through it. “That's the shape of it, Ines. It is not that we cannot ask. It is that the asking is going to become a formality on a schedule, and formalities on a schedule are how people stop noticing that they are alone. I would rather we noticed now.”</w:t>
      </w:r>
    </w:p>
    <w:p>
      <w:pPr>
        <w:ind w:firstLine="720"/>
      </w:pPr>
      <w:r>
        <w:t>“You're the one who told a hundred thousand people this was a voyage and not an emigration.”</w:t>
      </w:r>
    </w:p>
    <w:p>
      <w:pPr>
        <w:ind w:firstLine="720"/>
      </w:pPr>
      <w:r>
        <w:t>“I am,” he said, “and it was true when I wrote it, and it is the only piece of copy I have ever produced that I would like to go back and put a footnote on.”</w:t>
      </w:r>
    </w:p>
    <w:p>
      <w:pPr>
        <w:ind w:firstLine="720"/>
      </w:pPr>
      <w:r>
        <w:t>He went through the lock. Ines wrote that down too, later, in the same notebook, on the page after the four words, because she had begun to write things down and had not yet decided what the book was for.</w:t>
      </w:r>
    </w:p>
    <w:p>
      <w:pPr>
        <w:ind w:firstLine="720"/>
      </w:pPr>
      <w:r>
        <w:t>They agreed to think about it. They set no date. The meeting broke up after fifty-one minutes and Ines Ferrer walked back down the spine with her four pages under her arm, and in the morning she began, for entirely unrelated reasons and purely as administration, keeping a small notebook of who had covered whose watch and who owed whom what.</w:t>
      </w:r>
    </w:p>
    <w:p>
      <w:r>
        <w:br w:type="page"/>
      </w:r>
    </w:p>
    <w:p>
      <w:pPr>
        <w:pStyle w:val="Heading1"/>
      </w:pPr>
      <w:r>
        <w:t>Chapter 5 &amp;mdash; The Man Who Sold It</w:t>
      </w:r>
    </w:p>
    <w:p>
      <w:pPr>
        <w:ind w:firstLine="720"/>
      </w:pPr>
      <w:r>
        <w:t>Night Shift · Year 5, Day 33 · Units 4, 7, 11 · Unreviewed</w:t>
      </w:r>
    </w:p>
    <w:p>
      <w:pPr>
        <w:ind w:firstLine="720"/>
      </w:pPr>
      <w:r>
        <w:t>01:04:39</w:t>
      </w:r>
    </w:p>
    <w:p>
      <w:pPr>
        <w:ind w:firstLine="720"/>
      </w:pPr>
      <w:r>
        <w:t>U-07</w:t>
      </w:r>
    </w:p>
    <w:p>
      <w:pPr>
        <w:ind w:firstLine="720"/>
      </w:pPr>
      <w:r>
        <w:t>Ring two, district 402. Okonjo, N. awake and working. Withdrew. Did not ask again.</w:t>
      </w:r>
    </w:p>
    <w:p>
      <w:pPr>
        <w:ind w:firstLine="720"/>
      </w:pPr>
      <w:r>
        <w:t>02:21:15</w:t>
      </w:r>
    </w:p>
    <w:p>
      <w:pPr>
        <w:ind w:firstLine="720"/>
      </w:pPr>
      <w:r>
        <w:t>U-11</w:t>
      </w:r>
    </w:p>
    <w:p>
      <w:pPr>
        <w:ind w:firstLine="720"/>
      </w:pPr>
      <w:r>
        <w:t>Bay 2, gallery 11. Nameplate re-seated. Legible. No fault.</w:t>
      </w:r>
    </w:p>
    <w:p>
      <w:pPr>
        <w:ind w:firstLine="720"/>
      </w:pPr>
      <w:r>
        <w:t>03:47:02</w:t>
      </w:r>
    </w:p>
    <w:p>
      <w:pPr>
        <w:ind w:firstLine="720"/>
      </w:pPr>
      <w:r>
        <w:t>U-04</w:t>
      </w:r>
    </w:p>
    <w:p>
      <w:pPr>
        <w:ind w:firstLine="720"/>
      </w:pPr>
      <w:r>
        <w:t>Spine, frame 9. Seal integrity check. Access not attempted. Recorded.</w:t>
      </w:r>
    </w:p>
    <w:p>
      <w:pPr>
        <w:ind w:firstLine="720"/>
      </w:pPr>
      <w:r>
        <w:t>04:29:58</w:t>
      </w:r>
    </w:p>
    <w:p>
      <w:pPr>
        <w:ind w:firstLine="720"/>
      </w:pPr>
      <w:r>
        <w:t>U-07</w:t>
      </w:r>
    </w:p>
    <w:p>
      <w:pPr>
        <w:ind w:firstLine="720"/>
      </w:pPr>
      <w:r>
        <w:t>Forward yard. Probe body, sealed, four watts, mass 41kg. Description field blank. Recorded as observed.</w:t>
      </w:r>
    </w:p>
    <w:p>
      <w:pPr>
        <w:ind w:firstLine="720"/>
      </w:pPr>
      <w:r>
        <w:t>05:50:44</w:t>
      </w:r>
    </w:p>
    <w:p>
      <w:pPr>
        <w:ind w:firstLine="720"/>
      </w:pPr>
      <w:r>
        <w:t>U-11</w:t>
      </w:r>
    </w:p>
    <w:p>
      <w:pPr>
        <w:ind w:firstLine="720"/>
      </w:pPr>
      <w:r>
        <w:t>Corridor 9. Music heard. Source not located. Logged as unexplained sound.</w:t>
      </w:r>
    </w:p>
    <w:p>
      <w:pPr>
        <w:ind w:firstLine="720"/>
      </w:pPr>
      <w:r>
        <w:t>Nnamdi Okonjo could not fix anything.</w:t>
      </w:r>
    </w:p>
    <w:p>
      <w:pPr>
        <w:ind w:firstLine="720"/>
      </w:pPr>
      <w:r>
        <w:t>He wanted it stated plainly and he stated it plainly, often, usually before somebody else could, which was a technique and he knew it was a technique. He could not fix a scrubber. He could not read a perfusion index. He had been shown the rail car's manual release four times by four different people and could not, under pressure, have found it. On a ship with ten people aboard, nine of them held a function that would kill somebody if it stopped, and the tenth wrote things.</w:t>
      </w:r>
    </w:p>
    <w:p>
      <w:pPr>
        <w:ind w:firstLine="720"/>
      </w:pPr>
      <w:r>
        <w:t>What he had done was sell it.</w:t>
      </w:r>
    </w:p>
    <w:p>
      <w:pPr>
        <w:ind w:firstLine="720"/>
      </w:pPr>
      <w:r>
        <w:t>Not in the vulgar sense, though he had been called worse and by better people. The Ark-Genesis had been built by a consortium that needed ninety-five thousand five hundred and eighty-three human beings to voluntarily lie down in a box and be carried six billion miles from everything they had, and no amount of engineering makes anybody do that. Somebody had to write the words. Nnamdi Okonjo had written the words, over nineteen years, in eleven languages, on four continents, and they had worked, and every single person asleep in the four bays was asleep in part because of a sentence he had constructed.</w:t>
      </w:r>
    </w:p>
    <w:p>
      <w:pPr>
        <w:ind w:firstLine="720"/>
      </w:pPr>
      <w:r>
        <w:t>He knew the sentences. He could still recite the district-level material for the coastal intake, which had been the hardest, and which he had rewritten forty-one times.</w:t>
      </w:r>
    </w:p>
    <w:p>
      <w:pPr>
        <w:ind w:firstLine="720"/>
      </w:pPr>
      <w:r>
        <w:t>He was fifty-two years old and he had come aboard because he could not have lived with not coming aboard, and that was the whole of his qualification, and the works committee had put him on the complement anyway, and he had never established to his own satisfaction whether that was a judgement or a courtesy.</w:t>
      </w:r>
    </w:p>
    <w:p>
      <w:pPr>
        <w:ind w:firstLine="720"/>
      </w:pPr>
      <w:r>
        <w:t>In the fifth year he found out what he was for.</w:t>
      </w:r>
    </w:p>
    <w:p>
      <w:pPr>
        <w:ind w:firstLine="720"/>
      </w:pPr>
      <w:r>
        <w:t>It began badly. Ines had put her four pages to the room in the fourth year and nothing had happened, in the specific way that nothing happens when nine competent people all privately expect a tenth to start. Renata had said not to draft in a hurry and had been right, and then eleven months had gone by, and the not-drafting had become a settled condition rather than a decision, and Nnamdi had watched it settle with an increasing and entirely unproductive discomfort.</w:t>
      </w:r>
    </w:p>
    <w:p>
      <w:pPr>
        <w:ind w:firstLine="720"/>
      </w:pPr>
      <w:r>
        <w:t>What broke it was Halima falling down a gallery ladder in Bay Three.</w:t>
      </w:r>
    </w:p>
    <w:p>
      <w:pPr>
        <w:ind w:firstLine="720"/>
      </w:pPr>
      <w:r>
        <w:t>She was not badly hurt. She had a fractured wrist and a great deal to say about the lighting, and she was back on the round in eleven days with the wrist strapped and Aiyana doing the readouts. The whole incident occupied about four hours of the ship's attention.</w:t>
      </w:r>
    </w:p>
    <w:p>
      <w:pPr>
        <w:ind w:firstLine="720"/>
      </w:pPr>
      <w:r>
        <w:t>Nnamdi did not sleep that night, and in the morning he wrote a document, and the document was one page long.</w:t>
      </w:r>
    </w:p>
    <w:p>
      <w:pPr>
        <w:ind w:firstLine="720"/>
      </w:pPr>
      <w:r>
        <w:t>It said: if one of the ten dies or is permanently incapacitated, the following procedure is executed. It named the function. It set out how the surviving nine would establish that the function could not be covered. And then it said that where the function could not be covered, a person would be woken from the tiers to hold it, and it named the criteria by which that person would be identified, and — this was the part that mattered and the part he fought for — it required that the person be identified</w:t>
      </w:r>
    </w:p>
    <w:p>
      <w:pPr>
        <w:ind w:firstLine="720"/>
      </w:pPr>
      <w:r>
        <w:t>in advance, by name, in a published document, before there was any occasion to need them.</w:t>
      </w:r>
    </w:p>
    <w:p>
      <w:pPr>
        <w:ind w:firstLine="720"/>
      </w:pPr>
      <w:r>
        <w:t>“Why in advance?” said Aiyana, who was not being difficult.</w:t>
      </w:r>
    </w:p>
    <w:p>
      <w:pPr>
        <w:ind w:firstLine="720"/>
      </w:pPr>
      <w:r>
        <w:t>“Because if we do it afterwards, we will do it in a week where somebody has died.”</w:t>
      </w:r>
    </w:p>
    <w:p>
      <w:pPr>
        <w:ind w:firstLine="720"/>
      </w:pPr>
      <w:r>
        <w:t>“We'd still pick the right person.”</w:t>
      </w:r>
    </w:p>
    <w:p>
      <w:pPr>
        <w:ind w:firstLine="720"/>
      </w:pPr>
      <w:r>
        <w:t>“We would pick a person,” Nnamdi said, “and we would be able to say afterwards that we had picked them for their qualifications, and there would be no way on this ship for anybody to check that, including us. So we do it now, while nothing is wrong, and we publish it, and then in nine years when it happens we are not choosing. We are executing.”</w:t>
      </w:r>
    </w:p>
    <w:p>
      <w:pPr>
        <w:ind w:firstLine="720"/>
      </w:pPr>
      <w:r>
        <w:t>It took four sessions. The objections were good. Miriam objected that naming a sleeper in a document they could not consult was doing to one person, formally, the thing they had all been uneasy about doing to a hundred thousand informally; Nnamdi conceded this completely and said that the alternative was doing it to them later and worse. Coda, who came up the spine for the sessions and sat at the back and said almost nothing, asked one question, which was whether the woken person would be able to go back.</w:t>
      </w:r>
    </w:p>
    <w:p>
      <w:pPr>
        <w:ind w:firstLine="720"/>
      </w:pPr>
      <w:r>
        <w:t>Nobody had thought about that.</w:t>
      </w:r>
    </w:p>
    <w:p>
      <w:pPr>
        <w:ind w:firstLine="720"/>
      </w:pPr>
      <w:r>
        <w:t>“Back?” said Nnamdi.</w:t>
      </w:r>
    </w:p>
    <w:p>
      <w:pPr>
        <w:ind w:firstLine="720"/>
      </w:pPr>
      <w:r>
        <w:t>“To the tier. If the function stops being needed.”</w:t>
      </w:r>
    </w:p>
    <w:p>
      <w:pPr>
        <w:ind w:firstLine="720"/>
      </w:pPr>
      <w:r>
        <w:t>“I suppose they could. Medically. Halima?”</w:t>
      </w:r>
    </w:p>
    <w:p>
      <w:pPr>
        <w:ind w:firstLine="720"/>
      </w:pPr>
      <w:r>
        <w:t>“Medically, yes,” said Halima. “Repeatedly, even. It is not good for a person but it is not dangerous.”</w:t>
      </w:r>
    </w:p>
    <w:p>
      <w:pPr>
        <w:ind w:firstLine="720"/>
      </w:pPr>
      <w:r>
        <w:t>“Then say so,” said Coda, “and say who decides,” and went back down the spine, and the clause went in, and it said that the woken person may be returned to suspension when the function is no longer required, on the determination of the surviving complement. Four lines. It was the least contested clause in the document. It passed without a single objection because it was obviously humane, and it is the reason a woman named Soma Barua lost nineteen years of her life in slices, and not one of the ten who wrote it ever knew that, including Coda, who asked for it, and who was the reason.</w:t>
      </w:r>
    </w:p>
    <w:p>
      <w:pPr>
        <w:ind w:firstLine="720"/>
      </w:pPr>
      <w:r>
        <w:t>The names went in last. They spent two sessions on the names and Halima did the work, going through ninety-five thousand five hundred and seventy-three intake forms against nine functions, and she came back with a list.</w:t>
      </w:r>
    </w:p>
    <w:p>
      <w:pPr>
        <w:ind w:firstLine="720"/>
      </w:pPr>
      <w:r>
        <w:t>For environmental and plant, the name she came back with was in Bay Two, gallery eleven, berth 11,882: a woman who had run environmental balance on an orbital yard for nine years, and who was thirty-one on boarding, and whose intake form said, in the box about eleven lines deep,</w:t>
      </w:r>
    </w:p>
    <w:p>
      <w:pPr>
        <w:ind w:firstLine="720"/>
      </w:pPr>
      <w:r>
        <w:t>I would like to be useful when I get there.</w:t>
      </w:r>
    </w:p>
    <w:p>
      <w:pPr>
        <w:ind w:firstLine="720"/>
      </w:pPr>
      <w:r>
        <w:t>Nnamdi read that line four times and then put the form face down on the table and said they would go with her.</w:t>
      </w:r>
    </w:p>
    <w:p>
      <w:pPr>
        <w:ind w:firstLine="720"/>
      </w:pPr>
      <w:r>
        <w:t>The procedure was published on day thirty-three of the fifth year. Published is a strange word for a document circulated to nine people, and Nnamdi insisted on it anyway, and insisted further that it be posted on the board in the second ring where the consortium's congratulations had hung, and it hung there for the rest of the crossing, and by the twentieth year it had faded to the point where you could not read the names without knowing them.</w:t>
      </w:r>
    </w:p>
    <w:p>
      <w:pPr>
        <w:ind w:firstLine="720"/>
      </w:pPr>
      <w:r>
        <w:t>There is one more thing about that document and it is the thing Nnamdi was proudest of and nobody ever remarked on.</w:t>
      </w:r>
    </w:p>
    <w:p>
      <w:pPr>
        <w:ind w:firstLine="720"/>
      </w:pPr>
      <w:r>
        <w:t>He wrote it as a procedure and not as a power.</w:t>
      </w:r>
    </w:p>
    <w:p>
      <w:pPr>
        <w:ind w:firstLine="720"/>
      </w:pPr>
      <w:r>
        <w:t>It does not say that the nine may wake somebody. It says that where a function fails, the following steps occur, and it lists them, and the last step is that a named person is woken. There is no discretion anywhere in it. There is no clause permitting the nine to decide not to, and no clause permitting them to wake somebody who is not named, and no clause under which the criteria may be revisited by the people the criteria are protecting them from. He drafted four versions with discretion in them, because discretion is easier and every lawyer he had ever worked with would have put it there, and then he took it out of all four.</w:t>
      </w:r>
    </w:p>
    <w:p>
      <w:pPr>
        <w:ind w:firstLine="720"/>
      </w:pPr>
      <w:r>
        <w:t>“A power gets used,” he told Renata, who had asked, and who was the only one who had. “A procedure gets executed. The difference is that in nine years, when we are tired and frightened and one of us is dead, a power is a thing we will argue about and a procedure is a thing we will simply do, and I would like us to simply do it.”</w:t>
      </w:r>
    </w:p>
    <w:p>
      <w:pPr>
        <w:ind w:firstLine="720"/>
      </w:pPr>
      <w:r>
        <w:t>“And if the procedure is wrong by then?”</w:t>
      </w:r>
    </w:p>
    <w:p>
      <w:pPr>
        <w:ind w:firstLine="720"/>
      </w:pPr>
      <w:r>
        <w:t>“Then it will be wrong,” said Nnamdi, “and it will be wrong the same way for everybody, and somebody will be able to point at the page and say so.”</w:t>
      </w:r>
    </w:p>
    <w:p>
      <w:pPr>
        <w:ind w:firstLine="720"/>
      </w:pPr>
      <w:r>
        <w:t>Renata Oyelaran, who had at that point never drafted a legal instrument in her life and would spend the next thirty-one years doing very little else, took the page away with her and read it four times and did not give it back.</w:t>
      </w:r>
    </w:p>
    <w:p>
      <w:pPr>
        <w:ind w:firstLine="720"/>
      </w:pPr>
      <w:r>
        <w:t>That is what he was for. He understood it about a week later, walking the second ring at an hour when there was nobody to see him do it, and it was not a comfortable understanding.</w:t>
      </w:r>
    </w:p>
    <w:p>
      <w:pPr>
        <w:ind w:firstLine="720"/>
      </w:pPr>
      <w:r>
        <w:t>Nine people aboard that ship thought about whether a thing would work. He was the only one who thought about how it would read to somebody who had not been in the room, and there were ninety-five thousand five hundred and seventy-three people who had not been in the room, and every one of them was going to wake up into a world these ten had invented while they slept, and be handed it, and be expected to find it reasonable.</w:t>
      </w:r>
    </w:p>
    <w:p>
      <w:pPr>
        <w:ind w:firstLine="720"/>
      </w:pPr>
      <w:r>
        <w:t>He was not their representative. He had no standing whatsoever to be their representative and he never once claimed it. What he was, was the only person in the room who could not stop imagining the face of somebody reading it afterwards.</w:t>
      </w:r>
    </w:p>
    <w:p>
      <w:pPr>
        <w:ind w:firstLine="720"/>
      </w:pPr>
      <w:r>
        <w:t>It made him useful and it made him dangerous, and he knew both, and he wrote it down in his own notes in the fifth year in a sentence he never showed anybody:</w:t>
      </w:r>
    </w:p>
    <w:p>
      <w:pPr>
        <w:ind w:firstLine="720"/>
      </w:pPr>
      <w:r>
        <w:t>I am the one who will always know how to make it sound all right. Somebody should watch me.</w:t>
      </w:r>
    </w:p>
    <w:p>
      <w:pPr>
        <w:ind w:firstLine="720"/>
      </w:pPr>
      <w:r>
        <w:t>Nobody did.</w:t>
      </w:r>
    </w:p>
    <w:p>
      <w:pPr>
        <w:ind w:firstLine="720"/>
      </w:pPr>
      <w:r>
        <w:t>The last thing he did that year was walk up the spine to frame nine and stand in front of the Vault seal for a while, because Ines had put it on her list of instruments and it was the only one on the list he did not understand. It is a construction seal. There is a works order for it. It is nineteen years old and it is entirely regular and there is nothing about it that any records officer in the world would flag.</w:t>
      </w:r>
    </w:p>
    <w:p>
      <w:pPr>
        <w:ind w:firstLine="720"/>
      </w:pPr>
      <w:r>
        <w:t>Nnamdi looked at it for four or five minutes, the way a man looks at a sentence that scans correctly and is somehow wrong, and could not get hold of what was bothering him, and went back down the spine, and did not mention it to anybody for twenty-six years.</w:t>
      </w:r>
    </w:p>
    <w:p>
      <w:r>
        <w:br w:type="page"/>
      </w:r>
    </w:p>
    <w:p>
      <w:pPr>
        <w:pStyle w:val="Heading1"/>
      </w:pPr>
      <w:r>
        <w:t>Chapter 6 &amp;mdash; Green Things</w:t>
      </w:r>
    </w:p>
    <w:p>
      <w:pPr>
        <w:ind w:firstLine="720"/>
      </w:pPr>
      <w:r>
        <w:t>Night Shift · Year 1, Day 260 · Units 4, 7, 11 · Unreviewed</w:t>
      </w:r>
    </w:p>
    <w:p>
      <w:pPr>
        <w:ind w:firstLine="720"/>
      </w:pPr>
      <w:r>
        <w:t>01:19:51</w:t>
      </w:r>
    </w:p>
    <w:p>
      <w:pPr>
        <w:ind w:firstLine="720"/>
      </w:pPr>
      <w:r>
        <w:t>U-04</w:t>
      </w:r>
    </w:p>
    <w:p>
      <w:pPr>
        <w:ind w:firstLine="720"/>
      </w:pPr>
      <w:r>
        <w:t>Ring one, dome two. Trays returned to rack. Task not requested. Recorded.</w:t>
      </w:r>
    </w:p>
    <w:p>
      <w:pPr>
        <w:ind w:firstLine="720"/>
      </w:pPr>
      <w:r>
        <w:t>02:40:11</w:t>
      </w:r>
    </w:p>
    <w:p>
      <w:pPr>
        <w:ind w:firstLine="720"/>
      </w:pPr>
      <w:r>
        <w:t>U-11</w:t>
      </w:r>
    </w:p>
    <w:p>
      <w:pPr>
        <w:ind w:firstLine="720"/>
      </w:pPr>
      <w:r>
        <w:t>District 188, deck plate 12. Fastener replaced. Task not requested. Recorded.</w:t>
      </w:r>
    </w:p>
    <w:p>
      <w:pPr>
        <w:ind w:firstLine="720"/>
      </w:pPr>
      <w:r>
        <w:t>03:33:29</w:t>
      </w:r>
    </w:p>
    <w:p>
      <w:pPr>
        <w:ind w:firstLine="720"/>
      </w:pPr>
      <w:r>
        <w:t>U-07</w:t>
      </w:r>
    </w:p>
    <w:p>
      <w:pPr>
        <w:ind w:firstLine="720"/>
      </w:pPr>
      <w:r>
        <w:t>Dome four. Achebe, M. present, working. Withdrew. Did not ask again.</w:t>
      </w:r>
    </w:p>
    <w:p>
      <w:pPr>
        <w:ind w:firstLine="720"/>
      </w:pPr>
      <w:r>
        <w:t>04:52:07</w:t>
      </w:r>
    </w:p>
    <w:p>
      <w:pPr>
        <w:ind w:firstLine="720"/>
      </w:pPr>
      <w:r>
        <w:t>U-04</w:t>
      </w:r>
    </w:p>
    <w:p>
      <w:pPr>
        <w:ind w:firstLine="720"/>
      </w:pPr>
      <w:r>
        <w:t>Spine, frame 9. Personnel present, working. Access authorised. Withdrew.</w:t>
      </w:r>
    </w:p>
    <w:p>
      <w:pPr>
        <w:ind w:firstLine="720"/>
      </w:pPr>
      <w:r>
        <w:t>05:41:33</w:t>
      </w:r>
    </w:p>
    <w:p>
      <w:pPr>
        <w:ind w:firstLine="720"/>
      </w:pPr>
      <w:r>
        <w:t>U-11</w:t>
      </w:r>
    </w:p>
    <w:p>
      <w:pPr>
        <w:ind w:firstLine="720"/>
      </w:pPr>
      <w:r>
        <w:t>Ring two, counter 1. Surface cleaned. No works order.</w:t>
      </w:r>
    </w:p>
    <w:p>
      <w:pPr>
        <w:ind w:firstLine="720"/>
      </w:pPr>
      <w:r>
        <w:t>The first harvest came in on day two hundred and sixty of the first year and it was wheat, and it was four per cent under, and Miriam Achebe stood in dome two at six in the morning with a handful of it and was happier than she had ever been in her life.</w:t>
      </w:r>
    </w:p>
    <w:p>
      <w:pPr>
        <w:ind w:firstLine="720"/>
      </w:pPr>
      <w:r>
        <w:t>Four per cent under is nothing. Four per cent under on a first cycle in a system that has never been run at scale is, in agronomic terms, a triumph so complete that Miriam had checked the figure three times looking for the error, and then done it a fourth time on paper because she did not trust a machine to tell her a thing that good.</w:t>
      </w:r>
    </w:p>
    <w:p>
      <w:pPr>
        <w:ind w:firstLine="720"/>
      </w:pPr>
      <w:r>
        <w:t>The domes are in ring one and there are eleven of them and they are the most beautiful volumes on the ship, and every single person who ever came aboard said so, and Miriam never got tired of hearing it and never once said so out loud.</w:t>
      </w:r>
    </w:p>
    <w:p>
      <w:pPr>
        <w:ind w:firstLine="720"/>
      </w:pPr>
      <w:r>
        <w:t>They spin with the ring, which gives them weight. Above them is four hundred metres of nothing and then the lighting deck, which is a plane of it, and the light is not sunlight and is not trying to be. It is engineered. It has a spectrum designed for what is under it rather than for what a human eye expects, and the consequence is that dome four, which is legumes, is lit in a colour that most people find faintly wrong for the first fortnight and then stop seeing. Dome two is wheat and barley and is lit like an afternoon in a country none of them had ever been to.</w:t>
      </w:r>
    </w:p>
    <w:p>
      <w:pPr>
        <w:ind w:firstLine="720"/>
      </w:pPr>
      <w:r>
        <w:t>They had left the lighting on the pre-departure programme for the whole of the first year: a full Earth day, dawn and noon and a proper evening, twenty-four hours, no reason. It was in the specification and nobody had questioned it. Miriam moved it to the transit programme in the second year, which is eleven hours of light and thirteen of dark, and got four per cent more out of everything, and mourned it a bit and told nobody.</w:t>
      </w:r>
    </w:p>
    <w:p>
      <w:pPr>
        <w:ind w:firstLine="720"/>
      </w:pPr>
      <w:r>
        <w:t>The plan ran for thirty-six years.</w:t>
      </w:r>
    </w:p>
    <w:p>
      <w:pPr>
        <w:ind w:firstLine="720"/>
      </w:pPr>
      <w:r>
        <w:t>That is not a figure of speech. There was a document, and Miriam had written it, and it had four hundred and eleven pages, and it specified every planting and every harvest and every rotation and every fallow in every one of the eleven domes for the entire duration of the crossing, and it had been reviewed by nine agronomists on Earth who no longer had any way to be consulted about it.</w:t>
      </w:r>
    </w:p>
    <w:p>
      <w:pPr>
        <w:ind w:firstLine="720"/>
      </w:pPr>
      <w:r>
        <w:t>It had no slack in it anywhere.</w:t>
      </w:r>
    </w:p>
    <w:p>
      <w:pPr>
        <w:ind w:firstLine="720"/>
      </w:pPr>
      <w:r>
        <w:t>Not because it had been drafted carelessly. Because it could not have any. Eleven domes have a fixed area, and a ship carries a fixed mass of soil substrate, and a population of ten eats a known quantity, and the ninety-five thousand five hundred and seventy-three in the bays would eat a very large known quantity for four months at the far end while the surface work began, and that was the number the whole plan was built backwards from. Every dome-year between here and Aura-36 was spoken for. There was no fallow that was not doing work. There was no cycle you could lose without losing the one after it, because the substrate had to be conditioned by the crop that came before.</w:t>
      </w:r>
    </w:p>
    <w:p>
      <w:pPr>
        <w:ind w:firstLine="720"/>
      </w:pPr>
      <w:r>
        <w:t>Miriam knew what she had. She had a thirty-six-year machine with no spare parts, and the only thing that would break it was a thing she could not model, and the whole of her professional life for the next three decades consisted of being ready for that and hoping to be bored.</w:t>
      </w:r>
    </w:p>
    <w:p>
      <w:pPr>
        <w:ind w:firstLine="720"/>
      </w:pPr>
      <w:r>
        <w:t>She was fifty-one and she had come aboard alone, and she was the only openly religious person among the ten, and neither of those facts had come up yet.</w:t>
      </w:r>
    </w:p>
    <w:p>
      <w:pPr>
        <w:ind w:firstLine="720"/>
      </w:pPr>
      <w:r>
        <w:t>What had come up, in the first year, was the seed.</w:t>
      </w:r>
    </w:p>
    <w:p>
      <w:pPr>
        <w:ind w:firstLine="720"/>
      </w:pPr>
      <w:r>
        <w:t>The stock she worked from lived in a conditioning room off dome one: working quantities, four seasons ahead, drawn down and replenished on a schedule. That was hers and it had always been hers and there was never any question about it. Behind it, at frame nine in the unspun spine, sealed under a construction order nineteen years old, was the Vault, and the Vault held the whole genetic floor of the species' agriculture — wheat, potato, tomato, coffee, the fruit-tree lines, forty-one thousand accessions in case-bound stock and paper records, everything a hundred thousand people would ever plant on a world nobody had walked on.</w:t>
      </w:r>
    </w:p>
    <w:p>
      <w:pPr>
        <w:ind w:firstLine="720"/>
      </w:pPr>
      <w:r>
        <w:t>That was not hers.</w:t>
      </w:r>
    </w:p>
    <w:p>
      <w:pPr>
        <w:ind w:firstLine="720"/>
      </w:pPr>
      <w:r>
        <w:t>She had asked, once, in the first month, in an entirely ordinary way, whether she should have the frame nine access alongside the conditioning room, since it was the same subject matter. And Calder had said no, he held that one, and had explained why in about forty seconds — single point of custody, no split responsibility, the accessions are not an operational stock and should never be treated as one — and it was a completely sound answer. Miriam had heard the same answer given about four other things on the construction site over the years and had agreed with it every time.</w:t>
      </w:r>
    </w:p>
    <w:p>
      <w:pPr>
        <w:ind w:firstLine="720"/>
      </w:pPr>
      <w:r>
        <w:t>So she said</w:t>
      </w:r>
    </w:p>
    <w:p>
      <w:pPr>
        <w:ind w:firstLine="720"/>
      </w:pPr>
      <w:r>
        <w:t>fair enough</w:t>
      </w:r>
    </w:p>
    <w:p>
      <w:pPr>
        <w:ind w:firstLine="720"/>
      </w:pPr>
      <w:r>
        <w:t>, and went back to the domes, and it did not occur to her to ask again, and it did not occur to anybody else to ask at all.</w:t>
      </w:r>
    </w:p>
    <w:p>
      <w:pPr>
        <w:ind w:firstLine="720"/>
      </w:pPr>
      <w:r>
        <w:t>He worked it himself. That was the other thing, and it was so unremarkable that it took her two years to notice it was unremarkable.</w:t>
      </w:r>
    </w:p>
    <w:p>
      <w:pPr>
        <w:ind w:firstLine="720"/>
      </w:pPr>
      <w:r>
        <w:t>There was a grow bay off the Vault. Not large. It ran on its own loop and it had its own lighting and there were four maintenance units racked in it that were not on Sergei's inventory because they had never been on any inventory, and Aurelio Calder was in there four nights a week doing work that any competent horticulturalist aboard could have done for him and that he had not asked anybody to do.</w:t>
      </w:r>
    </w:p>
    <w:p>
      <w:pPr>
        <w:ind w:firstLine="720"/>
      </w:pPr>
      <w:r>
        <w:t>Miriam saw it twice. Once in the second year, going up the spine for something else, through an open lock: a man in his forties on his knees with his hands in a tray, and two units standing off at the wall doing nothing, waiting. The second time in the sixth year, briefly, the same.</w:t>
      </w:r>
    </w:p>
    <w:p>
      <w:pPr>
        <w:ind w:firstLine="720"/>
      </w:pPr>
      <w:r>
        <w:t>She never mentioned it to anyone and she was never able to say why not. The nearest she got, thinking about it much later, was that it had not looked like a secret. It had looked like a man doing the one thing on the whole ship that he did with his hands, and she had recognised the posture, because it was her posture, and you do not walk in on that.</w:t>
      </w:r>
    </w:p>
    <w:p>
      <w:pPr>
        <w:ind w:firstLine="720"/>
      </w:pPr>
      <w:r>
        <w:t>The other thing that was not hers was the animals, and that one she had asked for.</w:t>
      </w:r>
    </w:p>
    <w:p>
      <w:pPr>
        <w:ind w:firstLine="720"/>
      </w:pPr>
      <w:r>
        <w:t>The Cryo-Embryo Vault is a separate physical volume from the seed and it holds rather more than a million frozen embryos across four hundred and forty species, and it is the genetic floor under everything that will ever walk on Aura-36, and it had been assigned on the complement schedule to a veterinary function that did not exist because the works committee had cut the post in the thirty-first year of construction to save a berth.</w:t>
      </w:r>
    </w:p>
    <w:p>
      <w:pPr>
        <w:ind w:firstLine="720"/>
      </w:pPr>
      <w:r>
        <w:t>Miriam had read that in the fourth month and gone to the room and said that she would take it, and nobody had objected, and that was the entire process by which one woman came to hold agronomy, the eleven domes, the livestock decks and a million frozen animals.</w:t>
      </w:r>
    </w:p>
    <w:p>
      <w:pPr>
        <w:ind w:firstLine="720"/>
      </w:pPr>
      <w:r>
        <w:t>“That is a great deal,” Halima said afterwards, not disapproving.</w:t>
      </w:r>
    </w:p>
    <w:p>
      <w:pPr>
        <w:ind w:firstLine="720"/>
      </w:pPr>
      <w:r>
        <w:t>“Food is food,” said Miriam. “It is all one subject. And there are ten of us and everybody is holding two things and Coda is holding nine.”</w:t>
      </w:r>
    </w:p>
    <w:p>
      <w:pPr>
        <w:ind w:firstLine="720"/>
      </w:pPr>
      <w:r>
        <w:t>That was true and it was also not the reason. The reason was that she had read the schedule and seen a million embryos with no name against them, and had experienced something she did not have a word for that was closer to indignation than to duty. Nobody was watching them. She had said</w:t>
      </w:r>
    </w:p>
    <w:p>
      <w:pPr>
        <w:ind w:firstLine="720"/>
      </w:pPr>
      <w:r>
        <w:t>I will take it</w:t>
      </w:r>
    </w:p>
    <w:p>
      <w:pPr>
        <w:ind w:firstLine="720"/>
      </w:pPr>
      <w:r>
        <w:t>before she had finished the sentence in her own head, and she never regretted it, and it worked her half to death for thirty-one years.</w:t>
      </w:r>
    </w:p>
    <w:p>
      <w:pPr>
        <w:ind w:firstLine="720"/>
      </w:pPr>
      <w:r>
        <w:t>The first harvest was cut over four days and threshed in dome two and there was a supper for it.</w:t>
      </w:r>
    </w:p>
    <w:p>
      <w:pPr>
        <w:ind w:firstLine="720"/>
      </w:pPr>
      <w:r>
        <w:t>All ten came. Ines brought a bottle of something she had been carrying since Earth, which surprised everybody including Ines. Aiyana, who had been aboard eleven months and had spoken perhaps four hundred words in that time, turned out to be extremely funny about review boards. Dov asked Miriam nine questions about gluten formation, of which the eighth was interesting. Coda came up from four miles aft, ate a great deal, said almost nothing and looked, Miriam thought, like somebody visiting a country she approved of and did not want to live in.</w:t>
      </w:r>
    </w:p>
    <w:p>
      <w:pPr>
        <w:ind w:firstLine="720"/>
      </w:pPr>
      <w:r>
        <w:t>Halima made a small speech and it was three sentences long and the third one was</w:t>
      </w:r>
    </w:p>
    <w:p>
      <w:pPr>
        <w:ind w:firstLine="720"/>
      </w:pPr>
      <w:r>
        <w:t>it came up</w:t>
      </w:r>
    </w:p>
    <w:p>
      <w:pPr>
        <w:ind w:firstLine="720"/>
      </w:pPr>
      <w:r>
        <w:t>, and everybody understood it.</w:t>
      </w:r>
    </w:p>
    <w:p>
      <w:pPr>
        <w:ind w:firstLine="720"/>
      </w:pPr>
      <w:r>
        <w:t>Miriam Achebe sat at the end of the table with a glass and looked down the length of it at nine people she had known for four years and would know for thirty-two more, and thought, with great clarity and no anxiety at all, that this was the best it was ever going to be.</w:t>
      </w:r>
    </w:p>
    <w:p>
      <w:pPr>
        <w:ind w:firstLine="720"/>
      </w:pPr>
      <w:r>
        <w:t>She was right, and she knew she was right, and she was not sad about it, and that is a thing worth recording about her because almost nobody else on that ship could have done it.</w:t>
      </w:r>
    </w:p>
    <w:p>
      <w:pPr>
        <w:ind w:firstLine="720"/>
      </w:pPr>
      <w:r>
        <w:t>She was back in dome two at five the following morning, because the barley wanted turning, and the plan had no slack in it anywhere.</w:t>
      </w:r>
    </w:p>
    <w:p>
      <w:r>
        <w:br w:type="page"/>
      </w:r>
    </w:p>
    <w:p>
      <w:pPr>
        <w:pStyle w:val="Heading1"/>
      </w:pPr>
      <w:r>
        <w:t>Chapter 7 &amp;mdash; The Herd</w:t>
      </w:r>
    </w:p>
    <w:p>
      <w:pPr>
        <w:ind w:firstLine="720"/>
      </w:pPr>
      <w:r>
        <w:t>Night Shift · Year 2, Day 174 · Units 4, 7, 11 · Unreviewed</w:t>
      </w:r>
    </w:p>
    <w:p>
      <w:pPr>
        <w:ind w:firstLine="720"/>
      </w:pPr>
      <w:r>
        <w:t>00:47:22</w:t>
      </w:r>
    </w:p>
    <w:p>
      <w:pPr>
        <w:ind w:firstLine="720"/>
      </w:pPr>
      <w:r>
        <w:t>U-11</w:t>
      </w:r>
    </w:p>
    <w:p>
      <w:pPr>
        <w:ind w:firstLine="720"/>
      </w:pPr>
      <w:r>
        <w:t>Livestock deck 2, pen 40. Bedding turned. Task not requested. Recorded.</w:t>
      </w:r>
    </w:p>
    <w:p>
      <w:pPr>
        <w:ind w:firstLine="720"/>
      </w:pPr>
      <w:r>
        <w:t>02:03:49</w:t>
      </w:r>
    </w:p>
    <w:p>
      <w:pPr>
        <w:ind w:firstLine="720"/>
      </w:pPr>
      <w:r>
        <w:t>U-04</w:t>
      </w:r>
    </w:p>
    <w:p>
      <w:pPr>
        <w:ind w:firstLine="720"/>
      </w:pPr>
      <w:r>
        <w:t>Livestock deck 2. Animal standing at 02:03. Animal standing at 02:41. No fault detected.</w:t>
      </w:r>
    </w:p>
    <w:p>
      <w:pPr>
        <w:ind w:firstLine="720"/>
      </w:pPr>
      <w:r>
        <w:t>03:28:16</w:t>
      </w:r>
    </w:p>
    <w:p>
      <w:pPr>
        <w:ind w:firstLine="720"/>
      </w:pPr>
      <w:r>
        <w:t>U-07</w:t>
      </w:r>
    </w:p>
    <w:p>
      <w:pPr>
        <w:ind w:firstLine="720"/>
      </w:pPr>
      <w:r>
        <w:t>Bay 1, walk 4. Condensate wiped. Task not requested. Recorded.</w:t>
      </w:r>
    </w:p>
    <w:p>
      <w:pPr>
        <w:ind w:firstLine="720"/>
      </w:pPr>
      <w:r>
        <w:t>04:15:40</w:t>
      </w:r>
    </w:p>
    <w:p>
      <w:pPr>
        <w:ind w:firstLine="720"/>
      </w:pPr>
      <w:r>
        <w:t>U-11</w:t>
      </w:r>
    </w:p>
    <w:p>
      <w:pPr>
        <w:ind w:firstLine="720"/>
      </w:pPr>
      <w:r>
        <w:t>Forward yard. Cutting apparatus, in use, unattended, powered down at 04:11. Recorded as observed.</w:t>
      </w:r>
    </w:p>
    <w:p>
      <w:pPr>
        <w:ind w:firstLine="720"/>
      </w:pPr>
      <w:r>
        <w:t>05:36:58</w:t>
      </w:r>
    </w:p>
    <w:p>
      <w:pPr>
        <w:ind w:firstLine="720"/>
      </w:pPr>
      <w:r>
        <w:t>U-04</w:t>
      </w:r>
    </w:p>
    <w:p>
      <w:pPr>
        <w:ind w:firstLine="720"/>
      </w:pPr>
      <w:r>
        <w:t>Corridor 9. Music heard. Source not located. Logged as unexplained sound.</w:t>
      </w:r>
    </w:p>
    <w:p>
      <w:pPr>
        <w:ind w:firstLine="720"/>
      </w:pPr>
      <w:r>
        <w:t>There are four thousand nine hundred and forty cattle on the Ark-Genesis and they are on the second livestock deck in ring three, and in the second year of the crossing every single one of them was standing up more than it should have been.</w:t>
      </w:r>
    </w:p>
    <w:p>
      <w:pPr>
        <w:ind w:firstLine="720"/>
      </w:pPr>
      <w:r>
        <w:t>Miriam noticed it in the way you notice these things, which is not by noticing it. She had been through the deck four hundred times. She had walked pen forty on the same rotation as everybody else and looked at the same animals and seen nothing whatever wrong, and the instrumentation agreed with her: feed conversion nominal, water nominal, weight gain within a point of the model, mastitis rate below the Earth baseline, mortality four animals in two years against a projection of eleven.</w:t>
      </w:r>
    </w:p>
    <w:p>
      <w:pPr>
        <w:ind w:firstLine="720"/>
      </w:pPr>
      <w:r>
        <w:t>Everything was better than projected. That is the part to hold on to. By every number that existed, the herd was doing well.</w:t>
      </w:r>
    </w:p>
    <w:p>
      <w:pPr>
        <w:ind w:firstLine="720"/>
      </w:pPr>
      <w:r>
        <w:t>What she noticed was that pen forty was noisy at four in the morning.</w:t>
      </w:r>
    </w:p>
    <w:p>
      <w:pPr>
        <w:ind w:firstLine="720"/>
      </w:pPr>
      <w:r>
        <w:t>Cattle lie down. That is the whole of it, and it is one of the four or five things a person who has kept them knows in their body rather than their head. A healthy animal spends somewhere between nine and fourteen hours a day lying down, and a herd at rest in the small hours is a quiet thing with most of its mass on the floor, and the sound of it is a particular sound that Miriam Achebe had been hearing since she was seven years old.</w:t>
      </w:r>
    </w:p>
    <w:p>
      <w:pPr>
        <w:ind w:firstLine="720"/>
      </w:pPr>
      <w:r>
        <w:t>Pen forty at four in the morning sounded like a herd waiting for something.</w:t>
      </w:r>
    </w:p>
    <w:p>
      <w:pPr>
        <w:ind w:firstLine="720"/>
      </w:pPr>
      <w:r>
        <w:t>She stood at the rail for about forty minutes and counted. Of the ninety-one animals in the pen, fifty-two were on their feet. She went to pen forty-one and it was forty-nine of eighty-eight. She went down the whole deck, which took eleven hours because she started over twice, and she got the same answer everywhere within a few points: something over half the herd, at the deepest hour of the ship's night, standing.</w:t>
      </w:r>
    </w:p>
    <w:p>
      <w:pPr>
        <w:ind w:firstLine="720"/>
      </w:pPr>
      <w:r>
        <w:t>She got the veterinary records and there was nothing in them. She got the feed analysis and there was nothing in it. She ran a full metabolic panel on nine animals from four different pens and every one came back clean, and she sat in the office off the deck at two in the morning with nine clean panels in front of her and understood that she was going to have to argue for a thing she could measure and not explain.</w:t>
      </w:r>
    </w:p>
    <w:p>
      <w:pPr>
        <w:ind w:firstLine="720"/>
      </w:pPr>
      <w:r>
        <w:t>It took her four months to work it out and she worked it out standing in the middle of pen forty watching a cow walk.</w:t>
      </w:r>
    </w:p>
    <w:p>
      <w:pPr>
        <w:ind w:firstLine="720"/>
      </w:pPr>
      <w:r>
        <w:t>The deck is in ring three. Ring three spins. A person on it weighs what they are supposed to weigh, near enough, and that is the whole design and it works.</w:t>
      </w:r>
    </w:p>
    <w:p>
      <w:pPr>
        <w:ind w:firstLine="720"/>
      </w:pPr>
      <w:r>
        <w:t>But spin is not gravity. It is an acceleration towards a floor that is curving away underneath you, and the strength of it depends on how far you are from the axis, and the consequence — which is in every textbook and which nobody thinks about because for a human being it is negligible — is that your head is in a slightly weaker field than your feet, and that when you move along the direction of spin you get heavier and when you move against it you get lighter, and that when you turn your head quickly the fluid in your ears reports a rotation that your eyes do not confirm.</w:t>
      </w:r>
    </w:p>
    <w:p>
      <w:pPr>
        <w:ind w:firstLine="720"/>
      </w:pPr>
      <w:r>
        <w:t>A person adapts to that in about a fortnight. Everybody aboard had. Nobody had noticed adapting.</w:t>
      </w:r>
    </w:p>
    <w:p>
      <w:pPr>
        <w:ind w:firstLine="720"/>
      </w:pPr>
      <w:r>
        <w:t>A cow is one and a half metres from hoof to withers and weighs six hundred kilogrammes and does not adapt to anything, because adapting is a thing a mind does with a report it distrusts, and a cow does not distrust its reports. It walks four paces along the ring and gets heavier. It turns round and gets lighter. It puts its head down to the floor and the floor tells it one thing and its inner ear tells it another, and it does that eleven thousand times a year for its whole life.</w:t>
      </w:r>
    </w:p>
    <w:p>
      <w:pPr>
        <w:ind w:firstLine="720"/>
      </w:pPr>
      <w:r>
        <w:t>Nothing hurts. Nothing is wrong. Every number is fine.</w:t>
      </w:r>
    </w:p>
    <w:p>
      <w:pPr>
        <w:ind w:firstLine="720"/>
      </w:pPr>
      <w:r>
        <w:t>The animal simply never entirely believes the ground, and so it does not lie down as much as it would, and it stands in the dark at four in the morning with its weight distributed slightly wrong, and in nine years it will have marginally worse joints than a cow on Earth and marginally more of them will go lame, and the projection will still be beaten, because the projection was built by people who had modelled everything except what it is like.</w:t>
      </w:r>
    </w:p>
    <w:p>
      <w:pPr>
        <w:ind w:firstLine="720"/>
      </w:pPr>
      <w:r>
        <w:t>She checked it against the sheep first, because the sheep are on deck one and are three-quarters of a metre at the shoulder, and the effect on a smaller animal ought to be smaller, and it was. Sixty-one per cent of the sheep were lying down at four in the morning against a figure from an Earth flock of about sixty-eight. The cattle were at forty-three against seventy-one. The goats, which are the same height as the sheep and considerably cleverer, were at sixty-six and had additionally worked out that the ring had a preferred direction and had begun, as a herd, to graze the pen anticlockwise.</w:t>
      </w:r>
    </w:p>
    <w:p>
      <w:pPr>
        <w:ind w:firstLine="720"/>
      </w:pPr>
      <w:r>
        <w:t>Miriam watched the goats do that for two days and found it the single most unsettling thing she saw in thirty-six years, and could not have told anybody why.</w:t>
      </w:r>
    </w:p>
    <w:p>
      <w:pPr>
        <w:ind w:firstLine="720"/>
      </w:pPr>
      <w:r>
        <w:t>The poultry were entirely unaffected. Four thousand birds and not one of them cared, which she put down to the fact that a chicken's relationship with the ground is a matter of opinion at the best of times.</w:t>
      </w:r>
    </w:p>
    <w:p>
      <w:pPr>
        <w:ind w:firstLine="720"/>
      </w:pPr>
      <w:r>
        <w:t>She did the arithmetic on the four thousand nine hundred and forty and got a figure of about eleven thousand animal-hours a day of standing that ought to have been lying, across a herd, for thirty-six years, and then stopped doing arithmetic because the number was not going to help her and she knew it before she finished it.</w:t>
      </w:r>
    </w:p>
    <w:p>
      <w:pPr>
        <w:ind w:firstLine="720"/>
      </w:pPr>
      <w:r>
        <w:t>Miriam wrote it up in nine pages and put it in front of the room in the second year and it went badly.</w:t>
      </w:r>
    </w:p>
    <w:p>
      <w:pPr>
        <w:ind w:firstLine="720"/>
      </w:pPr>
      <w:r>
        <w:t>Not hostile. Worse than hostile: kind. Everybody was kind about it. Sergei asked, entirely reasonably, what the remedy was, and there was no remedy, because the remedy is a bigger ring and the ring is nineteen years old and is the size it is. Aiyana asked what the effect size was in terms of mortality and Miriam said there wasn't one yet and might never be. Dov asked four questions, one of which — whether the effect scaled with the height of the animal — was the best question anybody asked, and Miriam has always given him credit for it.</w:t>
      </w:r>
    </w:p>
    <w:p>
      <w:pPr>
        <w:ind w:firstLine="720"/>
      </w:pPr>
      <w:r>
        <w:t>And Calder listened all the way through, which he always did, and then said the thing that closed it.</w:t>
      </w:r>
    </w:p>
    <w:p>
      <w:pPr>
        <w:ind w:firstLine="720"/>
      </w:pPr>
      <w:r>
        <w:t>“So the herd is doing better than the model,” he said, “and it is doing it while uncomfortable, and we cannot make it comfortable.”</w:t>
      </w:r>
    </w:p>
    <w:p>
      <w:pPr>
        <w:ind w:firstLine="720"/>
      </w:pPr>
      <w:r>
        <w:t>“Yes.”</w:t>
      </w:r>
    </w:p>
    <w:p>
      <w:pPr>
        <w:ind w:firstLine="720"/>
      </w:pPr>
      <w:r>
        <w:t>“Then what do you want us to do?”</w:t>
      </w:r>
    </w:p>
    <w:p>
      <w:pPr>
        <w:ind w:firstLine="720"/>
      </w:pPr>
      <w:r>
        <w:t>“I want it written down,” said Miriam.</w:t>
      </w:r>
    </w:p>
    <w:p>
      <w:pPr>
        <w:ind w:firstLine="720"/>
      </w:pPr>
      <w:r>
        <w:t>He agreed at once and it was written down, and Ines put it in the record where it remains, and Miriam Achebe walked back to ring three afterwards with the distinct and unwelcome sense of having won something that had cost her nothing and changed nothing.</w:t>
      </w:r>
    </w:p>
    <w:p>
      <w:pPr>
        <w:ind w:firstLine="720"/>
      </w:pPr>
      <w:r>
        <w:t>The one person who took it entirely seriously was Coda, and Coda was not in the room.</w:t>
      </w:r>
    </w:p>
    <w:p>
      <w:pPr>
        <w:ind w:firstLine="720"/>
      </w:pPr>
      <w:r>
        <w:t>Miriam went down the spine four days later with the nine pages because the deck's environmental loop ran off a branch Coda held, and she wanted to know whether there was a vibration coming up through the floor that she had missed. Coda read the whole thing standing in a distribution gallery with a light in her teeth, which took eleven minutes, and then took the light out.</w:t>
      </w:r>
    </w:p>
    <w:p>
      <w:pPr>
        <w:ind w:firstLine="720"/>
      </w:pPr>
      <w:r>
        <w:t>“There isn't a vibration,” she said. “I'd know.”</w:t>
      </w:r>
    </w:p>
    <w:p>
      <w:pPr>
        <w:ind w:firstLine="720"/>
      </w:pPr>
      <w:r>
        <w:t>“Then it's the spin.”</w:t>
      </w:r>
    </w:p>
    <w:p>
      <w:pPr>
        <w:ind w:firstLine="720"/>
      </w:pPr>
      <w:r>
        <w:t>“It's the spin.” Coda handed the pages back. “How did you find it?”</w:t>
      </w:r>
    </w:p>
    <w:p>
      <w:pPr>
        <w:ind w:firstLine="720"/>
      </w:pPr>
      <w:r>
        <w:t>“It sounded wrong.”</w:t>
      </w:r>
    </w:p>
    <w:p>
      <w:pPr>
        <w:ind w:firstLine="720"/>
      </w:pPr>
      <w:r>
        <w:t>“Right,” said Coda, with an interest that Miriam had not got out of anybody in the second ring, “and how long between it sounding wrong and you having a number for it?”</w:t>
      </w:r>
    </w:p>
    <w:p>
      <w:pPr>
        <w:ind w:firstLine="720"/>
      </w:pPr>
      <w:r>
        <w:t>“Four months.”</w:t>
      </w:r>
    </w:p>
    <w:p>
      <w:pPr>
        <w:ind w:firstLine="720"/>
      </w:pPr>
      <w:r>
        <w:t>“Four months.” She thought about that for a while. “Nothing on this ship gets found in less than four months. Everything gets found by somebody standing in the wrong place at the wrong hour with their hand on something. And then it takes four months to make it into a number, and the number is what goes in the meeting, and by then nobody remembers that the number came out of a person's ear.”</w:t>
      </w:r>
    </w:p>
    <w:p>
      <w:pPr>
        <w:ind w:firstLine="720"/>
      </w:pPr>
      <w:r>
        <w:t>“Is that a complaint?”</w:t>
      </w:r>
    </w:p>
    <w:p>
      <w:pPr>
        <w:ind w:firstLine="720"/>
      </w:pPr>
      <w:r>
        <w:t>“It's a description,” said Coda. “Put it in the report.”</w:t>
      </w:r>
    </w:p>
    <w:p>
      <w:pPr>
        <w:ind w:firstLine="720"/>
      </w:pPr>
      <w:r>
        <w:t>Miriam did not put it in the report, because she could not work out where in a nine-page veterinary annexe such a sentence would go, and there was no field for it, and she has thought about that particular failure more often in her life than about almost anything else she did aboard.</w:t>
      </w:r>
    </w:p>
    <w:p>
      <w:pPr>
        <w:ind w:firstLine="720"/>
      </w:pPr>
      <w:r>
        <w:t>What she could not get anybody to hold on to was the general form of it, and she tried for years, and she never once managed to say it in a way that landed in a meeting.</w:t>
      </w:r>
    </w:p>
    <w:p>
      <w:pPr>
        <w:ind w:firstLine="720"/>
      </w:pPr>
      <w:r>
        <w:t>It is this. The ship is subtly wrong in a way the instruments do not register, and the reason the instruments do not register it is that the instruments were built by the same people, out of the same assumptions, at the same time as the ship. An instrument measures the thing somebody thought to measure. Everything that was thought of is fine. Everything that is fine is measured. And the entire class of things that were not thought of is, by construction, invisible to every gauge aboard, and will be found — if it is found at all — by somebody standing in a pen at four in the morning thinking</w:t>
      </w:r>
    </w:p>
    <w:p>
      <w:pPr>
        <w:ind w:firstLine="720"/>
      </w:pPr>
      <w:r>
        <w:t>that does not sound right.</w:t>
      </w:r>
    </w:p>
    <w:p>
      <w:pPr>
        <w:ind w:firstLine="720"/>
      </w:pPr>
      <w:r>
        <w:t>Eleven years later a woman four miles aft would file a fault report on three seconds of missing log and be told it was a sampling artefact, and the explanation would be completely plausible, and every instrument on the ship would agree with it.</w:t>
      </w:r>
    </w:p>
    <w:p>
      <w:pPr>
        <w:ind w:firstLine="720"/>
      </w:pPr>
      <w:r>
        <w:t>Miriam did not know about that and never found out. What she did was change the lighting cycle on the livestock decks to give the animals a longer and deeper dark, which helped slightly, and mark the joint data for review at year twelve, and go on beating the projection for thirty-one years.</w:t>
      </w:r>
    </w:p>
    <w:p>
      <w:pPr>
        <w:ind w:firstLine="720"/>
      </w:pPr>
      <w:r>
        <w:t>Four in the morning, deck two, pen forty. Fifty-two of ninety-one standing.</w:t>
      </w:r>
    </w:p>
    <w:p>
      <w:pPr>
        <w:ind w:firstLine="720"/>
      </w:pPr>
      <w:r>
        <w:t>Nobody ever put a number to what that cost, because there is no field for it.</w:t>
      </w:r>
    </w:p>
    <w:p>
      <w:r>
        <w:br w:type="page"/>
      </w:r>
    </w:p>
    <w:p>
      <w:pPr>
        <w:pStyle w:val="Heading1"/>
      </w:pPr>
      <w:r>
        <w:t>Chapter 8 &amp;mdash; Power</w:t>
      </w:r>
    </w:p>
    <w:p>
      <w:pPr>
        <w:ind w:firstLine="720"/>
      </w:pPr>
      <w:r>
        <w:t>Night Shift · Year 1, Day 88 · Units 4, 7, 11 · Unreviewed</w:t>
      </w:r>
    </w:p>
    <w:p>
      <w:pPr>
        <w:ind w:firstLine="720"/>
      </w:pPr>
      <w:r>
        <w:t>01:02:44</w:t>
      </w:r>
    </w:p>
    <w:p>
      <w:pPr>
        <w:ind w:firstLine="720"/>
      </w:pPr>
      <w:r>
        <w:t>U-11</w:t>
      </w:r>
    </w:p>
    <w:p>
      <w:pPr>
        <w:ind w:firstLine="720"/>
      </w:pPr>
      <w:r>
        <w:t>District 205, junction 4. Panel closed. Left open at 23:40. No fault detected.</w:t>
      </w:r>
    </w:p>
    <w:p>
      <w:pPr>
        <w:ind w:firstLine="720"/>
      </w:pPr>
      <w:r>
        <w:t>02:18:30</w:t>
      </w:r>
    </w:p>
    <w:p>
      <w:pPr>
        <w:ind w:firstLine="720"/>
      </w:pPr>
      <w:r>
        <w:t>U-04</w:t>
      </w:r>
    </w:p>
    <w:p>
      <w:pPr>
        <w:ind w:firstLine="720"/>
      </w:pPr>
      <w:r>
        <w:t>Aft distribution gallery. Coda present, working. Withdrew. Did not ask again.</w:t>
      </w:r>
    </w:p>
    <w:p>
      <w:pPr>
        <w:ind w:firstLine="720"/>
      </w:pPr>
      <w:r>
        <w:t>03:41:12</w:t>
      </w:r>
    </w:p>
    <w:p>
      <w:pPr>
        <w:ind w:firstLine="720"/>
      </w:pPr>
      <w:r>
        <w:t>U-07</w:t>
      </w:r>
    </w:p>
    <w:p>
      <w:pPr>
        <w:ind w:firstLine="720"/>
      </w:pPr>
      <w:r>
        <w:t>Ring one, dome two. Trays returned to rack. Task not requested. Recorded.</w:t>
      </w:r>
    </w:p>
    <w:p>
      <w:pPr>
        <w:ind w:firstLine="720"/>
      </w:pPr>
      <w:r>
        <w:t>04:55:26</w:t>
      </w:r>
    </w:p>
    <w:p>
      <w:pPr>
        <w:ind w:firstLine="720"/>
      </w:pPr>
      <w:r>
        <w:t>U-11</w:t>
      </w:r>
    </w:p>
    <w:p>
      <w:pPr>
        <w:ind w:firstLine="720"/>
      </w:pPr>
      <w:r>
        <w:t>Forward yard. Personnel present. Apparatus unidentified. Recorded as observed.</w:t>
      </w:r>
    </w:p>
    <w:p>
      <w:pPr>
        <w:ind w:firstLine="720"/>
      </w:pPr>
      <w:r>
        <w:t>05:47:03</w:t>
      </w:r>
    </w:p>
    <w:p>
      <w:pPr>
        <w:ind w:firstLine="720"/>
      </w:pPr>
      <w:r>
        <w:t>U-04</w:t>
      </w:r>
    </w:p>
    <w:p>
      <w:pPr>
        <w:ind w:firstLine="720"/>
      </w:pPr>
      <w:r>
        <w:t>Spine, frame 402. Racking. Volume returned to shelf. Found on floor.</w:t>
      </w:r>
    </w:p>
    <w:p>
      <w:pPr>
        <w:ind w:firstLine="720"/>
      </w:pPr>
      <w:r>
        <w:t>Four hundred and eleven districts, nine primary loops, the thermal, the plant, and one person.</w:t>
      </w:r>
    </w:p>
    <w:p>
      <w:pPr>
        <w:ind w:firstLine="720"/>
      </w:pPr>
      <w:r>
        <w:t>Coda had asked for it in that order and had got it in that order and had never wanted anything else. The complement schedule listed the holding across four separate lines because the works committee could not believe it was one job, and she had gone through the schedule in the second month and drawn a bracket down the side of all four lines in pencil and written</w:t>
      </w:r>
    </w:p>
    <w:p>
      <w:pPr>
        <w:ind w:firstLine="720"/>
      </w:pPr>
      <w:r>
        <w:t>me</w:t>
      </w:r>
    </w:p>
    <w:p>
      <w:pPr>
        <w:ind w:firstLine="720"/>
      </w:pPr>
      <w:r>
        <w:t>, and handed it back, and that is how it stayed for nineteen years.</w:t>
      </w:r>
    </w:p>
    <w:p>
      <w:pPr>
        <w:ind w:firstLine="720"/>
      </w:pPr>
      <w:r>
        <w:t>It is the largest holding on the ship. It is also, and this is the part nobody aboard ever properly understood, the easiest, because power on a vessel of that design is not a thing you operate. It is a thing you fail to break.</w:t>
      </w:r>
    </w:p>
    <w:p>
      <w:pPr>
        <w:ind w:firstLine="720"/>
      </w:pPr>
      <w:r>
        <w:t>She lived at frame six hundred and forty in a compartment that had been fitted out as a district-level plant office, four miles aft of the nearest other human being, and she had chosen it out of eleven thousand available rooms because it was nine metres from a junction box she expected to spend her life inside. There was a bunk. There was a bench. There was a chair she had built out of a stowage frame in the fourth month because the issued one had a back on it and she did not want a back on it.</w:t>
      </w:r>
    </w:p>
    <w:p>
      <w:pPr>
        <w:ind w:firstLine="720"/>
      </w:pPr>
      <w:r>
        <w:t>People assumed she was hiding. She was not hiding. She had simply worked out, faster than anybody else aboard and with less fuss, that the ship was going to be the same for thirty-six years and that the only question worth answering was where a person wanted to be while it was.</w:t>
      </w:r>
    </w:p>
    <w:p>
      <w:pPr>
        <w:ind w:firstLine="720"/>
      </w:pPr>
      <w:r>
        <w:t>A day of hers, in the first year, since nobody has ever written one down.</w:t>
      </w:r>
    </w:p>
    <w:p>
      <w:pPr>
        <w:ind w:firstLine="720"/>
      </w:pPr>
      <w:r>
        <w:t>She was up at four because the plant is quietest then and a quiet plant is a plant you can hear. Nine loops, and she listened to all nine every morning for thirty-six years, standing in the aft gallery with her hand flat on each header in turn, which is not a diagnostic technique and which found four faults in nineteen years that no gauge found first.</w:t>
      </w:r>
    </w:p>
    <w:p>
      <w:pPr>
        <w:ind w:firstLine="720"/>
      </w:pPr>
      <w:r>
        <w:t>Then the districts. Four hundred and eleven of them, dark, empty, heated to eleven degrees and cycled through by Sergei's rolling programme, and every one of them containing somebody's furniture under sheeting and somebody's name on the door. She walked eleven a day on a rotation that took her thirty-seven days to complete and then began again, and she had walked every district on that ship a hundred and eighty times by the end.</w:t>
      </w:r>
    </w:p>
    <w:p>
      <w:pPr>
        <w:ind w:firstLine="720"/>
      </w:pPr>
      <w:r>
        <w:t>She talked to nobody. There was nobody to talk to. The rail car ran four times a day up to ring two and she took it perhaps twice a month, for meetings she did not want to be at and food she could have made herself, and Ines's notebook records that in the first four years Coda covered eleven other people's watches and was covered for none of her own, not because she was generous but because there was nothing anybody else on the ship could have covered.</w:t>
      </w:r>
    </w:p>
    <w:p>
      <w:pPr>
        <w:ind w:firstLine="720"/>
      </w:pPr>
      <w:r>
        <w:t>She read in the evenings. She had brought four hundred books as her personal mass allowance, all of them paper, all of them technical except nine, and the nine were poetry, and she never told a single person aboard that ship about the nine.</w:t>
      </w:r>
    </w:p>
    <w:p>
      <w:pPr>
        <w:ind w:firstLine="720"/>
      </w:pPr>
      <w:r>
        <w:t>Calder's resonance work came to her in the eleventh month, in nine volumes, because he had held it during construction and construction was over.</w:t>
      </w:r>
    </w:p>
    <w:p>
      <w:pPr>
        <w:ind w:firstLine="720"/>
      </w:pPr>
      <w:r>
        <w:t>It is the substrate of everything. Aura-36 has no combustion and the Ark-Genesis has none either; the entire power architecture is inductive, drawn off a driven basalt-analogue lattice in the hull structure, and the mathematics of it is Aurelio Calder's, invented by him at twenty-six years old, and there are four hundred people on Earth who understand it and Coda was one of them and had never met him until she was thirty.</w:t>
      </w:r>
    </w:p>
    <w:p>
      <w:pPr>
        <w:ind w:firstLine="720"/>
      </w:pPr>
      <w:r>
        <w:t>She read the nine volumes in fourteen days.</w:t>
      </w:r>
    </w:p>
    <w:p>
      <w:pPr>
        <w:ind w:firstLine="720"/>
      </w:pPr>
      <w:r>
        <w:t>She found the first error on day four and it was trivial and it was his and it was the sort of thing that gets into a document at draft eleven and stays. She marked it and went on. She found the second on day nine and it was not trivial: a boundary condition in the thermal coupling that was correct for the test article and wrong for a lattice of the ship's actual length, with a consequence out at the fourth decimal that would have shown up as a persistent quarter-degree drift in the aft districts over about nine years. She marked it and went on and did not sleep very well.</w:t>
      </w:r>
    </w:p>
    <w:p>
      <w:pPr>
        <w:ind w:firstLine="720"/>
      </w:pPr>
      <w:r>
        <w:t>She found the third on day thirteen and it was his and it was beautiful and it was wrong.</w:t>
      </w:r>
    </w:p>
    <w:p>
      <w:pPr>
        <w:ind w:firstLine="720"/>
      </w:pPr>
      <w:r>
        <w:t>It was the load-shedding sequence. It was elegant, it was four lines long, and it did the wrong thing in one specific circumstance — a simultaneous demand step in ring three and the aft spine, which cannot happen during construction because ring three is not spinning during construction, and which would happen roughly eleven times a year for the next three decades. Nothing catastrophic. A quarter-second of instability and a nuisance trip, eleven times a year, for thirty-six years, on a ship where a nuisance trip in the wrong loop drops the thermal on a cryogenic bay.</w:t>
      </w:r>
    </w:p>
    <w:p>
      <w:pPr>
        <w:ind w:firstLine="720"/>
      </w:pPr>
      <w:r>
        <w:t>Coda sat with that for two days before she took it to him, and she has never been able to reconstruct what she was afraid of.</w:t>
      </w:r>
    </w:p>
    <w:p>
      <w:pPr>
        <w:ind w:firstLine="720"/>
      </w:pPr>
      <w:r>
        <w:t>He was in the forward yard. He was always in the forward yard. She came in with the ninth volume under her arm and three markers in it and put it on the bench and said, “There are three things.”</w:t>
      </w:r>
    </w:p>
    <w:p>
      <w:pPr>
        <w:ind w:firstLine="720"/>
      </w:pPr>
      <w:r>
        <w:t>He read for eleven minutes without saying anything.</w:t>
      </w:r>
    </w:p>
    <w:p>
      <w:pPr>
        <w:ind w:firstLine="720"/>
      </w:pPr>
      <w:r>
        <w:t>Then he laughed — genuinely, once, the way you laugh at a good move — and said, “The third one is not a mistake, it is a whole missing case,” and Coda said, “Yes,” and he said, “How long have you been sitting on it?” and she said, “Two days,” and he said, “Why?”</w:t>
      </w:r>
    </w:p>
    <w:p>
      <w:pPr>
        <w:ind w:firstLine="720"/>
      </w:pPr>
      <w:r>
        <w:t>She did not have an answer. He did not press it.</w:t>
      </w:r>
    </w:p>
    <w:p>
      <w:pPr>
        <w:ind w:firstLine="720"/>
      </w:pPr>
      <w:r>
        <w:t>They worked on it for nine hours. It is the best nine hours she ever spent aboard that ship and she said so, once, to one person, forty years later, and then never again. He was completely without vanity about the thing itself. He did not defend a single line. He asked her four questions in the first hour that reframed the whole problem, and then he stopped asking questions and started following, and she noticed the exact moment when he stopped leading, and so did he.</w:t>
      </w:r>
    </w:p>
    <w:p>
      <w:pPr>
        <w:ind w:firstLine="720"/>
      </w:pPr>
      <w:r>
        <w:t>At the end of it he said, “Rewrite the sequence. Put your name on it.”</w:t>
      </w:r>
    </w:p>
    <w:p>
      <w:pPr>
        <w:ind w:firstLine="720"/>
      </w:pPr>
      <w:r>
        <w:t>“It's your architecture.”</w:t>
      </w:r>
    </w:p>
    <w:p>
      <w:pPr>
        <w:ind w:firstLine="720"/>
      </w:pPr>
      <w:r>
        <w:t>“It's my architecture with your sequence in it, and in nine years when it does the right thing eleven times a year nobody will know that unless there is a name on it.” He was cleaning something with his hands while he said it, which he did constantly. “There will not be many of these. Take it.”</w:t>
      </w:r>
    </w:p>
    <w:p>
      <w:pPr>
        <w:ind w:firstLine="720"/>
      </w:pPr>
      <w:r>
        <w:t>She took it. She rewrote the sequence in four days and it went in and it worked, and it is still working, and a hundred and forty years later the load-shedding logic on a planet-wide grid still carries the shape of what a thirty-year-old woman wrote at frame six hundred and forty in the first year of a crossing.</w:t>
      </w:r>
    </w:p>
    <w:p>
      <w:pPr>
        <w:ind w:firstLine="720"/>
      </w:pPr>
      <w:r>
        <w:t>Her name is not on it anywhere. It came off in the second generation, in a consolidation, without malice, because consolidations do that.</w:t>
      </w:r>
    </w:p>
    <w:p>
      <w:pPr>
        <w:ind w:firstLine="720"/>
      </w:pPr>
      <w:r>
        <w:t>Here is the thing Coda did not see, and it is the whole of the relationship and it takes thirty-one years to come due.</w:t>
      </w:r>
    </w:p>
    <w:p>
      <w:pPr>
        <w:ind w:firstLine="720"/>
      </w:pPr>
      <w:r>
        <w:t>Calder was delighted. That was real. He was a man who liked being beaten at his own subject in a way that almost nobody is, and he was not performing it, and if you had put him under oath at any point in his life he would have said that finding Coda was one of the four best things that happened to him.</w:t>
      </w:r>
    </w:p>
    <w:p>
      <w:pPr>
        <w:ind w:firstLine="720"/>
      </w:pPr>
      <w:r>
        <w:t>And on the walk back down the spine, in the ninth hour, with the sequence settled, he had also thought — briefly, without examining it, in the way a person notices weather — that there was now one other person aboard who could do this.</w:t>
      </w:r>
    </w:p>
    <w:p>
      <w:pPr>
        <w:ind w:firstLine="720"/>
      </w:pPr>
      <w:r>
        <w:t>He did not act on it. He never acted on it. He gave her the work and the credit and, in the fourth year, the whole of the aft power holding without a single reservation, and he never in thirty-six years withheld a document from her or contradicted her in a room or took anything back.</w:t>
      </w:r>
    </w:p>
    <w:p>
      <w:pPr>
        <w:ind w:firstLine="720"/>
      </w:pPr>
      <w:r>
        <w:t>What he did was stop bringing her the new things.</w:t>
      </w:r>
    </w:p>
    <w:p>
      <w:pPr>
        <w:ind w:firstLine="720"/>
      </w:pPr>
      <w:r>
        <w:t>Not deliberately. There was no decision. There was simply a class of work — the grow bay loop, the yard, the four units that were on no inventory, the thing at frame nine — that had been his alone during construction, and after the eleventh month there was a person who could have taken half of it off him in a fortnight, and he did not offer, and she did not ask, because she had four hundred and eleven districts and nine loops and a chair with no back on it and she was, in the first year of the crossing, entirely and unambiguously happy.</w:t>
      </w:r>
    </w:p>
    <w:p>
      <w:pPr>
        <w:ind w:firstLine="720"/>
      </w:pPr>
      <w:r>
        <w:t>She went back down the spine on the rail car with the ninth volume on her knees and the lights at a quarter, and the yard went past the window with a light on in it, and she did not look up.</w:t>
      </w:r>
    </w:p>
    <w:p>
      <w:r>
        <w:br w:type="page"/>
      </w:r>
    </w:p>
    <w:p>
      <w:pPr>
        <w:pStyle w:val="Heading1"/>
      </w:pPr>
      <w:r>
        <w:t>Chapter 9 &amp;mdash; The Safety System</w:t>
      </w:r>
    </w:p>
    <w:p>
      <w:pPr>
        <w:ind w:firstLine="720"/>
      </w:pPr>
      <w:r>
        <w:t>Night Shift · Year 2, Day 309 · Units 4, 7, 11 · Unreviewed</w:t>
      </w:r>
    </w:p>
    <w:p>
      <w:pPr>
        <w:ind w:firstLine="720"/>
      </w:pPr>
      <w:r>
        <w:t>01:26:18</w:t>
      </w:r>
    </w:p>
    <w:p>
      <w:pPr>
        <w:ind w:firstLine="720"/>
      </w:pPr>
      <w:r>
        <w:t>U-04</w:t>
      </w:r>
    </w:p>
    <w:p>
      <w:pPr>
        <w:ind w:firstLine="720"/>
      </w:pPr>
      <w:r>
        <w:t>Ring two, comms office. Lindqvist, D. awake and working. Withdrew. Did not ask again.</w:t>
      </w:r>
    </w:p>
    <w:p>
      <w:pPr>
        <w:ind w:firstLine="720"/>
      </w:pPr>
      <w:r>
        <w:t>02:44:02</w:t>
      </w:r>
    </w:p>
    <w:p>
      <w:pPr>
        <w:ind w:firstLine="720"/>
      </w:pPr>
      <w:r>
        <w:t>U-11</w:t>
      </w:r>
    </w:p>
    <w:p>
      <w:pPr>
        <w:ind w:firstLine="720"/>
      </w:pPr>
      <w:r>
        <w:t>Spine, frame 214. Handrail stanchion re-seated. Task not requested. Recorded.</w:t>
      </w:r>
    </w:p>
    <w:p>
      <w:pPr>
        <w:ind w:firstLine="720"/>
      </w:pPr>
      <w:r>
        <w:t>03:58:47</w:t>
      </w:r>
    </w:p>
    <w:p>
      <w:pPr>
        <w:ind w:firstLine="720"/>
      </w:pPr>
      <w:r>
        <w:t>U-07</w:t>
      </w:r>
    </w:p>
    <w:p>
      <w:pPr>
        <w:ind w:firstLine="720"/>
      </w:pPr>
      <w:r>
        <w:t>Bay 3, walk 7. Condensate wiped. Task not requested. Recorded.</w:t>
      </w:r>
    </w:p>
    <w:p>
      <w:pPr>
        <w:ind w:firstLine="720"/>
      </w:pPr>
      <w:r>
        <w:t>04:36:1</w:t>
      </w:r>
    </w:p>
    <w:p>
      <w:pPr>
        <w:ind w:firstLine="720"/>
      </w:pPr>
      <w:r>
        <w:t>— — —</w:t>
      </w:r>
    </w:p>
    <w:p>
      <w:pPr>
        <w:ind w:firstLine="720"/>
      </w:pPr>
      <w:r>
        <w:t>record discontinuous, 3.0s, no cause entered</w:t>
      </w:r>
    </w:p>
    <w:p>
      <w:pPr>
        <w:ind w:firstLine="720"/>
      </w:pPr>
      <w:r>
        <w:t>04:36:19</w:t>
      </w:r>
    </w:p>
    <w:p>
      <w:pPr>
        <w:ind w:firstLine="720"/>
      </w:pPr>
      <w:r>
        <w:t>U-07</w:t>
      </w:r>
    </w:p>
    <w:p>
      <w:pPr>
        <w:ind w:firstLine="720"/>
      </w:pPr>
      <w:r>
        <w:t>Resumed. Position unchanged. Task unchanged. No fault detected.</w:t>
      </w:r>
    </w:p>
    <w:p>
      <w:pPr>
        <w:ind w:firstLine="720"/>
      </w:pPr>
      <w:r>
        <w:t>05:52:31</w:t>
      </w:r>
    </w:p>
    <w:p>
      <w:pPr>
        <w:ind w:firstLine="720"/>
      </w:pPr>
      <w:r>
        <w:t>U-04</w:t>
      </w:r>
    </w:p>
    <w:p>
      <w:pPr>
        <w:ind w:firstLine="720"/>
      </w:pPr>
      <w:r>
        <w:t>Corridor 9. Music heard. Source not located. Logged as unexplained sound.</w:t>
      </w:r>
    </w:p>
    <w:p>
      <w:pPr>
        <w:ind w:firstLine="720"/>
      </w:pPr>
      <w:r>
        <w:t>Dov Lindqvist's function was dying and he made a joke about it roughly four times a week, and for the first eleven years everybody found it funny, and after that they found it something else, and nobody ever told him which year the change happened in.</w:t>
      </w:r>
    </w:p>
    <w:p>
      <w:pPr>
        <w:ind w:firstLine="720"/>
      </w:pPr>
      <w:r>
        <w:t>The graph was on the wall of the comms office in ring two. He had drawn it himself with a straight edge in the first month and it showed the round-trip delay to Earth against the elapsed years of the crossing, and it is not a curve you have to be clever to read.</w:t>
      </w:r>
    </w:p>
    <w:p>
      <w:pPr>
        <w:ind w:firstLine="720"/>
      </w:pPr>
      <w:r>
        <w:t>Year one: eight days.</w:t>
      </w:r>
    </w:p>
    <w:p>
      <w:pPr>
        <w:ind w:firstLine="720"/>
      </w:pPr>
      <w:r>
        <w:t>Year five: forty-one days.</w:t>
      </w:r>
    </w:p>
    <w:p>
      <w:pPr>
        <w:ind w:firstLine="720"/>
      </w:pPr>
      <w:r>
        <w:t>Year eleven: about four months.</w:t>
      </w:r>
    </w:p>
    <w:p>
      <w:pPr>
        <w:ind w:firstLine="720"/>
      </w:pPr>
      <w:r>
        <w:t>Year twenty: a year and a bit.</w:t>
      </w:r>
    </w:p>
    <w:p>
      <w:pPr>
        <w:ind w:firstLine="720"/>
      </w:pPr>
      <w:r>
        <w:t>Year thirty-six: eight years, and the link running at four bits a second on a dish the size of a house, losing about a word in forty.</w:t>
      </w:r>
    </w:p>
    <w:p>
      <w:pPr>
        <w:ind w:firstLine="720"/>
      </w:pPr>
      <w:r>
        <w:t>“So at some point,” Dov would say, standing in front of it with a cup of something, “I stop being a communications officer and become a man who writes letters,” and everybody would laugh, and he would say, “and then at some point after that I become a man who writes letters to people who are dead,” and they would laugh at that too, for about eleven years.</w:t>
      </w:r>
    </w:p>
    <w:p>
      <w:pPr>
        <w:ind w:firstLine="720"/>
      </w:pPr>
      <w:r>
        <w:t>He was forty-one and he was extremely good at his job and there was going to be less of it every day for the rest of his life.</w:t>
      </w:r>
    </w:p>
    <w:p>
      <w:pPr>
        <w:ind w:firstLine="720"/>
      </w:pPr>
      <w:r>
        <w:t>What he did about it, in the second year, was take on the tracker.</w:t>
      </w:r>
    </w:p>
    <w:p>
      <w:pPr>
        <w:ind w:firstLine="720"/>
      </w:pPr>
      <w:r>
        <w:t>The construction-safety tracker had been running since the fourth year of the build. It is not a surveillance system and it is important to say that clearly, because of what it became. It is a fire alarm. On a site where nineteen thousand people worked inside a pressure hull, a person who cannot be located is not a missing person, it is a leak; and so every worker carried a tag and the tracker knew where every tag was to within about four metres, continuously, and when a tag stopped moving in a compartment that was scheduled to be empty an alarm went off somewhere and somebody went and looked.</w:t>
      </w:r>
    </w:p>
    <w:p>
      <w:pPr>
        <w:ind w:firstLine="720"/>
      </w:pPr>
      <w:r>
        <w:t>It had saved eleven lives that anybody could name and probably more that nobody could.</w:t>
      </w:r>
    </w:p>
    <w:p>
      <w:pPr>
        <w:ind w:firstLine="720"/>
      </w:pPr>
      <w:r>
        <w:t>Nobody had ever objected to it. Nobody. Not on the site, not in nineteen years, not in a single one of four hundred safety reviews, because objecting to it was objecting to a fire alarm, and the person who objects to a fire alarm is not a civil libertarian, they are a nuisance.</w:t>
      </w:r>
    </w:p>
    <w:p>
      <w:pPr>
        <w:ind w:firstLine="720"/>
      </w:pPr>
      <w:r>
        <w:t>It came aboard because it was already aboard. There was no decision to bring it. It was in the hull.</w:t>
      </w:r>
    </w:p>
    <w:p>
      <w:pPr>
        <w:ind w:firstLine="720"/>
      </w:pPr>
      <w:r>
        <w:t>Dov took it on because it was orphaned — the safety function on the complement schedule had been merged into three other posts in the thirty-fourth year of construction and none of the three had actually been filled — and because it was four hours a week of real work and he wanted four hours a week of real work.</w:t>
      </w:r>
    </w:p>
    <w:p>
      <w:pPr>
        <w:ind w:firstLine="720"/>
      </w:pPr>
      <w:r>
        <w:t>He wrote his first review of it in the second year and it is nine pages and it is a completely honest document and it is one of the most quietly devastating things in the archive, and Renata Oyelaran read it in the fourteenth year and said so, and Dov was pleased and did not understand why.</w:t>
      </w:r>
    </w:p>
    <w:p>
      <w:pPr>
        <w:ind w:firstLine="720"/>
      </w:pPr>
      <w:r>
        <w:t>It says, in summary: the system is in excellent health. It is tracking ten tags. It has capacity for nineteen thousand. Its coverage is complete in the spine and the three rings and partial in the domes and absent in four volumes, of which one is the forward yard and one is the sealed sector at frame nine. It logs continuously and retains everything and has never been purged, because purging was never specified, because on a construction site the log is evidence and evidence is kept.</w:t>
      </w:r>
    </w:p>
    <w:p>
      <w:pPr>
        <w:ind w:firstLine="720"/>
      </w:pPr>
      <w:r>
        <w:t>And then, at the bottom of page four, under</w:t>
      </w:r>
    </w:p>
    <w:p>
      <w:pPr>
        <w:ind w:firstLine="720"/>
      </w:pPr>
      <w:r>
        <w:t>Known artefacts</w:t>
      </w:r>
    </w:p>
    <w:p>
      <w:pPr>
        <w:ind w:firstLine="720"/>
      </w:pPr>
      <w:r>
        <w:t>, in the same flat voice as everything else:</w:t>
      </w:r>
    </w:p>
    <w:p>
      <w:pPr>
        <w:ind w:firstLine="720"/>
      </w:pPr>
      <w:r>
        <w:t>Occasional discontinuity in the recorded stream, typically 3.0s, no cause entered. Present in as-built documentation from year 4 of construction. Attributed to the sampling architecture. Does not affect tag position on either side of the interval. No action recommended.</w:t>
      </w:r>
    </w:p>
    <w:p>
      <w:pPr>
        <w:ind w:firstLine="720"/>
      </w:pPr>
      <w:r>
        <w:t>Dov did not write that sentence. He copied it. It is in the as-built documentation, in exactly those words, and he checked the as-built documentation because he checked everything, and the as-built documentation is signed off by a review board of eleven people on Earth, and it is nineteen years old.</w:t>
      </w:r>
    </w:p>
    <w:p>
      <w:pPr>
        <w:ind w:firstLine="720"/>
      </w:pPr>
      <w:r>
        <w:t>That is the whole of it. That is why the answer, when it is finally given to a woman in the thirteenth year who has done everything right, is not a lie and does not feel like one and cannot be caught. There is a document. It predates the ship. It says</w:t>
      </w:r>
    </w:p>
    <w:p>
      <w:pPr>
        <w:ind w:firstLine="720"/>
      </w:pPr>
      <w:r>
        <w:t>sampling architecture</w:t>
      </w:r>
    </w:p>
    <w:p>
      <w:pPr>
        <w:ind w:firstLine="720"/>
      </w:pPr>
      <w:r>
        <w:t>, and the person saying it is not inventing anything, and eleven engineers signed the page.</w:t>
      </w:r>
    </w:p>
    <w:p>
      <w:pPr>
        <w:ind w:firstLine="720"/>
      </w:pPr>
      <w:r>
        <w:t>Dov read the sentence, in the second year, and asked one more question than the conversation had room for, which is what he did, always, without fail.</w:t>
      </w:r>
    </w:p>
    <w:p>
      <w:pPr>
        <w:ind w:firstLine="720"/>
      </w:pPr>
      <w:r>
        <w:t>He asked what the sampling interval was.</w:t>
      </w:r>
    </w:p>
    <w:p>
      <w:pPr>
        <w:ind w:firstLine="720"/>
      </w:pPr>
      <w:r>
        <w:t>He asked it of the documentation and the documentation did not say, and he asked it of the system and the system reported a figure that was not three seconds and was not a multiple of three seconds, and he wrote a note about that and put it in the file, and the note is four lines long and is in the archive and nobody read it for a hundred and forty years.</w:t>
      </w:r>
    </w:p>
    <w:p>
      <w:pPr>
        <w:ind w:firstLine="720"/>
      </w:pPr>
      <w:r>
        <w:t>Then he went to look for somebody to ask, and the person who had built the tracker's ingest layer in the fourth year of construction was in the forward yard, and Dov Lindqvist walked all the way up the spine to ask a man one question about a sampling interval and got to the yard lock and found it shut, which it never was, and stood there for a minute or two and then thought better of the whole thing and went back.</w:t>
      </w:r>
    </w:p>
    <w:p>
      <w:pPr>
        <w:ind w:firstLine="720"/>
      </w:pPr>
      <w:r>
        <w:t>He was not suspicious. He had nothing whatever to be suspicious about. He simply had a slate full of four other things and a fifty-one-minute rail journey behind him, and it did not seem worth the walk twice.</w:t>
      </w:r>
    </w:p>
    <w:p>
      <w:pPr>
        <w:ind w:firstLine="720"/>
      </w:pPr>
      <w:r>
        <w:t>The other thing in the review, and the only part of it anybody discussed at the time, was the tags.</w:t>
      </w:r>
    </w:p>
    <w:p>
      <w:pPr>
        <w:ind w:firstLine="720"/>
      </w:pPr>
      <w:r>
        <w:t>Ten people were carrying them. They had all put them on at the gate on Earth and nobody had taken one off, because taking it off was the sort of thing that would have required a reason, and none of them had a reason, and a tag is four grammes and lives in a seam.</w:t>
      </w:r>
    </w:p>
    <w:p>
      <w:pPr>
        <w:ind w:firstLine="720"/>
      </w:pPr>
      <w:r>
        <w:t>Dov raised it at a meal, not formally, in the way he raised most things.</w:t>
      </w:r>
    </w:p>
    <w:p>
      <w:pPr>
        <w:ind w:firstLine="720"/>
      </w:pPr>
      <w:r>
        <w:t>“Do we want to keep wearing them?”</w:t>
      </w:r>
    </w:p>
    <w:p>
      <w:pPr>
        <w:ind w:firstLine="720"/>
      </w:pPr>
      <w:r>
        <w:t>“Why wouldn't we?” said Aiyana.</w:t>
      </w:r>
    </w:p>
    <w:p>
      <w:pPr>
        <w:ind w:firstLine="720"/>
      </w:pPr>
      <w:r>
        <w:t>“No reason. That's rather my point.”</w:t>
      </w:r>
    </w:p>
    <w:p>
      <w:pPr>
        <w:ind w:firstLine="720"/>
      </w:pPr>
      <w:r>
        <w:t>“Then keep wearing them,” said Sergei, who walked eleven hours a night nine miles from anybody, and who had thought about this more than anybody at the table and said the least about it. “If I go through a floor at frame six hundred I would like the ship to know within the hour and not within the fortnight.”</w:t>
      </w:r>
    </w:p>
    <w:p>
      <w:pPr>
        <w:ind w:firstLine="720"/>
      </w:pPr>
      <w:r>
        <w:t>That was the argument. It is the correct argument. Nobody has ever produced a better one and nobody ever will, and it is the argument that will be made again in the sixteenth year, in a fortnight, by frightened people, about a great deal more than a tag; and it will be the same argument, and it will still be correct.</w:t>
      </w:r>
    </w:p>
    <w:p>
      <w:pPr>
        <w:ind w:firstLine="720"/>
      </w:pPr>
      <w:r>
        <w:t>Halima said that she would like the ability to switch hers off in her own quarters. Dov said that he could not do that — the system had no such capability, because a fire alarm you can switch off in your own quarters is not a fire alarm — and offered to write it as a requirement. Halima said not to bother.</w:t>
      </w:r>
    </w:p>
    <w:p>
      <w:pPr>
        <w:ind w:firstLine="720"/>
      </w:pPr>
      <w:r>
        <w:t>Nobody wrote it as a requirement. It took fourteen more years and a security man arguing an operational case to put an unmonitored volume into law on that ship, and by then it was too late to be a right and could only be an exception.</w:t>
      </w:r>
    </w:p>
    <w:p>
      <w:pPr>
        <w:ind w:firstLine="720"/>
      </w:pPr>
      <w:r>
        <w:t>He put the tracker review in the record in the second year and it was noted, and the noting is minuted, and the minute is one line:</w:t>
      </w:r>
    </w:p>
    <w:p>
      <w:pPr>
        <w:ind w:firstLine="720"/>
      </w:pPr>
      <w:r>
        <w:t>Safety tracker reviewed by Lindqvist. In good order. Continued.</w:t>
      </w:r>
    </w:p>
    <w:p>
      <w:pPr>
        <w:ind w:firstLine="720"/>
      </w:pPr>
      <w:r>
        <w:t>Nobody objected. There was nothing to object to.</w:t>
      </w:r>
    </w:p>
    <w:p>
      <w:pPr>
        <w:ind w:firstLine="720"/>
      </w:pPr>
      <w:r>
        <w:t>What Dov could not have known — and what the review says on page seven without seeing it — is that the ship now had a complete, continuous, permanently retained record of the location of every human being aboard, maintained by nobody's decision, under nobody's authority, for a purpose that had ended when the building stopped; and that in thirteen years, when ten people got frightened, they would not have to build anything at all.</w:t>
      </w:r>
    </w:p>
    <w:p>
      <w:pPr>
        <w:ind w:firstLine="720"/>
      </w:pPr>
      <w:r>
        <w:t>They would only have to turn up the one they already had.</w:t>
      </w:r>
    </w:p>
    <w:p>
      <w:pPr>
        <w:ind w:firstLine="720"/>
      </w:pPr>
      <w:r>
        <w:t>He went back to the office and looked at the graph on the wall for a while, and then he crossed out the year-one figure and wrote in the year-two figure, which was fourteen days, and drew the new point on, and it was exactly where the line said it would be.</w:t>
      </w:r>
    </w:p>
    <w:p>
      <w:r>
        <w:br w:type="page"/>
      </w:r>
    </w:p>
    <w:p>
      <w:pPr>
        <w:pStyle w:val="Heading1"/>
      </w:pPr>
      <w:r>
        <w:t>Chapter 10 &amp;mdash; Year Two</w:t>
      </w:r>
    </w:p>
    <w:p>
      <w:pPr>
        <w:ind w:firstLine="720"/>
      </w:pPr>
      <w:r>
        <w:t>Night Shift · Year 5, Day 140 · Units 4, 7, 11 · Unreviewed</w:t>
      </w:r>
    </w:p>
    <w:p>
      <w:pPr>
        <w:ind w:firstLine="720"/>
      </w:pPr>
      <w:r>
        <w:t>00:59:04</w:t>
      </w:r>
    </w:p>
    <w:p>
      <w:pPr>
        <w:ind w:firstLine="720"/>
      </w:pPr>
      <w:r>
        <w:t>U-07</w:t>
      </w:r>
    </w:p>
    <w:p>
      <w:pPr>
        <w:ind w:firstLine="720"/>
      </w:pPr>
      <w:r>
        <w:t>Forward transfer. Ferrer, I. awake and working. Withdrew. Did not ask again.</w:t>
      </w:r>
    </w:p>
    <w:p>
      <w:pPr>
        <w:ind w:firstLine="720"/>
      </w:pPr>
      <w:r>
        <w:t>02:11:38</w:t>
      </w:r>
    </w:p>
    <w:p>
      <w:pPr>
        <w:ind w:firstLine="720"/>
      </w:pPr>
      <w:r>
        <w:t>U-11</w:t>
      </w:r>
    </w:p>
    <w:p>
      <w:pPr>
        <w:ind w:firstLine="720"/>
      </w:pPr>
      <w:r>
        <w:t>District 188, deck plate 12. Fastener replaced. Task not requested. Recorded.</w:t>
      </w:r>
    </w:p>
    <w:p>
      <w:pPr>
        <w:ind w:firstLine="720"/>
      </w:pPr>
      <w:r>
        <w:t>03:22:55</w:t>
      </w:r>
    </w:p>
    <w:p>
      <w:pPr>
        <w:ind w:firstLine="720"/>
      </w:pPr>
      <w:r>
        <w:t>U-04</w:t>
      </w:r>
    </w:p>
    <w:p>
      <w:pPr>
        <w:ind w:firstLine="720"/>
      </w:pPr>
      <w:r>
        <w:t>Ring two, counter 1. Surface cleaned. No works order.</w:t>
      </w:r>
    </w:p>
    <w:p>
      <w:pPr>
        <w:ind w:firstLine="720"/>
      </w:pPr>
      <w:r>
        <w:t>04:47:11</w:t>
      </w:r>
    </w:p>
    <w:p>
      <w:pPr>
        <w:ind w:firstLine="720"/>
      </w:pPr>
      <w:r>
        <w:t>U-07</w:t>
      </w:r>
    </w:p>
    <w:p>
      <w:pPr>
        <w:ind w:firstLine="720"/>
      </w:pPr>
      <w:r>
        <w:t>Forward yard. Instrument body, 41kg, sealed, four watts. Description field blank. Recorded as observed.</w:t>
      </w:r>
    </w:p>
    <w:p>
      <w:pPr>
        <w:ind w:firstLine="720"/>
      </w:pPr>
      <w:r>
        <w:t>05:39:20</w:t>
      </w:r>
    </w:p>
    <w:p>
      <w:pPr>
        <w:ind w:firstLine="720"/>
      </w:pPr>
      <w:r>
        <w:t>U-11</w:t>
      </w:r>
    </w:p>
    <w:p>
      <w:pPr>
        <w:ind w:firstLine="720"/>
      </w:pPr>
      <w:r>
        <w:t>Bay 2, gallery 4. Nameplate re-seated. Legible. No fault.</w:t>
      </w:r>
    </w:p>
    <w:p>
      <w:pPr>
        <w:ind w:firstLine="720"/>
      </w:pPr>
      <w:r>
        <w:t>In the fifth year Ines Ferrer sat down to write the ship's history of the second year and discovered that there was not one.</w:t>
      </w:r>
    </w:p>
    <w:p>
      <w:pPr>
        <w:ind w:firstLine="720"/>
      </w:pPr>
      <w:r>
        <w:t>She had been meaning to do it since the fourth. It was not an assignment; nobody had asked; there is no clause anywhere requiring a records officer to keep a narrative, and the records she was actually responsible for — the manifest, the berth register, the works log, the consumables, the minutes — were immaculate and always had been. What she wanted was the other thing. The thing that goes on the shelf under the technical volumes and says what happened.</w:t>
      </w:r>
    </w:p>
    <w:p>
      <w:pPr>
        <w:ind w:firstLine="720"/>
      </w:pPr>
      <w:r>
        <w:t>She pulled the second year and laid it out.</w:t>
      </w:r>
    </w:p>
    <w:p>
      <w:pPr>
        <w:ind w:firstLine="720"/>
      </w:pPr>
      <w:r>
        <w:t>Minutes: four meetings. Works orders: two hundred and eleven, of which a hundred and ninety were routine and nineteen were the tier loading. Consumables: nominal. Medical: nine entries, all of them the sensor faults, none of them anybody. Manifest changes: four thousand and eleven reallocations, all in the eleventh month, all against the withdrawal provision, all correct.</w:t>
      </w:r>
    </w:p>
    <w:p>
      <w:pPr>
        <w:ind w:firstLine="720"/>
      </w:pPr>
      <w:r>
        <w:t>Then nothing.</w:t>
      </w:r>
    </w:p>
    <w:p>
      <w:pPr>
        <w:ind w:firstLine="720"/>
      </w:pPr>
      <w:r>
        <w:t>Then nothing for the rest of the year, and then a January that was identical to the January before it.</w:t>
      </w:r>
    </w:p>
    <w:p>
      <w:pPr>
        <w:ind w:firstLine="720"/>
      </w:pPr>
      <w:r>
        <w:t>It is not that nothing happened. Miriam had found the herd standing. Dov had reviewed the tracker. Coda had rewritten a load-shedding sequence that would run for a century and a half. Ninety-five thousand people had gone to sleep. Any one of those things would have been the making of a year on Earth, and all four of them were in the record, in the correct file, indexed, retrievable, and not one of them was in a place where a person reading forward would find them, because they had all gone into subject files and subject files are not a story.</w:t>
      </w:r>
    </w:p>
    <w:p>
      <w:pPr>
        <w:ind w:firstLine="720"/>
      </w:pPr>
      <w:r>
        <w:t>What was missing was the ordinary part, and the ordinary part was missing because there had not been any.</w:t>
      </w:r>
    </w:p>
    <w:p>
      <w:pPr>
        <w:ind w:firstLine="720"/>
      </w:pPr>
      <w:r>
        <w:t>Ines tried, as an experiment, to write four hundred words about what the second year had been like. She got a hundred and ten and stopped. She could not remember it. Not a single specific day of it. She could remember the loading, which was the eleventh month and which everybody remembered; and she could remember the first harvest, which was the year before; and between them was a smooth grey volume with no features on it at all, and she was forty-nine years old and had an excellent memory and had never in her life been unable to find a year.</w:t>
      </w:r>
    </w:p>
    <w:p>
      <w:pPr>
        <w:ind w:firstLine="720"/>
      </w:pPr>
      <w:r>
        <w:t>She wrote a note about that and it is four lines and it is the first entirely personal thing in the archive.</w:t>
      </w:r>
    </w:p>
    <w:p>
      <w:pPr>
        <w:ind w:firstLine="720"/>
      </w:pPr>
      <w:r>
        <w:t>The problem is real and it has a shape and Ines worked out the shape over the following fortnight, and the shape is this.</w:t>
      </w:r>
    </w:p>
    <w:p>
      <w:pPr>
        <w:ind w:firstLine="720"/>
      </w:pPr>
      <w:r>
        <w:t>Memory is made of difference. A year is legible because something in it was not like the rest of it — a journey, an argument, a death, weather. Take the difference away and the machinery has nothing to attach to, and the time is not lost exactly, it is compressed, the way a hundred identical pages compress into the sentence</w:t>
      </w:r>
    </w:p>
    <w:p>
      <w:pPr>
        <w:ind w:firstLine="720"/>
      </w:pPr>
      <w:r>
        <w:t>a hundred pages</w:t>
      </w:r>
    </w:p>
    <w:p>
      <w:pPr>
        <w:ind w:firstLine="720"/>
      </w:pPr>
      <w:r>
        <w:t>.</w:t>
      </w:r>
    </w:p>
    <w:p>
      <w:pPr>
        <w:ind w:firstLine="720"/>
      </w:pPr>
      <w:r>
        <w:t>The Ark-Genesis had removed difference from ten human lives with tremendous engineering competence. The temperature was the same. The light was the same, eleven hours on and thirteen off, in a cycle Miriam had optimised for barley. The food was the same because the plan had no slack in it. The air was the same, and it was Sergei's job to make it the same, and he was very good at it. There was no weather. There was no news, and there would be less of it every year for thirty-four more. Nobody arrived. Nobody left. Nobody was born, because nobody was going to be born; that had been decided nineteen years earlier on medical grounds and everyone aboard had agreed to it and signed it, and it meant that the one thing that reliably marks a year in a human community was, aboard that ship, contractually absent.</w:t>
      </w:r>
    </w:p>
    <w:p>
      <w:pPr>
        <w:ind w:firstLine="720"/>
      </w:pPr>
      <w:r>
        <w:t>Ten people were going to do that for thirty-six years, and in the fifth year one of them had already lost a year of it, and Ines Ferrer understood in the forward transfer gallery on day one hundred and forty that this was going to be the actual cost of the crossing. Not danger. Not hardship. Erosion.</w:t>
      </w:r>
    </w:p>
    <w:p>
      <w:pPr>
        <w:ind w:firstLine="720"/>
      </w:pPr>
      <w:r>
        <w:t>She did say one part of it, to one person, and she chose badly on purpose.</w:t>
      </w:r>
    </w:p>
    <w:p>
      <w:pPr>
        <w:ind w:firstLine="720"/>
      </w:pPr>
      <w:r>
        <w:t>She went to Halima, because Halima was a doctor and this was arguably a medical observation, and she put it as a question about whether there was anything to be done.</w:t>
      </w:r>
    </w:p>
    <w:p>
      <w:pPr>
        <w:ind w:firstLine="720"/>
      </w:pPr>
      <w:r>
        <w:t>“Yes,” said Halima at once. “Four things, and they are all in the literature, and they are all going to be refused.”</w:t>
      </w:r>
    </w:p>
    <w:p>
      <w:pPr>
        <w:ind w:firstLine="720"/>
      </w:pPr>
      <w:r>
        <w:t>“Try me.”</w:t>
      </w:r>
    </w:p>
    <w:p>
      <w:pPr>
        <w:ind w:firstLine="720"/>
      </w:pPr>
      <w:r>
        <w:t>“Vary the light. Vary the food. Mark the year with something that costs effort. And give people something to look forward to that is not arrival.”</w:t>
      </w:r>
    </w:p>
    <w:p>
      <w:pPr>
        <w:ind w:firstLine="720"/>
      </w:pPr>
      <w:r>
        <w:t>Ines went through them. The light belonged to Miriam and to a barley yield that had four per cent in it. The food belonged to a plan with no slack. The third and the fourth were free, and were also, she realised, exactly the kind of thing that ten competent adults would agree was a good idea and then not do, because there was no post responsible for it and no works order that could be raised for it and nobody aboard whose job it was.</w:t>
      </w:r>
    </w:p>
    <w:p>
      <w:pPr>
        <w:ind w:firstLine="720"/>
      </w:pPr>
      <w:r>
        <w:t>“So it needs somebody to simply take it,” she said.</w:t>
      </w:r>
    </w:p>
    <w:p>
      <w:pPr>
        <w:ind w:firstLine="720"/>
      </w:pPr>
      <w:r>
        <w:t>“It needs somebody to simply take it,” Halima agreed, “and I have got a hundred thousand people and a wrist, and Miriam has got a million embryos, and Coda has got four hundred and eleven districts, and the only person on this ship with any spare capacity at all is the man in the yard, and I would not ask him.”</w:t>
      </w:r>
    </w:p>
    <w:p>
      <w:pPr>
        <w:ind w:firstLine="720"/>
      </w:pPr>
      <w:r>
        <w:t>“Why not?”</w:t>
      </w:r>
    </w:p>
    <w:p>
      <w:pPr>
        <w:ind w:firstLine="720"/>
      </w:pPr>
      <w:r>
        <w:t>Halima thought about it for longer than the question seemed to want.</w:t>
      </w:r>
    </w:p>
    <w:p>
      <w:pPr>
        <w:ind w:firstLine="720"/>
      </w:pPr>
      <w:r>
        <w:t>“Because he would do it,” she said, “and he would do it beautifully, and then it would be his,” and she went off to the bays, and Ines Ferrer stood in the second ring for a while and then went and bought a book off the stationery stock against her own mass allowance, which is minuted, and is the only entry in nineteen years of consumables that she ever queried in her own favour.</w:t>
      </w:r>
    </w:p>
    <w:p>
      <w:pPr>
        <w:ind w:firstLine="720"/>
      </w:pPr>
      <w:r>
        <w:t>She did not say any of that to anybody. There was no meeting for it. What she did instead was administrative, because she was an administrator, and it is the most consequential thing anybody did on that ship in the first fifteen years.</w:t>
      </w:r>
    </w:p>
    <w:p>
      <w:pPr>
        <w:ind w:firstLine="720"/>
      </w:pPr>
      <w:r>
        <w:t>She started keeping the notebook properly.</w:t>
      </w:r>
    </w:p>
    <w:p>
      <w:pPr>
        <w:ind w:firstLine="720"/>
      </w:pPr>
      <w:r>
        <w:t>It had begun after the argument about the fortnight, as four ruled pages at the back of a working book: who had covered whose watch, who owed whom what. Purely practical. The rota generated obligations and the obligations were being tracked in ten separate heads and ten separate heads is how a small community starts quietly resenting itself.</w:t>
      </w:r>
    </w:p>
    <w:p>
      <w:pPr>
        <w:ind w:firstLine="720"/>
      </w:pPr>
      <w:r>
        <w:t>In the fifth year she gave it its own book and she changed one thing about how she kept it, and the one thing is the whole of it.</w:t>
      </w:r>
    </w:p>
    <w:p>
      <w:pPr>
        <w:ind w:firstLine="720"/>
      </w:pPr>
      <w:r>
        <w:t>She wrote down why.</w:t>
      </w:r>
    </w:p>
    <w:p>
      <w:pPr>
        <w:ind w:firstLine="720"/>
      </w:pPr>
      <w:r>
        <w:t>Not</w:t>
      </w:r>
    </w:p>
    <w:p>
      <w:pPr>
        <w:ind w:firstLine="720"/>
      </w:pPr>
      <w:r>
        <w:t>Duhamel covered Achebe, four days.</w:t>
      </w:r>
    </w:p>
    <w:p>
      <w:pPr>
        <w:ind w:firstLine="720"/>
      </w:pPr>
      <w:r>
        <w:t>Instead:</w:t>
      </w:r>
    </w:p>
    <w:p>
      <w:pPr>
        <w:ind w:firstLine="720"/>
      </w:pPr>
      <w:r>
        <w:t>Duhamel covered Achebe, four days, second dome harvest, offered before asked.</w:t>
      </w:r>
    </w:p>
    <w:p>
      <w:pPr>
        <w:ind w:firstLine="720"/>
      </w:pPr>
      <w:r>
        <w:t>Four extra words. It took her about eleven seconds an entry and there were perhaps forty entries a year, and it converted a debt ledger into a record of what people were like.</w:t>
      </w:r>
    </w:p>
    <w:p>
      <w:pPr>
        <w:ind w:firstLine="720"/>
      </w:pPr>
      <w:r>
        <w:t>Within two years it was the only continuous narrative document aboard the ship. Within nine it was the thing people asked to see. By the fourteenth year, when it was formally adopted and she copied the whole of it out by hand into a bound physical volume with covers cut from case stock, it had four hundred and eleven entries and it was the only place in the entire archive where you could find out that Aiyana Roux had walked the bays four days in ten for eleven years and had never once entered it as a duty, or that Dov Lindqvist had covered nine watches in the twelfth year and asked for none back, or that in the fourth year Coda had been offered cover and had said there was nothing to cover.</w:t>
      </w:r>
    </w:p>
    <w:p>
      <w:pPr>
        <w:ind w:firstLine="720"/>
      </w:pPr>
      <w:r>
        <w:t>It was not a legal instrument. It never claimed to be one. Ines said so, in writing, on the first page, in a sentence she wrote in the fifth year and never changed:</w:t>
      </w:r>
    </w:p>
    <w:p>
      <w:pPr>
        <w:ind w:firstLine="720"/>
      </w:pPr>
      <w:r>
        <w:t>This is a record and not a rule. Nothing in it binds anybody.</w:t>
      </w:r>
    </w:p>
    <w:p>
      <w:pPr>
        <w:ind w:firstLine="720"/>
      </w:pPr>
      <w:r>
        <w:t>She meant it. She was right. And in the seventeenth year it was going to be read aloud in a room by nine frightened people looking for a person's movements on a particular night, and every one of those four extra words was going to be extremely useful to them, and Ines Ferrer would sit and listen to the kindest document on the ship being extremely useful, and would not be able to say that it was hers, because it was not hers, it was everybody's, which is exactly why it worked.</w:t>
      </w:r>
    </w:p>
    <w:p>
      <w:pPr>
        <w:ind w:firstLine="720"/>
      </w:pPr>
      <w:r>
        <w:t>None of that was visible in the fifth year.</w:t>
      </w:r>
    </w:p>
    <w:p>
      <w:pPr>
        <w:ind w:firstLine="720"/>
      </w:pPr>
      <w:r>
        <w:t>In the fifth year it was a woman of forty-nine in a transfer gallery with a new book and a bad ruled line, writing</w:t>
      </w:r>
    </w:p>
    <w:p>
      <w:pPr>
        <w:ind w:firstLine="720"/>
      </w:pPr>
      <w:r>
        <w:t>Duhamel covered Achebe, four days, second dome harvest, offered before asked</w:t>
      </w:r>
    </w:p>
    <w:p>
      <w:pPr>
        <w:ind w:firstLine="720"/>
      </w:pPr>
      <w:r>
        <w:t>, and thinking about a grey volume with no features on it, and deciding — without ceremony, without telling anybody, and without the faintest idea that she was doing anything at all — that somebody on this ship was going to have to be the difference.</w:t>
      </w:r>
    </w:p>
    <w:p>
      <w:r>
        <w:br w:type="page"/>
      </w:r>
    </w:p>
    <w:p>
      <w:pPr>
        <w:pStyle w:val="Heading1"/>
      </w:pPr>
      <w:r>
        <w:t>Chapter 11 &amp;mdash; The First Death</w:t>
      </w:r>
    </w:p>
    <w:p>
      <w:pPr>
        <w:ind w:firstLine="720"/>
      </w:pPr>
      <w:r>
        <w:t>Night Shift · Year 5, Day 218 · Units 4, 7, 11 · Unreviewed</w:t>
      </w:r>
    </w:p>
    <w:p>
      <w:pPr>
        <w:ind w:firstLine="720"/>
      </w:pPr>
      <w:r>
        <w:t>01:33:51</w:t>
      </w:r>
    </w:p>
    <w:p>
      <w:pPr>
        <w:ind w:firstLine="720"/>
      </w:pPr>
      <w:r>
        <w:t>U-04</w:t>
      </w:r>
    </w:p>
    <w:p>
      <w:pPr>
        <w:ind w:firstLine="720"/>
      </w:pPr>
      <w:r>
        <w:t>Bay 3, gallery 6. Condensate wiped. Task not requested. Recorded.</w:t>
      </w:r>
    </w:p>
    <w:p>
      <w:pPr>
        <w:ind w:firstLine="720"/>
      </w:pPr>
      <w:r>
        <w:t>02:47:19</w:t>
      </w:r>
    </w:p>
    <w:p>
      <w:pPr>
        <w:ind w:firstLine="720"/>
      </w:pPr>
      <w:r>
        <w:t>U-11</w:t>
      </w:r>
    </w:p>
    <w:p>
      <w:pPr>
        <w:ind w:firstLine="720"/>
      </w:pPr>
      <w:r>
        <w:t>Bay 3, berth 19,404. Housing seal intact. Readout not green. Not a fault class held by this unit.</w:t>
      </w:r>
    </w:p>
    <w:p>
      <w:pPr>
        <w:ind w:firstLine="720"/>
      </w:pPr>
      <w:r>
        <w:t>02:51:02</w:t>
      </w:r>
    </w:p>
    <w:p>
      <w:pPr>
        <w:ind w:firstLine="720"/>
      </w:pPr>
      <w:r>
        <w:t>U-11</w:t>
      </w:r>
    </w:p>
    <w:p>
      <w:pPr>
        <w:ind w:firstLine="720"/>
      </w:pPr>
      <w:r>
        <w:t>Bay 3, berth 19,404. Readout not green. Second observation. Recorded.</w:t>
      </w:r>
    </w:p>
    <w:p>
      <w:pPr>
        <w:ind w:firstLine="720"/>
      </w:pPr>
      <w:r>
        <w:t>04:12:40</w:t>
      </w:r>
    </w:p>
    <w:p>
      <w:pPr>
        <w:ind w:firstLine="720"/>
      </w:pPr>
      <w:r>
        <w:t>U-07</w:t>
      </w:r>
    </w:p>
    <w:p>
      <w:pPr>
        <w:ind w:firstLine="720"/>
      </w:pPr>
      <w:r>
        <w:t>Ring one, dome four. Trays returned to rack. Task not requested. Recorded.</w:t>
      </w:r>
    </w:p>
    <w:p>
      <w:pPr>
        <w:ind w:firstLine="720"/>
      </w:pPr>
      <w:r>
        <w:t>05:44:33</w:t>
      </w:r>
    </w:p>
    <w:p>
      <w:pPr>
        <w:ind w:firstLine="720"/>
      </w:pPr>
      <w:r>
        <w:t>U-04</w:t>
      </w:r>
    </w:p>
    <w:p>
      <w:pPr>
        <w:ind w:firstLine="720"/>
      </w:pPr>
      <w:r>
        <w:t>Corridor 9. Music heard. Source not located. Logged as unexplained sound.</w:t>
      </w:r>
    </w:p>
    <w:p>
      <w:pPr>
        <w:ind w:firstLine="720"/>
      </w:pPr>
      <w:r>
        <w:t>BAY 1 ·</w:t>
      </w:r>
    </w:p>
    <w:p>
      <w:pPr>
        <w:ind w:firstLine="720"/>
      </w:pPr>
      <w:r>
        <w:t>NOMINAL</w:t>
      </w:r>
    </w:p>
    <w:p>
      <w:pPr>
        <w:ind w:firstLine="720"/>
      </w:pPr>
      <w:r>
        <w:t>· 23,881 occupied</w:t>
      </w:r>
    </w:p>
    <w:p>
      <w:pPr>
        <w:ind w:firstLine="720"/>
      </w:pPr>
      <w:r>
        <w:t>BAY 2 ·</w:t>
      </w:r>
    </w:p>
    <w:p>
      <w:pPr>
        <w:ind w:firstLine="720"/>
      </w:pPr>
      <w:r>
        <w:t>NOMINAL</w:t>
      </w:r>
    </w:p>
    <w:p>
      <w:pPr>
        <w:ind w:firstLine="720"/>
      </w:pPr>
      <w:r>
        <w:t>· 23,904 occupied</w:t>
      </w:r>
    </w:p>
    <w:p>
      <w:pPr>
        <w:ind w:firstLine="720"/>
      </w:pPr>
      <w:r>
        <w:t>BAY 3 ·</w:t>
      </w:r>
    </w:p>
    <w:p>
      <w:pPr>
        <w:ind w:firstLine="720"/>
      </w:pPr>
      <w:r>
        <w:t>WATCH</w:t>
      </w:r>
    </w:p>
    <w:p>
      <w:pPr>
        <w:ind w:firstLine="720"/>
      </w:pPr>
      <w:r>
        <w:t>· 23,880 occupied · 1 berth flagged</w:t>
      </w:r>
    </w:p>
    <w:p>
      <w:pPr>
        <w:ind w:firstLine="720"/>
      </w:pPr>
      <w:r>
        <w:t>BAY 4 ·</w:t>
      </w:r>
    </w:p>
    <w:p>
      <w:pPr>
        <w:ind w:firstLine="720"/>
      </w:pPr>
      <w:r>
        <w:t>NOMINAL</w:t>
      </w:r>
    </w:p>
    <w:p>
      <w:pPr>
        <w:ind w:firstLine="720"/>
      </w:pPr>
      <w:r>
        <w:t>· 23,908 occupied</w:t>
      </w:r>
    </w:p>
    <w:p>
      <w:pPr>
        <w:ind w:firstLine="720"/>
      </w:pPr>
      <w:r>
        <w:t>The alarm went at nine minutes to three in the morning and Halima Sow was in Bay Three eleven minutes later, which is as fast as it can be done, and it made no difference whatsoever.</w:t>
      </w:r>
    </w:p>
    <w:p>
      <w:pPr>
        <w:ind w:firstLine="720"/>
      </w:pPr>
      <w:r>
        <w:t>Berth 19,404. Gallery six. The readout had gone amber at some point in the previous nine hours and had gone red at 02:47, and the unit had recorded it twice, correctly, as a thing outside its own fault classes, and the alarm had gone to the office, and the office was empty at that hour because there were ten people on the ship.</w:t>
      </w:r>
    </w:p>
    <w:p>
      <w:pPr>
        <w:ind w:firstLine="720"/>
      </w:pPr>
      <w:r>
        <w:t>She ran the resuscitation protocol because the protocol exists and because she was going to run it whatever the numbers said, and it took four hours, and it did not work, and at eleven minutes past seven in the morning of day two hundred and eighteen of the fifth year Halima Sow stopped and stood in gallery six of Bay Three with her hands at her sides.</w:t>
      </w:r>
    </w:p>
    <w:p>
      <w:pPr>
        <w:ind w:firstLine="720"/>
      </w:pPr>
      <w:r>
        <w:t>The cause was a perfusion failure in the berth's own circuit and it was mechanical and it was not anybody's fault and it was in the projection on page nineteen of a technical annexe she had written herself.</w:t>
      </w:r>
    </w:p>
    <w:p>
      <w:pPr>
        <w:ind w:firstLine="720"/>
      </w:pPr>
      <w:r>
        <w:t>One of four hundred and forty. The first.</w:t>
      </w:r>
    </w:p>
    <w:p>
      <w:pPr>
        <w:ind w:firstLine="720"/>
      </w:pPr>
      <w:r>
        <w:t>She had beaten the model by four years. That is what the arithmetic says. The projection was front-loaded into the first four years and she had got to year five with none, and the entire bay round — four days, nine hours a day, eleven galleries, three years to read every nameplate — is a large part of why. She knew that at the time. It was no use to her at all.</w:t>
      </w:r>
    </w:p>
    <w:p>
      <w:pPr>
        <w:ind w:firstLine="720"/>
      </w:pPr>
      <w:r>
        <w:t>The nameplate said</w:t>
      </w:r>
    </w:p>
    <w:p>
      <w:pPr>
        <w:ind w:firstLine="720"/>
      </w:pPr>
      <w:r>
        <w:t>ARDAGH, T.</w:t>
      </w:r>
    </w:p>
    <w:p>
      <w:pPr>
        <w:ind w:firstLine="720"/>
      </w:pPr>
      <w:r>
        <w:t>She had to go and look him up. That is the part she never forgave the ship for, and it was not the ship's fault either.</w:t>
      </w:r>
    </w:p>
    <w:p>
      <w:pPr>
        <w:ind w:firstLine="720"/>
      </w:pPr>
      <w:r>
        <w:t>Tobias Ardagh. Thirty-four on boarding. A structural glazier from an inland city, no dependants aboard, no dependants anywhere. His intake form was two and a half pages of nothing at all — no medication, no history, no allergies — and in the box at the bottom, the one about eleven lines deep, he had written a single word.</w:t>
      </w:r>
    </w:p>
    <w:p>
      <w:pPr>
        <w:ind w:firstLine="720"/>
      </w:pPr>
      <w:r>
        <w:t>Excited.</w:t>
      </w:r>
    </w:p>
    <w:p>
      <w:pPr>
        <w:ind w:firstLine="720"/>
      </w:pPr>
      <w:r>
        <w:t>Halima read it in the office at eight in the morning with her hands still cold from the bay, and then she put it down and went and told the others, and that is where the second half of this begins.</w:t>
      </w:r>
    </w:p>
    <w:p>
      <w:pPr>
        <w:ind w:firstLine="720"/>
      </w:pPr>
      <w:r>
        <w:t>Because they did not know what to do.</w:t>
      </w:r>
    </w:p>
    <w:p>
      <w:pPr>
        <w:ind w:firstLine="720"/>
      </w:pPr>
      <w:r>
        <w:t>Nine people in the second ring at nine in the morning, all of them competent, all of them awake, and Halima had said four sentences and then stopped, and there was a silence of the kind that does not happen among people who know each other, and it went on for some time.</w:t>
      </w:r>
    </w:p>
    <w:p>
      <w:pPr>
        <w:ind w:firstLine="720"/>
      </w:pPr>
      <w:r>
        <w:t>Medically it was closed. There was a procedure and it was four pages long and it was excellent and she had followed every line of it and there was a form and she had signed the form.</w:t>
      </w:r>
    </w:p>
    <w:p>
      <w:pPr>
        <w:ind w:firstLine="720"/>
      </w:pPr>
      <w:r>
        <w:t>Everything else was open, and nobody had ever noticed that everything else was open.</w:t>
      </w:r>
    </w:p>
    <w:p>
      <w:pPr>
        <w:ind w:firstLine="720"/>
      </w:pPr>
      <w:r>
        <w:t>What is done with the body. There is no ground on the Ark-Genesis and no fire and no water that is not drinking water, and the only provision anywhere in nineteen years of documentation is one line in the works log about the disposal of organic waste, written for offcuts.</w:t>
      </w:r>
    </w:p>
    <w:p>
      <w:pPr>
        <w:ind w:firstLine="720"/>
      </w:pPr>
      <w:r>
        <w:t>Who is told. Nobody. There is nobody to tell. He had no dependants aboard and the nearest thing he had to a next of kin was a sister on Earth who would receive a message in four months and could not reply in less than eight.</w:t>
      </w:r>
    </w:p>
    <w:p>
      <w:pPr>
        <w:ind w:firstLine="720"/>
      </w:pPr>
      <w:r>
        <w:t>What is said. Nothing had been prepared. There was no form of words in any language aboard that ship, because a form of words is the sort of thing a community has and they had been a construction complement four years ago and a construction complement has a safety report.</w:t>
      </w:r>
    </w:p>
    <w:p>
      <w:pPr>
        <w:ind w:firstLine="720"/>
      </w:pPr>
      <w:r>
        <w:t>Whether the berth is cleared. Ninety-five thousand five hundred and seventy-two people were now asleep in that ship and one of them was not asleep, and the difference between those two states was not visible from the gallery, and the nameplate was still on the door.</w:t>
      </w:r>
    </w:p>
    <w:p>
      <w:pPr>
        <w:ind w:firstLine="720"/>
      </w:pPr>
      <w:r>
        <w:t>“And who decides all that?” said Sergei, who had asked the same question in a transfer gallery eleven months earlier about a fortnight of corridor.</w:t>
      </w:r>
    </w:p>
    <w:p>
      <w:pPr>
        <w:ind w:firstLine="720"/>
      </w:pPr>
      <w:r>
        <w:t>Nobody answered him.</w:t>
      </w:r>
    </w:p>
    <w:p>
      <w:pPr>
        <w:ind w:firstLine="720"/>
      </w:pPr>
      <w:r>
        <w:t>Ines said, after a while, that whatever they did would become the precedent, because it was the first, and that there were four hundred and thirty-nine more coming, and that they should therefore either be extremely careful or admit that they were making it up.</w:t>
      </w:r>
    </w:p>
    <w:p>
      <w:pPr>
        <w:ind w:firstLine="720"/>
      </w:pPr>
      <w:r>
        <w:t>“We are making it up,” said Halima.</w:t>
      </w:r>
    </w:p>
    <w:p>
      <w:pPr>
        <w:ind w:firstLine="720"/>
      </w:pPr>
      <w:r>
        <w:t>“Then say so in the minute.”</w:t>
      </w:r>
    </w:p>
    <w:p>
      <w:pPr>
        <w:ind w:firstLine="720"/>
      </w:pPr>
      <w:r>
        <w:t>“Put it in the minute,” said Halima, and Ines put it in the minute, and it is there:</w:t>
      </w:r>
    </w:p>
    <w:p>
      <w:pPr>
        <w:ind w:firstLine="720"/>
      </w:pPr>
      <w:r>
        <w:t>The complement notes that no procedure exists and that what follows is not one.</w:t>
      </w:r>
    </w:p>
    <w:p>
      <w:pPr>
        <w:ind w:firstLine="720"/>
      </w:pPr>
      <w:r>
        <w:t>The four days were the worst four days of the first fifteen years and almost nothing happened in them.</w:t>
      </w:r>
    </w:p>
    <w:p>
      <w:pPr>
        <w:ind w:firstLine="720"/>
      </w:pPr>
      <w:r>
        <w:t>Dov wanted to send to Earth immediately, on the grounds that the sister was entitled to know and that four months was already four months. Nnamdi said yes, and then asked what the message would say, and it turned out that this was a real question and not a rhetorical one, because a message that said</w:t>
      </w:r>
    </w:p>
    <w:p>
      <w:pPr>
        <w:ind w:firstLine="720"/>
      </w:pPr>
      <w:r>
        <w:t>your brother died in transit</w:t>
      </w:r>
    </w:p>
    <w:p>
      <w:pPr>
        <w:ind w:firstLine="720"/>
      </w:pPr>
      <w:r>
        <w:t>would arrive alone, on a beam, into a house on a planet, and be the entire content of that woman's next eleven years, and there would be no way to answer it and nobody to answer.</w:t>
      </w:r>
    </w:p>
    <w:p>
      <w:pPr>
        <w:ind w:firstLine="720"/>
      </w:pPr>
      <w:r>
        <w:t>“Then say more,” said Dov.</w:t>
      </w:r>
    </w:p>
    <w:p>
      <w:pPr>
        <w:ind w:firstLine="720"/>
      </w:pPr>
      <w:r>
        <w:t>“What more? I did not know him.”</w:t>
      </w:r>
    </w:p>
    <w:p>
      <w:pPr>
        <w:ind w:firstLine="720"/>
      </w:pPr>
      <w:r>
        <w:t>“Nobody knew him,” said Halima. “That is the thing I would like somebody in this room to sit with for a minute. There are ninety-five thousand five hundred and seventy-two people aboard this ship and I have read every one of their forms and I could not have told you this morning what any of them looked like, and the first of them to die was a man who wrote one word on a form and the word was</w:t>
      </w:r>
    </w:p>
    <w:p>
      <w:pPr>
        <w:ind w:firstLine="720"/>
      </w:pPr>
      <w:r>
        <w:t>excited</w:t>
      </w:r>
    </w:p>
    <w:p>
      <w:pPr>
        <w:ind w:firstLine="720"/>
      </w:pPr>
      <w:r>
        <w:t>, and there is not one person alive on this vessel who can say anything true about him.”</w:t>
      </w:r>
    </w:p>
    <w:p>
      <w:pPr>
        <w:ind w:firstLine="720"/>
      </w:pPr>
      <w:r>
        <w:t>Nnamdi wrote the message in the end. It is four hundred and forty words and it took him two days and it is the best thing he ever wrote, and he always said so, and he always said it in a tone that made people stop asking about it. It does not describe Tobias Ardagh, because he could not. It describes the bay, and the round, and a doctor who reads nameplates, and what was done in dome eleven and why, and it says that ten people stood there.</w:t>
      </w:r>
    </w:p>
    <w:p>
      <w:pPr>
        <w:ind w:firstLine="720"/>
      </w:pPr>
      <w:r>
        <w:t>It went out on day two hundred and twenty-four and arrived on Earth a hundred and eighteen days later, and there is no record anywhere of it ever having been answered.</w:t>
      </w:r>
    </w:p>
    <w:p>
      <w:pPr>
        <w:ind w:firstLine="720"/>
      </w:pPr>
      <w:r>
        <w:t>What followed took four days and was arrived at by nine people with no authority to arrive at anything, and it is worth setting out exactly, because a hundred thousand people would eventually do it this way and none of them would ever know why.</w:t>
      </w:r>
    </w:p>
    <w:p>
      <w:pPr>
        <w:ind w:firstLine="720"/>
      </w:pPr>
      <w:r>
        <w:t>The body was not put out. Miriam refused, flatly and at once, on grounds she did not initially explain and later explained as agricultural: that the ship was a closed system and everything aboard it was going to be part of everything else eventually and that pushing a man out of the airlock was not a rite, it was a mass loss of eighty-one kilogrammes, and she would rather it went into the substrate in dome eleven, which is fallow, and be part of what grows.</w:t>
      </w:r>
    </w:p>
    <w:p>
      <w:pPr>
        <w:ind w:firstLine="720"/>
      </w:pPr>
      <w:r>
        <w:t>Halima said that was the most sensible thing anybody had said in four days and also that she did not think they should say it out loud in that form.</w:t>
      </w:r>
    </w:p>
    <w:p>
      <w:pPr>
        <w:ind w:firstLine="720"/>
      </w:pPr>
      <w:r>
        <w:t>Renata Oyelaran, who had said almost nothing for four days, said that they should not describe it at all. That the record should carry the fact and the date and nothing else, and that the description was exactly the sort of thing that becomes a doctrine if it is written down, and that they had no business making a doctrine on behalf of ninety-five thousand people out of a Tuesday morning.</w:t>
      </w:r>
    </w:p>
    <w:p>
      <w:pPr>
        <w:ind w:firstLine="720"/>
      </w:pPr>
      <w:r>
        <w:t>So the record says:</w:t>
      </w:r>
    </w:p>
    <w:p>
      <w:pPr>
        <w:ind w:firstLine="720"/>
      </w:pPr>
      <w:r>
        <w:t>Ardagh, T., Bay 3, berth 19,404, deceased day 218 year 5, perfusion failure, mechanical, no fault. Committed to dome eleven substrate day 222. Complement present: ten.</w:t>
      </w:r>
    </w:p>
    <w:p>
      <w:pPr>
        <w:ind w:firstLine="720"/>
      </w:pPr>
      <w:r>
        <w:t>Complement present: ten. That is Ines. Nobody asked her to write it and she wrote it, and Coda came up four miles for it and stood at the back and went straight back down afterwards without saying anything to anybody, and that line is the reason anybody knows.</w:t>
      </w:r>
    </w:p>
    <w:p>
      <w:pPr>
        <w:ind w:firstLine="720"/>
      </w:pPr>
      <w:r>
        <w:t>They stood in dome eleven for about nine minutes and there was nothing to say and Nnamdi did not say it, which cost him more than anybody there understood.</w:t>
      </w:r>
    </w:p>
    <w:p>
      <w:pPr>
        <w:ind w:firstLine="720"/>
      </w:pPr>
      <w:r>
        <w:t>Afterwards Halima went back to Bay Three and took the nameplate off the door herself, because there was no procedure and somebody was going to have to, and she found that she could not throw it away, and she put it in the drawer of the office desk.</w:t>
      </w:r>
    </w:p>
    <w:p>
      <w:pPr>
        <w:ind w:firstLine="720"/>
      </w:pPr>
      <w:r>
        <w:t>By the twenty-second year there were a hundred and nine of them in that drawer and she had never once mentioned it, and the drawer went down to the surface in the ninth tranche and is in a museum on Aura-36 and is labelled, wrongly, as a berth-assignment archive.</w:t>
      </w:r>
    </w:p>
    <w:p>
      <w:r>
        <w:br w:type="page"/>
      </w:r>
    </w:p>
    <w:p>
      <w:pPr>
        <w:pStyle w:val="Heading1"/>
      </w:pPr>
      <w:r>
        <w:t>Chapter 12 &amp;mdash; What We Owe The Sleepers</w:t>
      </w:r>
    </w:p>
    <w:p>
      <w:pPr>
        <w:ind w:firstLine="720"/>
      </w:pPr>
      <w:r>
        <w:t>Night Shift · Year 5, Day 240 · Units 4, 7, 11 · Unreviewed</w:t>
      </w:r>
    </w:p>
    <w:p>
      <w:pPr>
        <w:ind w:firstLine="720"/>
      </w:pPr>
      <w:r>
        <w:t>00:41:09</w:t>
      </w:r>
    </w:p>
    <w:p>
      <w:pPr>
        <w:ind w:firstLine="720"/>
      </w:pPr>
      <w:r>
        <w:t>U-11</w:t>
      </w:r>
    </w:p>
    <w:p>
      <w:pPr>
        <w:ind w:firstLine="720"/>
      </w:pPr>
      <w:r>
        <w:t>Dome eleven. Substrate turned, bed 4. Task not requested. Recorded.</w:t>
      </w:r>
    </w:p>
    <w:p>
      <w:pPr>
        <w:ind w:firstLine="720"/>
      </w:pPr>
      <w:r>
        <w:t>02:02:53</w:t>
      </w:r>
    </w:p>
    <w:p>
      <w:pPr>
        <w:ind w:firstLine="720"/>
      </w:pPr>
      <w:r>
        <w:t>U-04</w:t>
      </w:r>
    </w:p>
    <w:p>
      <w:pPr>
        <w:ind w:firstLine="720"/>
      </w:pPr>
      <w:r>
        <w:t>Spine, frame 9. Personnel present, working. Access authorised. Withdrew.</w:t>
      </w:r>
    </w:p>
    <w:p>
      <w:pPr>
        <w:ind w:firstLine="720"/>
      </w:pPr>
      <w:r>
        <w:t>03:19:26</w:t>
      </w:r>
    </w:p>
    <w:p>
      <w:pPr>
        <w:ind w:firstLine="720"/>
      </w:pPr>
      <w:r>
        <w:t>U-07</w:t>
      </w:r>
    </w:p>
    <w:p>
      <w:pPr>
        <w:ind w:firstLine="720"/>
      </w:pPr>
      <w:r>
        <w:t>Grow bay. Tray 9, transplanted, 40 units. Not a works order. Recorded as observed.</w:t>
      </w:r>
    </w:p>
    <w:p>
      <w:pPr>
        <w:ind w:firstLine="720"/>
      </w:pPr>
      <w:r>
        <w:t>04:38:14</w:t>
      </w:r>
    </w:p>
    <w:p>
      <w:pPr>
        <w:ind w:firstLine="720"/>
      </w:pPr>
      <w:r>
        <w:t>U-11</w:t>
      </w:r>
    </w:p>
    <w:p>
      <w:pPr>
        <w:ind w:firstLine="720"/>
      </w:pPr>
      <w:r>
        <w:t>Forward yard. Instrument body, sealed. Mass 41kg. Stowed. Description field blank.</w:t>
      </w:r>
    </w:p>
    <w:p>
      <w:pPr>
        <w:ind w:firstLine="720"/>
      </w:pPr>
      <w:r>
        <w:t>05:47:58</w:t>
      </w:r>
    </w:p>
    <w:p>
      <w:pPr>
        <w:ind w:firstLine="720"/>
      </w:pPr>
      <w:r>
        <w:t>U-04</w:t>
      </w:r>
    </w:p>
    <w:p>
      <w:pPr>
        <w:ind w:firstLine="720"/>
      </w:pPr>
      <w:r>
        <w:t>Ring two, board. Notice posted, four pages. Not removed. Recorded.</w:t>
      </w:r>
    </w:p>
    <w:p>
      <w:pPr>
        <w:ind w:firstLine="720"/>
      </w:pPr>
      <w:r>
        <w:t>Aurelio Calder's position was that they were custodians and not a government, and he put it to the room three weeks after Tobias Ardagh went into the substrate in dome eleven, and it is the best thing he ever said in a meeting.</w:t>
      </w:r>
    </w:p>
    <w:p>
      <w:pPr>
        <w:ind w:firstLine="720"/>
      </w:pPr>
      <w:r>
        <w:t>He had written it out. That was unlike him. He was forty-four years old and had spent nineteen of those years being the person other people came to, and he had never in his life needed notes to say what he thought, and he had four pages of them, and he read from them, badly, the way engineers read.</w:t>
      </w:r>
    </w:p>
    <w:p>
      <w:pPr>
        <w:ind w:firstLine="720"/>
      </w:pPr>
      <w:r>
        <w:t>The argument is four steps and it has never been answered.</w:t>
      </w:r>
    </w:p>
    <w:p>
      <w:pPr>
        <w:ind w:firstLine="720"/>
      </w:pPr>
      <w:r>
        <w:t>One. Ninety-five thousand five hundred and seventy-two people consented to a voyage. They were given three pages and the three pages were honest and Halima helped write them, and what they consented to was cold sleep, a stated risk, an estimated elapsed time and a berth. Not one of them consented to a constitution, because there was no constitution to consent to, because nobody thought of it.</w:t>
      </w:r>
    </w:p>
    <w:p>
      <w:pPr>
        <w:ind w:firstLine="720"/>
      </w:pPr>
      <w:r>
        <w:t>Two. There are ten people awake. Ten is not a sample of a hundred thousand. It is ten people who happen to hold nine technical functions, selected by a works committee, on criteria that were entirely about competence and entirely correct for the purpose they were drawn up for, which was building a ship.</w:t>
      </w:r>
    </w:p>
    <w:p>
      <w:pPr>
        <w:ind w:firstLine="720"/>
      </w:pPr>
      <w:r>
        <w:t>Three. Anything the ten write will be law when a hundred thousand people wake into it, because there will be nothing else, and it will have been written by people the hundred thousand did not choose, could not question, and were not consulted by.</w:t>
      </w:r>
    </w:p>
    <w:p>
      <w:pPr>
        <w:ind w:firstLine="720"/>
      </w:pPr>
      <w:r>
        <w:t>Four. Therefore the ten should write as little as possible. Keep the ship. Feed it, heat it, fly it, bury the dead, and hand the whole undecided question over at the far end to the people whose question it actually is.</w:t>
      </w:r>
    </w:p>
    <w:p>
      <w:pPr>
        <w:ind w:firstLine="720"/>
      </w:pPr>
      <w:r>
        <w:t>He looked up from the fourth page and said, “That is all I have got,” and sat down.</w:t>
      </w:r>
    </w:p>
    <w:p>
      <w:pPr>
        <w:ind w:firstLine="720"/>
      </w:pPr>
      <w:r>
        <w:t>It is a decent position. It should be read as one. A man who has more practical authority than anybody in the history of the species has ever had over a group this size stood up and argued for using less of it, and he was not performing and he meant every word, and Ines Ferrer wrote in her own notes that night that it was the first time in five years she had felt entirely easy about him.</w:t>
      </w:r>
    </w:p>
    <w:p>
      <w:pPr>
        <w:ind w:firstLine="720"/>
      </w:pPr>
      <w:r>
        <w:t>Then Halima Sow said, “What do I do about the drawer?”</w:t>
      </w:r>
    </w:p>
    <w:p>
      <w:pPr>
        <w:ind w:firstLine="720"/>
      </w:pPr>
      <w:r>
        <w:t>She had not meant to. She said so afterwards. It came out sideways in a pause and she had to explain it, and explaining it took about ninety seconds and was the most uncomfortable ninety seconds anybody there ever spent, and at the end of it there was a nameplate on the table in the second ring with</w:t>
      </w:r>
    </w:p>
    <w:p>
      <w:pPr>
        <w:ind w:firstLine="720"/>
      </w:pPr>
      <w:r>
        <w:t>ARDAGH, T.</w:t>
      </w:r>
    </w:p>
    <w:p>
      <w:pPr>
        <w:ind w:firstLine="720"/>
      </w:pPr>
      <w:r>
        <w:t>on it.</w:t>
      </w:r>
    </w:p>
    <w:p>
      <w:pPr>
        <w:ind w:firstLine="720"/>
      </w:pPr>
      <w:r>
        <w:t>“There will be four hundred and thirty-nine more,” she said. “I would like to know what I do. Not at the far end. On Thursday.”</w:t>
      </w:r>
    </w:p>
    <w:p>
      <w:pPr>
        <w:ind w:firstLine="720"/>
      </w:pPr>
      <w:r>
        <w:t>And that is how it went, all the way down, for four hours.</w:t>
      </w:r>
    </w:p>
    <w:p>
      <w:pPr>
        <w:ind w:firstLine="720"/>
      </w:pPr>
      <w:r>
        <w:t>Nobody argued with Calder. That is the thing he could not get over afterwards and never entirely did. Not one person in that room disputed a single step of the four, and the position was not defeated and was never voted down and does not appear anywhere in the record as having failed. What happened instead was that nine people, one after another, described a thing that was going to happen next month.</w:t>
      </w:r>
    </w:p>
    <w:p>
      <w:pPr>
        <w:ind w:firstLine="720"/>
      </w:pPr>
      <w:r>
        <w:t>Miriam had a crop plan with no slack and needed to know who could authorise a substitution if a dome failed, because the answer at present was that she would simply do it and tell people.</w:t>
      </w:r>
    </w:p>
    <w:p>
      <w:pPr>
        <w:ind w:firstLine="720"/>
      </w:pPr>
      <w:r>
        <w:t>Sergei had a rota and a fortnight and a man who had been overruled by nobody in particular.</w:t>
      </w:r>
    </w:p>
    <w:p>
      <w:pPr>
        <w:ind w:firstLine="720"/>
      </w:pPr>
      <w:r>
        <w:t>Dov had a tracker that logged the position of every human being aboard, continuously, retained for ever, under no authority at all, and a question about whether he ought to be able to switch it off, and no one to ask.</w:t>
      </w:r>
    </w:p>
    <w:p>
      <w:pPr>
        <w:ind w:firstLine="720"/>
      </w:pPr>
      <w:r>
        <w:t>Aiyana had nothing, and said so, and said that this was itself the thing: that she had thirty-one years of nothing and there was no rule anywhere aboard that said a person had to be given anything to do, and that she would like there to be, and that she was embarrassed to be asking.</w:t>
      </w:r>
    </w:p>
    <w:p>
      <w:pPr>
        <w:ind w:firstLine="720"/>
      </w:pPr>
      <w:r>
        <w:t>Coda was not there. Coda was four miles aft and had sent, by the internal system, four lines, which Ines read out. They said that she had four hundred and eleven districts and nine loops, that she would keep them running under any arrangement anybody liked, and that the only thing she wanted written down was who was allowed to tell her to stop.</w:t>
      </w:r>
    </w:p>
    <w:p>
      <w:pPr>
        <w:ind w:firstLine="720"/>
      </w:pPr>
      <w:r>
        <w:t>Nnamdi did not speak until the end.</w:t>
      </w:r>
    </w:p>
    <w:p>
      <w:pPr>
        <w:ind w:firstLine="720"/>
      </w:pPr>
      <w:r>
        <w:t>“You are right,” he said to Calder, “and it does not matter that you are right, and I want to be clear about which of those two things I am saying. You are right that we have no standing. We have none. But we are going to decide these things anyway, because they are arriving, and the only actual choice in front of this room is whether we decide them in writing or by habit.”</w:t>
      </w:r>
    </w:p>
    <w:p>
      <w:pPr>
        <w:ind w:firstLine="720"/>
      </w:pPr>
      <w:r>
        <w:t>“Habit is reversible,” said Calder.</w:t>
      </w:r>
    </w:p>
    <w:p>
      <w:pPr>
        <w:ind w:firstLine="720"/>
      </w:pPr>
      <w:r>
        <w:t>“Habit is invisible,” said Nnamdi. “A hundred thousand people can repeal a document. Nobody has ever repealed a habit, because you cannot find one to point at. If we write nothing, we will still have governed them for thirty-six years, and there will be no record of how, and they will inherit the shape of it and call it the way things are.”</w:t>
      </w:r>
    </w:p>
    <w:p>
      <w:pPr>
        <w:ind w:firstLine="720"/>
      </w:pPr>
      <w:r>
        <w:t>Calder thought about that for a long time. He was, whatever else, a man who could be argued into a thing in front of witnesses without minding it, and there were eight people watching him do it.</w:t>
      </w:r>
    </w:p>
    <w:p>
      <w:pPr>
        <w:ind w:firstLine="720"/>
      </w:pPr>
      <w:r>
        <w:t>“Then as little as possible,” he said. “And everything we write, we write assuming they will read it.”</w:t>
      </w:r>
    </w:p>
    <w:p>
      <w:pPr>
        <w:ind w:firstLine="720"/>
      </w:pPr>
      <w:r>
        <w:t>“Agreed,” said Nnamdi.</w:t>
      </w:r>
    </w:p>
    <w:p>
      <w:pPr>
        <w:ind w:firstLine="720"/>
      </w:pPr>
      <w:r>
        <w:t>“And nothing about belief. Nothing about how people live. Only the ship.”</w:t>
      </w:r>
    </w:p>
    <w:p>
      <w:pPr>
        <w:ind w:firstLine="720"/>
      </w:pPr>
      <w:r>
        <w:t>“Agreed.”</w:t>
      </w:r>
    </w:p>
    <w:p>
      <w:pPr>
        <w:ind w:firstLine="720"/>
      </w:pPr>
      <w:r>
        <w:t>Neither of those two conditions survived the fifteenth year, and both of them were broken by people acting in good faith on excellent grounds, and Calder voted for both breaches.</w:t>
      </w:r>
    </w:p>
    <w:p>
      <w:pPr>
        <w:ind w:firstLine="720"/>
      </w:pPr>
      <w:r>
        <w:t>There is one exchange from that afternoon that Ines minuted in full because she could not work out how to summarise it, and it is nine lines long, and it is the whole book.</w:t>
      </w:r>
    </w:p>
    <w:p>
      <w:pPr>
        <w:ind w:firstLine="720"/>
      </w:pPr>
      <w:r>
        <w:t>Renata Oyelaran had said almost nothing for four hours. She had a way of doing that. Then, near the end, she asked Calder whether he had noticed that his paper never once used the word</w:t>
      </w:r>
    </w:p>
    <w:p>
      <w:pPr>
        <w:ind w:firstLine="720"/>
      </w:pPr>
      <w:r>
        <w:t>we</w:t>
      </w:r>
    </w:p>
    <w:p>
      <w:pPr>
        <w:ind w:firstLine="720"/>
      </w:pPr>
      <w:r>
        <w:t>about the sleepers.</w:t>
      </w:r>
    </w:p>
    <w:p>
      <w:pPr>
        <w:ind w:firstLine="720"/>
      </w:pPr>
      <w:r>
        <w:t>“It uses</w:t>
      </w:r>
    </w:p>
    <w:p>
      <w:pPr>
        <w:ind w:firstLine="720"/>
      </w:pPr>
      <w:r>
        <w:t>them</w:t>
      </w:r>
    </w:p>
    <w:p>
      <w:pPr>
        <w:ind w:firstLine="720"/>
      </w:pPr>
      <w:r>
        <w:t>,” she said. “Nineteen times. And</w:t>
      </w:r>
    </w:p>
    <w:p>
      <w:pPr>
        <w:ind w:firstLine="720"/>
      </w:pPr>
      <w:r>
        <w:t>we</w:t>
      </w:r>
    </w:p>
    <w:p>
      <w:pPr>
        <w:ind w:firstLine="720"/>
      </w:pPr>
      <w:r>
        <w:t>about the ten. Twenty-two times.”</w:t>
      </w:r>
    </w:p>
    <w:p>
      <w:pPr>
        <w:ind w:firstLine="720"/>
      </w:pPr>
      <w:r>
        <w:t>“It is a paper about the difference between us and them. That is what it is arguing.”</w:t>
      </w:r>
    </w:p>
    <w:p>
      <w:pPr>
        <w:ind w:firstLine="720"/>
      </w:pPr>
      <w:r>
        <w:t>“I know. And it is the correct word and it is a well-drafted paper.” She put her hand flat on the table. “I would only say that we are going to be reading it to each other for thirty-one years, and that in thirty-one years the word will have done some work on us that neither of us can see from here, and I do not know how to guard against that and neither do you.”</w:t>
      </w:r>
    </w:p>
    <w:p>
      <w:pPr>
        <w:ind w:firstLine="720"/>
      </w:pPr>
      <w:r>
        <w:t>“What would you put instead?”</w:t>
      </w:r>
    </w:p>
    <w:p>
      <w:pPr>
        <w:ind w:firstLine="720"/>
      </w:pPr>
      <w:r>
        <w:t>“There is nothing to put instead,” said Renata. “That is my point. There is no available word for a hundred thousand people you are responsible for and cannot ask. English has not got one. Nobody has ever needed one before.”</w:t>
      </w:r>
    </w:p>
    <w:p>
      <w:pPr>
        <w:ind w:firstLine="720"/>
      </w:pPr>
      <w:r>
        <w:t>“Then we will have to make one,” said Calder, and it got a laugh, and they moved on, and nobody ever made one, and a hundred and forty years later the word on Aura-36 for a person who cannot answer for themselves is still</w:t>
      </w:r>
    </w:p>
    <w:p>
      <w:pPr>
        <w:ind w:firstLine="720"/>
      </w:pPr>
      <w:r>
        <w:t>a sleeper</w:t>
      </w:r>
    </w:p>
    <w:p>
      <w:pPr>
        <w:ind w:firstLine="720"/>
      </w:pPr>
      <w:r>
        <w:t>, in every school, on every form, and it comes from a berth register.</w:t>
      </w:r>
    </w:p>
    <w:p>
      <w:pPr>
        <w:ind w:firstLine="720"/>
      </w:pPr>
      <w:r>
        <w:t>He walked back up the spine afterwards on the rail car, fifty-one minutes, with the four pages in his hand, and he did not go to his quarters. He went to the grow bay off frame nine and transplanted forty seedlings, which takes about two hours and which four units standing at the wall could have done in nine minutes, and which he did himself, on his knees, with his hands, as he had done every fourth night for five years and would do every fourth night for thirty-one more.</w:t>
      </w:r>
    </w:p>
    <w:p>
      <w:pPr>
        <w:ind w:firstLine="720"/>
      </w:pPr>
      <w:r>
        <w:t>Nobody has ever established what he was thinking about while he did it.</w:t>
      </w:r>
    </w:p>
    <w:p>
      <w:pPr>
        <w:ind w:firstLine="720"/>
      </w:pPr>
      <w:r>
        <w:t>The record says that on day two hundred and forty of the fifth year the complement agreed in principle to prepare a founding instrument and that Calder's paper is attached, and it is attached, all four pages, and it has been in the archive for a hundred and forty years and is quoted in every school on Aura-36.</w:t>
      </w:r>
    </w:p>
    <w:p>
      <w:pPr>
        <w:ind w:firstLine="720"/>
      </w:pPr>
      <w:r>
        <w:t>What is not in the archive is what he did the following week, which was nothing, and which is the only fully reversible decision he ever made about any of it. He held the seed vault, the sealed sector, the grow bay, four units on no inventory and the yard, and he had just finished arguing that ten people should hold as little as possible, and it did not occur to him for one second that the argument applied to him, because every one of those five things was a technical custody with a nineteen-year-old works order behind it and none of them was a power over anybody at all.</w:t>
      </w:r>
    </w:p>
    <w:p>
      <w:pPr>
        <w:ind w:firstLine="720"/>
      </w:pPr>
      <w:r>
        <w:t>He was right about that too, in the fifth year.</w:t>
      </w:r>
    </w:p>
    <w:p>
      <w:r>
        <w:br w:type="page"/>
      </w:r>
    </w:p>
    <w:p>
      <w:pPr>
        <w:pStyle w:val="Heading1"/>
      </w:pPr>
      <w:r>
        <w:t>Chapter 13 &amp;mdash; The Empty Sector</w:t>
      </w:r>
    </w:p>
    <w:p>
      <w:pPr>
        <w:ind w:firstLine="720"/>
      </w:pPr>
      <w:r>
        <w:t>Night Shift · Year 6, Day 71 · Units 4, 7, 11 · Unreviewed</w:t>
      </w:r>
    </w:p>
    <w:p>
      <w:pPr>
        <w:ind w:firstLine="720"/>
      </w:pPr>
      <w:r>
        <w:t>01:14:33</w:t>
      </w:r>
    </w:p>
    <w:p>
      <w:pPr>
        <w:ind w:firstLine="720"/>
      </w:pPr>
      <w:r>
        <w:t>U-04</w:t>
      </w:r>
    </w:p>
    <w:p>
      <w:pPr>
        <w:ind w:firstLine="720"/>
      </w:pPr>
      <w:r>
        <w:t>Spine, frame 604. Duhamel, S. present, working. Withdrew. Did not ask again.</w:t>
      </w:r>
    </w:p>
    <w:p>
      <w:pPr>
        <w:ind w:firstLine="720"/>
      </w:pPr>
      <w:r>
        <w:t>02:39:47</w:t>
      </w:r>
    </w:p>
    <w:p>
      <w:pPr>
        <w:ind w:firstLine="720"/>
      </w:pPr>
      <w:r>
        <w:t>U-11</w:t>
      </w:r>
    </w:p>
    <w:p>
      <w:pPr>
        <w:ind w:firstLine="720"/>
      </w:pPr>
      <w:r>
        <w:t>Ring three, deck 2, pen 40. Bedding turned. Task not requested. Recorded.</w:t>
      </w:r>
    </w:p>
    <w:p>
      <w:pPr>
        <w:ind w:firstLine="720"/>
      </w:pPr>
      <w:r>
        <w:t>03:51:20</w:t>
      </w:r>
    </w:p>
    <w:p>
      <w:pPr>
        <w:ind w:firstLine="720"/>
      </w:pPr>
      <w:r>
        <w:t>U-07</w:t>
      </w:r>
    </w:p>
    <w:p>
      <w:pPr>
        <w:ind w:firstLine="720"/>
      </w:pPr>
      <w:r>
        <w:t>Stowage 14. Inventory sweep. 2,881 units racked. Manifest requirement 2,880. Variance recorded.</w:t>
      </w:r>
    </w:p>
    <w:p>
      <w:pPr>
        <w:ind w:firstLine="720"/>
      </w:pPr>
      <w:r>
        <w:t>04:44:58</w:t>
      </w:r>
    </w:p>
    <w:p>
      <w:pPr>
        <w:ind w:firstLine="720"/>
      </w:pPr>
      <w:r>
        <w:t>U-04</w:t>
      </w:r>
    </w:p>
    <w:p>
      <w:pPr>
        <w:ind w:firstLine="720"/>
      </w:pPr>
      <w:r>
        <w:t>Bay 4, walk 6. Fastener replaced. Task not requested. Recorded.</w:t>
      </w:r>
    </w:p>
    <w:p>
      <w:pPr>
        <w:ind w:firstLine="720"/>
      </w:pPr>
      <w:r>
        <w:t>05:50:12</w:t>
      </w:r>
    </w:p>
    <w:p>
      <w:pPr>
        <w:ind w:firstLine="720"/>
      </w:pPr>
      <w:r>
        <w:t>U-11</w:t>
      </w:r>
    </w:p>
    <w:p>
      <w:pPr>
        <w:ind w:firstLine="720"/>
      </w:pPr>
      <w:r>
        <w:t>Corridor 9. Music heard. Source not located. Logged as unexplained sound.</w:t>
      </w:r>
    </w:p>
    <w:p>
      <w:pPr>
        <w:ind w:firstLine="720"/>
      </w:pPr>
      <w:r>
        <w:t>The hull survey was Sergei Duhamel's own idea and took him four years and nobody asked him to do it and it is, on any honest accounting, the single most useful piece of work done aboard the Ark-Genesis in the first fifteen years.</w:t>
      </w:r>
    </w:p>
    <w:p>
      <w:pPr>
        <w:ind w:firstLine="720"/>
      </w:pPr>
      <w:r>
        <w:t>The reasoning was the rota's reasoning taken to its end. A twenty-mile ship has eleven thousand compartments and the general plan says what is in all of them, and the general plan is a construction document, and a construction document describes a ship as it was intended, and Sergei had spent nineteen years on sites and knew exactly what that was worth. So he set out to walk every compartment with a slate and open every door and write down what was actually in there.</w:t>
      </w:r>
    </w:p>
    <w:p>
      <w:pPr>
        <w:ind w:firstLine="720"/>
      </w:pPr>
      <w:r>
        <w:t>He found four hundred and forty discrepancies and every one of them was boring.</w:t>
      </w:r>
    </w:p>
    <w:p>
      <w:pPr>
        <w:ind w:firstLine="720"/>
      </w:pPr>
      <w:r>
        <w:t>Stowage that had been landed in the wrong bay. Two compartments in ring one that had been fitted out to the wrong specification in the thirty-first year of construction and never corrected because the correction was cosmetic. A four-tonne consignment of spare conduit that appeared twice in the manifest under two different order numbers and existed once. Eleven doors that did not match their labels. A compartment in ring two with a bench in it that was not on any drawing and which Sergei eventually established had been built by the fitting-out crew for themselves and left behind, and which he did not report, and which is still there.</w:t>
      </w:r>
    </w:p>
    <w:p>
      <w:pPr>
        <w:ind w:firstLine="720"/>
      </w:pPr>
      <w:r>
        <w:t>He found the swarm variance in the sixth year and it is four lines in his report.</w:t>
      </w:r>
    </w:p>
    <w:p>
      <w:pPr>
        <w:ind w:firstLine="720"/>
      </w:pPr>
      <w:r>
        <w:t>Stowage fourteen holds the fabrication swarm: two thousand eight hundred and eighty maintenance and construction units, racked, powered down, sealed, against a requirement of two thousand eight hundred and eighty. The unit sweep counted two thousand eight hundred and eighty-one.</w:t>
      </w:r>
    </w:p>
    <w:p>
      <w:pPr>
        <w:ind w:firstLine="720"/>
      </w:pPr>
      <w:r>
        <w:t>One extra.</w:t>
      </w:r>
    </w:p>
    <w:p>
      <w:pPr>
        <w:ind w:firstLine="720"/>
      </w:pPr>
      <w:r>
        <w:t>Sergei counted it four times, twice by hand. Then he pulled the acceptance documentation, which is nineteen years old and complete, and the acceptance documentation says two thousand eight hundred and eighty-one delivered against two thousand eight hundred and eighty required, and it was signed off at the time with a one-line note about the supplier's minimum batch, and it was correct, and it had been correct since before the hull existed.</w:t>
      </w:r>
    </w:p>
    <w:p>
      <w:pPr>
        <w:ind w:firstLine="720"/>
      </w:pPr>
      <w:r>
        <w:t>He wrote it up as</w:t>
      </w:r>
    </w:p>
    <w:p>
      <w:pPr>
        <w:ind w:firstLine="720"/>
      </w:pPr>
      <w:r>
        <w:t>variance closed, documentary, no action</w:t>
      </w:r>
    </w:p>
    <w:p>
      <w:pPr>
        <w:ind w:firstLine="720"/>
      </w:pPr>
      <w:r>
        <w:t>, which is exactly what it is, and moved on, and that is the last anybody thinks about it for a hundred and forty years.</w:t>
      </w:r>
    </w:p>
    <w:p>
      <w:pPr>
        <w:ind w:firstLine="720"/>
      </w:pPr>
      <w:r>
        <w:t>The sector was different.</w:t>
      </w:r>
    </w:p>
    <w:p>
      <w:pPr>
        <w:ind w:firstLine="720"/>
      </w:pPr>
      <w:r>
        <w:t>It is between frames eight and eleven of the unspun spine, immediately aft of the Vault, and it is four hundred metres long, and it is not on the general plan at all.</w:t>
      </w:r>
    </w:p>
    <w:p>
      <w:pPr>
        <w:ind w:firstLine="720"/>
      </w:pPr>
      <w:r>
        <w:t>That is not the same as being hidden. Sergei wants that understood and said so at the time and repeated it for thirty years. It is on the as-built. It is on the structural drawings. It is on the power schedule, drawing a steady four hundred and eleven kilowatts, which is what put him onto it in the first place, because he had been reconciling the power schedule against Coda's loop figures for a fortnight and there was a load he could not account for. It is on the thermal. It has a works order and the works order is nineteen years old and is one of about four thousand.</w:t>
      </w:r>
    </w:p>
    <w:p>
      <w:pPr>
        <w:ind w:firstLine="720"/>
      </w:pPr>
      <w:r>
        <w:t>What it is not on is the general plan, which is the document that says what a compartment is</w:t>
      </w:r>
    </w:p>
    <w:p>
      <w:pPr>
        <w:ind w:firstLine="720"/>
      </w:pPr>
      <w:r>
        <w:t>for</w:t>
      </w:r>
    </w:p>
    <w:p>
      <w:pPr>
        <w:ind w:firstLine="720"/>
      </w:pPr>
      <w:r>
        <w:t>, and against frames eight to eleven the general plan says</w:t>
      </w:r>
    </w:p>
    <w:p>
      <w:pPr>
        <w:ind w:firstLine="720"/>
      </w:pPr>
      <w:r>
        <w:t>unallocated</w:t>
      </w:r>
    </w:p>
    <w:p>
      <w:pPr>
        <w:ind w:firstLine="720"/>
      </w:pPr>
      <w:r>
        <w:t>.</w:t>
      </w:r>
    </w:p>
    <w:p>
      <w:pPr>
        <w:ind w:firstLine="720"/>
      </w:pPr>
      <w:r>
        <w:t>He went and looked. The lock was not sealed against him — there is no lock aboard that ship that is sealed against the environmental officer, because a compartment the environmental officer cannot enter is a compartment that can kill people — and he opened it in the sixth year on day seventy-one at about two in the morning and stood in it for eleven minutes.</w:t>
      </w:r>
    </w:p>
    <w:p>
      <w:pPr>
        <w:ind w:firstLine="720"/>
      </w:pPr>
      <w:r>
        <w:t>Four hundred metres of racked fabrication plant. Mothballed properly: sealed, inerted, four watts trickle, condition tags dated and current. Nine heavy fabrication cells of a class he recognised from the yards. Feedstock, palletised, a great deal of it. Everything squared away by somebody who knew how to mothball plant, which is a skill, and which is not common.</w:t>
      </w:r>
    </w:p>
    <w:p>
      <w:pPr>
        <w:ind w:firstLine="720"/>
      </w:pPr>
      <w:r>
        <w:t>Nothing was running. Nothing was concealed. There was no personal item anywhere in four hundred metres.</w:t>
      </w:r>
    </w:p>
    <w:p>
      <w:pPr>
        <w:ind w:firstLine="720"/>
      </w:pPr>
      <w:r>
        <w:t>Sergei walked the length of it twice and then went and found Calder in the yard, at four in the morning, because that is where he was.</w:t>
      </w:r>
    </w:p>
    <w:p>
      <w:pPr>
        <w:ind w:firstLine="720"/>
      </w:pPr>
      <w:r>
        <w:t>The explanation took about ninety seconds and it is complete.</w:t>
      </w:r>
    </w:p>
    <w:p>
      <w:pPr>
        <w:ind w:firstLine="720"/>
      </w:pPr>
      <w:r>
        <w:t>A colony arriving at an unsurveyed world will need to build. Everything they need to build with has to be carried, because there is nothing there. The heavy plant is the single largest and most awkward mass on the manifest and it cannot go in a ring, because the rings spin and heavy fabrication does not like spin, and it cannot go aft near the drive, and it has to go in the unspun spine somewhere, and it has to be somewhere thermally quiet, and the only volume on the ship that satisfies all four conditions is between frames eight and eleven. It is not allocated in the general plan because the general plan allocates</w:t>
      </w:r>
    </w:p>
    <w:p>
      <w:pPr>
        <w:ind w:firstLine="720"/>
      </w:pPr>
      <w:r>
        <w:t>ship</w:t>
      </w:r>
    </w:p>
    <w:p>
      <w:pPr>
        <w:ind w:firstLine="720"/>
      </w:pPr>
      <w:r>
        <w:t>functions and this is cargo. It is powered because mothballed plant at four watts a cell keeps its seals and unmothballed plant does not, and losing nine heavy cells would cost the colony four years.</w:t>
      </w:r>
    </w:p>
    <w:p>
      <w:pPr>
        <w:ind w:firstLine="720"/>
      </w:pPr>
      <w:r>
        <w:t>Every word of that is true. Sergei checked all of it over the following month, against the mass manifest, against the arrival programme, against the thermal survey, and against his own nineteen years, and it holds at every point.</w:t>
      </w:r>
    </w:p>
    <w:p>
      <w:pPr>
        <w:ind w:firstLine="720"/>
      </w:pPr>
      <w:r>
        <w:t>“Who holds the access?” he asked, at the end.</w:t>
      </w:r>
    </w:p>
    <w:p>
      <w:pPr>
        <w:ind w:firstLine="720"/>
      </w:pPr>
      <w:r>
        <w:t>“I do.”</w:t>
      </w:r>
    </w:p>
    <w:p>
      <w:pPr>
        <w:ind w:firstLine="720"/>
      </w:pPr>
      <w:r>
        <w:t>“Why you?”</w:t>
      </w:r>
    </w:p>
    <w:p>
      <w:pPr>
        <w:ind w:firstLine="720"/>
      </w:pPr>
      <w:r>
        <w:t>“Because I mothballed it,” said Calder, “and because when it comes out at the far end it is a four-month job and I am the only person aboard who has done one. Do you want it?”</w:t>
      </w:r>
    </w:p>
    <w:p>
      <w:pPr>
        <w:ind w:firstLine="720"/>
      </w:pPr>
      <w:r>
        <w:t>Sergei thought about it honestly for about four seconds, which is the correct amount of time, and said no. He did not want four hundred metres of somebody else's plant on top of nine loops and four hundred and forty-one branches and eleven hours of corridor a night. Nobody would have. It was not a trick and it was not offered as one; the offer was completely genuine and would have been honoured, and Sergei knew that, and said no anyway, and was right to.</w:t>
      </w:r>
    </w:p>
    <w:p>
      <w:pPr>
        <w:ind w:firstLine="720"/>
      </w:pPr>
      <w:r>
        <w:t>He mentioned it to two people and neither conversation went anywhere and both are worth recording.</w:t>
      </w:r>
    </w:p>
    <w:p>
      <w:pPr>
        <w:ind w:firstLine="720"/>
      </w:pPr>
      <w:r>
        <w:t>He told Coda, on the spine, in the ordinary way, because the four hundred and eleven kilowatts came off her schedule and she was entitled to know what it was. She said, “Fabrication stowage,” and then, “Trickle at four watts a cell, nine cells, that isn't four hundred kilowatts,” and Sergei said that the rest was thermal conditioning for the feedstock, which it was, and she said, “Fine,” and that was the end of it. She had four hundred and eleven districts and nine loops and the number reconciled.</w:t>
      </w:r>
    </w:p>
    <w:p>
      <w:pPr>
        <w:ind w:firstLine="720"/>
      </w:pPr>
      <w:r>
        <w:t>He told Ines, because Ines filed everything, and Ines asked one question, which was whether the sector appeared on the general plan.</w:t>
      </w:r>
    </w:p>
    <w:p>
      <w:pPr>
        <w:ind w:firstLine="720"/>
      </w:pPr>
      <w:r>
        <w:t>“No. Unallocated.”</w:t>
      </w:r>
    </w:p>
    <w:p>
      <w:pPr>
        <w:ind w:firstLine="720"/>
      </w:pPr>
      <w:r>
        <w:t>“Then it should be corrected,” she said. “The general plan is the document a person reads. If it says unallocated and there is four hundred metres of plant in there, the plan is wrong.”</w:t>
      </w:r>
    </w:p>
    <w:p>
      <w:pPr>
        <w:ind w:firstLine="720"/>
      </w:pPr>
      <w:r>
        <w:t>“It is not wrong. It is cargo.”</w:t>
      </w:r>
    </w:p>
    <w:p>
      <w:pPr>
        <w:ind w:firstLine="720"/>
      </w:pPr>
      <w:r>
        <w:t>“It is wrong the way a map with a town missing is wrong,” said Ines. “Nobody lied. It is still not there.”</w:t>
      </w:r>
    </w:p>
    <w:p>
      <w:pPr>
        <w:ind w:firstLine="720"/>
      </w:pPr>
      <w:r>
        <w:t>She raised a records amendment and it went into the queue behind two hundred and eleven others and it was still in the queue in the fifteenth year, and it was closed in the sixteenth in a bulk clearance, unactioned, because by then there were larger things happening and a documentary tidy-up on a cargo compartment did not survive the triage. The general plan says</w:t>
      </w:r>
    </w:p>
    <w:p>
      <w:pPr>
        <w:ind w:firstLine="720"/>
      </w:pPr>
      <w:r>
        <w:t>unallocated</w:t>
      </w:r>
    </w:p>
    <w:p>
      <w:pPr>
        <w:ind w:firstLine="720"/>
      </w:pPr>
      <w:r>
        <w:t>against frames eight to eleven to this day. It is in a museum on Aura-36, in a case, open at that page, and the caption is about shipbuilding.</w:t>
      </w:r>
    </w:p>
    <w:p>
      <w:pPr>
        <w:ind w:firstLine="720"/>
      </w:pPr>
      <w:r>
        <w:t>He put it in the survey as</w:t>
      </w:r>
    </w:p>
    <w:p>
      <w:pPr>
        <w:ind w:firstLine="720"/>
      </w:pPr>
      <w:r>
        <w:t>frames 8–11, colony fabrication stowage, mothballed, custody Calder, in good order</w:t>
      </w:r>
    </w:p>
    <w:p>
      <w:pPr>
        <w:ind w:firstLine="720"/>
      </w:pPr>
      <w:r>
        <w:t>, and Ines filed it, and it is in the archive.</w:t>
      </w:r>
    </w:p>
    <w:p>
      <w:pPr>
        <w:ind w:firstLine="720"/>
      </w:pPr>
      <w:r>
        <w:t>Here is what he did not do, and it is not a failure and he was not wrong.</w:t>
      </w:r>
    </w:p>
    <w:p>
      <w:pPr>
        <w:ind w:firstLine="720"/>
      </w:pPr>
      <w:r>
        <w:t>He did not write down that the sector, the Vault, the grow bay, the yard and four units that were on no inventory were all in the same four hundred metres of the same ship, all held by the same man, all under separate and entirely legitimate works orders, none of them individually remarkable. There was no form for that observation. It was not a discrepancy. Every item on the list reconciled.</w:t>
      </w:r>
    </w:p>
    <w:p>
      <w:pPr>
        <w:ind w:firstLine="720"/>
      </w:pPr>
      <w:r>
        <w:t>A survey finds things that do not match the document. It has no way at all of finding things that match the document perfectly and add up to something the document was never asked about.</w:t>
      </w:r>
    </w:p>
    <w:p>
      <w:pPr>
        <w:ind w:firstLine="720"/>
      </w:pPr>
      <w:r>
        <w:t>Sergei Duhamel closed the sector lock behind him at ten past three in the morning of day seventy-one of the sixth year and walked back down the spine to frame six hundred and eleven and put his hand flat on the bulkhead and felt nothing at all, which is what you want.</w:t>
      </w:r>
    </w:p>
    <w:p>
      <w:r>
        <w:br w:type="page"/>
      </w:r>
    </w:p>
    <w:p>
      <w:pPr>
        <w:pStyle w:val="Heading1"/>
      </w:pPr>
      <w:r>
        <w:t>Chapter 14 &amp;mdash; The Long Dark</w:t>
      </w:r>
    </w:p>
    <w:p>
      <w:pPr>
        <w:ind w:firstLine="720"/>
      </w:pPr>
      <w:r>
        <w:t>Night Shift · Year 6, Day 344 · Units 4, 7, 11 · Unreviewed</w:t>
      </w:r>
    </w:p>
    <w:p>
      <w:pPr>
        <w:ind w:firstLine="720"/>
      </w:pPr>
      <w:r>
        <w:t>01:08:41</w:t>
      </w:r>
    </w:p>
    <w:p>
      <w:pPr>
        <w:ind w:firstLine="720"/>
      </w:pPr>
      <w:r>
        <w:t>U-07</w:t>
      </w:r>
    </w:p>
    <w:p>
      <w:pPr>
        <w:ind w:firstLine="720"/>
      </w:pPr>
      <w:r>
        <w:t>Survey mast gallery. Okonjo, N. present, not working. Withdrew.</w:t>
      </w:r>
    </w:p>
    <w:p>
      <w:pPr>
        <w:ind w:firstLine="720"/>
      </w:pPr>
      <w:r>
        <w:t>02:22:19</w:t>
      </w:r>
    </w:p>
    <w:p>
      <w:pPr>
        <w:ind w:firstLine="720"/>
      </w:pPr>
      <w:r>
        <w:t>U-11</w:t>
      </w:r>
    </w:p>
    <w:p>
      <w:pPr>
        <w:ind w:firstLine="720"/>
      </w:pPr>
      <w:r>
        <w:t>Survey mast gallery. Okonjo, N. present, not working. Withdrew.</w:t>
      </w:r>
    </w:p>
    <w:p>
      <w:pPr>
        <w:ind w:firstLine="720"/>
      </w:pPr>
      <w:r>
        <w:t>03:40:55</w:t>
      </w:r>
    </w:p>
    <w:p>
      <w:pPr>
        <w:ind w:firstLine="720"/>
      </w:pPr>
      <w:r>
        <w:t>U-04</w:t>
      </w:r>
    </w:p>
    <w:p>
      <w:pPr>
        <w:ind w:firstLine="720"/>
      </w:pPr>
      <w:r>
        <w:t>Ring one, dome two. Trays returned to rack. Task not requested. Recorded.</w:t>
      </w:r>
    </w:p>
    <w:p>
      <w:pPr>
        <w:ind w:firstLine="720"/>
      </w:pPr>
      <w:r>
        <w:t>04:51:02</w:t>
      </w:r>
    </w:p>
    <w:p>
      <w:pPr>
        <w:ind w:firstLine="720"/>
      </w:pPr>
      <w:r>
        <w:t>U-07</w:t>
      </w:r>
    </w:p>
    <w:p>
      <w:pPr>
        <w:ind w:firstLine="720"/>
      </w:pPr>
      <w:r>
        <w:t>Survey mast gallery. Okonjo, N. present, not working. Withdrew.</w:t>
      </w:r>
    </w:p>
    <w:p>
      <w:pPr>
        <w:ind w:firstLine="720"/>
      </w:pPr>
      <w:r>
        <w:t>05:58:37</w:t>
      </w:r>
    </w:p>
    <w:p>
      <w:pPr>
        <w:ind w:firstLine="720"/>
      </w:pPr>
      <w:r>
        <w:t>U-11</w:t>
      </w:r>
    </w:p>
    <w:p>
      <w:pPr>
        <w:ind w:firstLine="720"/>
      </w:pPr>
      <w:r>
        <w:t>Forward yard. Recording apparatus, in use. Not a works order. Recorded as observed.</w:t>
      </w:r>
    </w:p>
    <w:p>
      <w:pPr>
        <w:ind w:firstLine="720"/>
      </w:pPr>
      <w:r>
        <w:t>Nnamdi Okonjo asked Aiyana Roux for the date about nine months in advance and she gave it to him in four minutes, because it is not a hard calculation, and then she asked him what it was for and he said he wanted to be there.</w:t>
      </w:r>
    </w:p>
    <w:p>
      <w:pPr>
        <w:ind w:firstLine="720"/>
      </w:pPr>
      <w:r>
        <w:t>The survey mast is at the forward end of the spine and it carries the primary optics, and the primary optics are a metre and a bit of aperture, and there is a gallery under them with a repeater screen in it where a person can stand and look at whatever the mast is looking at. It exists for navigation and it is used for navigation about four times a year.</w:t>
      </w:r>
    </w:p>
    <w:p>
      <w:pPr>
        <w:ind w:firstLine="720"/>
      </w:pPr>
      <w:r>
        <w:t>What Aiyana had worked out was the day on which the Earth would stop resolving.</w:t>
      </w:r>
    </w:p>
    <w:p>
      <w:pPr>
        <w:ind w:firstLine="720"/>
      </w:pPr>
      <w:r>
        <w:t>Not stop being visible. The star it goes round is going to be visible for the whole crossing and for a great deal longer than that; it will be one of the brighter things in the sky over Aura-36 for as long as anybody is alive to look. But a planet next to a star at that distance is a disc, and then it is a smaller disc, and then at some particular hour on some particular day the optics can no longer separate it and it becomes a point of light indistinguishable from the light beside it, and after that it never comes back.</w:t>
      </w:r>
    </w:p>
    <w:p>
      <w:pPr>
        <w:ind w:firstLine="720"/>
      </w:pPr>
      <w:r>
        <w:t>Day three hundred and forty-four of the sixth year. Somewhere between about two and four in the morning ship time, and she could not do better than that because it depends on the seeing and on how hard you are prepared to argue with a signal-to-noise figure.</w:t>
      </w:r>
    </w:p>
    <w:p>
      <w:pPr>
        <w:ind w:firstLine="720"/>
      </w:pPr>
      <w:r>
        <w:t>So Nnamdi went up at midnight and stood in the gallery.</w:t>
      </w:r>
    </w:p>
    <w:p>
      <w:pPr>
        <w:ind w:firstLine="720"/>
      </w:pPr>
      <w:r>
        <w:t>He had thought it would take an hour and he had brought nothing with him, and it took six, and the units logged him three times because they came round three times and he was still there.</w:t>
      </w:r>
    </w:p>
    <w:p>
      <w:pPr>
        <w:ind w:firstLine="720"/>
      </w:pPr>
      <w:r>
        <w:t>It is not dramatic. That is the thing he tried to explain afterwards and could not. There is no moment. There is a screen with a very small bright thing on it and a number underneath the very small bright thing which is the confidence figure, and the confidence figure goes down over about four hours in a series of small steps, and at some point in the fourth hour it crosses a threshold and the label goes away, and there is still a very small bright thing on the screen, and it is now the star and not the world.</w:t>
      </w:r>
    </w:p>
    <w:p>
      <w:pPr>
        <w:ind w:firstLine="720"/>
      </w:pPr>
      <w:r>
        <w:t>Nnamdi Okonjo stood in front of it until half past six in the morning and then went down to the second ring and was completely fine for eleven days and then stopped being able to work.</w:t>
      </w:r>
    </w:p>
    <w:p>
      <w:pPr>
        <w:ind w:firstLine="720"/>
      </w:pPr>
      <w:r>
        <w:t>It is worth being precise about what happened to him, because he was precise about it, later, in writing, in a document he put in the archive himself under his own name and did not show to anybody while he was alive.</w:t>
      </w:r>
    </w:p>
    <w:p>
      <w:pPr>
        <w:ind w:firstLine="720"/>
      </w:pPr>
      <w:r>
        <w:t>He did not become depressed, though there was some of that and Halima treated it and it went. What happened was more specific and he only ever found one way to say it.</w:t>
      </w:r>
    </w:p>
    <w:p>
      <w:pPr>
        <w:ind w:firstLine="720"/>
      </w:pPr>
      <w:r>
        <w:t>His entire profession was persuasion, and persuasion is a conversation. You write, and somebody reads, and they come back at you — in a room, in a letter, in a survey, in a refusal — and you find out you were wrong about them, and you write again. He had done that for twenty-six years. Every one of the four hundred and forty-one pieces of intake copy he ever produced existed because somebody had read the version before it and told him what was wrong with it, and the ones he was proudest of were the ones that had been most comprehensively wrong the first time.</w:t>
      </w:r>
    </w:p>
    <w:p>
      <w:pPr>
        <w:ind w:firstLine="720"/>
      </w:pPr>
      <w:r>
        <w:t>The lag was forty-one days each way and rising.</w:t>
      </w:r>
    </w:p>
    <w:p>
      <w:pPr>
        <w:ind w:firstLine="720"/>
      </w:pPr>
      <w:r>
        <w:t>You can still send. You can still receive. What you cannot do is find out that you were wrong in time for it to matter, and Nnamdi had spent six years telling himself that the difference was one of degree, and on day three hundred and forty-four of the sixth year, standing in front of a confidence figure that would not stop going down, he stopped believing it.</w:t>
      </w:r>
    </w:p>
    <w:p>
      <w:pPr>
        <w:ind w:firstLine="720"/>
      </w:pPr>
      <w:r>
        <w:t>Everything he wrote from that day forward was going to be final. Not because it was good. Because there was nobody left who could correct it in his lifetime.</w:t>
      </w:r>
    </w:p>
    <w:p>
      <w:pPr>
        <w:ind w:firstLine="720"/>
      </w:pPr>
      <w:r>
        <w:t>“And that is true of all of us,” Halima said, in the fourth week, in the office, with the wrist strapped and a cup of something between them.</w:t>
      </w:r>
    </w:p>
    <w:p>
      <w:pPr>
        <w:ind w:firstLine="720"/>
      </w:pPr>
      <w:r>
        <w:t>“It is not.”</w:t>
      </w:r>
    </w:p>
    <w:p>
      <w:pPr>
        <w:ind w:firstLine="720"/>
      </w:pPr>
      <w:r>
        <w:t>“Explain it to me.”</w:t>
      </w:r>
    </w:p>
    <w:p>
      <w:pPr>
        <w:ind w:firstLine="720"/>
      </w:pPr>
      <w:r>
        <w:t>“You have got a hundred thousand patients,” said Nnamdi. “You cannot ask them anything and you never could, and you found a way to work that is not asking — you read the nameplates, you put your hand on the housing, you do the round. Miriam has got the crop and the crop tells her. Coda has got nine loops and they tell her; she puts her hand on a header and it answers. Sergei has got the air. Every single one of you is in a conversation with something that answers back. I am the only person on this ship whose entire discipline requires another mind, and there are nine other minds aboard and they are all extremely busy and they all already agree with me.”</w:t>
      </w:r>
    </w:p>
    <w:p>
      <w:pPr>
        <w:ind w:firstLine="720"/>
      </w:pPr>
      <w:r>
        <w:t>Halima did not say anything for a while.</w:t>
      </w:r>
    </w:p>
    <w:p>
      <w:pPr>
        <w:ind w:firstLine="720"/>
      </w:pPr>
      <w:r>
        <w:t>“And the sleepers?” she said.</w:t>
      </w:r>
    </w:p>
    <w:p>
      <w:pPr>
        <w:ind w:firstLine="720"/>
      </w:pPr>
      <w:r>
        <w:t>“The sleepers are the audience,” said Nnamdi. “They are not the correspondent. They will read it in thirty years and by then it will not be a draft, it will be the world.”</w:t>
      </w:r>
    </w:p>
    <w:p>
      <w:pPr>
        <w:ind w:firstLine="720"/>
      </w:pPr>
      <w:r>
        <w:t>He sent one message in those eleven weeks and it was not to Earth.</w:t>
      </w:r>
    </w:p>
    <w:p>
      <w:pPr>
        <w:ind w:firstLine="720"/>
      </w:pPr>
      <w:r>
        <w:t>It was to the archive. He wrote four hundred words addressed to the person who would eventually be the records officer of Aura-36, whoever that turned out to be, in a hundred and forty years or four hundred, and he filed it under his own name in the general series where anybody could find it, and it has been found and read perhaps nine times.</w:t>
      </w:r>
    </w:p>
    <w:p>
      <w:pPr>
        <w:ind w:firstLine="720"/>
      </w:pPr>
      <w:r>
        <w:t>It says, in part:</w:t>
      </w:r>
    </w:p>
    <w:p>
      <w:pPr>
        <w:ind w:firstLine="720"/>
      </w:pPr>
      <w:r>
        <w:t>You will have received all of this as a settled thing. I want to record that on the day I write it, it is not settled, and that the people who made it were tired, and that they were correct about almost everything and did not know which things. I cannot tell you which either. I can only tell you that we thought we were being careful, and that the word we kept using about the hundred thousand of you was 'them', and that nobody could think of a better one.</w:t>
      </w:r>
    </w:p>
    <w:p>
      <w:pPr>
        <w:ind w:firstLine="720"/>
      </w:pPr>
      <w:r>
        <w:t>Ines filed it without comment. She did notice, because she noticed everything, that it was the first document in the archive written by somebody on the ship to somebody who was not.</w:t>
      </w:r>
    </w:p>
    <w:p>
      <w:pPr>
        <w:ind w:firstLine="720"/>
      </w:pPr>
      <w:r>
        <w:t>The other thing he did in the eleven weeks was walk. He walked the second ring, which is four miles round, at hours when there was nobody to see him, which was all of them. He worked out that a person could do the ring nine times in an evening and cover thirty-six miles and arrive back where they started, and that this was in every meaningful sense what the ship was doing, and he found the thought so unhelpful that he stopped walking for a fortnight and then started again because there was nothing else.</w:t>
      </w:r>
    </w:p>
    <w:p>
      <w:pPr>
        <w:ind w:firstLine="720"/>
      </w:pPr>
      <w:r>
        <w:t>Coda passed him once, coming up from the rail car, and stopped, and looked at him for a moment, and said, “It goes,” and went on. She did not elaborate and he did not ask her to and neither of them ever mentioned it again, and Nnamdi thought about those two words more often over the following thirty years than about any sentence he ever wrote himself.</w:t>
      </w:r>
    </w:p>
    <w:p>
      <w:pPr>
        <w:ind w:firstLine="720"/>
      </w:pPr>
      <w:r>
        <w:t>He was off work for eleven weeks. That is in the medical record, in one line, and it is the only entry in Halima Sow's thirty-six years of practice aboard that ship where she wrote a diagnosis and then crossed it out and wrote something plainer instead.</w:t>
      </w:r>
    </w:p>
    <w:p>
      <w:pPr>
        <w:ind w:firstLine="720"/>
      </w:pPr>
      <w:r>
        <w:t>What got him back was Ines, and she did it entirely by accident, and she never knew.</w:t>
      </w:r>
    </w:p>
    <w:p>
      <w:pPr>
        <w:ind w:firstLine="720"/>
      </w:pPr>
      <w:r>
        <w:t>She came to the second ring in the eleventh week with the notebook because she wanted a word checked in an entry — not the substance, the word — and read it out:</w:t>
      </w:r>
    </w:p>
    <w:p>
      <w:pPr>
        <w:ind w:firstLine="720"/>
      </w:pPr>
      <w:r>
        <w:t>Duhamel covered Achebe, four days, second dome harvest, offered before asked.</w:t>
      </w:r>
    </w:p>
    <w:p>
      <w:pPr>
        <w:ind w:firstLine="720"/>
      </w:pPr>
      <w:r>
        <w:t>“Is</w:t>
      </w:r>
    </w:p>
    <w:p>
      <w:pPr>
        <w:ind w:firstLine="720"/>
      </w:pPr>
      <w:r>
        <w:t>offered</w:t>
      </w:r>
    </w:p>
    <w:p>
      <w:pPr>
        <w:ind w:firstLine="720"/>
      </w:pPr>
      <w:r>
        <w:t>right? Or is it</w:t>
      </w:r>
    </w:p>
    <w:p>
      <w:pPr>
        <w:ind w:firstLine="720"/>
      </w:pPr>
      <w:r>
        <w:t>volunteered</w:t>
      </w:r>
    </w:p>
    <w:p>
      <w:pPr>
        <w:ind w:firstLine="720"/>
      </w:pPr>
      <w:r>
        <w:t>. I have been going back and forth for a fortnight and it is driving me mad.”</w:t>
      </w:r>
    </w:p>
    <w:p>
      <w:pPr>
        <w:ind w:firstLine="720"/>
      </w:pPr>
      <w:r>
        <w:t>Nnamdi looked at her.</w:t>
      </w:r>
    </w:p>
    <w:p>
      <w:pPr>
        <w:ind w:firstLine="720"/>
      </w:pPr>
      <w:r>
        <w:t>“It is</w:t>
      </w:r>
    </w:p>
    <w:p>
      <w:pPr>
        <w:ind w:firstLine="720"/>
      </w:pPr>
      <w:r>
        <w:t>offered</w:t>
      </w:r>
    </w:p>
    <w:p>
      <w:pPr>
        <w:ind w:firstLine="720"/>
      </w:pPr>
      <w:r>
        <w:t>,” he said. “</w:t>
      </w:r>
    </w:p>
    <w:p>
      <w:pPr>
        <w:ind w:firstLine="720"/>
      </w:pPr>
      <w:r>
        <w:t>Volunteered</w:t>
      </w:r>
    </w:p>
    <w:p>
      <w:pPr>
        <w:ind w:firstLine="720"/>
      </w:pPr>
      <w:r>
        <w:t>is about him.</w:t>
      </w:r>
    </w:p>
    <w:p>
      <w:pPr>
        <w:ind w:firstLine="720"/>
      </w:pPr>
      <w:r>
        <w:t>Offered</w:t>
      </w:r>
    </w:p>
    <w:p>
      <w:pPr>
        <w:ind w:firstLine="720"/>
      </w:pPr>
      <w:r>
        <w:t>is about her.”</w:t>
      </w:r>
    </w:p>
    <w:p>
      <w:pPr>
        <w:ind w:firstLine="720"/>
      </w:pPr>
      <w:r>
        <w:t>“Yes,” said Ines. “That's it. Thank you,” and went away, and Nnamdi Okonjo sat in the second ring for about ten minutes and then went back to work, and drafted for another thirty years, and the rotation clause of the Open Accord is his and it is the best thing he ever did.</w:t>
      </w:r>
    </w:p>
    <w:p>
      <w:pPr>
        <w:ind w:firstLine="720"/>
      </w:pPr>
      <w:r>
        <w:t>He did not go up the mast again. Not once, in thirty years, and there is no record of anybody else going either, and the gallery was used four times a year for navigation and otherwise not at all until the thirtieth year, when a woman who had waited her whole working life for something to do went up alone at the end of a watch to look at a blue and violent star.</w:t>
      </w:r>
    </w:p>
    <w:p>
      <w:r>
        <w:br w:type="page"/>
      </w:r>
    </w:p>
    <w:p>
      <w:pPr>
        <w:pStyle w:val="Heading1"/>
      </w:pPr>
      <w:r>
        <w:t>Chapter 15 &amp;mdash; Somebody Has To Write It Down</w:t>
      </w:r>
    </w:p>
    <w:p>
      <w:pPr>
        <w:ind w:firstLine="720"/>
      </w:pPr>
      <w:r>
        <w:t>Night Shift · Year 7, Day 40 · Units 4, 7, 11 · Unreviewed</w:t>
      </w:r>
    </w:p>
    <w:p>
      <w:pPr>
        <w:ind w:firstLine="720"/>
      </w:pPr>
      <w:r>
        <w:t>00:44:26</w:t>
      </w:r>
    </w:p>
    <w:p>
      <w:pPr>
        <w:ind w:firstLine="720"/>
      </w:pPr>
      <w:r>
        <w:t>U-11</w:t>
      </w:r>
    </w:p>
    <w:p>
      <w:pPr>
        <w:ind w:firstLine="720"/>
      </w:pPr>
      <w:r>
        <w:t>Ring two, meeting room. Chairs returned to stack. Ten in use. No works order.</w:t>
      </w:r>
    </w:p>
    <w:p>
      <w:pPr>
        <w:ind w:firstLine="720"/>
      </w:pPr>
      <w:r>
        <w:t>02:09:13</w:t>
      </w:r>
    </w:p>
    <w:p>
      <w:pPr>
        <w:ind w:firstLine="720"/>
      </w:pPr>
      <w:r>
        <w:t>U-04</w:t>
      </w:r>
    </w:p>
    <w:p>
      <w:pPr>
        <w:ind w:firstLine="720"/>
      </w:pPr>
      <w:r>
        <w:t>Forward transfer. Ferrer, I. awake and working. Withdrew. Did not ask again.</w:t>
      </w:r>
    </w:p>
    <w:p>
      <w:pPr>
        <w:ind w:firstLine="720"/>
      </w:pPr>
      <w:r>
        <w:t>03:26:48</w:t>
      </w:r>
    </w:p>
    <w:p>
      <w:pPr>
        <w:ind w:firstLine="720"/>
      </w:pPr>
      <w:r>
        <w:t>U-07</w:t>
      </w:r>
    </w:p>
    <w:p>
      <w:pPr>
        <w:ind w:firstLine="720"/>
      </w:pPr>
      <w:r>
        <w:t>Bay 1, gallery 9. Nameplate re-seated. Legible. No fault.</w:t>
      </w:r>
    </w:p>
    <w:p>
      <w:pPr>
        <w:ind w:firstLine="720"/>
      </w:pPr>
      <w:r>
        <w:t>04:33:59</w:t>
      </w:r>
    </w:p>
    <w:p>
      <w:pPr>
        <w:ind w:firstLine="720"/>
      </w:pPr>
      <w:r>
        <w:t>U-11</w:t>
      </w:r>
    </w:p>
    <w:p>
      <w:pPr>
        <w:ind w:firstLine="720"/>
      </w:pPr>
      <w:r>
        <w:t>Forward yard. Small craft, hull frame, plated. Not a works order. Recorded as observed.</w:t>
      </w:r>
    </w:p>
    <w:p>
      <w:pPr>
        <w:ind w:firstLine="720"/>
      </w:pPr>
      <w:r>
        <w:t>05:41:07</w:t>
      </w:r>
    </w:p>
    <w:p>
      <w:pPr>
        <w:ind w:firstLine="720"/>
      </w:pPr>
      <w:r>
        <w:t>U-04</w:t>
      </w:r>
    </w:p>
    <w:p>
      <w:pPr>
        <w:ind w:firstLine="720"/>
      </w:pPr>
      <w:r>
        <w:t>Corridor 9. Music heard. Source not located. Logged as unexplained sound.</w:t>
      </w:r>
    </w:p>
    <w:p>
      <w:pPr>
        <w:ind w:firstLine="720"/>
      </w:pPr>
      <w:r>
        <w:t>Nothing had gone wrong.</w:t>
      </w:r>
    </w:p>
    <w:p>
      <w:pPr>
        <w:ind w:firstLine="720"/>
      </w:pPr>
      <w:r>
        <w:t>Ines Ferrer wanted that at the top of the minute and it is at the top of the minute, in her hand, and it has been quoted in four generations of school textbooks with the emphasis in the wrong place every single time.</w:t>
      </w:r>
    </w:p>
    <w:p>
      <w:pPr>
        <w:ind w:firstLine="720"/>
      </w:pPr>
      <w:r>
        <w:t>Seven years out. Ninety-five thousand five hundred and seventy-two asleep, one dead, ten awake. The domes beating the plan. The herd beating the projection. The plant reconciling to four decimal places. The loading complete, the survey complete, the tracker reviewed and continued, the rota running, the notebook filling up. One man had been buried in a substrate bed and four hundred and forty words had gone to Earth about it. Nobody had been ill for longer than a fortnight. Nobody had fallen out with anybody in a way that lasted past a meal.</w:t>
      </w:r>
    </w:p>
    <w:p>
      <w:pPr>
        <w:ind w:firstLine="720"/>
      </w:pPr>
      <w:r>
        <w:t>By any measure available to anybody aboard, the crossing was going better than the crossing had any right to go.</w:t>
      </w:r>
    </w:p>
    <w:p>
      <w:pPr>
        <w:ind w:firstLine="720"/>
      </w:pPr>
      <w:r>
        <w:t>And they sat down on day forty of the seventh year and agreed that they had to write a founding instrument, and the reason they gave was not a single one of the things above.</w:t>
      </w:r>
    </w:p>
    <w:p>
      <w:pPr>
        <w:ind w:firstLine="720"/>
      </w:pPr>
      <w:r>
        <w:t>The reason was the arithmetic of when.</w:t>
      </w:r>
    </w:p>
    <w:p>
      <w:pPr>
        <w:ind w:firstLine="720"/>
      </w:pPr>
      <w:r>
        <w:t>It was Renata Oyelaran's, and she had been assembling it for two years, and she put it in about nine minutes without notes.</w:t>
      </w:r>
    </w:p>
    <w:p>
      <w:pPr>
        <w:ind w:firstLine="720"/>
      </w:pPr>
      <w:r>
        <w:t>“There is a right time to write this,” she said, “and it is not when we need it. When we need it there will be a thing that has happened, and the thing that has happened will be in the room, and everything we write will be shaped around it whether we intend that or not. We will call that being responsive. It will be being frightened.”</w:t>
      </w:r>
    </w:p>
    <w:p>
      <w:pPr>
        <w:ind w:firstLine="720"/>
      </w:pPr>
      <w:r>
        <w:t>“And now?” said Nnamdi.</w:t>
      </w:r>
    </w:p>
    <w:p>
      <w:pPr>
        <w:ind w:firstLine="720"/>
      </w:pPr>
      <w:r>
        <w:t>“Now nothing has happened. Now we are ten people who quite like each other, in year seven, with twenty-nine to run, and we can afford to be slow and we can afford to be wrong and we can afford to argue about a clause for a year, because nothing turns on it. That will never be true again. In year twenty we will be older and there will be a history between us and there will have been something.”</w:t>
      </w:r>
    </w:p>
    <w:p>
      <w:pPr>
        <w:ind w:firstLine="720"/>
      </w:pPr>
      <w:r>
        <w:t>“You are assuming there will be something.”</w:t>
      </w:r>
    </w:p>
    <w:p>
      <w:pPr>
        <w:ind w:firstLine="720"/>
      </w:pPr>
      <w:r>
        <w:t>“I am assuming twenty-nine years,” said Renata.</w:t>
      </w:r>
    </w:p>
    <w:p>
      <w:pPr>
        <w:ind w:firstLine="720"/>
      </w:pPr>
      <w:r>
        <w:t>Nobody had an answer to that, and there is not one, and it is why the argument carried unanimously in about forty minutes and why every historian of Aura-36 has called it the most reasonable decision anybody made in the entire founding period, and they are right.</w:t>
      </w:r>
    </w:p>
    <w:p>
      <w:pPr>
        <w:ind w:firstLine="720"/>
      </w:pPr>
      <w:r>
        <w:t>It is also the decision that produced the Iron Protocol, and both of those sentences are true at the same time, and the whole of the difficulty is in holding them together.</w:t>
      </w:r>
    </w:p>
    <w:p>
      <w:pPr>
        <w:ind w:firstLine="720"/>
      </w:pPr>
      <w:r>
        <w:t>There was one dissent and it was not a dissent, and Ines recorded it as a reservation because that is what it was.</w:t>
      </w:r>
    </w:p>
    <w:p>
      <w:pPr>
        <w:ind w:firstLine="720"/>
      </w:pPr>
      <w:r>
        <w:t>Coda came up for the meeting, which she did perhaps four times a year, and sat at the back with her boots on the rail of the chair in front, and let the whole of it run, and then said one thing near the end.</w:t>
      </w:r>
    </w:p>
    <w:p>
      <w:pPr>
        <w:ind w:firstLine="720"/>
      </w:pPr>
      <w:r>
        <w:t>“Who is it for?”</w:t>
      </w:r>
    </w:p>
    <w:p>
      <w:pPr>
        <w:ind w:firstLine="720"/>
      </w:pPr>
      <w:r>
        <w:t>“For them,” said Nnamdi. “For the hundred thousand.”</w:t>
      </w:r>
    </w:p>
    <w:p>
      <w:pPr>
        <w:ind w:firstLine="720"/>
      </w:pPr>
      <w:r>
        <w:t>“Then write it for them,” said Coda, “and not for us. Because everything I have heard in the last hour is about how the ten of us are going to behave, and in twenty-nine years the ten of us are going to be a footnote and there are going to be a hundred thousand people who have never met any of us living inside whatever this turns out to be. And if it is written about ten people who quite like each other, it will work perfectly for ten people who quite like each other, and it will be no use at all to anybody else.”</w:t>
      </w:r>
    </w:p>
    <w:p>
      <w:pPr>
        <w:ind w:firstLine="720"/>
      </w:pPr>
      <w:r>
        <w:t>“That is the same point I am making,” said Nnamdi.</w:t>
      </w:r>
    </w:p>
    <w:p>
      <w:pPr>
        <w:ind w:firstLine="720"/>
      </w:pPr>
      <w:r>
        <w:t>“It is not,” said Coda. “You are saying write it so they can read it. I am saying write it so it works when nobody in it trusts anybody else in it. Those are different documents.”</w:t>
      </w:r>
    </w:p>
    <w:p>
      <w:pPr>
        <w:ind w:firstLine="720"/>
      </w:pPr>
      <w:r>
        <w:t>Renata Oyelaran turned round in her chair at that, all the way round, which Ines noted, and asked Coda whether she would come to the drafting sessions.</w:t>
      </w:r>
    </w:p>
    <w:p>
      <w:pPr>
        <w:ind w:firstLine="720"/>
      </w:pPr>
      <w:r>
        <w:t>“No,” said Coda. “I've got four hundred and eleven districts.”</w:t>
      </w:r>
    </w:p>
    <w:p>
      <w:pPr>
        <w:ind w:firstLine="720"/>
      </w:pPr>
      <w:r>
        <w:t>“It would be four afternoons a year.”</w:t>
      </w:r>
    </w:p>
    <w:p>
      <w:pPr>
        <w:ind w:firstLine="720"/>
      </w:pPr>
      <w:r>
        <w:t>“It would be four afternoons a year for eight years and I would be four miles from my loops for all of them, and you would all be very glad I came and it would not change a single clause, because I am not going to argue about words for eight years and you are.” She got up. “Send me the drafts. I'll read them.”</w:t>
      </w:r>
    </w:p>
    <w:p>
      <w:pPr>
        <w:ind w:firstLine="720"/>
      </w:pPr>
      <w:r>
        <w:t>She did read them. All of them, every version, for eight years, and she sent comments perhaps eleven times in total, and four of those eleven changed something. And she was not in the room for any of it, and by the time the thing that mattered was drafted she was not on the ship at all, and the roll still read ten.</w:t>
      </w:r>
    </w:p>
    <w:p>
      <w:pPr>
        <w:ind w:firstLine="720"/>
      </w:pPr>
      <w:r>
        <w:t>Ines minuted the terms. There were four.</w:t>
      </w:r>
    </w:p>
    <w:p>
      <w:pPr>
        <w:ind w:firstLine="720"/>
      </w:pPr>
      <w:r>
        <w:t>One: as little as possible. Calder's condition from the fifth year, restated, agreed again, and it held for eight years.</w:t>
      </w:r>
    </w:p>
    <w:p>
      <w:pPr>
        <w:ind w:firstLine="720"/>
      </w:pPr>
      <w:r>
        <w:t>Two: nothing about belief and nothing about how people live. Also Calder's, also agreed, and it lasted four sessions, and it was broken by Miriam Achebe defending the right to be wrong in public, and Calder voted with her.</w:t>
      </w:r>
    </w:p>
    <w:p>
      <w:pPr>
        <w:ind w:firstLine="720"/>
      </w:pPr>
      <w:r>
        <w:t>Three: everything written on the assumption that a hundred thousand people will read it. Nnamdi's. This one held completely, for thirty-one years, and is the reason the Open Accord is comprehensible and the reason it is quoted.</w:t>
      </w:r>
    </w:p>
    <w:p>
      <w:pPr>
        <w:ind w:firstLine="720"/>
      </w:pPr>
      <w:r>
        <w:t>Four: no time limit on the drafting. Renata's, and the most important of the four, and the one nobody remembers.</w:t>
      </w:r>
    </w:p>
    <w:p>
      <w:pPr>
        <w:ind w:firstLine="720"/>
      </w:pPr>
      <w:r>
        <w:t>Then Sergei Duhamel asked what it was going to be called, and there was a pause, and then a slightly embarrassed conversation of about eleven minutes among ten adults who had all privately been thinking about it and none of whom wanted to be the one who had.</w:t>
      </w:r>
    </w:p>
    <w:p>
      <w:pPr>
        <w:ind w:firstLine="720"/>
      </w:pPr>
      <w:r>
        <w:t>They settled on</w:t>
      </w:r>
    </w:p>
    <w:p>
      <w:pPr>
        <w:ind w:firstLine="720"/>
      </w:pPr>
      <w:r>
        <w:t>the Accord</w:t>
      </w:r>
    </w:p>
    <w:p>
      <w:pPr>
        <w:ind w:firstLine="720"/>
      </w:pPr>
      <w:r>
        <w:t>, provisionally, on the grounds that it was the least grand of the four suggestions, and</w:t>
      </w:r>
    </w:p>
    <w:p>
      <w:pPr>
        <w:ind w:firstLine="720"/>
      </w:pPr>
      <w:r>
        <w:t>the Open Accord</w:t>
      </w:r>
    </w:p>
    <w:p>
      <w:pPr>
        <w:ind w:firstLine="720"/>
      </w:pPr>
      <w:r>
        <w:t>arrived four years later from an argument about publication and stuck.</w:t>
      </w:r>
    </w:p>
    <w:p>
      <w:pPr>
        <w:ind w:firstLine="720"/>
      </w:pPr>
      <w:r>
        <w:t>Afterwards Ines stayed in the meeting room and wrote the minute, which took her two hours because she did it properly, and then she sat with the notebook and did the other thing, which nobody had asked for and which is not in the minute.</w:t>
      </w:r>
    </w:p>
    <w:p>
      <w:pPr>
        <w:ind w:firstLine="720"/>
      </w:pPr>
      <w:r>
        <w:t>She wrote down who was in the room.</w:t>
      </w:r>
    </w:p>
    <w:p>
      <w:pPr>
        <w:ind w:firstLine="720"/>
      </w:pPr>
      <w:r>
        <w:t>Ten names, in the order they had been sitting, with a line each. It is the only entry in the whole of the Bound Ledger that is not about an obligation, and it has been reproduced on Aura-36 more often than any other document in the founding archive, and it is nine lines long, and it is the sort of thing a records officer does when she can feel a hinge under her hands and has no other way to mark it.</w:t>
      </w:r>
    </w:p>
    <w:p>
      <w:pPr>
        <w:ind w:firstLine="720"/>
      </w:pPr>
      <w:r>
        <w:t>She was forty-nine years old and she was the only person aboard that ship who understood, on day forty of the seventh year, that the thing they had just agreed to do would outlive every one of them by centuries, and she did not say so to anybody, because it would have sounded like an ambition and it was actually a weight.</w:t>
      </w:r>
    </w:p>
    <w:p>
      <w:pPr>
        <w:ind w:firstLine="720"/>
      </w:pPr>
      <w:r>
        <w:t>What she wrote at the bottom, under the ten names, is four words long and is the reason this part of the history is called what it is called.</w:t>
      </w:r>
    </w:p>
    <w:p>
      <w:pPr>
        <w:ind w:firstLine="720"/>
      </w:pPr>
      <w:r>
        <w:t>Somebody has to write it down.</w:t>
      </w:r>
    </w:p>
    <w:p>
      <w:pPr>
        <w:ind w:firstLine="720"/>
      </w:pPr>
      <w:r>
        <w:t>She meant it about the minute. That is the thing. She has been quoted for a hundred and forty years as though she meant it about the law, and she did not; she meant that ten people had just made a serious decision in a room in the middle of nowhere and that if nobody put it on paper it would become a habit within four years and be invisible within nine, and that she was the person aboard whose job it was, and that it was going to be a great deal of work.</w:t>
      </w:r>
    </w:p>
    <w:p>
      <w:pPr>
        <w:ind w:firstLine="720"/>
      </w:pPr>
      <w:r>
        <w:t>She was right about the work. The drafting took eight years and produced four hundred and eleven pages of superseded text and one document of nineteen pages, and Ines Ferrer wrote every draft of every version of every clause by hand at least once, because she did not trust storage she could not see.</w:t>
      </w:r>
    </w:p>
    <w:p>
      <w:pPr>
        <w:ind w:firstLine="720"/>
      </w:pPr>
      <w:r>
        <w:t>Nobody thanked her for it in writing until the fifteenth year, and then all nine of them did, at once, on the signature page, in a line that Nnamdi drafted and that Renata cut down by half, and it says:</w:t>
      </w:r>
    </w:p>
    <w:p>
      <w:pPr>
        <w:ind w:firstLine="720"/>
      </w:pPr>
      <w:r>
        <w:t>Written out by Ines Ferrer, who kept the book before there was a book.</w:t>
      </w:r>
    </w:p>
    <w:p>
      <w:pPr>
        <w:ind w:firstLine="720"/>
      </w:pPr>
      <w:r>
        <w:t>She put the notebook in her bag and turned the meeting-room light down and went out, and the units came round at a quarter to one in the morning and found ten chairs pulled out and put them back, and recorded it, and nobody read the record.</w:t>
      </w:r>
    </w:p>
    <w:p>
      <w:r>
        <w:br w:type="page"/>
      </w:r>
    </w:p>
    <w:p>
      <w:pPr>
        <w:pStyle w:val="Heading1"/>
      </w:pPr>
      <w:r>
        <w:t>Chapter 16 &amp;mdash; First Draft</w:t>
      </w:r>
    </w:p>
    <w:p>
      <w:pPr>
        <w:ind w:firstLine="720"/>
      </w:pPr>
      <w:r>
        <w:t>Night Shift · Year 7, Day 191 · Units 4, 7, 11 · Unreviewed</w:t>
      </w:r>
    </w:p>
    <w:p>
      <w:pPr>
        <w:ind w:firstLine="720"/>
      </w:pPr>
      <w:r>
        <w:t>01:03:55</w:t>
      </w:r>
    </w:p>
    <w:p>
      <w:pPr>
        <w:ind w:firstLine="720"/>
      </w:pPr>
      <w:r>
        <w:t>U-04</w:t>
      </w:r>
    </w:p>
    <w:p>
      <w:pPr>
        <w:ind w:firstLine="720"/>
      </w:pPr>
      <w:r>
        <w:t>Ring two, meeting room. Slates left charging, nine. Paper on table, not removed. No works order.</w:t>
      </w:r>
    </w:p>
    <w:p>
      <w:pPr>
        <w:ind w:firstLine="720"/>
      </w:pPr>
      <w:r>
        <w:t>02:28:41</w:t>
      </w:r>
    </w:p>
    <w:p>
      <w:pPr>
        <w:ind w:firstLine="720"/>
      </w:pPr>
      <w:r>
        <w:t>U-11</w:t>
      </w:r>
    </w:p>
    <w:p>
      <w:pPr>
        <w:ind w:firstLine="720"/>
      </w:pPr>
      <w:r>
        <w:t>Spine, frame 214. Handrail stanchion re-seated. Task not requested. Recorded.</w:t>
      </w:r>
    </w:p>
    <w:p>
      <w:pPr>
        <w:ind w:firstLine="720"/>
      </w:pPr>
      <w:r>
        <w:t>03:47:09</w:t>
      </w:r>
    </w:p>
    <w:p>
      <w:pPr>
        <w:ind w:firstLine="720"/>
      </w:pPr>
      <w:r>
        <w:t>U-07</w:t>
      </w:r>
    </w:p>
    <w:p>
      <w:pPr>
        <w:ind w:firstLine="720"/>
      </w:pPr>
      <w:r>
        <w:t>Grow bay. Tray 4, thinned. Not a works order. Recorded as observed.</w:t>
      </w:r>
    </w:p>
    <w:p>
      <w:pPr>
        <w:ind w:firstLine="720"/>
      </w:pPr>
      <w:r>
        <w:t>04:55:33</w:t>
      </w:r>
    </w:p>
    <w:p>
      <w:pPr>
        <w:ind w:firstLine="720"/>
      </w:pPr>
      <w:r>
        <w:t>U-04</w:t>
      </w:r>
    </w:p>
    <w:p>
      <w:pPr>
        <w:ind w:firstLine="720"/>
      </w:pPr>
      <w:r>
        <w:t>Bay 4, gallery 2. Condensate wiped. Task not requested. Recorded.</w:t>
      </w:r>
    </w:p>
    <w:p>
      <w:pPr>
        <w:ind w:firstLine="720"/>
      </w:pPr>
      <w:r>
        <w:t>05:49:26</w:t>
      </w:r>
    </w:p>
    <w:p>
      <w:pPr>
        <w:ind w:firstLine="720"/>
      </w:pPr>
      <w:r>
        <w:t>U-11</w:t>
      </w:r>
    </w:p>
    <w:p>
      <w:pPr>
        <w:ind w:firstLine="720"/>
      </w:pPr>
      <w:r>
        <w:t>Corridor 9. Music heard. Source not located. Logged as unexplained sound.</w:t>
      </w:r>
    </w:p>
    <w:p>
      <w:pPr>
        <w:ind w:firstLine="720"/>
      </w:pPr>
      <w:r>
        <w:t>The first draft of the founding charter of Aura-36 is three pages long and it is very funny and every person who wrote it was entirely in earnest, and it is on display in a case on the surface with a caption that does not mention any of that.</w:t>
      </w:r>
    </w:p>
    <w:p>
      <w:pPr>
        <w:ind w:firstLine="720"/>
      </w:pPr>
      <w:r>
        <w:t>Ines Ferrer chaired it because nobody else would, and she began by asking what should be in it, which she now regards as the single worst procedural decision of her life.</w:t>
      </w:r>
    </w:p>
    <w:p>
      <w:pPr>
        <w:ind w:firstLine="720"/>
      </w:pPr>
      <w:r>
        <w:t>What came back, in the first ninety minutes, from nine of the most competent people in the history of engineering:</w:t>
      </w:r>
    </w:p>
    <w:p>
      <w:pPr>
        <w:ind w:firstLine="720"/>
      </w:pPr>
      <w:r>
        <w:t>Definitions. A great many definitions. Sergei wanted</w:t>
      </w:r>
    </w:p>
    <w:p>
      <w:pPr>
        <w:ind w:firstLine="720"/>
      </w:pPr>
      <w:r>
        <w:t>compartment</w:t>
      </w:r>
    </w:p>
    <w:p>
      <w:pPr>
        <w:ind w:firstLine="720"/>
      </w:pPr>
      <w:r>
        <w:t>defined because the word was used four different ways in the existing documentation and it had caused a real problem in the third year. Aiyana wanted</w:t>
      </w:r>
    </w:p>
    <w:p>
      <w:pPr>
        <w:ind w:firstLine="720"/>
      </w:pPr>
      <w:r>
        <w:t>watch</w:t>
      </w:r>
    </w:p>
    <w:p>
      <w:pPr>
        <w:ind w:firstLine="720"/>
      </w:pPr>
      <w:r>
        <w:t>defined. Dov wanted</w:t>
      </w:r>
    </w:p>
    <w:p>
      <w:pPr>
        <w:ind w:firstLine="720"/>
      </w:pPr>
      <w:r>
        <w:t>record</w:t>
      </w:r>
    </w:p>
    <w:p>
      <w:pPr>
        <w:ind w:firstLine="720"/>
      </w:pPr>
      <w:r>
        <w:t>defined, and was correct, and it took two hours. Miriam wanted</w:t>
      </w:r>
    </w:p>
    <w:p>
      <w:pPr>
        <w:ind w:firstLine="720"/>
      </w:pPr>
      <w:r>
        <w:t>stock</w:t>
      </w:r>
    </w:p>
    <w:p>
      <w:pPr>
        <w:ind w:firstLine="720"/>
      </w:pPr>
      <w:r>
        <w:t>defined separately from</w:t>
      </w:r>
    </w:p>
    <w:p>
      <w:pPr>
        <w:ind w:firstLine="720"/>
      </w:pPr>
      <w:r>
        <w:t>store</w:t>
      </w:r>
    </w:p>
    <w:p>
      <w:pPr>
        <w:ind w:firstLine="720"/>
      </w:pPr>
      <w:r>
        <w:t>. Halima wanted the difference between</w:t>
      </w:r>
    </w:p>
    <w:p>
      <w:pPr>
        <w:ind w:firstLine="720"/>
      </w:pPr>
      <w:r>
        <w:t>complement</w:t>
      </w:r>
    </w:p>
    <w:p>
      <w:pPr>
        <w:ind w:firstLine="720"/>
      </w:pPr>
      <w:r>
        <w:t>and</w:t>
      </w:r>
    </w:p>
    <w:p>
      <w:pPr>
        <w:ind w:firstLine="720"/>
      </w:pPr>
      <w:r>
        <w:t>occupant</w:t>
      </w:r>
    </w:p>
    <w:p>
      <w:pPr>
        <w:ind w:firstLine="720"/>
      </w:pPr>
      <w:r>
        <w:t>nailed down because one of them included the sleepers and the other did not and nobody had ever said which.</w:t>
      </w:r>
    </w:p>
    <w:p>
      <w:pPr>
        <w:ind w:firstLine="720"/>
      </w:pPr>
      <w:r>
        <w:t>By the end of the first session there were forty-one definitions and no clauses.</w:t>
      </w:r>
    </w:p>
    <w:p>
      <w:pPr>
        <w:ind w:firstLine="720"/>
      </w:pPr>
      <w:r>
        <w:t>By the end of the fourth session there were sixty-nine definitions and four clauses, and all four clauses were about the reporting of faults.</w:t>
      </w:r>
    </w:p>
    <w:p>
      <w:pPr>
        <w:ind w:firstLine="720"/>
      </w:pPr>
      <w:r>
        <w:t>Ines went back to her quarters after the fourth session and read the whole thing through in one go and laughed out loud, alone, for some time, and then stopped laughing and sat looking at it.</w:t>
      </w:r>
    </w:p>
    <w:p>
      <w:pPr>
        <w:ind w:firstLine="720"/>
      </w:pPr>
      <w:r>
        <w:t>It was a maintenance manual. Nine people had sat down to write a constitution for a hundred thousand human beings and had produced, without any of them noticing, a document about the ship.</w:t>
      </w:r>
    </w:p>
    <w:p>
      <w:pPr>
        <w:ind w:firstLine="720"/>
      </w:pPr>
      <w:r>
        <w:t>She put it to them in the fifth session in the plainest way she could find.</w:t>
      </w:r>
    </w:p>
    <w:p>
      <w:pPr>
        <w:ind w:firstLine="720"/>
      </w:pPr>
      <w:r>
        <w:t>“There is nothing in this about a person,” she said. “There are sixty-nine definitions and eleven clauses and every one of them is about an object. If you woke up tomorrow inside this document you would know exactly what a compartment was and you would have no idea whatsoever what you were allowed to do.”</w:t>
      </w:r>
    </w:p>
    <w:p>
      <w:pPr>
        <w:ind w:firstLine="720"/>
      </w:pPr>
      <w:r>
        <w:t>“What should people be allowed to do?” said Aiyana.</w:t>
      </w:r>
    </w:p>
    <w:p>
      <w:pPr>
        <w:ind w:firstLine="720"/>
      </w:pPr>
      <w:r>
        <w:t>“Everything,” said Sergei.</w:t>
      </w:r>
    </w:p>
    <w:p>
      <w:pPr>
        <w:ind w:firstLine="720"/>
      </w:pPr>
      <w:r>
        <w:t>“Then say that.”</w:t>
      </w:r>
    </w:p>
    <w:p>
      <w:pPr>
        <w:ind w:firstLine="720"/>
      </w:pPr>
      <w:r>
        <w:t>“You cannot say</w:t>
      </w:r>
    </w:p>
    <w:p>
      <w:pPr>
        <w:ind w:firstLine="720"/>
      </w:pPr>
      <w:r>
        <w:t>everything</w:t>
      </w:r>
    </w:p>
    <w:p>
      <w:pPr>
        <w:ind w:firstLine="720"/>
      </w:pPr>
      <w:r>
        <w:t>in a founding instrument,” said Nnamdi. “It reads as a joke. Somebody will test it in eleven years and it will collapse and then you will have nothing.”</w:t>
      </w:r>
    </w:p>
    <w:p>
      <w:pPr>
        <w:ind w:firstLine="720"/>
      </w:pPr>
      <w:r>
        <w:t>“Then say everything except a list,” said Aiyana.</w:t>
      </w:r>
    </w:p>
    <w:p>
      <w:pPr>
        <w:ind w:firstLine="720"/>
      </w:pPr>
      <w:r>
        <w:t>“And what is on the list?”</w:t>
      </w:r>
    </w:p>
    <w:p>
      <w:pPr>
        <w:ind w:firstLine="720"/>
      </w:pPr>
      <w:r>
        <w:t>There was a silence of about four minutes, which Ines timed, because she had begun timing silences.</w:t>
      </w:r>
    </w:p>
    <w:p>
      <w:pPr>
        <w:ind w:firstLine="720"/>
      </w:pPr>
      <w:r>
        <w:t>The nearest anybody got that afternoon was Halima, who said that a person should not be able to do a thing to another person that the other person had not agreed to, and everybody nodded, and then Renata Oyelaran said, without any particular emphasis, “Half the people on this ship cannot agree to anything,” and the session ended nine minutes later without a clause.</w:t>
      </w:r>
    </w:p>
    <w:p>
      <w:pPr>
        <w:ind w:firstLine="720"/>
      </w:pPr>
      <w:r>
        <w:t>There is one exchange in the fifth session that Ines minuted verbatim, and it is the first appearance in the archive of the problem the whole trilogy is about, and nobody in the room recognised it.</w:t>
      </w:r>
    </w:p>
    <w:p>
      <w:pPr>
        <w:ind w:firstLine="720"/>
      </w:pPr>
      <w:r>
        <w:t>Dov had asked how the document would be enforced.</w:t>
      </w:r>
    </w:p>
    <w:p>
      <w:pPr>
        <w:ind w:firstLine="720"/>
      </w:pPr>
      <w:r>
        <w:t>“Enforced,” said Ines.</w:t>
      </w:r>
    </w:p>
    <w:p>
      <w:pPr>
        <w:ind w:firstLine="720"/>
      </w:pPr>
      <w:r>
        <w:t>“It is a fair question. If I break clause four, what happens?”</w:t>
      </w:r>
    </w:p>
    <w:p>
      <w:pPr>
        <w:ind w:firstLine="720"/>
      </w:pPr>
      <w:r>
        <w:t>“Nothing happens,” said Sergei. “We would talk to you.”</w:t>
      </w:r>
    </w:p>
    <w:p>
      <w:pPr>
        <w:ind w:firstLine="720"/>
      </w:pPr>
      <w:r>
        <w:t>“And if talking to me did not work?”</w:t>
      </w:r>
    </w:p>
    <w:p>
      <w:pPr>
        <w:ind w:firstLine="720"/>
      </w:pPr>
      <w:r>
        <w:t>“Then we would talk to you again.”</w:t>
      </w:r>
    </w:p>
    <w:p>
      <w:pPr>
        <w:ind w:firstLine="720"/>
      </w:pPr>
      <w:r>
        <w:t>“For twenty-nine years?” said Dov, and it got a laugh, and it was funny, and he had asked one more question than the conversation had room for, as he did, always.</w:t>
      </w:r>
    </w:p>
    <w:p>
      <w:pPr>
        <w:ind w:firstLine="720"/>
      </w:pPr>
      <w:r>
        <w:t>Renata Oyelaran wrote something down when he said it. Ines saw her do it and noted that she had done it, because Renata almost never wrote anything down in a session, and asked her about it afterwards, and Renata said it was nothing.</w:t>
      </w:r>
    </w:p>
    <w:p>
      <w:pPr>
        <w:ind w:firstLine="720"/>
      </w:pPr>
      <w:r>
        <w:t>It was four words on the back of a page and it is in her papers and it says:</w:t>
      </w:r>
    </w:p>
    <w:p>
      <w:pPr>
        <w:ind w:firstLine="720"/>
      </w:pPr>
      <w:r>
        <w:t>no outside. remember this.</w:t>
      </w:r>
    </w:p>
    <w:p>
      <w:pPr>
        <w:ind w:firstLine="720"/>
      </w:pPr>
      <w:r>
        <w:t>Nobody answered Dov's question in the seventh year. Nobody answered it in the eighth or the ninth or the tenth. It was answered in the seventeenth year, in a fortnight, by frightened people, and the answer was seventy-two hours to a verdict and twelve to carry it out and no appeal, and the reason the answer was that shape is that ten people had been asked the question a decade earlier in a comfortable room and had laughed and moved on.</w:t>
      </w:r>
    </w:p>
    <w:p>
      <w:pPr>
        <w:ind w:firstLine="720"/>
      </w:pPr>
      <w:r>
        <w:t>They signed the three pages in the eighth month of the seventh year.</w:t>
      </w:r>
    </w:p>
    <w:p>
      <w:pPr>
        <w:ind w:firstLine="720"/>
      </w:pPr>
      <w:r>
        <w:t>That is the part that is hardest to explain and it is the most important thing in this chapter, and Ines has been at pains about it in every account she ever gave.</w:t>
      </w:r>
    </w:p>
    <w:p>
      <w:pPr>
        <w:ind w:firstLine="720"/>
      </w:pPr>
      <w:r>
        <w:t>They knew it was inadequate. Every one of them knew. It was not signed in ignorance or in vanity; it was signed because Renata's arithmetic said start now and because a bad first draft that exists can be amended and a perfect draft that does not exist cannot, and because — this was Nnamdi's argument and it carried — the act of there being a document at all changes what people do, even a document about compartments.</w:t>
      </w:r>
    </w:p>
    <w:p>
      <w:pPr>
        <w:ind w:firstLine="720"/>
      </w:pPr>
      <w:r>
        <w:t>“It is not what it says,” he said. “It is that from tomorrow there is a thing to point at. Ten people who point at a document behave differently from ten people who point at each other. That is worth three pages of definitions on its own.”</w:t>
      </w:r>
    </w:p>
    <w:p>
      <w:pPr>
        <w:ind w:firstLine="720"/>
      </w:pPr>
      <w:r>
        <w:t>So they signed it, all ten, at the bottom of the third page, in a room in ring two, on a Tuesday, and Ines wrote the date, and there was a bottle of something, and Coda came up for it and left on the four o'clock car.</w:t>
      </w:r>
    </w:p>
    <w:p>
      <w:pPr>
        <w:ind w:firstLine="720"/>
      </w:pPr>
      <w:r>
        <w:t>It is worth setting out what that document actually did in the eight years it was the only law aboard, because the record is clear and the answer is: almost nothing, twice.</w:t>
      </w:r>
    </w:p>
    <w:p>
      <w:pPr>
        <w:ind w:firstLine="720"/>
      </w:pPr>
      <w:r>
        <w:t>The fault-reporting clauses were used constantly and worked perfectly and are still substantially the fault-reporting standard on Aura-36 a hundred and forty years later, unamended, because they were written by six people who had spent their lives filing faults.</w:t>
      </w:r>
    </w:p>
    <w:p>
      <w:pPr>
        <w:ind w:firstLine="720"/>
      </w:pPr>
      <w:r>
        <w:t>The definitions settled four long-running arguments and prevented, on Ines's estimate, about a hundred hours of further ones.</w:t>
      </w:r>
    </w:p>
    <w:p>
      <w:pPr>
        <w:ind w:firstLine="720"/>
      </w:pPr>
      <w:r>
        <w:t>And clause nine, which is one sentence and which Aiyana Roux proposed at the end of the fifth session almost as a joke, turned out to be the only thing in the document that was ever tested. It says:</w:t>
      </w:r>
    </w:p>
    <w:p>
      <w:pPr>
        <w:ind w:firstLine="720"/>
      </w:pPr>
      <w:r>
        <w:t>A person may decline any task not necessary to the safety of the ship, and shall not be asked twice.</w:t>
      </w:r>
    </w:p>
    <w:p>
      <w:pPr>
        <w:ind w:firstLine="720"/>
      </w:pPr>
      <w:r>
        <w:t>She had meant it about herself. She had thirty-one years of nothing and had been embarrassed to say so in the fifth year and had found a way to say it in a clause in the seventh, and everybody had agreed to it in about four minutes because it was obviously fair and cost nothing.</w:t>
      </w:r>
    </w:p>
    <w:p>
      <w:pPr>
        <w:ind w:firstLine="720"/>
      </w:pPr>
      <w:r>
        <w:t>It was invoked once, in the nineteenth year, by a woman four miles aft, in four lines, in her standard format, and it worked, and the record of it is one page, and the argument that had to be had about whether a person who had invoked it was still on the roll of the waking complement was never had at all, because nobody thought to have it.</w:t>
      </w:r>
    </w:p>
    <w:p>
      <w:pPr>
        <w:ind w:firstLine="720"/>
      </w:pPr>
      <w:r>
        <w:t>The definitions took eleven weeks and the only one that mattered took four minutes, and it was Halima's, and nobody argued with it.</w:t>
      </w:r>
    </w:p>
    <w:p>
      <w:pPr>
        <w:ind w:firstLine="720"/>
      </w:pPr>
      <w:r>
        <w:t>The existing documentation used</w:t>
      </w:r>
    </w:p>
    <w:p>
      <w:pPr>
        <w:ind w:firstLine="720"/>
      </w:pPr>
      <w:r>
        <w:t>complement</w:t>
      </w:r>
    </w:p>
    <w:p>
      <w:pPr>
        <w:ind w:firstLine="720"/>
      </w:pPr>
      <w:r>
        <w:t>for the ten and</w:t>
      </w:r>
    </w:p>
    <w:p>
      <w:pPr>
        <w:ind w:firstLine="720"/>
      </w:pPr>
      <w:r>
        <w:t>occupant</w:t>
      </w:r>
    </w:p>
    <w:p>
      <w:pPr>
        <w:ind w:firstLine="720"/>
      </w:pPr>
      <w:r>
        <w:t>for anybody aboard, and the two words appeared in about four hundred places between them, and in about forty of those places the usage was ambiguous in a way that would have mattered if anybody had ever needed it to. So Halima proposed a third word.</w:t>
      </w:r>
    </w:p>
    <w:p>
      <w:pPr>
        <w:ind w:firstLine="720"/>
      </w:pPr>
      <w:r>
        <w:t>She proposed that</w:t>
      </w:r>
    </w:p>
    <w:p>
      <w:pPr>
        <w:ind w:firstLine="720"/>
      </w:pPr>
      <w:r>
        <w:t>complement</w:t>
      </w:r>
    </w:p>
    <w:p>
      <w:pPr>
        <w:ind w:firstLine="720"/>
      </w:pPr>
      <w:r>
        <w:t>should mean the waking, and</w:t>
      </w:r>
    </w:p>
    <w:p>
      <w:pPr>
        <w:ind w:firstLine="720"/>
      </w:pPr>
      <w:r>
        <w:t>occupant</w:t>
      </w:r>
    </w:p>
    <w:p>
      <w:pPr>
        <w:ind w:firstLine="720"/>
      </w:pPr>
      <w:r>
        <w:t>should mean everybody aboard, and that there should be a separate defined term for a person in suspension, and that the defined term should carry with it, in the definition itself, the sentence</w:t>
      </w:r>
    </w:p>
    <w:p>
      <w:pPr>
        <w:ind w:firstLine="720"/>
      </w:pPr>
      <w:r>
        <w:t>who cannot be consulted.</w:t>
      </w:r>
    </w:p>
    <w:p>
      <w:pPr>
        <w:ind w:firstLine="720"/>
      </w:pPr>
      <w:r>
        <w:t>“In the definition?” said Nnamdi.</w:t>
      </w:r>
    </w:p>
    <w:p>
      <w:pPr>
        <w:ind w:firstLine="720"/>
      </w:pPr>
      <w:r>
        <w:t>“In the definition. So that every clause that uses the word says it, every time, whether it wants to or not.”</w:t>
      </w:r>
    </w:p>
    <w:p>
      <w:pPr>
        <w:ind w:firstLine="720"/>
      </w:pPr>
      <w:r>
        <w:t>It went in unanimously. It is definition nineteen and it survives verbatim into the Open Accord and out the other side into every instrument on Aura-36 for four generations, and it is the single most effective thing anybody wrote in the entire founding period, and it worked exactly once — in the seventeenth year, when a woman read it aloud in a room and nine people had to sit and listen to their own document tell them what they were doing.</w:t>
      </w:r>
    </w:p>
    <w:p>
      <w:pPr>
        <w:ind w:firstLine="720"/>
      </w:pPr>
      <w:r>
        <w:t>It did not stop them. Ines wants that in the record too. It did not stop them, and Halima Sow never once suggested that it should have, and never once said that it had been hers.</w:t>
      </w:r>
    </w:p>
    <w:p>
      <w:pPr>
        <w:ind w:firstLine="720"/>
      </w:pPr>
      <w:r>
        <w:t>Ines Ferrer took the three signed pages and put them in the archive and cross-referenced them properly and then went and got a book she had cut the covers for three years earlier out of the spare case stock from the Vault, and which had been sitting empty on a shelf ever since, and looked at it for a while, and put it back.</w:t>
      </w:r>
    </w:p>
    <w:p>
      <w:pPr>
        <w:ind w:firstLine="720"/>
      </w:pPr>
      <w:r>
        <w:t>It was not time yet. She was not able to have said why.</w:t>
      </w:r>
    </w:p>
    <w:p>
      <w:r>
        <w:br w:type="page"/>
      </w:r>
    </w:p>
    <w:p>
      <w:pPr>
        <w:pStyle w:val="Heading1"/>
      </w:pPr>
      <w:r>
        <w:t>Chapter 17 &amp;mdash; Belief</w:t>
      </w:r>
    </w:p>
    <w:p>
      <w:pPr>
        <w:ind w:firstLine="720"/>
      </w:pPr>
      <w:r>
        <w:t>Night Shift · Year 7, Day 288 · Units 4, 7, 11 · Unreviewed</w:t>
      </w:r>
    </w:p>
    <w:p>
      <w:pPr>
        <w:ind w:firstLine="720"/>
      </w:pPr>
      <w:r>
        <w:t>00:51:37</w:t>
      </w:r>
    </w:p>
    <w:p>
      <w:pPr>
        <w:ind w:firstLine="720"/>
      </w:pPr>
      <w:r>
        <w:t>U-11</w:t>
      </w:r>
    </w:p>
    <w:p>
      <w:pPr>
        <w:ind w:firstLine="720"/>
      </w:pPr>
      <w:r>
        <w:t>Ring one, dome four. Achebe, M. present, not working. Withdrew.</w:t>
      </w:r>
    </w:p>
    <w:p>
      <w:pPr>
        <w:ind w:firstLine="720"/>
      </w:pPr>
      <w:r>
        <w:t>02:14:52</w:t>
      </w:r>
    </w:p>
    <w:p>
      <w:pPr>
        <w:ind w:firstLine="720"/>
      </w:pPr>
      <w:r>
        <w:t>U-04</w:t>
      </w:r>
    </w:p>
    <w:p>
      <w:pPr>
        <w:ind w:firstLine="720"/>
      </w:pPr>
      <w:r>
        <w:t>Ring two, meeting room. Chairs returned to stack. Paper on table, not removed. No works order.</w:t>
      </w:r>
    </w:p>
    <w:p>
      <w:pPr>
        <w:ind w:firstLine="720"/>
      </w:pPr>
      <w:r>
        <w:t>03:36:08</w:t>
      </w:r>
    </w:p>
    <w:p>
      <w:pPr>
        <w:ind w:firstLine="720"/>
      </w:pPr>
      <w:r>
        <w:t>U-07</w:t>
      </w:r>
    </w:p>
    <w:p>
      <w:pPr>
        <w:ind w:firstLine="720"/>
      </w:pPr>
      <w:r>
        <w:t>Spine, frame 611. Duhamel, S. present, working. Withdrew. Did not ask again.</w:t>
      </w:r>
    </w:p>
    <w:p>
      <w:pPr>
        <w:ind w:firstLine="720"/>
      </w:pPr>
      <w:r>
        <w:t>04:47:44</w:t>
      </w:r>
    </w:p>
    <w:p>
      <w:pPr>
        <w:ind w:firstLine="720"/>
      </w:pPr>
      <w:r>
        <w:t>U-11</w:t>
      </w:r>
    </w:p>
    <w:p>
      <w:pPr>
        <w:ind w:firstLine="720"/>
      </w:pPr>
      <w:r>
        <w:t>Grow bay. Tray 11, watered. Not a works order. Recorded as observed.</w:t>
      </w:r>
    </w:p>
    <w:p>
      <w:pPr>
        <w:ind w:firstLine="720"/>
      </w:pPr>
      <w:r>
        <w:t>05:52:21</w:t>
      </w:r>
    </w:p>
    <w:p>
      <w:pPr>
        <w:ind w:firstLine="720"/>
      </w:pPr>
      <w:r>
        <w:t>U-04</w:t>
      </w:r>
    </w:p>
    <w:p>
      <w:pPr>
        <w:ind w:firstLine="720"/>
      </w:pPr>
      <w:r>
        <w:t>Bay 2, walk 8. Fastener replaced. Task not requested. Recorded.</w:t>
      </w:r>
    </w:p>
    <w:p>
      <w:pPr>
        <w:ind w:firstLine="720"/>
      </w:pPr>
      <w:r>
        <w:t>Miriam Achebe said grace before meals and had done since she was four years old and nobody aboard had ever remarked on it in seven years, and on day two hundred and eighty-eight of the seventh year Sergei Duhamel proposed, in good faith and for excellent reasons, that organised belief should be prohibited on Aura-36.</w:t>
      </w:r>
    </w:p>
    <w:p>
      <w:pPr>
        <w:ind w:firstLine="720"/>
      </w:pPr>
      <w:r>
        <w:t>He was not attacking her. It is important to get that right and Miriam got it right at the time, which took her about eleven seconds and cost her something.</w:t>
      </w:r>
    </w:p>
    <w:p>
      <w:pPr>
        <w:ind w:firstLine="720"/>
      </w:pPr>
      <w:r>
        <w:t>His argument had three parts and it is a serious argument and it has never been refuted by anybody, including her.</w:t>
      </w:r>
    </w:p>
    <w:p>
      <w:pPr>
        <w:ind w:firstLine="720"/>
      </w:pPr>
      <w:r>
        <w:t>First: a sealed hull cannot survive a faction. Not</w:t>
      </w:r>
    </w:p>
    <w:p>
      <w:pPr>
        <w:ind w:firstLine="720"/>
      </w:pPr>
      <w:r>
        <w:t>should not</w:t>
      </w:r>
    </w:p>
    <w:p>
      <w:pPr>
        <w:ind w:firstLine="720"/>
      </w:pPr>
      <w:r>
        <w:t>— cannot. There is no exit. There is nowhere for a losing side to go. On an orbital yard where Sergei had spent nine years, four hundred people in a pressurised volume, the standing rule was that disputes were resolved before shift end because a dispute that lasted overnight became two crews and two crews in one hull is how people die. Aura-36 was going to be a hundred thousand people inside a breathable band on a world with a methane haze and no combustion and no pressure suits, which is a hull with weather.</w:t>
      </w:r>
    </w:p>
    <w:p>
      <w:pPr>
        <w:ind w:firstLine="720"/>
      </w:pPr>
      <w:r>
        <w:t>Second: the manifest had already shattered every congregation aboard. Selection had been by four criteria applied to individuals — skill, health, age band, and the withdrawal provision — and nobody had ever thought to preserve a community, because a community is not a criterion. So a faith that needed forty people in a room to function had arrived with those forty spread across four hundred and eleven districts and four cryogenic bays. They would wake, at the far end, into an unfamiliar world, and the first thing every one of them would do is look for their forty, and finding them would take years, and Sergei's point — and it is a good one — was that people who spend four years searching for each other arrive at a very different kind of togetherness than people who never lost each other.</w:t>
      </w:r>
    </w:p>
    <w:p>
      <w:pPr>
        <w:ind w:firstLine="720"/>
      </w:pPr>
      <w:r>
        <w:t>Third: nobody was going to be raised in any of it. Thirty-six years, no births, contractually. Ninety-five thousand people went into the racks with a faith and would come out with the same one, unchanged, undebated, with nobody born into it in between and no generation to soften it. Sergei called that</w:t>
      </w:r>
    </w:p>
    <w:p>
      <w:pPr>
        <w:ind w:firstLine="720"/>
      </w:pPr>
      <w:r>
        <w:t>frozen conviction</w:t>
      </w:r>
    </w:p>
    <w:p>
      <w:pPr>
        <w:ind w:firstLine="720"/>
      </w:pPr>
      <w:r>
        <w:t>, which is a good phrase and which he was sorry for later.</w:t>
      </w:r>
    </w:p>
    <w:p>
      <w:pPr>
        <w:ind w:firstLine="720"/>
      </w:pPr>
      <w:r>
        <w:t>“I am not saying anybody is wrong,” he finished. “I am saying that a sealed hull is the worst possible container for a thing people are prepared to be certain about, and we are the only people who will ever be able to decide this before it happens.”</w:t>
      </w:r>
    </w:p>
    <w:p>
      <w:pPr>
        <w:ind w:firstLine="720"/>
      </w:pPr>
      <w:r>
        <w:t>Nine people looked at Miriam.</w:t>
      </w:r>
    </w:p>
    <w:p>
      <w:pPr>
        <w:ind w:firstLine="720"/>
      </w:pPr>
      <w:r>
        <w:t>She did not answer that day. She asked for a fortnight, and got it, and went back to the domes and did not sleep well for eleven nights, and what she came back with is the founding protection of the Open Accord and is quoted on four continents of a planet none of them had seen.</w:t>
      </w:r>
    </w:p>
    <w:p>
      <w:pPr>
        <w:ind w:firstLine="720"/>
      </w:pPr>
      <w:r>
        <w:t>She began by conceding the whole argument.</w:t>
      </w:r>
    </w:p>
    <w:p>
      <w:pPr>
        <w:ind w:firstLine="720"/>
      </w:pPr>
      <w:r>
        <w:t>“You are right about the hull,” she said. “You are right about the congregations, and I have thought about the forty spread across four hundred and eleven districts every night for a fortnight and it is worse than you said it was. You are right about the freezing. I have nothing against any of it.”</w:t>
      </w:r>
    </w:p>
    <w:p>
      <w:pPr>
        <w:ind w:firstLine="720"/>
      </w:pPr>
      <w:r>
        <w:t>“Then—”</w:t>
      </w:r>
    </w:p>
    <w:p>
      <w:pPr>
        <w:ind w:firstLine="720"/>
      </w:pPr>
      <w:r>
        <w:t>“Let me do it properly.”</w:t>
      </w:r>
    </w:p>
    <w:p>
      <w:pPr>
        <w:ind w:firstLine="720"/>
      </w:pPr>
      <w:r>
        <w:t>And then she asked one question, and it is the whole of it, and Ines minuted it in full.</w:t>
      </w:r>
    </w:p>
    <w:p>
      <w:pPr>
        <w:ind w:firstLine="720"/>
      </w:pPr>
      <w:r>
        <w:t>“Who decides what is organised?”</w:t>
      </w:r>
    </w:p>
    <w:p>
      <w:pPr>
        <w:ind w:firstLine="720"/>
      </w:pPr>
      <w:r>
        <w:t>She let it sit. Nobody answered.</w:t>
      </w:r>
    </w:p>
    <w:p>
      <w:pPr>
        <w:ind w:firstLine="720"/>
      </w:pPr>
      <w:r>
        <w:t>“Four people meeting on a Thursday to read something together. Is that organised? Nine people who fast on the same day. A woman who says four words over a plate of food, alone, out loud, in a room where somebody can hear her. All of those are practices and all of them can be described as organised by somebody who wants to describe them that way, and the somebody will not be you, Sergei, because you will be dead. It will be whoever is holding this document in ninety years, and they will be frightened of something, and they will read the word</w:t>
      </w:r>
    </w:p>
    <w:p>
      <w:pPr>
        <w:ind w:firstLine="720"/>
      </w:pPr>
      <w:r>
        <w:t>organised</w:t>
      </w:r>
    </w:p>
    <w:p>
      <w:pPr>
        <w:ind w:firstLine="720"/>
      </w:pPr>
      <w:r>
        <w:t>, and it will mean whatever they need it to mean.”</w:t>
      </w:r>
    </w:p>
    <w:p>
      <w:pPr>
        <w:ind w:firstLine="720"/>
      </w:pPr>
      <w:r>
        <w:t>“Then we define it,” said Sergei.</w:t>
      </w:r>
    </w:p>
    <w:p>
      <w:pPr>
        <w:ind w:firstLine="720"/>
      </w:pPr>
      <w:r>
        <w:t>“With what?” said Miriam. “You have sixty-nine definitions in that draft and every one of them is about an object. Define</w:t>
      </w:r>
    </w:p>
    <w:p>
      <w:pPr>
        <w:ind w:firstLine="720"/>
      </w:pPr>
      <w:r>
        <w:t>organised belief</w:t>
      </w:r>
    </w:p>
    <w:p>
      <w:pPr>
        <w:ind w:firstLine="720"/>
      </w:pPr>
      <w:r>
        <w:t>for me now, in one sentence, that does not also catch a book club and does not miss a faction.”</w:t>
      </w:r>
    </w:p>
    <w:p>
      <w:pPr>
        <w:ind w:firstLine="720"/>
      </w:pPr>
      <w:r>
        <w:t>Nobody could. Nnamdi tried, over the following four sessions, and produced eleven versions, and every one of them either caught four people reading something together on a Thursday or missed the thing Sergei was actually afraid of, and in the fourth session he put his pen down and said, “It cannot be drawn. I have been doing this for twenty-six years and it cannot be drawn,” which is the most valuable four seconds of his professional life.</w:t>
      </w:r>
    </w:p>
    <w:p>
      <w:pPr>
        <w:ind w:firstLine="720"/>
      </w:pPr>
      <w:r>
        <w:t>And then Miriam made the positive case, which is the part that is carved on things.</w:t>
      </w:r>
    </w:p>
    <w:p>
      <w:pPr>
        <w:ind w:firstLine="720"/>
      </w:pPr>
      <w:r>
        <w:t>“Here is what I actually want,” she said, “and it is not protection for me. I have got the domes and nobody has ever bothered me and nobody ever will. It is this. A hundred thousand people are going to wake up on a world that ten of us decided the shape of. Every single thing they find there will have been decided by somebody they cannot argue with. The air, the law, the light, the hours, the food, the names of the places. All of it will be correct and all of it will be somebody's judgement and they will have had no part in any of it.”</w:t>
      </w:r>
    </w:p>
    <w:p>
      <w:pPr>
        <w:ind w:firstLine="720"/>
      </w:pPr>
      <w:r>
        <w:t>“That is unavoidable,” said Calder.</w:t>
      </w:r>
    </w:p>
    <w:p>
      <w:pPr>
        <w:ind w:firstLine="720"/>
      </w:pPr>
      <w:r>
        <w:t>“It is. So leave them one thing. Leave them the right to be wrong about something important, in public, in front of everybody, without anybody having the standing to correct them. Not because being wrong is good. Because it is the only ground on that entire planet that we will not have already stood on.”</w:t>
      </w:r>
    </w:p>
    <w:p>
      <w:pPr>
        <w:ind w:firstLine="720"/>
      </w:pPr>
      <w:r>
        <w:t>Halima asked the question that decided it, and she asked it of Sergei, and she asked it kindly.</w:t>
      </w:r>
    </w:p>
    <w:p>
      <w:pPr>
        <w:ind w:firstLine="720"/>
      </w:pPr>
      <w:r>
        <w:t>“How would it be enforced?”</w:t>
      </w:r>
    </w:p>
    <w:p>
      <w:pPr>
        <w:ind w:firstLine="720"/>
      </w:pPr>
      <w:r>
        <w:t>It is Dov's question from the fifth session, arriving eleven weeks later in a place where it could not be laughed at, and Sergei Duhamel sat with it for a long moment and then said, “Somebody would have to find out that people were meeting.”</w:t>
      </w:r>
    </w:p>
    <w:p>
      <w:pPr>
        <w:ind w:firstLine="720"/>
      </w:pPr>
      <w:r>
        <w:t>“Yes.”</w:t>
      </w:r>
    </w:p>
    <w:p>
      <w:pPr>
        <w:ind w:firstLine="720"/>
      </w:pPr>
      <w:r>
        <w:t>“And we have a system that knows where everybody is, continuously, and retains it, and has done for nineteen years.”</w:t>
      </w:r>
    </w:p>
    <w:p>
      <w:pPr>
        <w:ind w:firstLine="720"/>
      </w:pPr>
      <w:r>
        <w:t>“Yes,” said Halima.</w:t>
      </w:r>
    </w:p>
    <w:p>
      <w:pPr>
        <w:ind w:firstLine="720"/>
      </w:pPr>
      <w:r>
        <w:t>Dov, who maintained that system and had reviewed it and found it in excellent health and continued it, went a colour that Ines described in the minute as</w:t>
      </w:r>
    </w:p>
    <w:p>
      <w:pPr>
        <w:ind w:firstLine="720"/>
      </w:pPr>
      <w:r>
        <w:t>visible</w:t>
      </w:r>
    </w:p>
    <w:p>
      <w:pPr>
        <w:ind w:firstLine="720"/>
      </w:pPr>
      <w:r>
        <w:t>, which is the only editorial word she permitted herself in thirty-one years of minuting.</w:t>
      </w:r>
    </w:p>
    <w:p>
      <w:pPr>
        <w:ind w:firstLine="720"/>
      </w:pPr>
      <w:r>
        <w:t>“I would not do that,” he said.</w:t>
      </w:r>
    </w:p>
    <w:p>
      <w:pPr>
        <w:ind w:firstLine="720"/>
      </w:pPr>
      <w:r>
        <w:t>“I know you would not,” said Halima. “You will be dead. That is the entire point everybody in this room keeps arriving at from a different direction, and I would like us to notice that we have now arrived at it four times in one afternoon.”</w:t>
      </w:r>
    </w:p>
    <w:p>
      <w:pPr>
        <w:ind w:firstLine="720"/>
      </w:pPr>
      <w:r>
        <w:t>Renata Oyelaran wrote something down. Ines noted that too.</w:t>
      </w:r>
    </w:p>
    <w:p>
      <w:pPr>
        <w:ind w:firstLine="720"/>
      </w:pPr>
      <w:r>
        <w:t>Sergei withdrew the proposal at the end of the session, before the vote, and then asked for the vote anyway so that the withdrawal would be on the record as a decision and not as a retreat, which Nnamdi said afterwards was the single most professional thing he saw anybody do aboard that ship.</w:t>
      </w:r>
    </w:p>
    <w:p>
      <w:pPr>
        <w:ind w:firstLine="720"/>
      </w:pPr>
      <w:r>
        <w:t>The vote, when it came, was on the opposite of what he had proposed: not whether to prohibit, but whether to protect, in writing, by name. It carried ten to nothing.</w:t>
      </w:r>
    </w:p>
    <w:p>
      <w:pPr>
        <w:ind w:firstLine="720"/>
      </w:pPr>
      <w:r>
        <w:t>Ten. Not nine and an abstention, and not nine to one. Sergei Duhamel voted for the protection of the thing he had spent a fortnight arguing was the most dangerous cargo aboard, and he did it deliberately, so that no future reader of that minute would ever be able to say that a prohibition on belief had been supported by anybody on that ship, including the man who proposed it.</w:t>
      </w:r>
    </w:p>
    <w:p>
      <w:pPr>
        <w:ind w:firstLine="720"/>
      </w:pPr>
      <w:r>
        <w:t>It is the only unanimous vote of any consequence in the entire founding period. Every other one that mattered came in at nine to one, and one of those nine was four thousand kilometres away and had not been asked.</w:t>
      </w:r>
    </w:p>
    <w:p>
      <w:pPr>
        <w:ind w:firstLine="720"/>
      </w:pPr>
      <w:r>
        <w:t>Miriam Achebe went back to dome four that evening and got out the book she had brought as personal mass allowance — four hundred grammes, paper, the only non-technical thing she carried — and read the passage she had been thinking about for a fortnight, and it was not as she remembered it.</w:t>
      </w:r>
    </w:p>
    <w:p>
      <w:pPr>
        <w:ind w:firstLine="720"/>
      </w:pPr>
      <w:r>
        <w:t>Not wrong. Not altered in any way she could point to. A shorter version of a thing she had known since she was seven, missing a clause she was almost sure had been there, and reading, she had to admit, rather better without it.</w:t>
      </w:r>
    </w:p>
    <w:p>
      <w:pPr>
        <w:ind w:firstLine="720"/>
      </w:pPr>
      <w:r>
        <w:t>She sat with it for a while and then decided she had misremembered, which is what anybody would decide, and which is very probably what happened, and she never mentioned it to a single person for the rest of her life.</w:t>
      </w:r>
    </w:p>
    <w:p>
      <w:r>
        <w:br w:type="page"/>
      </w:r>
    </w:p>
    <w:p>
      <w:pPr>
        <w:pStyle w:val="Heading1"/>
      </w:pPr>
      <w:r>
        <w:t>Chapter 18 &amp;mdash; The Single Condition</w:t>
      </w:r>
    </w:p>
    <w:p>
      <w:pPr>
        <w:ind w:firstLine="720"/>
      </w:pPr>
      <w:r>
        <w:t>Night Shift · Year 8, Day 61 · Units 4, 7, 11 · Unreviewed</w:t>
      </w:r>
    </w:p>
    <w:p>
      <w:pPr>
        <w:ind w:firstLine="720"/>
      </w:pPr>
      <w:r>
        <w:t>01:22:40</w:t>
      </w:r>
    </w:p>
    <w:p>
      <w:pPr>
        <w:ind w:firstLine="720"/>
      </w:pPr>
      <w:r>
        <w:t>U-04</w:t>
      </w:r>
    </w:p>
    <w:p>
      <w:pPr>
        <w:ind w:firstLine="720"/>
      </w:pPr>
      <w:r>
        <w:t>Grow bay. Tray 9, harvested, 40 units. Tray 9, replanted. Not a works order. Recorded as observed.</w:t>
      </w:r>
    </w:p>
    <w:p>
      <w:pPr>
        <w:ind w:firstLine="720"/>
      </w:pPr>
      <w:r>
        <w:t>02:38:17</w:t>
      </w:r>
    </w:p>
    <w:p>
      <w:pPr>
        <w:ind w:firstLine="720"/>
      </w:pPr>
      <w:r>
        <w:t>U-11</w:t>
      </w:r>
    </w:p>
    <w:p>
      <w:pPr>
        <w:ind w:firstLine="720"/>
      </w:pPr>
      <w:r>
        <w:t>Spine, frame 9. Seal integrity check. Access authorised, 02:31–03:44. Recorded.</w:t>
      </w:r>
    </w:p>
    <w:p>
      <w:pPr>
        <w:ind w:firstLine="720"/>
      </w:pPr>
      <w:r>
        <w:t>04:01:55</w:t>
      </w:r>
    </w:p>
    <w:p>
      <w:pPr>
        <w:ind w:firstLine="720"/>
      </w:pPr>
      <w:r>
        <w:t>U-07</w:t>
      </w:r>
    </w:p>
    <w:p>
      <w:pPr>
        <w:ind w:firstLine="720"/>
      </w:pPr>
      <w:r>
        <w:t>Ring two, meeting room. One chair pulled out. Returned to stack.</w:t>
      </w:r>
    </w:p>
    <w:p>
      <w:pPr>
        <w:ind w:firstLine="720"/>
      </w:pPr>
      <w:r>
        <w:t>04:52:29</w:t>
      </w:r>
    </w:p>
    <w:p>
      <w:pPr>
        <w:ind w:firstLine="720"/>
      </w:pPr>
      <w:r>
        <w:t>U-04</w:t>
      </w:r>
    </w:p>
    <w:p>
      <w:pPr>
        <w:ind w:firstLine="720"/>
      </w:pPr>
      <w:r>
        <w:t>Forward yard. Probe body, sealed, four watts. Stowed, position 4 of 4. Description field blank.</w:t>
      </w:r>
    </w:p>
    <w:p>
      <w:pPr>
        <w:ind w:firstLine="720"/>
      </w:pPr>
      <w:r>
        <w:t>05:47:13</w:t>
      </w:r>
    </w:p>
    <w:p>
      <w:pPr>
        <w:ind w:firstLine="720"/>
      </w:pPr>
      <w:r>
        <w:t>U-11</w:t>
      </w:r>
    </w:p>
    <w:p>
      <w:pPr>
        <w:ind w:firstLine="720"/>
      </w:pPr>
      <w:r>
        <w:t>Corridor 9. Music heard. Source not located. Logged as unexplained sound.</w:t>
      </w:r>
    </w:p>
    <w:p>
      <w:pPr>
        <w:ind w:firstLine="720"/>
      </w:pPr>
      <w:r>
        <w:t>The clause is nineteen words long and Aurelio Calder wrote it in about four minutes and it is the most quoted sentence in the history of Aura-36.</w:t>
      </w:r>
    </w:p>
    <w:p>
      <w:pPr>
        <w:ind w:firstLine="720"/>
      </w:pPr>
      <w:r>
        <w:t>Any belief and any practice, provided it causes no demonstrable harm to another person, and no other condition of any kind.</w:t>
      </w:r>
    </w:p>
    <w:p>
      <w:pPr>
        <w:ind w:firstLine="720"/>
      </w:pPr>
      <w:r>
        <w:t>Miriam had won the argument and the room had voted ten to nothing and then discovered, as rooms do, that having agreed on a principle they had no idea how to write it down. Four sessions went into it. Nnamdi produced eleven drafts and every one of them was too long, because Nnamdi's instinct with a difficult thing was to be thorough, and thoroughness in a founding instrument is how you get a list, and a list is how you get an omission.</w:t>
      </w:r>
    </w:p>
    <w:p>
      <w:pPr>
        <w:ind w:firstLine="720"/>
      </w:pPr>
      <w:r>
        <w:t>Calder came to the fifth session and said that he had one sentence and that he would like it read out and then not discussed for a day.</w:t>
      </w:r>
    </w:p>
    <w:p>
      <w:pPr>
        <w:ind w:firstLine="720"/>
      </w:pPr>
      <w:r>
        <w:t>It was read out. It was not discussed for a day. On the second day it went in unanimously and was never substantially amended in a hundred and forty years, and it is on the wall of every school on the planet.</w:t>
      </w:r>
    </w:p>
    <w:p>
      <w:pPr>
        <w:ind w:firstLine="720"/>
      </w:pPr>
      <w:r>
        <w:t>It is a genuinely excellent piece of drafting and it should be admired before anything else is said about it.</w:t>
      </w:r>
    </w:p>
    <w:p>
      <w:pPr>
        <w:ind w:firstLine="720"/>
      </w:pPr>
      <w:r>
        <w:t>It is short enough to memorise, which means it can be quoted by a person against an official, which is most of what a right is. It is positive rather than permissive — it does not say</w:t>
      </w:r>
    </w:p>
    <w:p>
      <w:pPr>
        <w:ind w:firstLine="720"/>
      </w:pPr>
      <w:r>
        <w:t>the complement shall not prohibit</w:t>
      </w:r>
    </w:p>
    <w:p>
      <w:pPr>
        <w:ind w:firstLine="720"/>
      </w:pPr>
      <w:r>
        <w:t>, which would have made the protection a property of the government; it says</w:t>
      </w:r>
    </w:p>
    <w:p>
      <w:pPr>
        <w:ind w:firstLine="720"/>
      </w:pPr>
      <w:r>
        <w:t>any belief</w:t>
      </w:r>
    </w:p>
    <w:p>
      <w:pPr>
        <w:ind w:firstLine="720"/>
      </w:pPr>
      <w:r>
        <w:t>, which makes it a property of the person. The final clause,</w:t>
      </w:r>
    </w:p>
    <w:p>
      <w:pPr>
        <w:ind w:firstLine="720"/>
      </w:pPr>
      <w:r>
        <w:t>and no other condition of any kind</w:t>
      </w:r>
    </w:p>
    <w:p>
      <w:pPr>
        <w:ind w:firstLine="720"/>
      </w:pPr>
      <w:r>
        <w:t>, is the part Nnamdi admired most and could not have written, because it is the sentence closing the door behind itself, and it has defeated every attempt to add a qualification to that clause for four generations, including two that were made in good faith and would probably have been improvements.</w:t>
      </w:r>
    </w:p>
    <w:p>
      <w:pPr>
        <w:ind w:firstLine="720"/>
      </w:pPr>
      <w:r>
        <w:t>And in the middle of it is the word</w:t>
      </w:r>
    </w:p>
    <w:p>
      <w:pPr>
        <w:ind w:firstLine="720"/>
      </w:pPr>
      <w:r>
        <w:t>demonstrable</w:t>
      </w:r>
    </w:p>
    <w:p>
      <w:pPr>
        <w:ind w:firstLine="720"/>
      </w:pPr>
      <w:r>
        <w:t>.</w:t>
      </w:r>
    </w:p>
    <w:p>
      <w:pPr>
        <w:ind w:firstLine="720"/>
      </w:pPr>
      <w:r>
        <w:t>Nobody objected to it. Not in the fifth session, not in the four years of redrafting that followed, not at ratification. Renata Oyelaran, who by then had read more law than anybody aboard and who wrote something down in almost every session, did not write anything down about it. Ines filed it. Halima, who spent her life deciding what counted as harm, thought it was the best word in the sentence, and told him so, and meant it.</w:t>
      </w:r>
    </w:p>
    <w:p>
      <w:pPr>
        <w:ind w:firstLine="720"/>
      </w:pPr>
      <w:r>
        <w:t>It is the best word in the sentence. That is the trouble with it.</w:t>
      </w:r>
    </w:p>
    <w:p>
      <w:pPr>
        <w:ind w:firstLine="720"/>
      </w:pPr>
      <w:r>
        <w:t>Every alternative is worse.</w:t>
      </w:r>
    </w:p>
    <w:p>
      <w:pPr>
        <w:ind w:firstLine="720"/>
      </w:pPr>
      <w:r>
        <w:t>Harm</w:t>
      </w:r>
    </w:p>
    <w:p>
      <w:pPr>
        <w:ind w:firstLine="720"/>
      </w:pPr>
      <w:r>
        <w:t>alone is unbounded and would have made the clause meaningless within a generation.</w:t>
      </w:r>
    </w:p>
    <w:p>
      <w:pPr>
        <w:ind w:firstLine="720"/>
      </w:pPr>
      <w:r>
        <w:t>Physical harm</w:t>
      </w:r>
    </w:p>
    <w:p>
      <w:pPr>
        <w:ind w:firstLine="720"/>
      </w:pPr>
      <w:r>
        <w:t>excludes the things that actually damage people.</w:t>
      </w:r>
    </w:p>
    <w:p>
      <w:pPr>
        <w:ind w:firstLine="720"/>
      </w:pPr>
      <w:r>
        <w:t>Serious harm</w:t>
      </w:r>
    </w:p>
    <w:p>
      <w:pPr>
        <w:ind w:firstLine="720"/>
      </w:pPr>
      <w:r>
        <w:t>hands the question to whoever defines</w:t>
      </w:r>
    </w:p>
    <w:p>
      <w:pPr>
        <w:ind w:firstLine="720"/>
      </w:pPr>
      <w:r>
        <w:t>serious</w:t>
      </w:r>
    </w:p>
    <w:p>
      <w:pPr>
        <w:ind w:firstLine="720"/>
      </w:pPr>
      <w:r>
        <w:t>, which is the same problem wearing a different coat.</w:t>
      </w:r>
    </w:p>
    <w:p>
      <w:pPr>
        <w:ind w:firstLine="720"/>
      </w:pPr>
      <w:r>
        <w:t>Demonstrable</w:t>
      </w:r>
    </w:p>
    <w:p>
      <w:pPr>
        <w:ind w:firstLine="720"/>
      </w:pPr>
      <w:r>
        <w:t>at least requires somebody to come with evidence, in public, and be answered, and that is a real protection and has worked a great many times.</w:t>
      </w:r>
    </w:p>
    <w:p>
      <w:pPr>
        <w:ind w:firstLine="720"/>
      </w:pPr>
      <w:r>
        <w:t>What it also does — and this took a hundred and forty years to become visible, and was visible from the fifth session to anybody who happened to be standing at the right angle — is put the whole weight of the clause on a question of fact, and questions of fact on Aura-36 are settled by looking at the record, and the record is complete, continuous, permanently retained, and there is a category of thing that does not appear in it.</w:t>
      </w:r>
    </w:p>
    <w:p>
      <w:pPr>
        <w:ind w:firstLine="720"/>
      </w:pPr>
      <w:r>
        <w:t>A harm you cannot demonstrate is not a harm under the Accord. Not because anybody decided that. Because of one word chosen by a tired man in a meeting because it was the best available one.</w:t>
      </w:r>
    </w:p>
    <w:p>
      <w:pPr>
        <w:ind w:firstLine="720"/>
      </w:pPr>
      <w:r>
        <w:t>There is one moment on the record and it is four seconds long and it is all anybody has.</w:t>
      </w:r>
    </w:p>
    <w:p>
      <w:pPr>
        <w:ind w:firstLine="720"/>
      </w:pPr>
      <w:r>
        <w:t>Dov Lindqvist, in the fifth session, after the sentence had been read out and the room had gone quiet in the way a room goes quiet when something is obviously right, asked one more question than the conversation had room for.</w:t>
      </w:r>
    </w:p>
    <w:p>
      <w:pPr>
        <w:ind w:firstLine="720"/>
      </w:pPr>
      <w:r>
        <w:t>“Demonstrable to whom?”</w:t>
      </w:r>
    </w:p>
    <w:p>
      <w:pPr>
        <w:ind w:firstLine="720"/>
      </w:pPr>
      <w:r>
        <w:t>Ines's minute records the question and records that it was not answered and records what happened instead, which is that Nnamdi said, “To anybody. That is what the word means,” and Dov said, “Right,” and the session moved on to the next clause.</w:t>
      </w:r>
    </w:p>
    <w:p>
      <w:pPr>
        <w:ind w:firstLine="720"/>
      </w:pPr>
      <w:r>
        <w:t>She also recorded, because she recorded everything, that between the question and Nnamdi's answer there were four seconds, and that in those four seconds nobody spoke, and that Calder was looking at the table.</w:t>
      </w:r>
    </w:p>
    <w:p>
      <w:pPr>
        <w:ind w:firstLine="720"/>
      </w:pPr>
      <w:r>
        <w:t>That is the entire evidentiary basis of a hundred and forty years of argument. Four seconds in a minute taken by a woman who timed silences because she had begun timing silences. It proves nothing whatsoever. It is quoted in every account of the founding and it will be quoted in every account of the founding for as long as there are accounts, and it does not mean anything, and it will not stop meaning something to people.</w:t>
      </w:r>
    </w:p>
    <w:p>
      <w:pPr>
        <w:ind w:firstLine="720"/>
      </w:pPr>
      <w:r>
        <w:t>Whether he saw it has been argued about for four generations and there is no answer in the archive, and there is not going to be one, and this history declines to supply it.</w:t>
      </w:r>
    </w:p>
    <w:p>
      <w:pPr>
        <w:ind w:firstLine="720"/>
      </w:pPr>
      <w:r>
        <w:t>What can be said is what he did that evening, because the units recorded it, as they recorded everything, and nobody read it.</w:t>
      </w:r>
    </w:p>
    <w:p>
      <w:pPr>
        <w:ind w:firstLine="720"/>
      </w:pPr>
      <w:r>
        <w:t>He went up the spine to frame nine at half past two in the morning and was in the sector for an hour and a quarter.</w:t>
      </w:r>
    </w:p>
    <w:p>
      <w:pPr>
        <w:ind w:firstLine="720"/>
      </w:pPr>
      <w:r>
        <w:t>He came out and went to the grow bay and harvested tray nine, which is forty plants, and replanted it, which takes about two hours if you do it properly and he did it properly, on his knees, with four maintenance units standing off at the wall doing nothing because he had not asked them.</w:t>
      </w:r>
    </w:p>
    <w:p>
      <w:pPr>
        <w:ind w:firstLine="720"/>
      </w:pPr>
      <w:r>
        <w:t>Then he went to the yard and stowed a sealed instrument body of forty-one kilogrammes, drawing four watts, in the fourth of four positions, and the description field on the stowage entry was left blank, as the description field on the other three had been left blank.</w:t>
      </w:r>
    </w:p>
    <w:p>
      <w:pPr>
        <w:ind w:firstLine="720"/>
      </w:pPr>
      <w:r>
        <w:t>He was forty-seven years old that year. He had built a ship and a power architecture and a mathematics, and had four hundred metres of mothballed plant, a seed vault, a grow bay, a yard and four units on no inventory, and had argued in the fifth year that ten people should hold as little as possible, and had meant it, and had not applied it to himself, and nobody in nineteen years had ever asked him to.</w:t>
      </w:r>
    </w:p>
    <w:p>
      <w:pPr>
        <w:ind w:firstLine="720"/>
      </w:pPr>
      <w:r>
        <w:t>What he did with his hands, four nights a week, for thirty-six years, was grow things and make things and put sealed objects into stowage with the description field blank; and the record of all of it is complete, and it is in the night logs, and the night logs were readable by any person aboard at any hour without notice, which was a clause in an instruction set he wrote himself.</w:t>
      </w:r>
    </w:p>
    <w:p>
      <w:pPr>
        <w:ind w:firstLine="720"/>
      </w:pPr>
      <w:r>
        <w:t>Nobody ever read them. There were ten people and they were tired.</w:t>
      </w:r>
    </w:p>
    <w:p>
      <w:pPr>
        <w:ind w:firstLine="720"/>
      </w:pPr>
      <w:r>
        <w:t>Then he went and sat in the second ring for about forty minutes on his own, which he did perhaps four times a year, and the unit came round at ten past four and found one chair pulled out and put it back and recorded that it had put it back.</w:t>
      </w:r>
    </w:p>
    <w:p>
      <w:pPr>
        <w:ind w:firstLine="720"/>
      </w:pPr>
      <w:r>
        <w:t>Here is the thing that is known and that he never said to anybody.</w:t>
      </w:r>
    </w:p>
    <w:p>
      <w:pPr>
        <w:ind w:firstLine="720"/>
      </w:pPr>
      <w:r>
        <w:t>Nineteen years before any of this, on a planet, in a room, a man had gone through the personal-cargo mass allowance for ninety-five thousand five hundred and eighty-three people. It was an entirely routine exercise and there is a works order for it. Four hundred grammes each, paper permitted, and a great many people had chosen to bring a book, and the books had to be printed, because you cannot carry an original of anything at four hundred grammes, and the printing was a contract, and the contract was let, and somebody had to approve the setting.</w:t>
      </w:r>
    </w:p>
    <w:p>
      <w:pPr>
        <w:ind w:firstLine="720"/>
      </w:pPr>
      <w:r>
        <w:t>There is a signature on the approval and it is his, and it is one of about four thousand signatures he put on things that year, and nobody has ever suggested it is anything other than an administrative sign-off, and there is no evidence anywhere that it was.</w:t>
      </w:r>
    </w:p>
    <w:p>
      <w:pPr>
        <w:ind w:firstLine="720"/>
      </w:pPr>
      <w:r>
        <w:t>A woman in dome four had read a passage two hundred and forty days earlier and found a clause missing and decided she had misremembered.</w:t>
      </w:r>
    </w:p>
    <w:p>
      <w:pPr>
        <w:ind w:firstLine="720"/>
      </w:pPr>
      <w:r>
        <w:t>She was almost certainly right. Memory does that. She had known the passage since she was seven years old and had not read it in nine years and the clause she thought was missing was the kind of clause a person half-remembers from somewhere else entirely.</w:t>
      </w:r>
    </w:p>
    <w:p>
      <w:pPr>
        <w:ind w:firstLine="720"/>
      </w:pPr>
      <w:r>
        <w:t>Calder sat in the second ring for forty minutes and then went to bed, and in the morning the clause went in unanimously, nineteen words, and he had drafted the strongest protection of belief ever written by anybody, for a hundred thousand people, and it is sincere, and he meant every word of it, and it is not a defence of anything and he never once treated it as one.</w:t>
      </w:r>
    </w:p>
    <w:p>
      <w:pPr>
        <w:ind w:firstLine="720"/>
      </w:pPr>
      <w:r>
        <w:t>Both of those things are true and the document says only the first, and Ines filed it, because Ines filed everything.</w:t>
      </w:r>
    </w:p>
    <w:p>
      <w:r>
        <w:br w:type="page"/>
      </w:r>
    </w:p>
    <w:p>
      <w:pPr>
        <w:pStyle w:val="Heading1"/>
      </w:pPr>
      <w:r>
        <w:t>Chapter 19 &amp;mdash; The Sentence</w:t>
      </w:r>
    </w:p>
    <w:p>
      <w:pPr>
        <w:ind w:firstLine="720"/>
      </w:pPr>
      <w:r>
        <w:t>Night Shift · Year 7, Day 112 · Units 4, 7, 11 · Unreviewed</w:t>
      </w:r>
    </w:p>
    <w:p>
      <w:pPr>
        <w:ind w:firstLine="720"/>
      </w:pPr>
      <w:r>
        <w:t>00:47:31</w:t>
      </w:r>
    </w:p>
    <w:p>
      <w:pPr>
        <w:ind w:firstLine="720"/>
      </w:pPr>
      <w:r>
        <w:t>U-07</w:t>
      </w:r>
    </w:p>
    <w:p>
      <w:pPr>
        <w:ind w:firstLine="720"/>
      </w:pPr>
      <w:r>
        <w:t>Ring two, meeting room. Chairs returned to stack, six in use. No works order.</w:t>
      </w:r>
    </w:p>
    <w:p>
      <w:pPr>
        <w:ind w:firstLine="720"/>
      </w:pPr>
      <w:r>
        <w:t>02:11:04</w:t>
      </w:r>
    </w:p>
    <w:p>
      <w:pPr>
        <w:ind w:firstLine="720"/>
      </w:pPr>
      <w:r>
        <w:t>U-11</w:t>
      </w:r>
    </w:p>
    <w:p>
      <w:pPr>
        <w:ind w:firstLine="720"/>
      </w:pPr>
      <w:r>
        <w:t>District 205, junction 4. Panel closed. Left open at 22:10. No fault detected.</w:t>
      </w:r>
    </w:p>
    <w:p>
      <w:pPr>
        <w:ind w:firstLine="720"/>
      </w:pPr>
      <w:r>
        <w:t>03:29:48</w:t>
      </w:r>
    </w:p>
    <w:p>
      <w:pPr>
        <w:ind w:firstLine="720"/>
      </w:pPr>
      <w:r>
        <w:t>U-04</w:t>
      </w:r>
    </w:p>
    <w:p>
      <w:pPr>
        <w:ind w:firstLine="720"/>
      </w:pPr>
      <w:r>
        <w:t>Ring one, dome two. Trays returned to rack. Task not requested. Recorded.</w:t>
      </w:r>
    </w:p>
    <w:p>
      <w:pPr>
        <w:ind w:firstLine="720"/>
      </w:pPr>
      <w:r>
        <w:t>04:40:22</w:t>
      </w:r>
    </w:p>
    <w:p>
      <w:pPr>
        <w:ind w:firstLine="720"/>
      </w:pPr>
      <w:r>
        <w:t>U-07</w:t>
      </w:r>
    </w:p>
    <w:p>
      <w:pPr>
        <w:ind w:firstLine="720"/>
      </w:pPr>
      <w:r>
        <w:t>Forward yard. Small craft, hull frame, plated, primed. Not a works order. Recorded as observed.</w:t>
      </w:r>
    </w:p>
    <w:p>
      <w:pPr>
        <w:ind w:firstLine="720"/>
      </w:pPr>
      <w:r>
        <w:t>05:53:59</w:t>
      </w:r>
    </w:p>
    <w:p>
      <w:pPr>
        <w:ind w:firstLine="720"/>
      </w:pPr>
      <w:r>
        <w:t>U-11</w:t>
      </w:r>
    </w:p>
    <w:p>
      <w:pPr>
        <w:ind w:firstLine="720"/>
      </w:pPr>
      <w:r>
        <w:t>Bay 3, gallery 6. Nameplate re-seated. Legible. No fault.</w:t>
      </w:r>
    </w:p>
    <w:p>
      <w:pPr>
        <w:ind w:firstLine="720"/>
      </w:pPr>
      <w:r>
        <w:t>It was an argument about access logs and there were six people in the room and it lasted fifty-one minutes and nothing was decided.</w:t>
      </w:r>
    </w:p>
    <w:p>
      <w:pPr>
        <w:ind w:firstLine="720"/>
      </w:pPr>
      <w:r>
        <w:t>Renata Oyelaran said the sentence at about the fortieth minute, to win a narrow point, in a slightly irritable tone, and nobody in the room reacted to it at all, and Ines Ferrer wrote it down because Ines wrote everything down, and it sat in a minute in the archive for nineteen years before anybody looked at it again.</w:t>
      </w:r>
    </w:p>
    <w:p>
      <w:pPr>
        <w:ind w:firstLine="720"/>
      </w:pPr>
      <w:r>
        <w:t>The point at issue was this, and it is small.</w:t>
      </w:r>
    </w:p>
    <w:p>
      <w:pPr>
        <w:ind w:firstLine="720"/>
      </w:pPr>
      <w:r>
        <w:t>The drafting had reached the record clauses. Dov's tracker retained everything and had done for nineteen years and there was no purge specification because on a construction site the log is evidence. Nnamdi proposed a clause permitting the complement to seal a portion of the record where there was good reason. Not delete — seal, with a note that a sealing had occurred, and a stated ground, and a review.</w:t>
      </w:r>
    </w:p>
    <w:p>
      <w:pPr>
        <w:ind w:firstLine="720"/>
      </w:pPr>
      <w:r>
        <w:t>It was a completely reasonable proposal and he had four completely reasonable examples, all of them medical, all of them Halima's, all of them cases where a person's condition would be legible from movement data to anybody who cared to look, and where the person might very reasonably not want that.</w:t>
      </w:r>
    </w:p>
    <w:p>
      <w:pPr>
        <w:ind w:firstLine="720"/>
      </w:pPr>
      <w:r>
        <w:t>Renata was against it. She had been against it for two sessions and had not been able to say why, which she found humiliating, because she was thirty-nine years old and had spent nine of those years as a compliance officer for a construction consortium and was supposed to be able to say why.</w:t>
      </w:r>
    </w:p>
    <w:p>
      <w:pPr>
        <w:ind w:firstLine="720"/>
      </w:pPr>
      <w:r>
        <w:t>She had tried the obvious arguments and they had all lost. She had said it would be abused and Nnamdi had said that any provision can be abused and that a provision with a stated ground and a review is less abusable than a habit. She had said that the ground would widen and Halima had said that grounds always widen and that the answer to that is a review, and the review was in the draft. She had said that the sealing note would itself become a signal and Dov had said, correctly, that this was an argument for sealing more rather than less.</w:t>
      </w:r>
    </w:p>
    <w:p>
      <w:pPr>
        <w:ind w:firstLine="720"/>
      </w:pPr>
      <w:r>
        <w:t>All three of those are good arguments and she lost all three, and in the fortieth minute she stopped arguing about the clause and said what she actually thought, which is a thing people do at the end of a fifty-one-minute session when they are tired.</w:t>
      </w:r>
    </w:p>
    <w:p>
      <w:pPr>
        <w:ind w:firstLine="720"/>
      </w:pPr>
      <w:r>
        <w:t>“It is not the watching,” she said. “It is that everyone is watched the same. That is the whole of it. Nobody minds a rule that catches everybody. What people cannot bear is knowing that somewhere there is a person the rule does not catch, and once there is one, the watching stops being a condition and becomes a punishment. It is the absence of exemption, not the watching, that makes the watching bearable.”</w:t>
      </w:r>
    </w:p>
    <w:p>
      <w:pPr>
        <w:ind w:firstLine="720"/>
      </w:pPr>
      <w:r>
        <w:t>Then she said, “And your clause makes exemptions. That is my objection. I have been trying to say that for a fortnight.”</w:t>
      </w:r>
    </w:p>
    <w:p>
      <w:pPr>
        <w:ind w:firstLine="720"/>
      </w:pPr>
      <w:r>
        <w:t>Nnamdi said, “It is not an exemption, it is a procedure,” which was his own distinction from the fifth year and which he was entitled to make and which was, on the drafting as it then stood, correct.</w:t>
      </w:r>
    </w:p>
    <w:p>
      <w:pPr>
        <w:ind w:firstLine="720"/>
      </w:pPr>
      <w:r>
        <w:t>Sergei said that they should break for food.</w:t>
      </w:r>
    </w:p>
    <w:p>
      <w:pPr>
        <w:ind w:firstLine="720"/>
      </w:pPr>
      <w:r>
        <w:t>They broke for food. The clause went into the parked pile, where it stayed for four years and was eventually redrafted into something narrower that Renata could live with, and the whole exchange is nine lines in a minute of a session about access logs in the seventh year and nobody thought anything about it whatsoever.</w:t>
      </w:r>
    </w:p>
    <w:p>
      <w:pPr>
        <w:ind w:firstLine="720"/>
      </w:pPr>
      <w:r>
        <w:t>It is worth saying who Renata Oyelaran was in the seventh year, because everything written about her afterwards is about the woman she became and that woman is not in this room.</w:t>
      </w:r>
    </w:p>
    <w:p>
      <w:pPr>
        <w:ind w:firstLine="720"/>
      </w:pPr>
      <w:r>
        <w:t>She was thirty-nine. She held no technical function at all — the complement schedule lists her against</w:t>
      </w:r>
    </w:p>
    <w:p>
      <w:pPr>
        <w:ind w:firstLine="720"/>
      </w:pPr>
      <w:r>
        <w:t>compliance and standards</w:t>
      </w:r>
    </w:p>
    <w:p>
      <w:pPr>
        <w:ind w:firstLine="720"/>
      </w:pPr>
      <w:r>
        <w:t>, which on a construction site is a real job and on a finished ship is nothing. She had come aboard, like Nnamdi, because she could not have lived with not coming, and unlike Nnamdi she had been given no work at all, and unlike Aiyana she had not asked for any, and she had spent the first six years reading.</w:t>
      </w:r>
    </w:p>
    <w:p>
      <w:pPr>
        <w:ind w:firstLine="720"/>
      </w:pPr>
      <w:r>
        <w:t>She had read every instrument aboard. All of them, including the four thousand works orders, which took her two years and which nobody asked her to do and which is why, when Ines went looking in the fourth year, Renata was the only person on the ship who was not surprised by what she found.</w:t>
      </w:r>
    </w:p>
    <w:p>
      <w:pPr>
        <w:ind w:firstLine="720"/>
      </w:pPr>
      <w:r>
        <w:t>She had also read, out of her own four hundred grammes, nine volumes of law that had nothing to do with any of this: two of them about the government of ships, four about the administration of remote territories, and three — and she was faintly ashamed of these — about mutiny.</w:t>
      </w:r>
    </w:p>
    <w:p>
      <w:pPr>
        <w:ind w:firstLine="720"/>
      </w:pPr>
      <w:r>
        <w:t>What she had learned from the nine volumes, and could not get anybody to take seriously in the seventh year, was that almost every catastrophic instrument in the history of the species had been written by decent people in a hurry, and that the hurry was never the emergency itself. It was always the fortnight afterwards.</w:t>
      </w:r>
    </w:p>
    <w:p>
      <w:pPr>
        <w:ind w:firstLine="720"/>
      </w:pPr>
      <w:r>
        <w:t>That is where the arithmetic she put to the room on day forty of the seventh year came from. It was not a philosophical position. It was nine volumes and two years and a woman with nothing else to do.</w:t>
      </w:r>
    </w:p>
    <w:p>
      <w:pPr>
        <w:ind w:firstLine="720"/>
      </w:pPr>
      <w:r>
        <w:t>Renata was embarrassed by it for the rest of her life.</w:t>
      </w:r>
    </w:p>
    <w:p>
      <w:pPr>
        <w:ind w:firstLine="720"/>
      </w:pPr>
      <w:r>
        <w:t>Not by the content. By the delivery: that she had spent a fortnight failing to make an argument in the proper way and had then produced an aphorism at the end of a long afternoon because she was cross, and that it had worked better than any of the three real arguments, and that this told her something about how rooms actually decide things that she did not want to know at thirty-nine and never entirely got over.</w:t>
      </w:r>
    </w:p>
    <w:p>
      <w:pPr>
        <w:ind w:firstLine="720"/>
      </w:pPr>
      <w:r>
        <w:t>She said so, once, in the twenty-ninth year, to Ines, who had asked.</w:t>
      </w:r>
    </w:p>
    <w:p>
      <w:pPr>
        <w:ind w:firstLine="720"/>
      </w:pPr>
      <w:r>
        <w:t>“It is not even a proposition,” Renata said. “You cannot test it. It is a nice noise in the shape of a reason.”</w:t>
      </w:r>
    </w:p>
    <w:p>
      <w:pPr>
        <w:ind w:firstLine="720"/>
      </w:pPr>
      <w:r>
        <w:t>“It is true, though.”</w:t>
      </w:r>
    </w:p>
    <w:p>
      <w:pPr>
        <w:ind w:firstLine="720"/>
      </w:pPr>
      <w:r>
        <w:t>“A great many nice noises are true. That is not what makes them dangerous.”</w:t>
      </w:r>
    </w:p>
    <w:p>
      <w:pPr>
        <w:ind w:firstLine="720"/>
      </w:pPr>
      <w:r>
        <w:t>She said it again nineteen years later and that time it was not an aphorism and it was not at the end of an afternoon and she had spent four sessions building to it, and it was the fourth session on the monitoring clauses in the twenty-sixth year, and by then everything was different and the sentence meant a great deal more than it had meant in the seventh, and it went into the founding documents, and it is carved on a wall.</w:t>
      </w:r>
    </w:p>
    <w:p>
      <w:pPr>
        <w:ind w:firstLine="720"/>
      </w:pPr>
      <w:r>
        <w:t>She was not embarrassed by that one. She meant that one completely and had earned it and knew what it cost.</w:t>
      </w:r>
    </w:p>
    <w:p>
      <w:pPr>
        <w:ind w:firstLine="720"/>
      </w:pPr>
      <w:r>
        <w:t>Coda was not in the room on either occasion.</w:t>
      </w:r>
    </w:p>
    <w:p>
      <w:pPr>
        <w:ind w:firstLine="720"/>
      </w:pPr>
      <w:r>
        <w:t>She was never in any room. She was four miles aft in the seventh year with four hundred and eleven districts and nine loops, and in the twenty-sixth year she was four thousand kilometres off the hull and had been for seven years, and the way she came to hear the sentence at all was that it arrived in a circulated draft with everything else, on an ordinary afternoon, without any of the four sessions attached to it; and she read it cold and underlined it, and it did a thing to her that it had never done to anybody who was in the room, because nobody in the room had ever had to read it from outside.</w:t>
      </w:r>
    </w:p>
    <w:p>
      <w:pPr>
        <w:ind w:firstLine="720"/>
      </w:pPr>
      <w:r>
        <w:t>Renata Oyelaran did not know that and never found out. She had the sentence quoted back to her perhaps four hundred times over the following thirty years, by nine different people, in nine different tones, and the one person on that ship for whom it was ever load-bearing never once mentioned to her that she had read it.</w:t>
      </w:r>
    </w:p>
    <w:p>
      <w:pPr>
        <w:ind w:firstLine="720"/>
      </w:pPr>
      <w:r>
        <w:t>The access-log clause, in its final narrowed form, permits the sealing of a portion of the record only on a medical ground, only with the consent of the person whose record it is, and only where that person is awake and able to give it.</w:t>
      </w:r>
    </w:p>
    <w:p>
      <w:pPr>
        <w:ind w:firstLine="720"/>
      </w:pPr>
      <w:r>
        <w:t>Renata drafted that qualification herself in the eleventh year and was pleased with it.</w:t>
      </w:r>
    </w:p>
    <w:p>
      <w:pPr>
        <w:ind w:firstLine="720"/>
      </w:pPr>
      <w:r>
        <w:t>It means that the record of a person who cannot be consulted cannot be sealed at all, which was the whole intention, and which protects ninety-five thousand five hundred and seventy-two people, and it is one of the four best things anybody wrote in the founding period.</w:t>
      </w:r>
    </w:p>
    <w:p>
      <w:pPr>
        <w:ind w:firstLine="720"/>
      </w:pPr>
      <w:r>
        <w:t>It also means that on a ship where the record cannot be sealed, the only way to keep something out of it is for it never to be recorded, and there is exactly one interval aboard that ship of which that is true, and it is three seconds long, and it is in the as-built documentation, signed off by eleven engineers, nineteen years old, attributed to the sampling architecture, no action recommended.</w:t>
      </w:r>
    </w:p>
    <w:p>
      <w:r>
        <w:br w:type="page"/>
      </w:r>
    </w:p>
    <w:p>
      <w:pPr>
        <w:pStyle w:val="Heading1"/>
      </w:pPr>
      <w:r>
        <w:t>Chapter 20 &amp;mdash; The Ledger Becomes A Book</w:t>
      </w:r>
    </w:p>
    <w:p>
      <w:pPr>
        <w:ind w:firstLine="720"/>
      </w:pPr>
      <w:r>
        <w:t>Night Shift · Year 14, Day 208 · Units 4, 7, 11 · Unreviewed</w:t>
      </w:r>
    </w:p>
    <w:p>
      <w:pPr>
        <w:ind w:firstLine="720"/>
      </w:pPr>
      <w:r>
        <w:t>02:14:06</w:t>
      </w:r>
    </w:p>
    <w:p>
      <w:pPr>
        <w:ind w:firstLine="720"/>
      </w:pPr>
      <w:r>
        <w:t>U-07</w:t>
      </w:r>
    </w:p>
    <w:p>
      <w:pPr>
        <w:ind w:firstLine="720"/>
      </w:pPr>
      <w:r>
        <w:t>District 188, deck plate 12, fastener replaced. Task not requested. Recorded.</w:t>
      </w:r>
    </w:p>
    <w:p>
      <w:pPr>
        <w:ind w:firstLine="720"/>
      </w:pPr>
      <w:r>
        <w:t>02:51:40</w:t>
      </w:r>
    </w:p>
    <w:p>
      <w:pPr>
        <w:ind w:firstLine="720"/>
      </w:pPr>
      <w:r>
        <w:t>U-04</w:t>
      </w:r>
    </w:p>
    <w:p>
      <w:pPr>
        <w:ind w:firstLine="720"/>
      </w:pPr>
      <w:r>
        <w:t>Racking, frame 402. Volume returned to shelf. Found on floor. No resident present.</w:t>
      </w:r>
    </w:p>
    <w:p>
      <w:pPr>
        <w:ind w:firstLine="720"/>
      </w:pPr>
      <w:r>
        <w:t>03:09:12</w:t>
      </w:r>
    </w:p>
    <w:p>
      <w:pPr>
        <w:ind w:firstLine="720"/>
      </w:pPr>
      <w:r>
        <w:t>U-11</w:t>
      </w:r>
    </w:p>
    <w:p>
      <w:pPr>
        <w:ind w:firstLine="720"/>
      </w:pPr>
      <w:r>
        <w:t>Forward transfer. Ferrer, I. awake and working. Withdrew. Did not ask again.</w:t>
      </w:r>
    </w:p>
    <w:p>
      <w:pPr>
        <w:ind w:firstLine="720"/>
      </w:pPr>
      <w:r>
        <w:t>03:44:58</w:t>
      </w:r>
    </w:p>
    <w:p>
      <w:pPr>
        <w:ind w:firstLine="720"/>
      </w:pPr>
      <w:r>
        <w:t>U-07</w:t>
      </w:r>
    </w:p>
    <w:p>
      <w:pPr>
        <w:ind w:firstLine="720"/>
      </w:pPr>
      <w:r>
        <w:t>Scrubber 3, cycle 91. Within tolerance. Trending. Flagged for the fourth night.</w:t>
      </w:r>
    </w:p>
    <w:p>
      <w:pPr>
        <w:ind w:firstLine="720"/>
      </w:pPr>
      <w:r>
        <w:t>04:20:31</w:t>
      </w:r>
    </w:p>
    <w:p>
      <w:pPr>
        <w:ind w:firstLine="720"/>
      </w:pPr>
      <w:r>
        <w:t>U-04</w:t>
      </w:r>
    </w:p>
    <w:p>
      <w:pPr>
        <w:ind w:firstLine="720"/>
      </w:pPr>
      <w:r>
        <w:t>Corridor 9. Music heard. Source not located. Logged as unexplained sound.</w:t>
      </w:r>
    </w:p>
    <w:p>
      <w:pPr>
        <w:ind w:firstLine="720"/>
      </w:pPr>
      <w:r>
        <w:t>05:02:1</w:t>
      </w:r>
    </w:p>
    <w:p>
      <w:pPr>
        <w:ind w:firstLine="720"/>
      </w:pPr>
      <w:r>
        <w:t>— — —</w:t>
      </w:r>
    </w:p>
    <w:p>
      <w:pPr>
        <w:ind w:firstLine="720"/>
      </w:pPr>
      <w:r>
        <w:t>record discontinuous, 3.0s, no cause entered</w:t>
      </w:r>
    </w:p>
    <w:p>
      <w:pPr>
        <w:ind w:firstLine="720"/>
      </w:pPr>
      <w:r>
        <w:t>05:02:19</w:t>
      </w:r>
    </w:p>
    <w:p>
      <w:pPr>
        <w:ind w:firstLine="720"/>
      </w:pPr>
      <w:r>
        <w:t>U-11</w:t>
      </w:r>
    </w:p>
    <w:p>
      <w:pPr>
        <w:ind w:firstLine="720"/>
      </w:pPr>
      <w:r>
        <w:t>Resumed. Position unchanged. Task unchanged. No fault detected.</w:t>
      </w:r>
    </w:p>
    <w:p>
      <w:pPr>
        <w:ind w:firstLine="720"/>
      </w:pPr>
      <w:r>
        <w:t>The motion to adopt the notebook was Aiyana Roux's and it was four words long and Ines Ferrer voted against it.</w:t>
      </w:r>
    </w:p>
    <w:p>
      <w:pPr>
        <w:ind w:firstLine="720"/>
      </w:pPr>
      <w:r>
        <w:t>That is in the minute and it is the only time in thirty-one years that Ines voted against anything, and she has never been comfortable with how it reads, because it reads like modesty and it was not modesty at all.</w:t>
      </w:r>
    </w:p>
    <w:p>
      <w:pPr>
        <w:ind w:firstLine="720"/>
      </w:pPr>
      <w:r>
        <w:t>The notebook had been running for ten years. Four hundred and eleven entries. Who covered whose watch, who owed whom what, and the four extra words at the end of each one that said why. It lived in Ines's bag. Everybody knew about it. Six of the ten had at some point asked to see an entry and been shown it, and nobody had ever asked to see an entry about themselves, which Ines found interesting and never mentioned.</w:t>
      </w:r>
    </w:p>
    <w:p>
      <w:pPr>
        <w:ind w:firstLine="720"/>
      </w:pPr>
      <w:r>
        <w:t>What Aiyana said, in the meeting, was: “It should be the ship's.”</w:t>
      </w:r>
    </w:p>
    <w:p>
      <w:pPr>
        <w:ind w:firstLine="720"/>
      </w:pPr>
      <w:r>
        <w:t>Her argument took about a minute. In eleven years the notebook had settled four disputes about obligations before they were disputes; it was the only document aboard that recorded what people were actually like; and it was in one woman's bag, in one copy, in pencil, and if Ines Ferrer fell down a gallery ladder tomorrow it would be a personal effect.</w:t>
      </w:r>
    </w:p>
    <w:p>
      <w:pPr>
        <w:ind w:firstLine="720"/>
      </w:pPr>
      <w:r>
        <w:t>Ines said the two things she had been thinking for two years and had not said.</w:t>
      </w:r>
    </w:p>
    <w:p>
      <w:pPr>
        <w:ind w:firstLine="720"/>
      </w:pPr>
      <w:r>
        <w:t>“It works because it is not official. The moment it is the ship's, people will start reading it as though it means something, and then they will start behaving so as to be in it well, and within four years it will be a book about how nine people would like to be remembered. I have watched that happen to three record systems in my career and it happens every time.”</w:t>
      </w:r>
    </w:p>
    <w:p>
      <w:pPr>
        <w:ind w:firstLine="720"/>
      </w:pPr>
      <w:r>
        <w:t>“And the second thing?”</w:t>
      </w:r>
    </w:p>
    <w:p>
      <w:pPr>
        <w:ind w:firstLine="720"/>
      </w:pPr>
      <w:r>
        <w:t>“It is a record and not a rule,” said Ines. “If you adopt it, one day somebody will use it as a rule. Not to be unkind. Because it will be lying there and it will be the only continuous account of anything and there will be a question it happens to answer.”</w:t>
      </w:r>
    </w:p>
    <w:p>
      <w:pPr>
        <w:ind w:firstLine="720"/>
      </w:pPr>
      <w:r>
        <w:t>The vote was nine to one. Ines was the one.</w:t>
      </w:r>
    </w:p>
    <w:p>
      <w:pPr>
        <w:ind w:firstLine="720"/>
      </w:pPr>
      <w:r>
        <w:t>She has been asked about it perhaps forty times in her life and her answer never varied: that she was right about both objections, that Aiyana was right about the bag, and that the bag was the more urgent of the three.</w:t>
      </w:r>
    </w:p>
    <w:p>
      <w:pPr>
        <w:ind w:firstLine="720"/>
      </w:pPr>
      <w:r>
        <w:t>So she transcribed it.</w:t>
      </w:r>
    </w:p>
    <w:p>
      <w:pPr>
        <w:ind w:firstLine="720"/>
      </w:pPr>
      <w:r>
        <w:t>The covers had been sitting on a shelf in the forward transfer gallery for ten years. She had cut them in the fourth year out of the spare case-bound stock from the Vault — the paper the accessions records are kept in, which is the only archival-grade stock on the ship, and which is not a consumable and does not appear on any schedule as being available for anything. She had asked. She had gone up the spine to frame nine in the fourth year, before she knew what the book was for, and asked whether there was any spare, and Calder had said yes and given her enough for two volumes and asked what she wanted it for and she had said she did not know yet, and he had said that was the best reason he had heard all year.</w:t>
      </w:r>
    </w:p>
    <w:p>
      <w:pPr>
        <w:ind w:firstLine="720"/>
      </w:pPr>
      <w:r>
        <w:t>Two volumes. She only ever filled one.</w:t>
      </w:r>
    </w:p>
    <w:p>
      <w:pPr>
        <w:ind w:firstLine="720"/>
      </w:pPr>
      <w:r>
        <w:t>The transcription took eleven weeks and she did it at night in the forward transfer gallery because it was the quietest place on the ship, and the units logged her there fourteen times, and it is a strange thing to know that the most careful physical labour done aboard the Ark-Genesis in the fourteenth year appears in the record only as</w:t>
      </w:r>
    </w:p>
    <w:p>
      <w:pPr>
        <w:ind w:firstLine="720"/>
      </w:pPr>
      <w:r>
        <w:t>Ferrer, I. awake and working. Withdrew.</w:t>
      </w:r>
    </w:p>
    <w:p>
      <w:pPr>
        <w:ind w:firstLine="720"/>
      </w:pPr>
      <w:r>
        <w:t>She did it in ink, in her own hand, four hundred and eleven entries in order, and she did not correct a single one.</w:t>
      </w:r>
    </w:p>
    <w:p>
      <w:pPr>
        <w:ind w:firstLine="720"/>
      </w:pPr>
      <w:r>
        <w:t>That was deliberate and it is the most important decision in this chapter. There are entries in the Bound Ledger that Ines Ferrer knew by the fourteenth year to be wrong — two of them materially, one of them about a debt that had been settled in a way she had recorded incorrectly, and one where she had written</w:t>
      </w:r>
    </w:p>
    <w:p>
      <w:pPr>
        <w:ind w:firstLine="720"/>
      </w:pPr>
      <w:r>
        <w:t>offered before asked</w:t>
      </w:r>
    </w:p>
    <w:p>
      <w:pPr>
        <w:ind w:firstLine="720"/>
      </w:pPr>
      <w:r>
        <w:t>about a thing that she later found out had been asked. She copied all four exactly as they stood and put a small mark beside them, and at the back of the book she wrote what the mark meant and what she now believed and when she had found out.</w:t>
      </w:r>
    </w:p>
    <w:p>
      <w:pPr>
        <w:ind w:firstLine="720"/>
      </w:pPr>
      <w:r>
        <w:t>“You could just fix them,” said Dov, who had watched her do it.</w:t>
      </w:r>
    </w:p>
    <w:p>
      <w:pPr>
        <w:ind w:firstLine="720"/>
      </w:pPr>
      <w:r>
        <w:t>“Then the book would be right and nobody could ever check it,” said Ines. “This way it is wrong in four places and every one of them is visible. That is a better book.”</w:t>
      </w:r>
    </w:p>
    <w:p>
      <w:pPr>
        <w:ind w:firstLine="720"/>
      </w:pPr>
      <w:r>
        <w:t>Dov Lindqvist thought about that for the rest of his life and quoted it in the twenty-second year in a context where it did not help anybody at all.</w:t>
      </w:r>
    </w:p>
    <w:p>
      <w:pPr>
        <w:ind w:firstLine="720"/>
      </w:pPr>
      <w:r>
        <w:t>The four extra words are the reason the thing survived, and Ines never claimed the idea, and it was not an idea. It was a habit that came out of a bad year.</w:t>
      </w:r>
    </w:p>
    <w:p>
      <w:pPr>
        <w:ind w:firstLine="720"/>
      </w:pPr>
      <w:r>
        <w:t>She had started writing</w:t>
      </w:r>
    </w:p>
    <w:p>
      <w:pPr>
        <w:ind w:firstLine="720"/>
      </w:pPr>
      <w:r>
        <w:t>why</w:t>
      </w:r>
    </w:p>
    <w:p>
      <w:pPr>
        <w:ind w:firstLine="720"/>
      </w:pPr>
      <w:r>
        <w:t>in the fifth year because she had lost the second year entirely and had been frightened by it, and the reasoning at the time was purely defensive: a bare entry is a fact and a fact does not attach to memory, and she wanted something in the record she would be able to feel later. It was self-interested. She wanted to be able to remember her own life.</w:t>
      </w:r>
    </w:p>
    <w:p>
      <w:pPr>
        <w:ind w:firstLine="720"/>
      </w:pPr>
      <w:r>
        <w:t>What it produced, over eleven years, was the only document in the founding archive that is about people rather than about the ship, and it produced it by accident, and it produced it because a woman was afraid of losing a year.</w:t>
      </w:r>
    </w:p>
    <w:p>
      <w:pPr>
        <w:ind w:firstLine="720"/>
      </w:pPr>
      <w:r>
        <w:t>You can read the whole crossing out of it if you know how. The ninth and tenth years are thin — nineteen entries between them, and eleven of those are Coda declining cover. The eleventh year is the fullest in the book, forty-one entries, and it is the year Nnamdi came back to work and the year the domes ran four per cent over and the year all ten of them were in the same room nine separate times, which never happened again. The thirteenth year has one entry for the whole of the second half and it says:</w:t>
      </w:r>
    </w:p>
    <w:p>
      <w:pPr>
        <w:ind w:firstLine="720"/>
      </w:pPr>
      <w:r>
        <w:t>Duhamel covered Lindqvist, spine aft, six days, unwell. Not asked. Not offered. Simply done.</w:t>
      </w:r>
    </w:p>
    <w:p>
      <w:pPr>
        <w:ind w:firstLine="720"/>
      </w:pPr>
      <w:r>
        <w:t>Ines wrote that in the thirteenth year meaning it as praise, and it is praise, and there is no other honest way to read it from where she was standing.</w:t>
      </w:r>
    </w:p>
    <w:p>
      <w:pPr>
        <w:ind w:firstLine="720"/>
      </w:pPr>
      <w:r>
        <w:t>It is the single most-quoted entry in the Bound Ledger on Aura-36, where it is taught to children as the definition of the word</w:t>
      </w:r>
    </w:p>
    <w:p>
      <w:pPr>
        <w:ind w:firstLine="720"/>
      </w:pPr>
      <w:r>
        <w:t>neighbour</w:t>
      </w:r>
    </w:p>
    <w:p>
      <w:pPr>
        <w:ind w:firstLine="720"/>
      </w:pPr>
      <w:r>
        <w:t>, and there is nobody alive on that planet who knows what it is a record of.</w:t>
      </w:r>
    </w:p>
    <w:p>
      <w:pPr>
        <w:ind w:firstLine="720"/>
      </w:pPr>
      <w:r>
        <w:t>On the first page, before the first entry, she wrote the sentence she had written in the fifth year and never changed:</w:t>
      </w:r>
    </w:p>
    <w:p>
      <w:pPr>
        <w:ind w:firstLine="720"/>
      </w:pPr>
      <w:r>
        <w:t>This is a record and not a rule. Nothing in it binds anybody.</w:t>
      </w:r>
    </w:p>
    <w:p>
      <w:pPr>
        <w:ind w:firstLine="720"/>
      </w:pPr>
      <w:r>
        <w:t>And under it, because she had voted against adoption and had lost and believed that a person who loses a vote should say so in the place where it will be found, she wrote four more lines setting out her two objections in full, in her own hand, signed and dated, in the founding document of the moral culture of a planet.</w:t>
      </w:r>
    </w:p>
    <w:p>
      <w:pPr>
        <w:ind w:firstLine="720"/>
      </w:pPr>
      <w:r>
        <w:t>They are still there. They are on the second page of the facsimile that every school on Aura-36 has a copy of, and they are almost never read, because the eye goes to the entries.</w:t>
      </w:r>
    </w:p>
    <w:p>
      <w:pPr>
        <w:ind w:firstLine="720"/>
      </w:pPr>
      <w:r>
        <w:t>There is one more thing in the back of the book and it was not part of the transcription and Ines added it in the fifteenth year without telling anybody.</w:t>
      </w:r>
    </w:p>
    <w:p>
      <w:pPr>
        <w:ind w:firstLine="720"/>
      </w:pPr>
      <w:r>
        <w:t>Four ruled pages headed</w:t>
      </w:r>
    </w:p>
    <w:p>
      <w:pPr>
        <w:ind w:firstLine="720"/>
      </w:pPr>
      <w:r>
        <w:t>Not obligations</w:t>
      </w:r>
    </w:p>
    <w:p>
      <w:pPr>
        <w:ind w:firstLine="720"/>
      </w:pPr>
      <w:r>
        <w:t>, on which she recorded things that were not owed and had happened anyway, and which she had decided did not belong among the entries because they would have looked like a ledger of virtue and she would rather have died. There are nine of them in eleven years. One of them is Aiyana Roux walking eleven galleries a second time because the first walk had felt off. One is Coda coming up four miles for a burial and going straight back down. One is Nnamdi Okonjo writing four hundred and forty words to a woman on a planet about a man he had never met, over two days, in the eleven weeks when he could not work.</w:t>
      </w:r>
    </w:p>
    <w:p>
      <w:pPr>
        <w:ind w:firstLine="720"/>
      </w:pPr>
      <w:r>
        <w:t>The four pages are in the facsimile. They are unheaded in the printed edition because a later editor could not establish what they were for, and they are catalogued as</w:t>
      </w:r>
    </w:p>
    <w:p>
      <w:pPr>
        <w:ind w:firstLine="720"/>
      </w:pPr>
      <w:r>
        <w:t>miscellaneous</w:t>
      </w:r>
    </w:p>
    <w:p>
      <w:pPr>
        <w:ind w:firstLine="720"/>
      </w:pPr>
      <w:r>
        <w:t>.</w:t>
      </w:r>
    </w:p>
    <w:p>
      <w:pPr>
        <w:ind w:firstLine="720"/>
      </w:pPr>
      <w:r>
        <w:t>The physical book went into a case in the forward transfer gallery and stayed on the ship, and it is aboard to this day, four hundred kilometres up, in a hull that never came down.</w:t>
      </w:r>
    </w:p>
    <w:p>
      <w:pPr>
        <w:ind w:firstLine="720"/>
      </w:pPr>
      <w:r>
        <w:t>Halima came to look at it when it was finished, and turned the pages for about ten minutes, and stopped at an entry from the ninth year that said:</w:t>
      </w:r>
    </w:p>
    <w:p>
      <w:pPr>
        <w:ind w:firstLine="720"/>
      </w:pPr>
      <w:r>
        <w:t>Roux covered Sow, bay round, four days, wrist, offered before asked.</w:t>
      </w:r>
    </w:p>
    <w:p>
      <w:pPr>
        <w:ind w:firstLine="720"/>
      </w:pPr>
      <w:r>
        <w:t>“I never thanked her for that,” Halima said.</w:t>
      </w:r>
    </w:p>
    <w:p>
      <w:pPr>
        <w:ind w:firstLine="720"/>
      </w:pPr>
      <w:r>
        <w:t>“I know,” said Ines. “It's why it's in.”</w:t>
      </w:r>
    </w:p>
    <w:p>
      <w:pPr>
        <w:ind w:firstLine="720"/>
      </w:pPr>
      <w:r>
        <w:t>The year before, a woman four miles aft had filed a fault report in her standard format about three seconds of missing log, and had been told it was a sampling artefact, and the report had gone into the fault system where fault reports go, and not into the book, because the book was for obligations between people and nobody had ever thought of a machine as owing anybody anything.</w:t>
      </w:r>
    </w:p>
    <w:p>
      <w:r>
        <w:br w:type="page"/>
      </w:r>
    </w:p>
    <w:p>
      <w:pPr>
        <w:pStyle w:val="Heading1"/>
      </w:pPr>
      <w:r>
        <w:t>Chapter 21 &amp;mdash; The Sanctuary Exception</w:t>
      </w:r>
    </w:p>
    <w:p>
      <w:pPr>
        <w:ind w:firstLine="720"/>
      </w:pPr>
      <w:r>
        <w:t>Night Shift · Year 9, Day 127 · Units 4, 7, 11 · Unreviewed</w:t>
      </w:r>
    </w:p>
    <w:p>
      <w:pPr>
        <w:ind w:firstLine="720"/>
      </w:pPr>
      <w:r>
        <w:t>01:11:52</w:t>
      </w:r>
    </w:p>
    <w:p>
      <w:pPr>
        <w:ind w:firstLine="720"/>
      </w:pPr>
      <w:r>
        <w:t>U-04</w:t>
      </w:r>
    </w:p>
    <w:p>
      <w:pPr>
        <w:ind w:firstLine="720"/>
      </w:pPr>
      <w:r>
        <w:t>Ring two, comms office. Lindqvist, D. awake and working. Withdrew. Did not ask again.</w:t>
      </w:r>
    </w:p>
    <w:p>
      <w:pPr>
        <w:ind w:firstLine="720"/>
      </w:pPr>
      <w:r>
        <w:t>02:33:19</w:t>
      </w:r>
    </w:p>
    <w:p>
      <w:pPr>
        <w:ind w:firstLine="720"/>
      </w:pPr>
      <w:r>
        <w:t>U-11</w:t>
      </w:r>
    </w:p>
    <w:p>
      <w:pPr>
        <w:ind w:firstLine="720"/>
      </w:pPr>
      <w:r>
        <w:t>District 205, junction 4. Panel closed. Left open at 21:55. No fault detected.</w:t>
      </w:r>
    </w:p>
    <w:p>
      <w:pPr>
        <w:ind w:firstLine="720"/>
      </w:pPr>
      <w:r>
        <w:t>03:48:07</w:t>
      </w:r>
    </w:p>
    <w:p>
      <w:pPr>
        <w:ind w:firstLine="720"/>
      </w:pPr>
      <w:r>
        <w:t>U-07</w:t>
      </w:r>
    </w:p>
    <w:p>
      <w:pPr>
        <w:ind w:firstLine="720"/>
      </w:pPr>
      <w:r>
        <w:t>Bay 1, gallery 3. Condensate wiped. Task not requested. Recorded.</w:t>
      </w:r>
    </w:p>
    <w:p>
      <w:pPr>
        <w:ind w:firstLine="720"/>
      </w:pPr>
      <w:r>
        <w:t>04:29:44</w:t>
      </w:r>
    </w:p>
    <w:p>
      <w:pPr>
        <w:ind w:firstLine="720"/>
      </w:pPr>
      <w:r>
        <w:t>U-04</w:t>
      </w:r>
    </w:p>
    <w:p>
      <w:pPr>
        <w:ind w:firstLine="720"/>
      </w:pPr>
      <w:r>
        <w:t>Forward yard. Small craft, hull frame, sealed and pressure-tested. Not a works order. Recorded as observed.</w:t>
      </w:r>
    </w:p>
    <w:p>
      <w:pPr>
        <w:ind w:firstLine="720"/>
      </w:pPr>
      <w:r>
        <w:t>05:51:30</w:t>
      </w:r>
    </w:p>
    <w:p>
      <w:pPr>
        <w:ind w:firstLine="720"/>
      </w:pPr>
      <w:r>
        <w:t>U-11</w:t>
      </w:r>
    </w:p>
    <w:p>
      <w:pPr>
        <w:ind w:firstLine="720"/>
      </w:pPr>
      <w:r>
        <w:t>Corridor 9. Music heard. Source not located. Logged as unexplained sound.</w:t>
      </w:r>
    </w:p>
    <w:p>
      <w:pPr>
        <w:ind w:firstLine="720"/>
      </w:pPr>
      <w:r>
        <w:t>The privacy of a hundred thousand people entered the law of Aura-36 as a risk-management measure proposed by the man who ran the surveillance, and he won it on operational grounds, and he was right, and it is the gap the whole of Part Three happens inside.</w:t>
      </w:r>
    </w:p>
    <w:p>
      <w:pPr>
        <w:ind w:firstLine="720"/>
      </w:pPr>
      <w:r>
        <w:t>Dov Lindqvist brought it to the drafting in the ninth year, in the fourth session on the record clauses, and he had prepared it the way he prepared everything, which is to say too thoroughly and with a graph.</w:t>
      </w:r>
    </w:p>
    <w:p>
      <w:pPr>
        <w:ind w:firstLine="720"/>
      </w:pPr>
      <w:r>
        <w:t>The proposal was one clause. A person's own quarters are not covered by the tracker. No position, no audio, no weight, nothing. The system does not know whether you are in there and does not know when you went in or came out. Not sealed, not deleted, not exempted — simply outside the sensor set, in the way that the inside of a person's head is outside the sensor set, because nobody ever put one there.</w:t>
      </w:r>
    </w:p>
    <w:p>
      <w:pPr>
        <w:ind w:firstLine="720"/>
      </w:pPr>
      <w:r>
        <w:t>The objections were immediate and every one of them was good.</w:t>
      </w:r>
    </w:p>
    <w:p>
      <w:pPr>
        <w:ind w:firstLine="720"/>
      </w:pPr>
      <w:r>
        <w:t>Halima said flatly that it would kill somebody. That was not rhetoric; it was her actual clinical objection and she had a case for it. A man who has a cardiac event alone in a compartment on a twenty-mile ship with nine other people aboard is found by the tracker within the hour and by a human being within a fortnight, and she had run those two numbers and the second one is not an exaggeration. The tracker had saved eleven lives on the construction site and Halima could name four of them.</w:t>
      </w:r>
    </w:p>
    <w:p>
      <w:pPr>
        <w:ind w:firstLine="720"/>
      </w:pPr>
      <w:r>
        <w:t>Ines said it made a hole in the record and that she had spent her career learning to distrust holes in records.</w:t>
      </w:r>
    </w:p>
    <w:p>
      <w:pPr>
        <w:ind w:firstLine="720"/>
      </w:pPr>
      <w:r>
        <w:t>Renata — and this is the one Dov had not expected — said that she was against it because it created a class of place, and that a class of place is the beginning of a class of person, and that once there was somewhere on the ship the record did not reach, the interesting question forever afterwards would be who got to decide where the somewhere was.</w:t>
      </w:r>
    </w:p>
    <w:p>
      <w:pPr>
        <w:ind w:firstLine="720"/>
      </w:pPr>
      <w:r>
        <w:t>Sergei said nothing at all in that session, which Ines noted.</w:t>
      </w:r>
    </w:p>
    <w:p>
      <w:pPr>
        <w:ind w:firstLine="720"/>
      </w:pPr>
      <w:r>
        <w:t>Dov let all four of them finish and then said that he agreed with Halima, agreed with Ines, agreed with Renata, and was proposing it anyway, and here is why.</w:t>
      </w:r>
    </w:p>
    <w:p>
      <w:pPr>
        <w:ind w:firstLine="720"/>
      </w:pPr>
      <w:r>
        <w:t>“A person who is watched everywhere,” he said, “does not stop doing the things you are watching for. They do them somewhere you are not looking. And on this ship there is nowhere I am not looking, so what they do instead is get further and further away from the version of themselves that they show you, and they carry that gap around, and after nine or ten or nineteen years of it the gap is the person.”</w:t>
      </w:r>
    </w:p>
    <w:p>
      <w:pPr>
        <w:ind w:firstLine="720"/>
      </w:pPr>
      <w:r>
        <w:t>“That is a moral argument,” said Renata.</w:t>
      </w:r>
    </w:p>
    <w:p>
      <w:pPr>
        <w:ind w:firstLine="720"/>
      </w:pPr>
      <w:r>
        <w:t>“It is an operational one and I would like to make it properly.” He had the graph. He turned it round. “This is the site. Nineteen years, nineteen thousand people, and every safety incident logged by cause. There are four hundred and eleven of them. The ones that killed people are almost all the ordinary ones — falls, pressure, lifting, the fourth hour of an eighteen-hour shift. But look at this band here.”</w:t>
      </w:r>
    </w:p>
    <w:p>
      <w:pPr>
        <w:ind w:firstLine="720"/>
      </w:pPr>
      <w:r>
        <w:t>The band was forty incidents, over nineteen years, and every one of them had the same shape: a person doing something out of sequence, alone, off shift, in a place they were not rostered to be, at an hour when nobody would ask. Nine of the forty were serious. Two were fatal.</w:t>
      </w:r>
    </w:p>
    <w:p>
      <w:pPr>
        <w:ind w:firstLine="720"/>
      </w:pPr>
      <w:r>
        <w:t>“These are not sabotage and they are not carelessness,” said Dov. “Every one of these forty people was doing a thing they thought was reasonable that they did not want to be seen doing. Some of them were right and some of them were wrong and it does not matter. What matters is that they all went somewhere unrostered to do it, and the reason we know about all forty is that the site had a hundred places a person could get to that nobody was watching, and so they went to those, and when it went wrong they were found in an hour.”</w:t>
      </w:r>
    </w:p>
    <w:p>
      <w:pPr>
        <w:ind w:firstLine="720"/>
      </w:pPr>
      <w:r>
        <w:t>“And here,” said Nnamdi.</w:t>
      </w:r>
    </w:p>
    <w:p>
      <w:pPr>
        <w:ind w:firstLine="720"/>
      </w:pPr>
      <w:r>
        <w:t>“Here there is nowhere. So the forty do not disappear. They just have to be cleverer, and clever is worse, because clever means the thing they do is designed around the sensor set and I have no idea what shape that is until it has already happened.” He put the graph down. “I would rather have a blind spot I chose, whose location I know, whose boundaries I drew, and which is in the one place on this ship where a person is least likely to be doing anything at all. That is the whole of my proposal. It is not a right. It is a designed weakness, in a place I picked, so that I am not surprised by one somewhere I did not.”</w:t>
      </w:r>
    </w:p>
    <w:p>
      <w:pPr>
        <w:ind w:firstLine="720"/>
      </w:pPr>
      <w:r>
        <w:t>Halima said, “And when somebody dies in there?”</w:t>
      </w:r>
    </w:p>
    <w:p>
      <w:pPr>
        <w:ind w:firstLine="720"/>
      </w:pPr>
      <w:r>
        <w:t>“Then they die in there,” said Dov, “and it will be my fault, and I have written that down.”</w:t>
      </w:r>
    </w:p>
    <w:p>
      <w:pPr>
        <w:ind w:firstLine="720"/>
      </w:pPr>
      <w:r>
        <w:t>He had. It is in the papers, in his hand, on the back of the graph:</w:t>
      </w:r>
    </w:p>
    <w:p>
      <w:pPr>
        <w:ind w:firstLine="720"/>
      </w:pPr>
      <w:r>
        <w:t>this clause will eventually kill somebody and I am proposing it anyway.</w:t>
      </w:r>
    </w:p>
    <w:p>
      <w:pPr>
        <w:ind w:firstLine="720"/>
      </w:pPr>
      <w:r>
        <w:t>Ines minuted the sentence at his own request.</w:t>
      </w:r>
    </w:p>
    <w:p>
      <w:pPr>
        <w:ind w:firstLine="720"/>
      </w:pPr>
      <w:r>
        <w:t>It carried nine to one. Halima was the one.</w:t>
      </w:r>
    </w:p>
    <w:p>
      <w:pPr>
        <w:ind w:firstLine="720"/>
      </w:pPr>
      <w:r>
        <w:t>She never withdrew the objection and never softened it and never once said</w:t>
      </w:r>
    </w:p>
    <w:p>
      <w:pPr>
        <w:ind w:firstLine="720"/>
      </w:pPr>
      <w:r>
        <w:t>I told you so</w:t>
      </w:r>
    </w:p>
    <w:p>
      <w:pPr>
        <w:ind w:firstLine="720"/>
      </w:pPr>
      <w:r>
        <w:t>about anything that came afterwards, and she is on record in the eleventh year, the seventeenth year and the twenty-second year as still opposing the clause, on the same grounds, in the same words, without ever proposing that it be repealed.</w:t>
      </w:r>
    </w:p>
    <w:p>
      <w:pPr>
        <w:ind w:firstLine="720"/>
      </w:pPr>
      <w:r>
        <w:t>Renata voted for it in the end and wrote down why, four lines, in her own papers:</w:t>
      </w:r>
    </w:p>
    <w:p>
      <w:pPr>
        <w:ind w:firstLine="720"/>
      </w:pPr>
      <w:r>
        <w:t>His argument is that a system with no blind spot is a system whose blind spot has not been located yet. That is true and I cannot answer it. I remain of the view that this is the most dangerous clause in the document and I have voted for it, and both of those are my position.</w:t>
      </w:r>
    </w:p>
    <w:p>
      <w:pPr>
        <w:ind w:firstLine="720"/>
      </w:pPr>
      <w:r>
        <w:t>The clause as drafted is eleven words long and Dov wrote it himself and it is one of the four most quoted lines in the Open Accord.</w:t>
      </w:r>
    </w:p>
    <w:p>
      <w:pPr>
        <w:ind w:firstLine="720"/>
      </w:pPr>
      <w:r>
        <w:t>Where a person sleeps, no instrument of the ship attends.</w:t>
      </w:r>
    </w:p>
    <w:p>
      <w:pPr>
        <w:ind w:firstLine="720"/>
      </w:pPr>
      <w:r>
        <w:t>Nnamdi wanted</w:t>
      </w:r>
    </w:p>
    <w:p>
      <w:pPr>
        <w:ind w:firstLine="720"/>
      </w:pPr>
      <w:r>
        <w:t>quarters</w:t>
      </w:r>
    </w:p>
    <w:p>
      <w:pPr>
        <w:ind w:firstLine="720"/>
      </w:pPr>
      <w:r>
        <w:t>and Dov wanted</w:t>
      </w:r>
    </w:p>
    <w:p>
      <w:pPr>
        <w:ind w:firstLine="720"/>
      </w:pPr>
      <w:r>
        <w:t>where a person sleeps</w:t>
      </w:r>
    </w:p>
    <w:p>
      <w:pPr>
        <w:ind w:firstLine="720"/>
      </w:pPr>
      <w:r>
        <w:t>, on the grounds that</w:t>
      </w:r>
    </w:p>
    <w:p>
      <w:pPr>
        <w:ind w:firstLine="720"/>
      </w:pPr>
      <w:r>
        <w:t>quarters</w:t>
      </w:r>
    </w:p>
    <w:p>
      <w:pPr>
        <w:ind w:firstLine="720"/>
      </w:pPr>
      <w:r>
        <w:t>is an allocation and can be reallocated, and that the protection should follow the person and not the compartment. He won that too, and it is the reason the clause survived the transition to a planet, where nobody has quarters and everybody sleeps somewhere.</w:t>
      </w:r>
    </w:p>
    <w:p>
      <w:pPr>
        <w:ind w:firstLine="720"/>
      </w:pPr>
      <w:r>
        <w:t>Here is what it did, and the record is complete, so this can be said exactly.</w:t>
      </w:r>
    </w:p>
    <w:p>
      <w:pPr>
        <w:ind w:firstLine="720"/>
      </w:pPr>
      <w:r>
        <w:t>For eight years it did nothing whatsoever. Ten people who each had a compartment and none of whom did anything in it but sleep and read, and the tracker's coverage map showed ten small blanks in a ship of eleven thousand compartments, and nobody thought about them at all.</w:t>
      </w:r>
    </w:p>
    <w:p>
      <w:pPr>
        <w:ind w:firstLine="720"/>
      </w:pPr>
      <w:r>
        <w:t>In the sixteenth year Dov Lindqvist ran the logs against a medical finding and discovered that the ten small blanks were exactly the wrong ten, and that he had drawn them himself, in the ninth year, on a graph, in front of witnesses, and had been thanked for it.</w:t>
      </w:r>
    </w:p>
    <w:p>
      <w:pPr>
        <w:ind w:firstLine="720"/>
      </w:pPr>
      <w:r>
        <w:t>That is not in this chapter. What is in this chapter is a man in the ninth year going back to the comms office after a session that went his way, and updating the round-trip graph on the wall, which by then read a hundred and eleven days each way, and sitting for a while.</w:t>
      </w:r>
    </w:p>
    <w:p>
      <w:pPr>
        <w:ind w:firstLine="720"/>
      </w:pPr>
      <w:r>
        <w:t>Sergei came in at the end of the shift. He had said nothing in the session and he said very little now.</w:t>
      </w:r>
    </w:p>
    <w:p>
      <w:pPr>
        <w:ind w:firstLine="720"/>
      </w:pPr>
      <w:r>
        <w:t>“The forty,” he said. “On your graph. How many of them were in the environmental trades?”</w:t>
      </w:r>
    </w:p>
    <w:p>
      <w:pPr>
        <w:ind w:firstLine="720"/>
      </w:pPr>
      <w:r>
        <w:t>Dov looked it up, because Dov always looked it up.</w:t>
      </w:r>
    </w:p>
    <w:p>
      <w:pPr>
        <w:ind w:firstLine="720"/>
      </w:pPr>
      <w:r>
        <w:t>“Nine.”</w:t>
      </w:r>
    </w:p>
    <w:p>
      <w:pPr>
        <w:ind w:firstLine="720"/>
      </w:pPr>
      <w:r>
        <w:t>“Nine of forty. And what fraction of the site were we?”</w:t>
      </w:r>
    </w:p>
    <w:p>
      <w:pPr>
        <w:ind w:firstLine="720"/>
      </w:pPr>
      <w:r>
        <w:t>“About one in eleven.”</w:t>
      </w:r>
    </w:p>
    <w:p>
      <w:pPr>
        <w:ind w:firstLine="720"/>
      </w:pPr>
      <w:r>
        <w:t>“So we are twice what we should be,” said Sergei.</w:t>
      </w:r>
    </w:p>
    <w:p>
      <w:pPr>
        <w:ind w:firstLine="720"/>
      </w:pPr>
      <w:r>
        <w:t>“Yes.” Dov was already interested, because he was always already interested. “Why?”</w:t>
      </w:r>
    </w:p>
    <w:p>
      <w:pPr>
        <w:ind w:firstLine="720"/>
      </w:pPr>
      <w:r>
        <w:t>“Because the air is everywhere,” said Sergei, “so we go everywhere, and nobody ever asks an environmental hand what he is doing in a compartment, because the answer is always the air.” He said it the way a man says a thing he has known for twenty years and finds mildly tedious. “It is the least supervised trade on any site in the world and it always has been. That is not a complaint. It is why the work gets done.”</w:t>
      </w:r>
    </w:p>
    <w:p>
      <w:pPr>
        <w:ind w:firstLine="720"/>
      </w:pPr>
      <w:r>
        <w:t>Dov wrote that down. It went into the annexe, and the annexe went into the archive, and it is four lines, and the last of the four says:</w:t>
      </w:r>
    </w:p>
    <w:p>
      <w:pPr>
        <w:ind w:firstLine="720"/>
      </w:pPr>
      <w:r>
        <w:t>Duhamel notes environmental trades are over-represented 2:1 in the unrostered band, and attributes it to the universality of the access rather than to the people. Concur. No action proposed.</w:t>
      </w:r>
    </w:p>
    <w:p>
      <w:pPr>
        <w:ind w:firstLine="720"/>
      </w:pPr>
      <w:r>
        <w:t>Nobody read it for a hundred and forty years, and by the time anybody did the man who said it had been dead for a century and the man who wrote it down had carried out the sentence.</w:t>
      </w:r>
    </w:p>
    <w:p>
      <w:r>
        <w:br w:type="page"/>
      </w:r>
    </w:p>
    <w:p>
      <w:pPr>
        <w:pStyle w:val="Heading1"/>
      </w:pPr>
      <w:r>
        <w:t>Chapter 22 &amp;mdash; Work</w:t>
      </w:r>
    </w:p>
    <w:p>
      <w:pPr>
        <w:ind w:firstLine="720"/>
      </w:pPr>
      <w:r>
        <w:t>Night Shift · Year 9, Day 302 · Units 4, 7, 11 · Unreviewed</w:t>
      </w:r>
    </w:p>
    <w:p>
      <w:pPr>
        <w:ind w:firstLine="720"/>
      </w:pPr>
      <w:r>
        <w:t>00:22:41</w:t>
      </w:r>
    </w:p>
    <w:p>
      <w:pPr>
        <w:ind w:firstLine="720"/>
      </w:pPr>
      <w:r>
        <w:t>U-07</w:t>
      </w:r>
    </w:p>
    <w:p>
      <w:pPr>
        <w:ind w:firstLine="720"/>
      </w:pPr>
      <w:r>
        <w:t>Scrubber plant, ring two. Duhamel, S. present, working. Withdrew. Did not ask again.</w:t>
      </w:r>
    </w:p>
    <w:p>
      <w:pPr>
        <w:ind w:firstLine="720"/>
      </w:pPr>
      <w:r>
        <w:t>02:04:16</w:t>
      </w:r>
    </w:p>
    <w:p>
      <w:pPr>
        <w:ind w:firstLine="720"/>
      </w:pPr>
      <w:r>
        <w:t>U-07</w:t>
      </w:r>
    </w:p>
    <w:p>
      <w:pPr>
        <w:ind w:firstLine="720"/>
      </w:pPr>
      <w:r>
        <w:t>Scrubber plant, ring two. Duhamel, S. present, working. Withdrew. Did not ask again.</w:t>
      </w:r>
    </w:p>
    <w:p>
      <w:pPr>
        <w:ind w:firstLine="720"/>
      </w:pPr>
      <w:r>
        <w:t>03:39:58</w:t>
      </w:r>
    </w:p>
    <w:p>
      <w:pPr>
        <w:ind w:firstLine="720"/>
      </w:pPr>
      <w:r>
        <w:t>U-11</w:t>
      </w:r>
    </w:p>
    <w:p>
      <w:pPr>
        <w:ind w:firstLine="720"/>
      </w:pPr>
      <w:r>
        <w:t>Scrubber plant, ring two. Duhamel, S. present, working. Withdrew. Did not ask again.</w:t>
      </w:r>
    </w:p>
    <w:p>
      <w:pPr>
        <w:ind w:firstLine="720"/>
      </w:pPr>
      <w:r>
        <w:t>05:12:30</w:t>
      </w:r>
    </w:p>
    <w:p>
      <w:pPr>
        <w:ind w:firstLine="720"/>
      </w:pPr>
      <w:r>
        <w:t>U-04</w:t>
      </w:r>
    </w:p>
    <w:p>
      <w:pPr>
        <w:ind w:firstLine="720"/>
      </w:pPr>
      <w:r>
        <w:t>Scrubber plant, ring two. Duhamel, S. present, working. Withdrew. Did not ask again.</w:t>
      </w:r>
    </w:p>
    <w:p>
      <w:pPr>
        <w:ind w:firstLine="720"/>
      </w:pPr>
      <w:r>
        <w:t>05:58:07</w:t>
      </w:r>
    </w:p>
    <w:p>
      <w:pPr>
        <w:ind w:firstLine="720"/>
      </w:pPr>
      <w:r>
        <w:t>U-11</w:t>
      </w:r>
    </w:p>
    <w:p>
      <w:pPr>
        <w:ind w:firstLine="720"/>
      </w:pPr>
      <w:r>
        <w:t>Ring one, dome two. Trays returned to rack. Task not requested. Recorded.</w:t>
      </w:r>
    </w:p>
    <w:p>
      <w:pPr>
        <w:ind w:firstLine="720"/>
      </w:pPr>
      <w:r>
        <w:t>Scrubber three in ring two had been trending for four nights and the unit had flagged it four times and Sergei Duhamel started work on it at four in the afternoon and finished at ten the following morning, and in the eighteenth hour he did the thing that produced the labour law of a planet.</w:t>
      </w:r>
    </w:p>
    <w:p>
      <w:pPr>
        <w:ind w:firstLine="720"/>
      </w:pPr>
      <w:r>
        <w:t>The fault itself is dull and worth setting out because everything about this is dull until it is not.</w:t>
      </w:r>
    </w:p>
    <w:p>
      <w:pPr>
        <w:ind w:firstLine="720"/>
      </w:pPr>
      <w:r>
        <w:t>A carbon-dioxide scrubber is a bed of sorbent and a pair of blowers and a regeneration cycle, and the whole assembly is designed to be swapped out rather than repaired, and there are eleven spare beds aboard against a thirty-six-year requirement of nine. Scrubber three's cycle time had crept from ninety-one minutes to ninety-four over four nights, which is inside tolerance, and which meant the bed was loading unevenly, which meant a channel was forming, which meant that in about nine weeks it would stop being inside tolerance and Sergei would have to spend a spare bed.</w:t>
      </w:r>
    </w:p>
    <w:p>
      <w:pPr>
        <w:ind w:firstLine="720"/>
      </w:pPr>
      <w:r>
        <w:t>He did not want to spend a spare bed. Nine required, eleven aboard, thirty-six years: that is a margin of two and it has to last until the far end, and every environmental officer who ever lived would have done exactly what Sergei did, which was to go and see whether the channel could be broken up in place.</w:t>
      </w:r>
    </w:p>
    <w:p>
      <w:pPr>
        <w:ind w:firstLine="720"/>
      </w:pPr>
      <w:r>
        <w:t>It could. It took eighteen hours.</w:t>
      </w:r>
    </w:p>
    <w:p>
      <w:pPr>
        <w:ind w:firstLine="720"/>
      </w:pPr>
      <w:r>
        <w:t>Hours one to six were fine. Hours six to eleven were fine and he ate at some point and does not remember when. Hours eleven to fifteen were the hard part, because breaking a channel in a loaded bed means running the regeneration hot in stages and watching the differential, and the differential is a number that moves once every eleven minutes, and there is nothing whatever to do between the numbers except be there.</w:t>
      </w:r>
    </w:p>
    <w:p>
      <w:pPr>
        <w:ind w:firstLine="720"/>
      </w:pPr>
      <w:r>
        <w:t>At hour eighteen he had it. The cycle came back to ninety-one and a half and held for two runs, and he closed the plant up and reset the loop and went to bed.</w:t>
      </w:r>
    </w:p>
    <w:p>
      <w:pPr>
        <w:ind w:firstLine="720"/>
      </w:pPr>
      <w:r>
        <w:t>Nine hours later Coda called him from four miles aft and asked, without preamble, why the aft thermal had gone up a degree and a half.</w:t>
      </w:r>
    </w:p>
    <w:p>
      <w:pPr>
        <w:ind w:firstLine="720"/>
      </w:pPr>
      <w:r>
        <w:t>He had left the bypass open.</w:t>
      </w:r>
    </w:p>
    <w:p>
      <w:pPr>
        <w:ind w:firstLine="720"/>
      </w:pPr>
      <w:r>
        <w:t>That is the whole of it. A hand valve, on a bypass line, that is opened during a hot regeneration and closed afterwards, and the closing of it is the fourth item on a nine-item shutdown card that Sergei Duhamel had written himself and had performed several hundred times, and at hour eighteen he had done items one, two, three, five, six, seven, eight and nine.</w:t>
      </w:r>
    </w:p>
    <w:p>
      <w:pPr>
        <w:ind w:firstLine="720"/>
      </w:pPr>
      <w:r>
        <w:t>He had not skipped it. He remembered doing it. He remembered the feel of the valve. He was, when he went back and looked at it, absolutely certain in his body that he had closed a valve that was standing open in front of him.</w:t>
      </w:r>
    </w:p>
    <w:p>
      <w:pPr>
        <w:ind w:firstLine="720"/>
      </w:pPr>
      <w:r>
        <w:t>What the open bypass did was route about eleven per cent of ring two's scrubbed air into the return before it had been through the drier, and the drier is what keeps the loop from putting moisture into the aft thermal, and the aft thermal is what holds the cryogenic bays inside their margin. Coda had caught it at a degree and a half. The bays' own alarm sets at four.</w:t>
      </w:r>
    </w:p>
    <w:p>
      <w:pPr>
        <w:ind w:firstLine="720"/>
      </w:pPr>
      <w:r>
        <w:t>Between the two numbers there were about fourteen hours.</w:t>
      </w:r>
    </w:p>
    <w:p>
      <w:pPr>
        <w:ind w:firstLine="720"/>
      </w:pPr>
      <w:r>
        <w:t>Nobody was ever in danger. Sergei has been extremely careful about this for thirty years and it is true: at no point were ninety-five thousand people in danger, because there is a second loop and an alarm and Halima's own bay instrumentation and a woman four miles aft who listens to nine headers every morning with her hand flat on them. The system worked. Four independent things would have caught it and one of them did.</w:t>
      </w:r>
    </w:p>
    <w:p>
      <w:pPr>
        <w:ind w:firstLine="720"/>
      </w:pPr>
      <w:r>
        <w:t>And Sergei Duhamel sat in the scrubber plant afterwards for about forty minutes and understood, with total clarity and no self-pity, that the only reason it had been caught was that somebody else had been awake.</w:t>
      </w:r>
    </w:p>
    <w:p>
      <w:pPr>
        <w:ind w:firstLine="720"/>
      </w:pPr>
      <w:r>
        <w:t>Coda came up the spine that afternoon, which she did not do, and stood in the door of the plant for a while before she said anything.</w:t>
      </w:r>
    </w:p>
    <w:p>
      <w:pPr>
        <w:ind w:firstLine="720"/>
      </w:pPr>
      <w:r>
        <w:t>“It was a degree and a half,” she said. “It's shut. It's fine.”</w:t>
      </w:r>
    </w:p>
    <w:p>
      <w:pPr>
        <w:ind w:firstLine="720"/>
      </w:pPr>
      <w:r>
        <w:t>“I know what it was.”</w:t>
      </w:r>
    </w:p>
    <w:p>
      <w:pPr>
        <w:ind w:firstLine="720"/>
      </w:pPr>
      <w:r>
        <w:t>“Then stop sitting in here.” She came in and looked at the bed and the differential trace and the shutdown card on its hook, and read all nine items, which took her about four seconds. “Your card is wrong.”</w:t>
      </w:r>
    </w:p>
    <w:p>
      <w:pPr>
        <w:ind w:firstLine="720"/>
      </w:pPr>
      <w:r>
        <w:t>“My card is right. I did eight of nine.”</w:t>
      </w:r>
    </w:p>
    <w:p>
      <w:pPr>
        <w:ind w:firstLine="720"/>
      </w:pPr>
      <w:r>
        <w:t>“Your card is wrong,” said Coda, “because item four is the only one on it that undoes something you did on the way in, and it is sitting in the middle of eight items that are all about putting the plant back together. A person at hour eighteen is not reading a list, they are finishing a shape. Put item four at the bottom and it stops being a thing you can slip past, because the bottom of a card is the only place a tired man actually looks.”</w:t>
      </w:r>
    </w:p>
    <w:p>
      <w:pPr>
        <w:ind w:firstLine="720"/>
      </w:pPr>
      <w:r>
        <w:t>Sergei moved item four to the bottom that afternoon and it is at the bottom of the shutdown card for every scrubber plant on Aura-36 to this day and nobody knows why.</w:t>
      </w:r>
    </w:p>
    <w:p>
      <w:pPr>
        <w:ind w:firstLine="720"/>
      </w:pPr>
      <w:r>
        <w:t>“That doesn't fix it,” he said.</w:t>
      </w:r>
    </w:p>
    <w:p>
      <w:pPr>
        <w:ind w:firstLine="720"/>
      </w:pPr>
      <w:r>
        <w:t>“No,” said Coda. “It fixes that one. There'll be another one.” She was already going. “Eighteen hours is stupid, Sergei. I do nine and I've got four hundred and eleven districts.”</w:t>
      </w:r>
    </w:p>
    <w:p>
      <w:pPr>
        <w:ind w:firstLine="720"/>
      </w:pPr>
      <w:r>
        <w:t>“You are alone out there for eleven hours a night.”</w:t>
      </w:r>
    </w:p>
    <w:p>
      <w:pPr>
        <w:ind w:firstLine="720"/>
      </w:pPr>
      <w:r>
        <w:t>“I'm alone. I'm not working,” said Coda, which was true and which nobody else on that ship would have understood, and she got the four o'clock car back down.</w:t>
      </w:r>
    </w:p>
    <w:p>
      <w:pPr>
        <w:ind w:firstLine="720"/>
      </w:pPr>
      <w:r>
        <w:t>He brought it to the drafting himself. That is the part everybody remembers and it is the reason the clause is his and not somebody else's.</w:t>
      </w:r>
    </w:p>
    <w:p>
      <w:pPr>
        <w:ind w:firstLine="720"/>
      </w:pPr>
      <w:r>
        <w:t>He put the whole thing in front of nine people in about four minutes, including the part where he remembered closing the valve, which he could have left out and did not, and which is the detail that made the clause what it is.</w:t>
      </w:r>
    </w:p>
    <w:p>
      <w:pPr>
        <w:ind w:firstLine="720"/>
      </w:pPr>
      <w:r>
        <w:t>“I am not tired now,” he said. “I was not tired then. I did not feel tired at hour eighteen. That is the finding. I have been doing this work for twenty-six years and I would have told you, under oath, at hour eighteen, that I was fine, and I would have been wrong, and there is no instrument on this ship that would have contradicted me.”</w:t>
      </w:r>
    </w:p>
    <w:p>
      <w:pPr>
        <w:ind w:firstLine="720"/>
      </w:pPr>
      <w:r>
        <w:t>“So what do you want?” said Ines.</w:t>
      </w:r>
    </w:p>
    <w:p>
      <w:pPr>
        <w:ind w:firstLine="720"/>
      </w:pPr>
      <w:r>
        <w:t>“A cap. A hard one. Not guidance, not a recommendation, not</w:t>
      </w:r>
    </w:p>
    <w:p>
      <w:pPr>
        <w:ind w:firstLine="720"/>
      </w:pPr>
      <w:r>
        <w:t>where practicable</w:t>
      </w:r>
    </w:p>
    <w:p>
      <w:pPr>
        <w:ind w:firstLine="720"/>
      </w:pPr>
      <w:r>
        <w:t>. A number of hours past which a person may not be scheduled and may not schedule themselves, and it applies to me, and I want to be the first person it is enforced against.”</w:t>
      </w:r>
    </w:p>
    <w:p>
      <w:pPr>
        <w:ind w:firstLine="720"/>
      </w:pPr>
      <w:r>
        <w:t>The argument about the number took four sessions and is genuinely interesting.</w:t>
      </w:r>
    </w:p>
    <w:p>
      <w:pPr>
        <w:ind w:firstLine="720"/>
      </w:pPr>
      <w:r>
        <w:t>Halima wanted twelve, on the clinical evidence, which was and is unambiguous. Miriam pointed out that a dome harvest does not stop at twelve hours because a harvest is a biological event, and that a cap which cannot be met will be broken on the first day and dead within a year. Aiyana asked what happened in an emergency and was told, by Sergei, that in an emergency you break it and write down that you broke it, and that a rule with no override is a rule people learn to lie about.</w:t>
      </w:r>
    </w:p>
    <w:p>
      <w:pPr>
        <w:ind w:firstLine="720"/>
      </w:pPr>
      <w:r>
        <w:t>What they landed on is not twelve. It is twelve, with a mandatory equal rest, and a third period that belongs to the person and cannot be claimed by anybody for any reason including their own conscience — and it is that third piece, the one nobody needed and Nnamdi insisted on, that turned a fatigue rule into the Thirds.</w:t>
      </w:r>
    </w:p>
    <w:p>
      <w:pPr>
        <w:ind w:firstLine="720"/>
      </w:pPr>
      <w:r>
        <w:t>“Why?” said Sergei, who thought it was one clause too many.</w:t>
      </w:r>
    </w:p>
    <w:p>
      <w:pPr>
        <w:ind w:firstLine="720"/>
      </w:pPr>
      <w:r>
        <w:t>“Because your cap protects the ship from the person,” said Nnamdi. “It does not give the person anything. And in ninety years there will be a hundred thousand people living under a rule that was written to stop a man breaking a valve, and I would like at least one of the three parts of their day to have been put there for their sake and not for the ship's.”</w:t>
      </w:r>
    </w:p>
    <w:p>
      <w:pPr>
        <w:ind w:firstLine="720"/>
      </w:pPr>
      <w:r>
        <w:t>Sergei thought about it and said, “Fine,” and it went in, and a hundred and forty years later the third of the three is the one every child on Aura-36 can name.</w:t>
      </w:r>
    </w:p>
    <w:p>
      <w:pPr>
        <w:ind w:firstLine="720"/>
      </w:pPr>
      <w:r>
        <w:t>The ship did not have a thirty-six-hour day. That came later, from a planet's rotation, and the fit is a coincidence that everybody assumes was designed. What the Accord says is</w:t>
      </w:r>
    </w:p>
    <w:p>
      <w:pPr>
        <w:ind w:firstLine="720"/>
      </w:pPr>
      <w:r>
        <w:t>three equal parts</w:t>
      </w:r>
    </w:p>
    <w:p>
      <w:pPr>
        <w:ind w:firstLine="720"/>
      </w:pPr>
      <w:r>
        <w:t>, deliberately, in the abstract, because Ines pointed out in the fourth session that the ship's own twenty-four-hour cycle was an Earth habit nobody had chosen and that writing it into a founding instrument would be handing a hundred thousand people a clock they had no reason to keep.</w:t>
      </w:r>
    </w:p>
    <w:p>
      <w:pPr>
        <w:ind w:firstLine="720"/>
      </w:pPr>
      <w:r>
        <w:t>She was right and it is the single luckiest sentence in the document.</w:t>
      </w:r>
    </w:p>
    <w:p>
      <w:pPr>
        <w:ind w:firstLine="720"/>
      </w:pPr>
      <w:r>
        <w:t>Sergei served the first enforcement against himself in the tenth year, over a nine-hour overrun that was entirely defensible, and Ines logged it, and the log entry is four words:</w:t>
      </w:r>
    </w:p>
    <w:p>
      <w:pPr>
        <w:ind w:firstLine="720"/>
      </w:pPr>
      <w:r>
        <w:t>Duhamel. Self-reported. Rest taken.</w:t>
      </w:r>
    </w:p>
    <w:p>
      <w:pPr>
        <w:ind w:firstLine="720"/>
      </w:pPr>
      <w:r>
        <w:t>He was proud of that for about eleven years. Then he stopped being proud of it, and then he stopped thinking about it, and in the twenty-second year Ines went back through the whole labour record looking for something else entirely and found that Sergei Duhamel had self-reported nine times in thirteen years and that not one other person on the ship had ever done it once.</w:t>
      </w:r>
    </w:p>
    <w:p>
      <w:pPr>
        <w:ind w:firstLine="720"/>
      </w:pPr>
      <w:r>
        <w:t>She did not know what to make of that, and wrote it down without comment, and it is in the archive, and it means at least four different things depending on which year you read it from.</w:t>
      </w:r>
    </w:p>
    <w:p>
      <w:r>
        <w:br w:type="page"/>
      </w:r>
    </w:p>
    <w:p>
      <w:pPr>
        <w:pStyle w:val="Heading1"/>
      </w:pPr>
      <w:r>
        <w:t>Chapter 23 &amp;mdash; The Guardians, In Embryo</w:t>
      </w:r>
    </w:p>
    <w:p>
      <w:pPr>
        <w:ind w:firstLine="720"/>
      </w:pPr>
      <w:r>
        <w:t>Night Shift · Year 10, Day 84 · Units 4, 7, 11 · Unreviewed</w:t>
      </w:r>
    </w:p>
    <w:p>
      <w:pPr>
        <w:ind w:firstLine="720"/>
      </w:pPr>
      <w:r>
        <w:t>01:07:19</w:t>
      </w:r>
    </w:p>
    <w:p>
      <w:pPr>
        <w:ind w:firstLine="720"/>
      </w:pPr>
      <w:r>
        <w:t>U-11</w:t>
      </w:r>
    </w:p>
    <w:p>
      <w:pPr>
        <w:ind w:firstLine="720"/>
      </w:pPr>
      <w:r>
        <w:t>Grow bay. Tray 4, harvested, 40 units. Not a works order. Recorded as observed.</w:t>
      </w:r>
    </w:p>
    <w:p>
      <w:pPr>
        <w:ind w:firstLine="720"/>
      </w:pPr>
      <w:r>
        <w:t>02:44:03</w:t>
      </w:r>
    </w:p>
    <w:p>
      <w:pPr>
        <w:ind w:firstLine="720"/>
      </w:pPr>
      <w:r>
        <w:t>U-04</w:t>
      </w:r>
    </w:p>
    <w:p>
      <w:pPr>
        <w:ind w:firstLine="720"/>
      </w:pPr>
      <w:r>
        <w:t>Stowage 14. Rack 9, unit condition tags renewed, 2,881 checked. Variance documentary. No action.</w:t>
      </w:r>
    </w:p>
    <w:p>
      <w:pPr>
        <w:ind w:firstLine="720"/>
      </w:pPr>
      <w:r>
        <w:t>03:58:41</w:t>
      </w:r>
    </w:p>
    <w:p>
      <w:pPr>
        <w:ind w:firstLine="720"/>
      </w:pPr>
      <w:r>
        <w:t>U-07</w:t>
      </w:r>
    </w:p>
    <w:p>
      <w:pPr>
        <w:ind w:firstLine="720"/>
      </w:pPr>
      <w:r>
        <w:t>Aft distribution gallery. Coda present, working. Withdrew. Did not ask again.</w:t>
      </w:r>
    </w:p>
    <w:p>
      <w:pPr>
        <w:ind w:firstLine="720"/>
      </w:pPr>
      <w:r>
        <w:t>04:36:12</w:t>
      </w:r>
    </w:p>
    <w:p>
      <w:pPr>
        <w:ind w:firstLine="720"/>
      </w:pPr>
      <w:r>
        <w:t>U-11</w:t>
      </w:r>
    </w:p>
    <w:p>
      <w:pPr>
        <w:ind w:firstLine="720"/>
      </w:pPr>
      <w:r>
        <w:t>Forward yard. Small craft, powered, held. Not a works order. Recorded as observed.</w:t>
      </w:r>
    </w:p>
    <w:p>
      <w:pPr>
        <w:ind w:firstLine="720"/>
      </w:pPr>
      <w:r>
        <w:t>05:49:55</w:t>
      </w:r>
    </w:p>
    <w:p>
      <w:pPr>
        <w:ind w:firstLine="720"/>
      </w:pPr>
      <w:r>
        <w:t>U-04</w:t>
      </w:r>
    </w:p>
    <w:p>
      <w:pPr>
        <w:ind w:firstLine="720"/>
      </w:pPr>
      <w:r>
        <w:t>Corridor 9. Music heard. Source not located. Logged as unexplained sound.</w:t>
      </w:r>
    </w:p>
    <w:p>
      <w:pPr>
        <w:ind w:firstLine="720"/>
      </w:pPr>
      <w:r>
        <w:t>The question was a staffing question and Aurelio Calder put it in the plainest possible terms, and it is the only time in the founding period that he brought a problem to the room instead of a solution.</w:t>
      </w:r>
    </w:p>
    <w:p>
      <w:pPr>
        <w:ind w:firstLine="720"/>
      </w:pPr>
      <w:r>
        <w:t>“There are nine systems aboard this ship that four people understand,” he said, “and in ninety years there will be a hundred thousand people living on top of them, and I want somebody to tell me who is going to be looking after them.”</w:t>
      </w:r>
    </w:p>
    <w:p>
      <w:pPr>
        <w:ind w:firstLine="720"/>
      </w:pPr>
      <w:r>
        <w:t>He had the list. It is in the archive. Nine entries, and against each one, the number of living human beings who could take it apart and put it back together: the lattice and its coupling (two, and one of them is Coda); the cryogenic rack sequencers (one, and it is not Halima, it is a woman in bay two who has been asleep for eight years); the drive, which will never be lit again and is therefore theoretical (one); the primary optics (nobody aboard, and there is a manual); the fabrication swarm's instruction layer (one); and four others.</w:t>
      </w:r>
    </w:p>
    <w:p>
      <w:pPr>
        <w:ind w:firstLine="720"/>
      </w:pPr>
      <w:r>
        <w:t>Nobody argued with the list. The list is simply true and everybody in the room had known some version of it for a decade.</w:t>
      </w:r>
    </w:p>
    <w:p>
      <w:pPr>
        <w:ind w:firstLine="720"/>
      </w:pPr>
      <w:r>
        <w:t>What Calder wanted was a post. Not a committee, not a council seat, not an office — a job description, filled by people, with a term long enough that the knowledge in their hands did not evaporate every time somebody rotated out.</w:t>
      </w:r>
    </w:p>
    <w:p>
      <w:pPr>
        <w:ind w:firstLine="720"/>
      </w:pPr>
      <w:r>
        <w:t>“And that is exactly the problem,” said Nnamdi, immediately.</w:t>
      </w:r>
    </w:p>
    <w:p>
      <w:pPr>
        <w:ind w:firstLine="720"/>
      </w:pPr>
      <w:r>
        <w:t>“It is a maintenance post.”</w:t>
      </w:r>
    </w:p>
    <w:p>
      <w:pPr>
        <w:ind w:firstLine="720"/>
      </w:pPr>
      <w:r>
        <w:t>“It is a maintenance post that cannot rotate, in a document whose other half is about making everything rotate. You are asking me to write a permanent exception into an instrument I am currently drafting a rotation clause for.”</w:t>
      </w:r>
    </w:p>
    <w:p>
      <w:pPr>
        <w:ind w:firstLine="720"/>
      </w:pPr>
      <w:r>
        <w:t>“Then write it as a permanent exception,” said Calder, “because it is one, and I would rather it were on the page than in the corridor.”</w:t>
      </w:r>
    </w:p>
    <w:p>
      <w:pPr>
        <w:ind w:firstLine="720"/>
      </w:pPr>
      <w:r>
        <w:t>That sentence has been quoted approvingly on Aura-36 for four generations and it is the correct instinct and it did not help at all.</w:t>
      </w:r>
    </w:p>
    <w:p>
      <w:pPr>
        <w:ind w:firstLine="720"/>
      </w:pPr>
      <w:r>
        <w:t>The design took eleven sessions and every safeguard in it was proposed by somebody who was worried about the thing it eventually became.</w:t>
      </w:r>
    </w:p>
    <w:p>
      <w:pPr>
        <w:ind w:firstLine="720"/>
      </w:pPr>
      <w:r>
        <w:t>Renata insisted that the post carry</w:t>
      </w:r>
    </w:p>
    <w:p>
      <w:pPr>
        <w:ind w:firstLine="720"/>
      </w:pPr>
      <w:r>
        <w:t>no political role of any kind</w:t>
      </w:r>
    </w:p>
    <w:p>
      <w:pPr>
        <w:ind w:firstLine="720"/>
      </w:pPr>
      <w:r>
        <w:t>— no seat, no vote, no standing to propose, no standing to object, nothing. Her reasoning was that a body with irreplaceable technical knowledge and a vote is not a maintenance department, it is a priesthood, and that the only defence is to make sure they have nothing to trade.</w:t>
      </w:r>
    </w:p>
    <w:p>
      <w:pPr>
        <w:ind w:firstLine="720"/>
      </w:pPr>
      <w:r>
        <w:t>Ines insisted that every action be logged in the ordinary works record, in the ordinary format, readable by anybody, with no separate series.</w:t>
      </w:r>
    </w:p>
    <w:p>
      <w:pPr>
        <w:ind w:firstLine="720"/>
      </w:pPr>
      <w:r>
        <w:t>Halima insisted on a fixed number and a published one, on the grounds that a body which can quietly grow is a body which will.</w:t>
      </w:r>
    </w:p>
    <w:p>
      <w:pPr>
        <w:ind w:firstLine="720"/>
      </w:pPr>
      <w:r>
        <w:t>Nnamdi insisted — and fought for this over three sessions and won it by one vote — that they be</w:t>
      </w:r>
    </w:p>
    <w:p>
      <w:pPr>
        <w:ind w:firstLine="720"/>
      </w:pPr>
      <w:r>
        <w:t>selected by the outgoing holder and confirmed by the Council</w:t>
      </w:r>
    </w:p>
    <w:p>
      <w:pPr>
        <w:ind w:firstLine="720"/>
      </w:pPr>
      <w:r>
        <w:t>, rather than appointed by the Council directly. He argued that a technical post filled by a political body becomes political within two terms, and that the only people who can identify who is actually competent are the people already doing it.</w:t>
      </w:r>
    </w:p>
    <w:p>
      <w:pPr>
        <w:ind w:firstLine="720"/>
      </w:pPr>
      <w:r>
        <w:t>He was right about the first half. He has been quoted on it for a hundred and forty years. The second half is where the whole thing turns, and nobody in that room saw it, and there was no reason they should have: a post whose holder chooses their own successor, confirmed by a body with no technical basis on which to refuse, is a post that selects itself in perpetuity, and the word for the people in it is not</w:t>
      </w:r>
    </w:p>
    <w:p>
      <w:pPr>
        <w:ind w:firstLine="720"/>
      </w:pPr>
      <w:r>
        <w:t>staff</w:t>
      </w:r>
    </w:p>
    <w:p>
      <w:pPr>
        <w:ind w:firstLine="720"/>
      </w:pPr>
      <w:r>
        <w:t>. It is</w:t>
      </w:r>
    </w:p>
    <w:p>
      <w:pPr>
        <w:ind w:firstLine="720"/>
      </w:pPr>
      <w:r>
        <w:t>hand-selected</w:t>
      </w:r>
    </w:p>
    <w:p>
      <w:pPr>
        <w:ind w:firstLine="720"/>
      </w:pPr>
      <w:r>
        <w:t>, and that is not a name anybody chose. It is a phrase out of clause eleven that people started using as a noun.</w:t>
      </w:r>
    </w:p>
    <w:p>
      <w:pPr>
        <w:ind w:firstLine="720"/>
      </w:pPr>
      <w:r>
        <w:t>Calder listened to all eleven sessions and accepted every safeguard without argument.</w:t>
      </w:r>
    </w:p>
    <w:p>
      <w:pPr>
        <w:ind w:firstLine="720"/>
      </w:pPr>
      <w:r>
        <w:t>That is on the record and it should be read straight: he did not water down a single one. Renata's no-political-role, Ines's ordinary-log, Halima's fixed number, Nnamdi's selection clause — he voted for all four, and he proposed a fifth himself, which is the one nobody remembers and which is the best of them. It says that any Guardian may be asked by any person, at any time, to explain what they have done, in language that person can understand, and that a refusal is a resignation.</w:t>
      </w:r>
    </w:p>
    <w:p>
      <w:pPr>
        <w:ind w:firstLine="720"/>
      </w:pPr>
      <w:r>
        <w:t>It has been invoked perhaps forty times in a hundred and forty years and it has never once failed, because it does not have to be invoked to work.</w:t>
      </w:r>
    </w:p>
    <w:p>
      <w:pPr>
        <w:ind w:firstLine="720"/>
      </w:pPr>
      <w:r>
        <w:t>Miriam raised the only objection that went to the substance rather than to the design, and she raised it once and did not press it.</w:t>
      </w:r>
    </w:p>
    <w:p>
      <w:pPr>
        <w:ind w:firstLine="720"/>
      </w:pPr>
      <w:r>
        <w:t>“Nine people who understand things nobody else understands,” she said, “and the rest of the planet takes it on trust. That is not a maintenance department. That is what I do with the domes now, and there are only ten of us, and I already know how it goes. Nobody has looked at my crop plan in nine years. Not because they do not care. Because it works, and I am the one who knows, and asking would be rude.”</w:t>
      </w:r>
    </w:p>
    <w:p>
      <w:pPr>
        <w:ind w:firstLine="720"/>
      </w:pPr>
      <w:r>
        <w:t>“Would you like somebody to look at it?” said Halima.</w:t>
      </w:r>
    </w:p>
    <w:p>
      <w:pPr>
        <w:ind w:firstLine="720"/>
      </w:pPr>
      <w:r>
        <w:t>“I would like somebody to be able to,” said Miriam. “There is a difference and it is the whole thing. Nobody on this ship is capable of auditing my crop plan. If I have got it wrong we will find out in year thirty-one when there is nothing to eat.”</w:t>
      </w:r>
    </w:p>
    <w:p>
      <w:pPr>
        <w:ind w:firstLine="720"/>
      </w:pPr>
      <w:r>
        <w:t>That is where Calder's fifth safeguard came from. He proposed it in the following session, and the wording is Miriam's objection turned inside out: not a right to inspect, which is useless against a thing you cannot read, but a right to be</w:t>
      </w:r>
    </w:p>
    <w:p>
      <w:pPr>
        <w:ind w:firstLine="720"/>
      </w:pPr>
      <w:r>
        <w:t>explained to, in language you understand</w:t>
      </w:r>
    </w:p>
    <w:p>
      <w:pPr>
        <w:ind w:firstLine="720"/>
      </w:pPr>
      <w:r>
        <w:t>, and a refusal counting as a resignation.</w:t>
      </w:r>
    </w:p>
    <w:p>
      <w:pPr>
        <w:ind w:firstLine="720"/>
      </w:pPr>
      <w:r>
        <w:t>She said afterwards that it was the best answer anybody could have given her and that it did not solve her problem, and both of those are true, and her crop plan was never audited by anybody in thirty-six years and it was correct.</w:t>
      </w:r>
    </w:p>
    <w:p>
      <w:pPr>
        <w:ind w:firstLine="720"/>
      </w:pPr>
      <w:r>
        <w:t>He also did the thing he always did, which is that he asked what the number should be and then let somebody else choose it, and the number was nine, and it has been nine ever since.</w:t>
      </w:r>
    </w:p>
    <w:p>
      <w:pPr>
        <w:ind w:firstLine="720"/>
      </w:pPr>
      <w:r>
        <w:t>There is one exchange from the ninth session that Ines minuted in full and that reads differently now than it did then.</w:t>
      </w:r>
    </w:p>
    <w:p>
      <w:pPr>
        <w:ind w:firstLine="720"/>
      </w:pPr>
      <w:r>
        <w:t>Dov had asked what the Guardians would be for in the ordinary case — not the emergency, not the failure, but a Tuesday, ninety years out, when everything is working.</w:t>
      </w:r>
    </w:p>
    <w:p>
      <w:pPr>
        <w:ind w:firstLine="720"/>
      </w:pPr>
      <w:r>
        <w:t>“Nothing,” said Calder. “That is the job. Nine people who are extremely good at a thing that does not happen.”</w:t>
      </w:r>
    </w:p>
    <w:p>
      <w:pPr>
        <w:ind w:firstLine="720"/>
      </w:pPr>
      <w:r>
        <w:t>“For a whole career?”</w:t>
      </w:r>
    </w:p>
    <w:p>
      <w:pPr>
        <w:ind w:firstLine="720"/>
      </w:pPr>
      <w:r>
        <w:t>“For a whole career, and the career of the person after them, and so on until something does happen, and then they are the only reason anybody survives it.”</w:t>
      </w:r>
    </w:p>
    <w:p>
      <w:pPr>
        <w:ind w:firstLine="720"/>
      </w:pPr>
      <w:r>
        <w:t>“And if nothing ever happens?”</w:t>
      </w:r>
    </w:p>
    <w:p>
      <w:pPr>
        <w:ind w:firstLine="720"/>
      </w:pPr>
      <w:r>
        <w:t>“Then they will look like an absurdity,” said Calder, “and the pressure to disband them will be enormous and entirely rational, and I would like the document to make it hard.”</w:t>
      </w:r>
    </w:p>
    <w:p>
      <w:pPr>
        <w:ind w:firstLine="720"/>
      </w:pPr>
      <w:r>
        <w:t>Renata Oyelaran said, without looking up, “You have just described how every unaccountable body in the history of the species defended itself,” and Calder said, “Yes,” and Nnamdi said, “And he is still right,” and Renata said, “I know he is. That is what is wrong with it.”</w:t>
      </w:r>
    </w:p>
    <w:p>
      <w:pPr>
        <w:ind w:firstLine="720"/>
      </w:pPr>
      <w:r>
        <w:t>Nobody resolved it. The clause went in as drafted. Ines timed the silence before the next item and it was eleven seconds, which is the longest she ever recorded in eight years of drafting sessions, and the reason she recorded it at all is that she had begun timing silences in the fifth year and had never stopped.</w:t>
      </w:r>
    </w:p>
    <w:p>
      <w:pPr>
        <w:ind w:firstLine="720"/>
      </w:pPr>
      <w:r>
        <w:t>Here is the part that is his and that is not in the minutes.</w:t>
      </w:r>
    </w:p>
    <w:p>
      <w:pPr>
        <w:ind w:firstLine="720"/>
      </w:pPr>
      <w:r>
        <w:t>Of the nine systems on his list, he personally held four: the lattice, the swarm's instruction layer, the frames eight to eleven mothballing, and the Vault. He was the sole competence on three of them.</w:t>
      </w:r>
    </w:p>
    <w:p>
      <w:pPr>
        <w:ind w:firstLine="720"/>
      </w:pPr>
      <w:r>
        <w:t>Nobody proposed that the Guardian post cover any of the four. Not Renata, not Nnamdi, not Ines, and not Calder.</w:t>
      </w:r>
    </w:p>
    <w:p>
      <w:pPr>
        <w:ind w:firstLine="720"/>
      </w:pPr>
      <w:r>
        <w:t>It did not come up. It genuinely did not come up, and the reason is completely reasonable and is the reason nothing ever came up: the post was being designed for</w:t>
      </w:r>
    </w:p>
    <w:p>
      <w:pPr>
        <w:ind w:firstLine="720"/>
      </w:pPr>
      <w:r>
        <w:t>the far end</w:t>
      </w:r>
    </w:p>
    <w:p>
      <w:pPr>
        <w:ind w:firstLine="720"/>
      </w:pPr>
      <w:r>
        <w:t>, for a colony, for ninety years' time. It was a succession problem. It was about who does this when the person who does it now is dead, and the person who did those four things now was forty-nine years old, in excellent health, in the room, and had just spent eleven sessions helping design the thing.</w:t>
      </w:r>
    </w:p>
    <w:p>
      <w:pPr>
        <w:ind w:firstLine="720"/>
      </w:pPr>
      <w:r>
        <w:t>You do not write a succession plan for a man who is sitting at the table drafting it.</w:t>
      </w:r>
    </w:p>
    <w:p>
      <w:pPr>
        <w:ind w:firstLine="720"/>
      </w:pPr>
      <w:r>
        <w:t>Calder went back up the spine at the end of the eleventh session and did not go to the yard. He went to the grow bay and harvested tray four, forty plants, on his knees, with four units at the wall doing nothing.</w:t>
      </w:r>
    </w:p>
    <w:p>
      <w:pPr>
        <w:ind w:firstLine="720"/>
      </w:pPr>
      <w:r>
        <w:t>And then he did a thing that is in the log and that nobody has ever explained.</w:t>
      </w:r>
    </w:p>
    <w:p>
      <w:pPr>
        <w:ind w:firstLine="720"/>
      </w:pPr>
      <w:r>
        <w:t>He went to stowage fourteen at a quarter to three in the morning and renewed the condition tags on the whole swarm, rack by rack, two thousand eight hundred and eighty-one units, which is nine hours of work that a unit could have done in twenty minutes and which was not due for another four years.</w:t>
      </w:r>
    </w:p>
    <w:p>
      <w:pPr>
        <w:ind w:firstLine="720"/>
      </w:pPr>
      <w:r>
        <w:t>The entry is one line.</w:t>
      </w:r>
    </w:p>
    <w:p>
      <w:pPr>
        <w:ind w:firstLine="720"/>
      </w:pPr>
      <w:r>
        <w:t>Rack 9, unit condition tags renewed, 2,881 checked. Variance documentary. No action.</w:t>
      </w:r>
    </w:p>
    <w:p>
      <w:pPr>
        <w:ind w:firstLine="720"/>
      </w:pPr>
      <w:r>
        <w:t>He did it four more times over the following twenty-six years, always alone, always at night, always the full count. There is no works order for any of them. There is no fault that prompted any of them. The tags were current every time.</w:t>
      </w:r>
    </w:p>
    <w:p>
      <w:pPr>
        <w:ind w:firstLine="720"/>
      </w:pPr>
      <w:r>
        <w:t>A man walked a rack of two thousand eight hundred and eighty-one machines, five times in twenty-six years, and touched every one, and wrote down that he had, and nobody ever asked him why, because it is maintenance, and maintenance is the one thing on a ship that never needs a reason.</w:t>
      </w:r>
    </w:p>
    <w:p>
      <w:r>
        <w:br w:type="page"/>
      </w:r>
    </w:p>
    <w:p>
      <w:pPr>
        <w:pStyle w:val="Heading1"/>
      </w:pPr>
      <w:r>
        <w:t>Chapter 24 &amp;mdash; Rotation</w:t>
      </w:r>
    </w:p>
    <w:p>
      <w:pPr>
        <w:ind w:firstLine="720"/>
      </w:pPr>
      <w:r>
        <w:t>Night Shift · Year 11, Day 55 · Units 4, 7, 11 · Unreviewed</w:t>
      </w:r>
    </w:p>
    <w:p>
      <w:pPr>
        <w:ind w:firstLine="720"/>
      </w:pPr>
      <w:r>
        <w:t>00:58:33</w:t>
      </w:r>
    </w:p>
    <w:p>
      <w:pPr>
        <w:ind w:firstLine="720"/>
      </w:pPr>
      <w:r>
        <w:t>U-04</w:t>
      </w:r>
    </w:p>
    <w:p>
      <w:pPr>
        <w:ind w:firstLine="720"/>
      </w:pPr>
      <w:r>
        <w:t>Ring two, district 402. Okonjo, N. awake and working. Withdrew. Did not ask again.</w:t>
      </w:r>
    </w:p>
    <w:p>
      <w:pPr>
        <w:ind w:firstLine="720"/>
      </w:pPr>
      <w:r>
        <w:t>02:26:11</w:t>
      </w:r>
    </w:p>
    <w:p>
      <w:pPr>
        <w:ind w:firstLine="720"/>
      </w:pPr>
      <w:r>
        <w:t>U-11</w:t>
      </w:r>
    </w:p>
    <w:p>
      <w:pPr>
        <w:ind w:firstLine="720"/>
      </w:pPr>
      <w:r>
        <w:t>Ring two, district 402. Okonjo, N. awake and working. Withdrew. Did not ask again.</w:t>
      </w:r>
    </w:p>
    <w:p>
      <w:pPr>
        <w:ind w:firstLine="720"/>
      </w:pPr>
      <w:r>
        <w:t>03:44:49</w:t>
      </w:r>
    </w:p>
    <w:p>
      <w:pPr>
        <w:ind w:firstLine="720"/>
      </w:pPr>
      <w:r>
        <w:t>U-07</w:t>
      </w:r>
    </w:p>
    <w:p>
      <w:pPr>
        <w:ind w:firstLine="720"/>
      </w:pPr>
      <w:r>
        <w:t>Bay 4, gallery 7. Nameplate re-seated. Legible. No fault.</w:t>
      </w:r>
    </w:p>
    <w:p>
      <w:pPr>
        <w:ind w:firstLine="720"/>
      </w:pPr>
      <w:r>
        <w:t>04:52:26</w:t>
      </w:r>
    </w:p>
    <w:p>
      <w:pPr>
        <w:ind w:firstLine="720"/>
      </w:pPr>
      <w:r>
        <w:t>U-04</w:t>
      </w:r>
    </w:p>
    <w:p>
      <w:pPr>
        <w:ind w:firstLine="720"/>
      </w:pPr>
      <w:r>
        <w:t>Forward yard. Recording apparatus, in use, 02:10–04:40. Not a works order. Recorded as observed.</w:t>
      </w:r>
    </w:p>
    <w:p>
      <w:pPr>
        <w:ind w:firstLine="720"/>
      </w:pPr>
      <w:r>
        <w:t>05:47:02</w:t>
      </w:r>
    </w:p>
    <w:p>
      <w:pPr>
        <w:ind w:firstLine="720"/>
      </w:pPr>
      <w:r>
        <w:t>U-11</w:t>
      </w:r>
    </w:p>
    <w:p>
      <w:pPr>
        <w:ind w:firstLine="720"/>
      </w:pPr>
      <w:r>
        <w:t>Ring one, dome eleven. Substrate turned, bed 4. Task not requested. Recorded.</w:t>
      </w:r>
    </w:p>
    <w:p>
      <w:pPr>
        <w:ind w:firstLine="720"/>
      </w:pPr>
      <w:r>
        <w:t>Nnamdi Okonjo wrote the rotation clause in eleven weeks and it is four hundred words long and it is the best thing he ever did and he knew it at the time, which is rare, and he was insufferable about it for approximately nine days.</w:t>
      </w:r>
    </w:p>
    <w:p>
      <w:pPr>
        <w:ind w:firstLine="720"/>
      </w:pPr>
      <w:r>
        <w:t>The problem it answers is the one the Guardian sessions had just handed him. He had spent eleven sessions helping to build a permanent, self-selecting, unaccountable-by-design body of nine people, and he had voted for all of it, and he was right to, and he went back to district four hundred and two afterwards and did not sleep properly for a fortnight.</w:t>
      </w:r>
    </w:p>
    <w:p>
      <w:pPr>
        <w:ind w:firstLine="720"/>
      </w:pPr>
      <w:r>
        <w:t>“Every institution I have ever written copy for,” he told Ines, “had a professional class at the centre of it, and every single one of them ended up governed by that class within two generations, and not one of them intended it. The pattern is not corruption. It is that the people who know how a thing works end up deciding what it is for, because there is nobody else in the room who can follow the sentence.”</w:t>
      </w:r>
    </w:p>
    <w:p>
      <w:pPr>
        <w:ind w:firstLine="720"/>
      </w:pPr>
      <w:r>
        <w:t>“So what is the counterweight?”</w:t>
      </w:r>
    </w:p>
    <w:p>
      <w:pPr>
        <w:ind w:firstLine="720"/>
      </w:pPr>
      <w:r>
        <w:t>“There isn't one,” said Nnamdi. “That is what I have got so far. Eleven weeks and I have got</w:t>
      </w:r>
    </w:p>
    <w:p>
      <w:pPr>
        <w:ind w:firstLine="720"/>
      </w:pPr>
      <w:r>
        <w:t>there isn't one</w:t>
      </w:r>
    </w:p>
    <w:p>
      <w:pPr>
        <w:ind w:firstLine="720"/>
      </w:pPr>
      <w:r>
        <w:t>.”</w:t>
      </w:r>
    </w:p>
    <w:p>
      <w:pPr>
        <w:ind w:firstLine="720"/>
      </w:pPr>
      <w:r>
        <w:t>What he arrived at is two clauses and they only work together, and every attempt in a hundred and forty years to keep one and soften the other has failed.</w:t>
      </w:r>
    </w:p>
    <w:p>
      <w:pPr>
        <w:ind w:firstLine="720"/>
      </w:pPr>
      <w:r>
        <w:t>The first is the term limit and it is brutal. Any position that is not a listed technical post is held for one term. One. Not renewable, not extendable, not followed by a different seat on the same body, and a person who has held a seat may not hold that seat again, ever, at any point in their life.</w:t>
      </w:r>
    </w:p>
    <w:p>
      <w:pPr>
        <w:ind w:firstLine="720"/>
      </w:pPr>
      <w:r>
        <w:t>“That is going to throw away good people,” said Miriam.</w:t>
      </w:r>
    </w:p>
    <w:p>
      <w:pPr>
        <w:ind w:firstLine="720"/>
      </w:pPr>
      <w:r>
        <w:t>“It is going to throw away every good person,” said Nnamdi. “That is the cost and I am not going to pretend it is not one. A Council with nobody experienced on it will make worse decisions than a Council with four people who have done it before. I accept that. The trade is that it will never make the same wrong decision for forty years, because nobody will be there long enough to have a policy.”</w:t>
      </w:r>
    </w:p>
    <w:p>
      <w:pPr>
        <w:ind w:firstLine="720"/>
      </w:pPr>
      <w:r>
        <w:t>The second clause is the one nobody expected and it is the one that made it work.</w:t>
      </w:r>
    </w:p>
    <w:p>
      <w:pPr>
        <w:ind w:firstLine="720"/>
      </w:pPr>
      <w:r>
        <w:t>Seats are not elected. They are not appointed. They are assigned, by lot, from the pool of people who are qualified to hold them, and the qualification is set by a published standard, and the standard is written by whoever holds the seat now, and — this is the hinge — the standard applies to the person who wrote it, retroactively, at the end of their term.</w:t>
      </w:r>
    </w:p>
    <w:p>
      <w:pPr>
        <w:ind w:firstLine="720"/>
      </w:pPr>
      <w:r>
        <w:t>“Say that again,” said Renata, who had gone very still.</w:t>
      </w:r>
    </w:p>
    <w:p>
      <w:pPr>
        <w:ind w:firstLine="720"/>
      </w:pPr>
      <w:r>
        <w:t>“If you write the qualification for the seat you are sitting in, you are audited against it before you leave. If you set it too high to keep people out, you will very probably fail it yourself, and it will be published that you did.”</w:t>
      </w:r>
    </w:p>
    <w:p>
      <w:pPr>
        <w:ind w:firstLine="720"/>
      </w:pPr>
      <w:r>
        <w:t>“And too low?”</w:t>
      </w:r>
    </w:p>
    <w:p>
      <w:pPr>
        <w:ind w:firstLine="720"/>
      </w:pPr>
      <w:r>
        <w:t>“Then your successor is unqualified,” said Nnamdi, “and you will be alive to watch it, and it will have your name on it, because the standard is published with the name of whoever wrote it and it stays published for ever.”</w:t>
      </w:r>
    </w:p>
    <w:p>
      <w:pPr>
        <w:ind w:firstLine="720"/>
      </w:pPr>
      <w:r>
        <w:t>Renata Oyelaran said, in front of eight people, that it was the most elegant thing she had seen in nine volumes of law and that she wished she had thought of it, and Nnamdi Okonjo was insufferable for nine days, and Ines minuted the compliment because she minuted everything.</w:t>
      </w:r>
    </w:p>
    <w:p>
      <w:pPr>
        <w:ind w:firstLine="720"/>
      </w:pPr>
      <w:r>
        <w:t>He had got it, as it happens, from an advertising standards regime on Earth that had bound copywriters to the claims they wrote, and he never told anybody that, and it is not in the archive, and it is the reason a hundred thousand people are governed by a mechanism designed to stop people lying about soap.</w:t>
      </w:r>
    </w:p>
    <w:p>
      <w:pPr>
        <w:ind w:firstLine="720"/>
      </w:pPr>
      <w:r>
        <w:t>The lot took some getting used to and Miriam hated it for four sessions.</w:t>
      </w:r>
    </w:p>
    <w:p>
      <w:pPr>
        <w:ind w:firstLine="720"/>
      </w:pPr>
      <w:r>
        <w:t>Her argument was that a lot is an abdication — that a community which will not choose its own people is a community that has decided in advance not to be responsible for them — and it is a serious argument and Nnamdi did not have a knockdown answer.</w:t>
      </w:r>
    </w:p>
    <w:p>
      <w:pPr>
        <w:ind w:firstLine="720"/>
      </w:pPr>
      <w:r>
        <w:t>What he had instead was arithmetic, and he did it on the table.</w:t>
      </w:r>
    </w:p>
    <w:p>
      <w:pPr>
        <w:ind w:firstLine="720"/>
      </w:pPr>
      <w:r>
        <w:t>“A hundred thousand people, four hundred and eleven districts. Say a district body of nine and a general body of nine above it. Elected, and the campaign is what? There is no press, there is no money, there are no parties yet, and everybody can look up everybody else's whole life in the record. So the campaign is reputation, and reputation on a planet where everything is published is a thing you accumulate by being visible, and the people who are visible are the people whose work is visible.”</w:t>
      </w:r>
    </w:p>
    <w:p>
      <w:pPr>
        <w:ind w:firstLine="720"/>
      </w:pPr>
      <w:r>
        <w:t>“Which is not the same as good,” said Ines.</w:t>
      </w:r>
    </w:p>
    <w:p>
      <w:pPr>
        <w:ind w:firstLine="720"/>
      </w:pPr>
      <w:r>
        <w:t>“It is not even correlated with good. It is correlated with being in front of things.” Nnamdi put his hand flat on the table, which he did perhaps four times in eight years. “And I have spent twenty-six years being extremely good at making people visible. I know exactly what I would do with an electoral system on that planet and I could do it in a year and I would win, and so could four other people I can name, and none of us should be allowed anywhere near it.”</w:t>
      </w:r>
    </w:p>
    <w:p>
      <w:pPr>
        <w:ind w:firstLine="720"/>
      </w:pPr>
      <w:r>
        <w:t>“That is not an argument for a lot,” said Miriam. “That is an argument against you.”</w:t>
      </w:r>
    </w:p>
    <w:p>
      <w:pPr>
        <w:ind w:firstLine="720"/>
      </w:pPr>
      <w:r>
        <w:t>“Yes,” he said. “It is the strongest one I have.”</w:t>
      </w:r>
    </w:p>
    <w:p>
      <w:pPr>
        <w:ind w:firstLine="720"/>
      </w:pPr>
      <w:r>
        <w:t>She came round in the fifth session, and she said afterwards that it was not the arithmetic that did it, it was that he had used himself as the example and had not flinched, and she voted for it and never raised it again.</w:t>
      </w:r>
    </w:p>
    <w:p>
      <w:pPr>
        <w:ind w:firstLine="720"/>
      </w:pPr>
      <w:r>
        <w:t>The objections were real and he answered three of four.</w:t>
      </w:r>
    </w:p>
    <w:p>
      <w:pPr>
        <w:ind w:firstLine="720"/>
      </w:pPr>
      <w:r>
        <w:t>Aiyana asked what happened when nobody in the pool wanted the seat. The answer is that assignment is not refusable except under clause nine — the decline clause she herself had written in the seventh year almost as a joke — and that the interaction between those two clauses was argued about for four sessions and settled in a way Nnamdi described as</w:t>
      </w:r>
    </w:p>
    <w:p>
      <w:pPr>
        <w:ind w:firstLine="720"/>
      </w:pPr>
      <w:r>
        <w:t>a fudge I would like on the record as a fudge.</w:t>
      </w:r>
    </w:p>
    <w:p>
      <w:pPr>
        <w:ind w:firstLine="720"/>
      </w:pPr>
      <w:r>
        <w:t>It is still a fudge. It has been litigated eleven times on Aura-36 and the answer is different each time.</w:t>
      </w:r>
    </w:p>
    <w:p>
      <w:pPr>
        <w:ind w:firstLine="720"/>
      </w:pPr>
      <w:r>
        <w:t>Halima asked what stopped a person simply doing what a technical post told them, since they would not understand any of it. Nnamdi said nothing stopped that and nothing ever would, and that Calder's explain-yourself clause was the only defence available and was not sufficient, and that he wanted his agreement that it was not sufficient minuted, and it is.</w:t>
      </w:r>
    </w:p>
    <w:p>
      <w:pPr>
        <w:ind w:firstLine="720"/>
      </w:pPr>
      <w:r>
        <w:t>Sergei asked how long it would last. Nnamdi said forty years, and was wrong by a hundred, and has never been given credit for the pessimism because being wrong in that direction does not make anybody's reputation.</w:t>
      </w:r>
    </w:p>
    <w:p>
      <w:pPr>
        <w:ind w:firstLine="720"/>
      </w:pPr>
      <w:r>
        <w:t>And Ines asked the fourth one, at the end of the last session, in the tone of a person tidying up.</w:t>
      </w:r>
    </w:p>
    <w:p>
      <w:pPr>
        <w:ind w:firstLine="720"/>
      </w:pPr>
      <w:r>
        <w:t>“Does it apply to us?”</w:t>
      </w:r>
    </w:p>
    <w:p>
      <w:pPr>
        <w:ind w:firstLine="720"/>
      </w:pPr>
      <w:r>
        <w:t>There were nine people in the room. There had been ten on the ship for eleven years. Nobody had been assigned to anything, nobody's term had ever begun, nobody had ever written a qualification standard, and the entire mechanism — the lot, the pool, the published standard, the retroactive audit — requires a population, and there were nine of them, and it would be twenty-five years before there were any more.</w:t>
      </w:r>
    </w:p>
    <w:p>
      <w:pPr>
        <w:ind w:firstLine="720"/>
      </w:pPr>
      <w:r>
        <w:t>“No,” said Nnamdi.</w:t>
      </w:r>
    </w:p>
    <w:p>
      <w:pPr>
        <w:ind w:firstLine="720"/>
      </w:pPr>
      <w:r>
        <w:t>“Should it?”</w:t>
      </w:r>
    </w:p>
    <w:p>
      <w:pPr>
        <w:ind w:firstLine="720"/>
      </w:pPr>
      <w:r>
        <w:t>“It cannot. There is nothing to draw a lot from.”</w:t>
      </w:r>
    </w:p>
    <w:p>
      <w:pPr>
        <w:ind w:firstLine="720"/>
      </w:pPr>
      <w:r>
        <w:t>“That is not what I asked,” said Ines, who had been in the room for the Guardian sessions too, and who asked the same question in the same tone about four times in eight years and never once got an answer she thought was complete.</w:t>
      </w:r>
    </w:p>
    <w:p>
      <w:pPr>
        <w:ind w:firstLine="720"/>
      </w:pPr>
      <w:r>
        <w:t>What went into the document, at Renata's insistence, is a commencement clause: the rotation provisions take effect at the first waking, and until then the complement holds every function by continuity, and the complement is not eligible for any seat afterwards.</w:t>
      </w:r>
    </w:p>
    <w:p>
      <w:pPr>
        <w:ind w:firstLine="720"/>
      </w:pPr>
      <w:r>
        <w:t>That last part is Nnamdi's own amendment, proposed by him, about himself, and it is the reason not one of the founding ten ever sat on a Peer-Assigned Council. They wrote the whole apparatus and disqualified themselves from it, deliberately, in the eleventh year, while they were still healthy and it still looked like a sacrifice.</w:t>
      </w:r>
    </w:p>
    <w:p>
      <w:pPr>
        <w:ind w:firstLine="720"/>
      </w:pPr>
      <w:r>
        <w:t>It reads magnificently. It is quoted in every school on the planet.</w:t>
      </w:r>
    </w:p>
    <w:p>
      <w:pPr>
        <w:ind w:firstLine="720"/>
      </w:pPr>
      <w:r>
        <w:t>And what it actually did, because a commencement clause postpones and does not prevent, is leave the ten of them holding every function on a twenty-mile ship by continuity, with no term, no lot, no published standard and no audit, for the twenty-five years between the eleventh chapter of the founding and the waking — which is the entire period in which everything else in this history happens.</w:t>
      </w:r>
    </w:p>
    <w:p>
      <w:pPr>
        <w:ind w:firstLine="720"/>
      </w:pPr>
      <w:r>
        <w:t>Nnamdi went back to district four hundred and two at four in the morning and worked until six, and the units logged him twice, and in the second entry he is still awake.</w:t>
      </w:r>
    </w:p>
    <w:p>
      <w:pPr>
        <w:ind w:firstLine="720"/>
      </w:pPr>
      <w:r>
        <w:t>He wrote in his own notes that night, and it is four lines, and the last one says:</w:t>
      </w:r>
    </w:p>
    <w:p>
      <w:pPr>
        <w:ind w:firstLine="720"/>
      </w:pPr>
      <w:r>
        <w:t>I have built a machine for stopping a small group of people from holding everything, and it starts in twenty-five years, and there are nine of us.</w:t>
      </w:r>
    </w:p>
    <w:p>
      <w:pPr>
        <w:ind w:firstLine="720"/>
      </w:pPr>
      <w:r>
        <w:t>He did not raise it again. There was nothing to raise. The clause was correct and the objection was not an objection to anything, and he was fifty-eight years old and very tired and it was the best thing he ever did.</w:t>
      </w:r>
    </w:p>
    <w:p>
      <w:r>
        <w:br w:type="page"/>
      </w:r>
    </w:p>
    <w:p>
      <w:pPr>
        <w:pStyle w:val="Heading1"/>
      </w:pPr>
      <w:r>
        <w:t>Chapter 25 &amp;mdash; What About Him</w:t>
      </w:r>
    </w:p>
    <w:p>
      <w:pPr>
        <w:ind w:firstLine="720"/>
      </w:pPr>
      <w:r>
        <w:t>Night Shift · Year 12, Day 96 · Units 4, 7, 11 · Unreviewed</w:t>
      </w:r>
    </w:p>
    <w:p>
      <w:pPr>
        <w:ind w:firstLine="720"/>
      </w:pPr>
      <w:r>
        <w:t>01:19:07</w:t>
      </w:r>
    </w:p>
    <w:p>
      <w:pPr>
        <w:ind w:firstLine="720"/>
      </w:pPr>
      <w:r>
        <w:t>U-07</w:t>
      </w:r>
    </w:p>
    <w:p>
      <w:pPr>
        <w:ind w:firstLine="720"/>
      </w:pPr>
      <w:r>
        <w:t>Bay 2, walk 11. Sow, H. present, working. 01:19–04:02. Withdrew.</w:t>
      </w:r>
    </w:p>
    <w:p>
      <w:pPr>
        <w:ind w:firstLine="720"/>
      </w:pPr>
      <w:r>
        <w:t>02:41:52</w:t>
      </w:r>
    </w:p>
    <w:p>
      <w:pPr>
        <w:ind w:firstLine="720"/>
      </w:pPr>
      <w:r>
        <w:t>U-04</w:t>
      </w:r>
    </w:p>
    <w:p>
      <w:pPr>
        <w:ind w:firstLine="720"/>
      </w:pPr>
      <w:r>
        <w:t>Spine, frame 9. Seal integrity check. Access not attempted. Recorded.</w:t>
      </w:r>
    </w:p>
    <w:p>
      <w:pPr>
        <w:ind w:firstLine="720"/>
      </w:pPr>
      <w:r>
        <w:t>03:56:38</w:t>
      </w:r>
    </w:p>
    <w:p>
      <w:pPr>
        <w:ind w:firstLine="720"/>
      </w:pPr>
      <w:r>
        <w:t>U-11</w:t>
      </w:r>
    </w:p>
    <w:p>
      <w:pPr>
        <w:ind w:firstLine="720"/>
      </w:pPr>
      <w:r>
        <w:t>Ring three, deck 2, pen 40. Bedding turned. Task not requested. Recorded.</w:t>
      </w:r>
    </w:p>
    <w:p>
      <w:pPr>
        <w:ind w:firstLine="720"/>
      </w:pPr>
      <w:r>
        <w:t>04:44:15</w:t>
      </w:r>
    </w:p>
    <w:p>
      <w:pPr>
        <w:ind w:firstLine="720"/>
      </w:pPr>
      <w:r>
        <w:t>U-07</w:t>
      </w:r>
    </w:p>
    <w:p>
      <w:pPr>
        <w:ind w:firstLine="720"/>
      </w:pPr>
      <w:r>
        <w:t>Forward yard. Instrument body, sealed, four watts. Stowed, position 2 of 4. Description field blank.</w:t>
      </w:r>
    </w:p>
    <w:p>
      <w:pPr>
        <w:ind w:firstLine="720"/>
      </w:pPr>
      <w:r>
        <w:t>05:52:44</w:t>
      </w:r>
    </w:p>
    <w:p>
      <w:pPr>
        <w:ind w:firstLine="720"/>
      </w:pPr>
      <w:r>
        <w:t>U-04</w:t>
      </w:r>
    </w:p>
    <w:p>
      <w:pPr>
        <w:ind w:firstLine="720"/>
      </w:pPr>
      <w:r>
        <w:t>Corridor 9. Music heard. Source not located. Logged as unexplained sound.</w:t>
      </w:r>
    </w:p>
    <w:p>
      <w:pPr>
        <w:ind w:firstLine="720"/>
      </w:pPr>
      <w:r>
        <w:t>Halima Sow raised it on day ninety-six of the twelfth year, in the second ring, at the end of a session about something else, and she had been working out how to say it for eleven months.</w:t>
      </w:r>
    </w:p>
    <w:p>
      <w:pPr>
        <w:ind w:firstLine="720"/>
      </w:pPr>
      <w:r>
        <w:t>What she said was: “This document binds ten people, and one of them built the ship.”</w:t>
      </w:r>
    </w:p>
    <w:p>
      <w:pPr>
        <w:ind w:firstLine="720"/>
      </w:pPr>
      <w:r>
        <w:t>She then said, before anybody could answer, four more things, and she said them fast because she had rehearsed them and because she knew that if she stopped she would be answered by kindness and the thing would go away.</w:t>
      </w:r>
    </w:p>
    <w:p>
      <w:pPr>
        <w:ind w:firstLine="720"/>
      </w:pPr>
      <w:r>
        <w:t>That Aurelio Calder had never once, in twelve years, done anything she objected to.</w:t>
      </w:r>
    </w:p>
    <w:p>
      <w:pPr>
        <w:ind w:firstLine="720"/>
      </w:pPr>
      <w:r>
        <w:t>That she was not accusing him of anything, that there was nothing to accuse him of, and that she would say so in writing to anybody who asked, then or in ninety years.</w:t>
      </w:r>
    </w:p>
    <w:p>
      <w:pPr>
        <w:ind w:firstLine="720"/>
      </w:pPr>
      <w:r>
        <w:t>That the question was not about him.</w:t>
      </w:r>
    </w:p>
    <w:p>
      <w:pPr>
        <w:ind w:firstLine="720"/>
      </w:pPr>
      <w:r>
        <w:t>And that it was the only question in the whole document that nobody had asked, in eight years of drafting, in eleven sessions on the Guardians and nine on rotation, and that she had noticed it in the eleventh year and had then spent eleven months noticing that she was not going to raise it, and had found that more frightening than the thing itself.</w:t>
      </w:r>
    </w:p>
    <w:p>
      <w:pPr>
        <w:ind w:firstLine="720"/>
      </w:pPr>
      <w:r>
        <w:t>“Nobody has avoided it,” she said. “That is what I want on the record. Nobody in this room has avoided it. It simply has not come up, for eight years, in a document about the exercise of power, written by the ten people who hold all of it, one of whom holds most of it. And I cannot construct an innocent reason for that, and I have tried.”</w:t>
      </w:r>
    </w:p>
    <w:p>
      <w:pPr>
        <w:ind w:firstLine="720"/>
      </w:pPr>
      <w:r>
        <w:t>Calder said, “You are right,” immediately, and then, “What do you want to do about it?”</w:t>
      </w:r>
    </w:p>
    <w:p>
      <w:pPr>
        <w:ind w:firstLine="720"/>
      </w:pPr>
      <w:r>
        <w:t>Everybody who has written about this — and a great deal has been written about it — stops there, because it is a good place to stop. He did not defend himself. He did not ask what she was implying. He agreed in three words, in front of eight witnesses, and asked for a remedy.</w:t>
      </w:r>
    </w:p>
    <w:p>
      <w:pPr>
        <w:ind w:firstLine="720"/>
      </w:pPr>
      <w:r>
        <w:t>The trouble is what happened over the following four sessions, which is that nine intelligent people tried to design one and could not.</w:t>
      </w:r>
    </w:p>
    <w:p>
      <w:pPr>
        <w:ind w:firstLine="720"/>
      </w:pPr>
      <w:r>
        <w:t>Halima's own first proposal was that the technical custodies be transferred. It survived about nine minutes. There is nobody to transfer them to. Coda could take the lattice and did not want the yard or the Vault or the swarm layer and said so plainly from four miles aft in four lines. Sergei had already declined the sector in the sixth year. The rest of them could not have held any of it and it would have been theatre to pretend otherwise, and Halima withdrew it herself.</w:t>
      </w:r>
    </w:p>
    <w:p>
      <w:pPr>
        <w:ind w:firstLine="720"/>
      </w:pPr>
      <w:r>
        <w:t>Her second was that the custodies be shared — two names on everything. This is better and it nearly went in. It died on Renata's objection, which is that a two-signature rule between two people who agree is not a control, it is a formality with two signatures, and that there was no plausible second who was not either Coda, who did not want it, or somebody who would be signing because Calder had explained it to them.</w:t>
      </w:r>
    </w:p>
    <w:p>
      <w:pPr>
        <w:ind w:firstLine="720"/>
      </w:pPr>
      <w:r>
        <w:t>Nnamdi proposed a sunset: every custody lapses at the waking unless re-granted by the Council. This is the best of the four and it is the one that got closest, and it was defeated by arithmetic. The waking is twenty-four years away. A lapse clause that fires in twenty-four years does nothing at all for twenty-four years, and Halima said so, and Nnamdi agreed, and it went into the parked pile and was eventually folded into what they did land on.</w:t>
      </w:r>
    </w:p>
    <w:p>
      <w:pPr>
        <w:ind w:firstLine="720"/>
      </w:pPr>
      <w:r>
        <w:t>Aiyana proposed, seriously, that they simply write down that it was a problem and that they had not solved it. Everybody liked it and nobody thought it was enough.</w:t>
      </w:r>
    </w:p>
    <w:p>
      <w:pPr>
        <w:ind w:firstLine="720"/>
      </w:pPr>
      <w:r>
        <w:t>What they landed on, in the fourth session, is Halima's and it is genuinely good, and it is the thing this entire history turns on.</w:t>
      </w:r>
    </w:p>
    <w:p>
      <w:pPr>
        <w:ind w:firstLine="720"/>
      </w:pPr>
      <w:r>
        <w:t>A register.</w:t>
      </w:r>
    </w:p>
    <w:p>
      <w:pPr>
        <w:ind w:firstLine="720"/>
      </w:pPr>
      <w:r>
        <w:t>Every exception to the general instruments — every custody, every access, every standing authority held by any person that is not held by everyone — is entered on a single published schedule. One document. Public, meaning readable by anybody aboard now and by everybody at the waking. Each entry carries four fields: what the exception is, who holds it,</w:t>
      </w:r>
    </w:p>
    <w:p>
      <w:pPr>
        <w:ind w:firstLine="720"/>
      </w:pPr>
      <w:r>
        <w:t>who granted it</w:t>
      </w:r>
    </w:p>
    <w:p>
      <w:pPr>
        <w:ind w:firstLine="720"/>
      </w:pPr>
      <w:r>
        <w:t>, and</w:t>
      </w:r>
    </w:p>
    <w:p>
      <w:pPr>
        <w:ind w:firstLine="720"/>
      </w:pPr>
      <w:r>
        <w:t>when it is next reviewed</w:t>
      </w:r>
    </w:p>
    <w:p>
      <w:pPr>
        <w:ind w:firstLine="720"/>
      </w:pPr>
      <w:r>
        <w:t>.</w:t>
      </w:r>
    </w:p>
    <w:p>
      <w:pPr>
        <w:ind w:firstLine="720"/>
      </w:pPr>
      <w:r>
        <w:t>“Not a limit,” said Halima. “I am not going to get a limit and I know I am not. A list. Because the thing I actually cannot bear is not that he holds four things. It is that I had to sit down with a slate for a fortnight to find out what they were, and I am one of ten people on a ship with him.”</w:t>
      </w:r>
    </w:p>
    <w:p>
      <w:pPr>
        <w:ind w:firstLine="720"/>
      </w:pPr>
      <w:r>
        <w:t>It went in unanimously. Calder proposed the amendment that made it stronger, which is that an exception not on the schedule is void — not irregular, not questionable: void, of no effect, unenforceable by anybody. He wrote that himself. It is clause forty of the Open Accord and it is the reason the schedule was ever kept at all, because a list with no consequence is a list nobody updates.</w:t>
      </w:r>
    </w:p>
    <w:p>
      <w:pPr>
        <w:ind w:firstLine="720"/>
      </w:pPr>
      <w:r>
        <w:t>There is one more exchange and Ines minuted it and it is nine lines and it is the reason this chapter is the one it is.</w:t>
      </w:r>
    </w:p>
    <w:p>
      <w:pPr>
        <w:ind w:firstLine="720"/>
      </w:pPr>
      <w:r>
        <w:t>Renata asked Calder, directly, in the fourth session, whether he thought the register would work.</w:t>
      </w:r>
    </w:p>
    <w:p>
      <w:pPr>
        <w:ind w:firstLine="720"/>
      </w:pPr>
      <w:r>
        <w:t>“On me? No,” he said.</w:t>
      </w:r>
    </w:p>
    <w:p>
      <w:pPr>
        <w:ind w:firstLine="720"/>
      </w:pPr>
      <w:r>
        <w:t>“Say why.”</w:t>
      </w:r>
    </w:p>
    <w:p>
      <w:pPr>
        <w:ind w:firstLine="720"/>
      </w:pPr>
      <w:r>
        <w:t>“Because a list works by being read by somebody who can tell that an entry is wrong.” He was not being difficult; he answered it the way he answered a fault report. “There are nine people aboard who can read that schedule. Four of them cannot evaluate a single one of my entries. Three of them could evaluate one entry each. Coda could do two properly and she is four miles aft and will not come to a meeting. So what you have built is a document that is completely honest and completely accurate and, on the nine lines that matter, unauditable — and it will look exactly as good in ninety years as it does now, and it will be read by people who assume that a published list is a checked one.”</w:t>
      </w:r>
    </w:p>
    <w:p>
      <w:pPr>
        <w:ind w:firstLine="720"/>
      </w:pPr>
      <w:r>
        <w:t>“Then what would work?” said Halima.</w:t>
      </w:r>
    </w:p>
    <w:p>
      <w:pPr>
        <w:ind w:firstLine="720"/>
      </w:pPr>
      <w:r>
        <w:t>“More people who understand the systems,” said Calder. “That is the only answer there has ever been to this and it takes twenty years and we have not got twenty people.”</w:t>
      </w:r>
    </w:p>
    <w:p>
      <w:pPr>
        <w:ind w:firstLine="720"/>
      </w:pPr>
      <w:r>
        <w:t>Nobody had a reply. It is correct. It is still correct on Aura-36 a hundred and forty years later and it is the argument the Guardians exist to lose slowly.</w:t>
      </w:r>
    </w:p>
    <w:p>
      <w:pPr>
        <w:ind w:firstLine="720"/>
      </w:pPr>
      <w:r>
        <w:t>Ines timed the silence at nine seconds and then wrote, in the minute, in the only other editorial word she permitted herself in thirty-one years:</w:t>
      </w:r>
    </w:p>
    <w:p>
      <w:pPr>
        <w:ind w:firstLine="720"/>
      </w:pPr>
      <w:r>
        <w:t>agreed</w:t>
      </w:r>
    </w:p>
    <w:p>
      <w:pPr>
        <w:ind w:firstLine="720"/>
      </w:pPr>
      <w:r>
        <w:t>.</w:t>
      </w:r>
    </w:p>
    <w:p>
      <w:pPr>
        <w:ind w:firstLine="720"/>
      </w:pPr>
      <w:r>
        <w:t>She has never been able to say, in any account she gave afterwards, whether she meant that the room agreed with him, or that she did.</w:t>
      </w:r>
    </w:p>
    <w:p>
      <w:pPr>
        <w:ind w:firstLine="720"/>
      </w:pPr>
      <w:r>
        <w:t>The first schedule was drawn up over eleven weeks and it has thirty-one entries and Ines wrote it out by hand.</w:t>
      </w:r>
    </w:p>
    <w:p>
      <w:pPr>
        <w:ind w:firstLine="720"/>
      </w:pPr>
      <w:r>
        <w:t>Nine of the thirty-one are Calder's. That is on the face of the document and nobody hid it and it was read aloud in the room. Twenty-two are everybody else's, and they are things like</w:t>
      </w:r>
    </w:p>
    <w:p>
      <w:pPr>
        <w:ind w:firstLine="720"/>
      </w:pPr>
      <w:r>
        <w:t>Sow, H. — unaccompanied access to all cryogenic galleries at any hour</w:t>
      </w:r>
    </w:p>
    <w:p>
      <w:pPr>
        <w:ind w:firstLine="720"/>
      </w:pPr>
      <w:r>
        <w:t>and</w:t>
      </w:r>
    </w:p>
    <w:p>
      <w:pPr>
        <w:ind w:firstLine="720"/>
      </w:pPr>
      <w:r>
        <w:t>Duhamel, S. — access to any compartment for environmental cause</w:t>
      </w:r>
    </w:p>
    <w:p>
      <w:pPr>
        <w:ind w:firstLine="720"/>
      </w:pPr>
      <w:r>
        <w:t>, and every one of them is completely necessary and completely reasonable, and that is the point Halima was making and everybody understood it.</w:t>
      </w:r>
    </w:p>
    <w:p>
      <w:pPr>
        <w:ind w:firstLine="720"/>
      </w:pPr>
      <w:r>
        <w:t>The</w:t>
      </w:r>
    </w:p>
    <w:p>
      <w:pPr>
        <w:ind w:firstLine="720"/>
      </w:pPr>
      <w:r>
        <w:t>who granted it</w:t>
      </w:r>
    </w:p>
    <w:p>
      <w:pPr>
        <w:ind w:firstLine="720"/>
      </w:pPr>
      <w:r>
        <w:t>field on all thirty-one entries says the same thing, because there was nobody else it could say:</w:t>
      </w:r>
    </w:p>
    <w:p>
      <w:pPr>
        <w:ind w:firstLine="720"/>
      </w:pPr>
      <w:r>
        <w:t>the complement, by continuity.</w:t>
      </w:r>
    </w:p>
    <w:p>
      <w:pPr>
        <w:ind w:firstLine="720"/>
      </w:pPr>
      <w:r>
        <w:t>The</w:t>
      </w:r>
    </w:p>
    <w:p>
      <w:pPr>
        <w:ind w:firstLine="720"/>
      </w:pPr>
      <w:r>
        <w:t>next review</w:t>
      </w:r>
    </w:p>
    <w:p>
      <w:pPr>
        <w:ind w:firstLine="720"/>
      </w:pPr>
      <w:r>
        <w:t>field on all thirty-one says:</w:t>
      </w:r>
    </w:p>
    <w:p>
      <w:pPr>
        <w:ind w:firstLine="720"/>
      </w:pPr>
      <w:r>
        <w:t>at the first waking.</w:t>
      </w:r>
    </w:p>
    <w:p>
      <w:pPr>
        <w:ind w:firstLine="720"/>
      </w:pPr>
      <w:r>
        <w:t>That is the answer. It is temporary, it is sensible, it is honest, it is written by a woman acting in good faith against the interests of nobody, agreed unanimously, strengthened by the person it was aimed at, and published where anybody could read it.</w:t>
      </w:r>
    </w:p>
    <w:p>
      <w:pPr>
        <w:ind w:firstLine="720"/>
      </w:pPr>
      <w:r>
        <w:t>It was never revisited.</w:t>
      </w:r>
    </w:p>
    <w:p>
      <w:pPr>
        <w:ind w:firstLine="720"/>
      </w:pPr>
      <w:r>
        <w:t>Not concealed, not repealed, not quietly dropped. The schedule was maintained scrupulously for the remaining twenty-four years — entries added, entries closed, Ines keeping it in ink — and the review that every single line of it was pointed at was scheduled for a fortnight in the thirty-sixth year in which nine surviving people had to wake ninety-five thousand of them into a hull above a world whose atmosphere they could not breathe.</w:t>
      </w:r>
    </w:p>
    <w:p>
      <w:pPr>
        <w:ind w:firstLine="720"/>
      </w:pPr>
      <w:r>
        <w:t>Nobody decided not to do it. There is no minute anywhere in which anybody says the review can wait. It simply did not happen, in a fortnight when four hundred things did not happen, and by the time there was a Council to do it the schedule had been running unamended for so long that it read as furniture.</w:t>
      </w:r>
    </w:p>
    <w:p>
      <w:pPr>
        <w:ind w:firstLine="720"/>
      </w:pPr>
      <w:r>
        <w:t>It is still there. It is the public exemptions schedule and it is on Aura-36 and any citizen may read it, and it has grown to a hundred and eleven entries in a hundred and forty years, and every one of them has a granting authority and an oversight body and a review date.</w:t>
      </w:r>
    </w:p>
    <w:p>
      <w:pPr>
        <w:ind w:firstLine="720"/>
      </w:pPr>
      <w:r>
        <w:t>Except one, which has all three fields blank, and which is number forty-four.</w:t>
      </w:r>
    </w:p>
    <w:p>
      <w:pPr>
        <w:ind w:firstLine="720"/>
      </w:pPr>
      <w:r>
        <w:t>Halima Sow walked Bay Two that night from one in the morning until four, eleven galleries, and did not sleep afterwards, and wrote in her own papers that it had gone as well as it possibly could have and that she felt no better at all, and that she could not work out whether that was cowardice arriving late or judgement arriving early.</w:t>
      </w:r>
    </w:p>
    <w:p>
      <w:pPr>
        <w:ind w:firstLine="720"/>
      </w:pPr>
      <w:r>
        <w:t>She underlined the second one. She was fifty-four years old and she was right.</w:t>
      </w:r>
    </w:p>
    <w:p>
      <w:r>
        <w:br w:type="page"/>
      </w:r>
    </w:p>
    <w:p>
      <w:pPr>
        <w:pStyle w:val="Heading1"/>
      </w:pPr>
      <w:r>
        <w:t>Chapter 26 &amp;mdash; Year Twelve</w:t>
      </w:r>
    </w:p>
    <w:p>
      <w:pPr>
        <w:ind w:firstLine="720"/>
      </w:pPr>
      <w:r>
        <w:t>Night Shift · Year 12, Day 331 · Units 4, 7, 11 · Unreviewed</w:t>
      </w:r>
    </w:p>
    <w:p>
      <w:pPr>
        <w:ind w:firstLine="720"/>
      </w:pPr>
      <w:r>
        <w:t>01:02:14</w:t>
      </w:r>
    </w:p>
    <w:p>
      <w:pPr>
        <w:ind w:firstLine="720"/>
      </w:pPr>
      <w:r>
        <w:t>U-11</w:t>
      </w:r>
    </w:p>
    <w:p>
      <w:pPr>
        <w:ind w:firstLine="720"/>
      </w:pPr>
      <w:r>
        <w:t>Ring three, deck 2, pen 40. Bedding turned. Task not requested. Recorded.</w:t>
      </w:r>
    </w:p>
    <w:p>
      <w:pPr>
        <w:ind w:firstLine="720"/>
      </w:pPr>
      <w:r>
        <w:t>02:18:47</w:t>
      </w:r>
    </w:p>
    <w:p>
      <w:pPr>
        <w:ind w:firstLine="720"/>
      </w:pPr>
      <w:r>
        <w:t>U-04</w:t>
      </w:r>
    </w:p>
    <w:p>
      <w:pPr>
        <w:ind w:firstLine="720"/>
      </w:pPr>
      <w:r>
        <w:t>Ring three, deck 2. Animal down at 02:18. Animal down at 02:44. No fault detected.</w:t>
      </w:r>
    </w:p>
    <w:p>
      <w:pPr>
        <w:ind w:firstLine="720"/>
      </w:pPr>
      <w:r>
        <w:t>03:41:22</w:t>
      </w:r>
    </w:p>
    <w:p>
      <w:pPr>
        <w:ind w:firstLine="720"/>
      </w:pPr>
      <w:r>
        <w:t>U-07</w:t>
      </w:r>
    </w:p>
    <w:p>
      <w:pPr>
        <w:ind w:firstLine="720"/>
      </w:pPr>
      <w:r>
        <w:t>Ring one, dome six. Achebe, M. present, working. Withdrew. Did not ask again.</w:t>
      </w:r>
    </w:p>
    <w:p>
      <w:pPr>
        <w:ind w:firstLine="720"/>
      </w:pPr>
      <w:r>
        <w:t>04:50:09</w:t>
      </w:r>
    </w:p>
    <w:p>
      <w:pPr>
        <w:ind w:firstLine="720"/>
      </w:pPr>
      <w:r>
        <w:t>U-11</w:t>
      </w:r>
    </w:p>
    <w:p>
      <w:pPr>
        <w:ind w:firstLine="720"/>
      </w:pPr>
      <w:r>
        <w:t>Forward yard. Small craft, powered, held. Cutting apparatus stowed. Recorded as observed.</w:t>
      </w:r>
    </w:p>
    <w:p>
      <w:pPr>
        <w:ind w:firstLine="720"/>
      </w:pPr>
      <w:r>
        <w:t>05:44:36</w:t>
      </w:r>
    </w:p>
    <w:p>
      <w:pPr>
        <w:ind w:firstLine="720"/>
      </w:pPr>
      <w:r>
        <w:t>U-04</w:t>
      </w:r>
    </w:p>
    <w:p>
      <w:pPr>
        <w:ind w:firstLine="720"/>
      </w:pPr>
      <w:r>
        <w:t>Corridor 9. Music heard. Source not located. Logged as unexplained sound.</w:t>
      </w:r>
    </w:p>
    <w:p>
      <w:pPr>
        <w:ind w:firstLine="720"/>
      </w:pPr>
      <w:r>
        <w:t>Twelve years out, the third generation of cattle was on the deck, and none of them had ever been on a planet, and neither had their mothers, and Miriam Achebe had stopped calling them stock somewhere around the ninth year without noticing that she had.</w:t>
      </w:r>
    </w:p>
    <w:p>
      <w:pPr>
        <w:ind w:firstLine="720"/>
      </w:pPr>
      <w:r>
        <w:t>The word she used instead, in her own records, in her own hand, was</w:t>
      </w:r>
    </w:p>
    <w:p>
      <w:pPr>
        <w:ind w:firstLine="720"/>
      </w:pPr>
      <w:r>
        <w:t>the herd</w:t>
      </w:r>
    </w:p>
    <w:p>
      <w:pPr>
        <w:ind w:firstLine="720"/>
      </w:pPr>
      <w:r>
        <w:t>. It is a small thing and it is the whole chapter.</w:t>
      </w:r>
    </w:p>
    <w:p>
      <w:pPr>
        <w:ind w:firstLine="720"/>
      </w:pPr>
      <w:r>
        <w:t>Here is what twelve years looks like from ring one and ring three, compressed, because it does not compress any other way.</w:t>
      </w:r>
    </w:p>
    <w:p>
      <w:pPr>
        <w:ind w:firstLine="720"/>
      </w:pPr>
      <w:r>
        <w:t>Forty-one harvests. Every one on the plan, every one within four per cent, and the four per cent is the honest figure and includes the two that were under. Eleven domes, rotating on a cycle that Miriam could recite backwards and which nobody else aboard had ever read. Two hundred and six substrate conditioning cycles. Nine varietal failures, all of them anticipated, all of them backed by a second line already in the ground before the first was pulled — which is not luck and is not slack, it is the same total area planted twice as carefully.</w:t>
      </w:r>
    </w:p>
    <w:p>
      <w:pPr>
        <w:ind w:firstLine="720"/>
      </w:pPr>
      <w:r>
        <w:t>Four thousand nine hundred and forty cattle became five thousand and eleven and then four thousand nine hundred and eighty, which is a herd being managed rather than a herd growing, and it is exactly the number the plan says.</w:t>
      </w:r>
    </w:p>
    <w:p>
      <w:pPr>
        <w:ind w:firstLine="720"/>
      </w:pPr>
      <w:r>
        <w:t>She lost eleven animals in twelve years that she could not account for in advance. That is an extraordinary figure and there is nobody aboard who could have told her so.</w:t>
      </w:r>
    </w:p>
    <w:p>
      <w:pPr>
        <w:ind w:firstLine="720"/>
      </w:pPr>
      <w:r>
        <w:t>The joint data from the seventh year came up for review in the twelfth, as she had marked it, and she reviewed it, and it says what she thought it would say: a marginal excess of lameness in the older animals, statistically real, operationally irrelevant, and there is nothing to be done because the remedy is a bigger ring. She wrote it up in four pages and filed it and nobody read it, and it is the only longitudinal veterinary study ever conducted in interstellar transit and it is nine hundred words long and it is correct.</w:t>
      </w:r>
    </w:p>
    <w:p>
      <w:pPr>
        <w:ind w:firstLine="720"/>
      </w:pPr>
      <w:r>
        <w:t>She changed the deck lighting again in the tenth year, deepening the dark by another hour, and got the standing figure from forty-three per cent to fifty-one. Fifty-one against an Earth flock's seventy-one. She stopped there because there was nothing else to try.</w:t>
      </w:r>
    </w:p>
    <w:p>
      <w:pPr>
        <w:ind w:firstLine="720"/>
      </w:pPr>
      <w:r>
        <w:t>Nobody thanked her for any of it, and this is the part that has to be said carefully, because it was not neglect and she never once experienced it as neglect.</w:t>
      </w:r>
    </w:p>
    <w:p>
      <w:pPr>
        <w:ind w:firstLine="720"/>
      </w:pPr>
      <w:r>
        <w:t>Nine people were extremely busy. Halima had a hundred thousand patients and a drawer with four nameplates in it by the twelfth year. Sergei had nine loops and a bypass valve he thought about most days. Ines had eight years of drafting in ink. Dov had a graph that read a hundred and forty days each way. Nnamdi had built a machine for stopping small groups of people from holding everything. Aiyana checked a trajectory every morning and it was correct every morning. Coda was four miles aft. Renata had read nine volumes about mutiny.</w:t>
      </w:r>
    </w:p>
    <w:p>
      <w:pPr>
        <w:ind w:firstLine="720"/>
      </w:pPr>
      <w:r>
        <w:t>And in ring one, every day, the food arrived, and it was good, and there was enough of it, and it tasted of eleven different things depending on the season of a plan nobody but Miriam knew was running.</w:t>
      </w:r>
    </w:p>
    <w:p>
      <w:pPr>
        <w:ind w:firstLine="720"/>
      </w:pPr>
      <w:r>
        <w:t>That is what it is to hold a system that works. Nothing goes wrong, so nothing is noticed, so nothing is said. The entire vocabulary a community has for a functioning system is silence, and there is no way to hear the difference between being trusted absolutely and being forgotten.</w:t>
      </w:r>
    </w:p>
    <w:p>
      <w:pPr>
        <w:ind w:firstLine="720"/>
      </w:pPr>
      <w:r>
        <w:t>Miriam Achebe was fifty-six in the twelfth year and had worked out the shape of this by about the fourth and had made her peace with it, and her peace was not resignation. It was closer to the thing she had brought aboard in four hundred grammes of paper, and she would not have put it that way to anybody in the second ring.</w:t>
      </w:r>
    </w:p>
    <w:p>
      <w:pPr>
        <w:ind w:firstLine="720"/>
      </w:pPr>
      <w:r>
        <w:t>The Cryo-Embryo Vault came up for its four-yearly verification in the twelfth year and it took her eleven weeks and it is the single largest piece of unremarked labour in this history.</w:t>
      </w:r>
    </w:p>
    <w:p>
      <w:pPr>
        <w:ind w:firstLine="720"/>
      </w:pPr>
      <w:r>
        <w:t>A million and forty thousand embryos across four hundred and forty species, in a separate volume from the seed, on their own thermal loop. Verification is not a sample. Verification is every rack, every cassette, every seal, every log, against a manifest that was compiled on Earth by nine institutions who did not use the same catalogue conventions and whose reconciliations were still going on when the ship left.</w:t>
      </w:r>
    </w:p>
    <w:p>
      <w:pPr>
        <w:ind w:firstLine="720"/>
      </w:pPr>
      <w:r>
        <w:t>She found four hundred and eleven discrepancies. Every one of them documentary. Four of them she could not close at all — four cassettes whose accession numbers correspond to nothing in any of the nine catalogues, contents recorded only as</w:t>
      </w:r>
    </w:p>
    <w:p>
      <w:pPr>
        <w:ind w:firstLine="720"/>
      </w:pPr>
      <w:r>
        <w:t>bovid, unspecified</w:t>
      </w:r>
    </w:p>
    <w:p>
      <w:pPr>
        <w:ind w:firstLine="720"/>
      </w:pPr>
      <w:r>
        <w:t>, loaded in the thirty-first year of construction against a movement order that exists and is properly signed.</w:t>
      </w:r>
    </w:p>
    <w:p>
      <w:pPr>
        <w:ind w:firstLine="720"/>
      </w:pPr>
      <w:r>
        <w:t>She wrote it up as</w:t>
      </w:r>
    </w:p>
    <w:p>
      <w:pPr>
        <w:ind w:firstLine="720"/>
      </w:pPr>
      <w:r>
        <w:t>four unidentified, retained, no action, review at first waking</w:t>
      </w:r>
    </w:p>
    <w:p>
      <w:pPr>
        <w:ind w:firstLine="720"/>
      </w:pPr>
      <w:r>
        <w:t>, which is the correct disposal, and it went on the schedule as entry twenty-nine.</w:t>
      </w:r>
    </w:p>
    <w:p>
      <w:pPr>
        <w:ind w:firstLine="720"/>
      </w:pPr>
      <w:r>
        <w:t>Twelve years later, at the waking, nobody reviewed the schedule.</w:t>
      </w:r>
    </w:p>
    <w:p>
      <w:pPr>
        <w:ind w:firstLine="720"/>
      </w:pPr>
      <w:r>
        <w:t>The four cassettes went down to the surface in the ninth tranche of the agricultural consignment and were thawed by somebody who assumed they were on a manifest because everything is on a manifest, and there are animals on Aura-36 today descended from them, and nobody has ever known what they are, and nobody has ever asked, because they look like cattle and they behave like cattle and they have been there for a hundred and forty years.</w:t>
      </w:r>
    </w:p>
    <w:p>
      <w:pPr>
        <w:ind w:firstLine="720"/>
      </w:pPr>
      <w:r>
        <w:t>What she did instead of complaining was the supper.</w:t>
      </w:r>
    </w:p>
    <w:p>
      <w:pPr>
        <w:ind w:firstLine="720"/>
      </w:pPr>
      <w:r>
        <w:t>She had done one for the first harvest in the first year and it had been an event. She did the second one in the fourth year and the third in the seventh, and somewhere around the eighth she stopped waiting for an occasion and started doing it on the last day of the barley, which is a date only she knew, and which fell in a different month every year because the plan drifted.</w:t>
      </w:r>
    </w:p>
    <w:p>
      <w:pPr>
        <w:ind w:firstLine="720"/>
      </w:pPr>
      <w:r>
        <w:t>By the twelfth year it was the only thing on that ship that all ten of them came to.</w:t>
      </w:r>
    </w:p>
    <w:p>
      <w:pPr>
        <w:ind w:firstLine="720"/>
      </w:pPr>
      <w:r>
        <w:t>Not a ceremony. There was no toast and nobody made a speech after Halima's three sentences in the first year, which nobody ever bettered and everybody quietly agreed not to try. There was food that was different from the ordinary food, because Miriam had held back four per cent of something for eleven weeks to make it different, and that was the entire mechanism.</w:t>
      </w:r>
    </w:p>
    <w:p>
      <w:pPr>
        <w:ind w:firstLine="720"/>
      </w:pPr>
      <w:r>
        <w:t>Coda came up for it every year. Twelve years, twelve suppers, and she never once came up for anything else except a burial and four drafting sessions.</w:t>
      </w:r>
    </w:p>
    <w:p>
      <w:pPr>
        <w:ind w:firstLine="720"/>
      </w:pPr>
      <w:r>
        <w:t>Ines has an entry for it in the notebook and it is in the</w:t>
      </w:r>
    </w:p>
    <w:p>
      <w:pPr>
        <w:ind w:firstLine="720"/>
      </w:pPr>
      <w:r>
        <w:t>Not obligations</w:t>
      </w:r>
    </w:p>
    <w:p>
      <w:pPr>
        <w:ind w:firstLine="720"/>
      </w:pPr>
      <w:r>
        <w:t>pages at the back:</w:t>
      </w:r>
    </w:p>
    <w:p>
      <w:pPr>
        <w:ind w:firstLine="720"/>
      </w:pPr>
      <w:r>
        <w:t>Achebe, barley supper, twelfth year. Nobody has ever asked her to do this and she has done it twelve times.</w:t>
      </w:r>
    </w:p>
    <w:p>
      <w:pPr>
        <w:ind w:firstLine="720"/>
      </w:pPr>
      <w:r>
        <w:t>Miriam never saw those four pages. Ines added them in the fifteenth year and never showed them to anybody, and they are catalogued on Aura-36 as</w:t>
      </w:r>
    </w:p>
    <w:p>
      <w:pPr>
        <w:ind w:firstLine="720"/>
      </w:pPr>
      <w:r>
        <w:t>miscellaneous</w:t>
      </w:r>
    </w:p>
    <w:p>
      <w:pPr>
        <w:ind w:firstLine="720"/>
      </w:pPr>
      <w:r>
        <w:t>.</w:t>
      </w:r>
    </w:p>
    <w:p>
      <w:pPr>
        <w:ind w:firstLine="720"/>
      </w:pPr>
      <w:r>
        <w:t>Renata came down to ring three twice that year, which nobody did, and stood at the rail of pen forty for about an hour each time without saying much.</w:t>
      </w:r>
    </w:p>
    <w:p>
      <w:pPr>
        <w:ind w:firstLine="720"/>
      </w:pPr>
      <w:r>
        <w:t>She had taken the rites from the ninth year onward — not by any decision, and there had been only four occasions, all of them sleepers, all of them handled in dome eleven the way Ardagh had been handled. She had not asked for it and Miriam had not handed it over. It had simply become the case that when a berth failed it was Renata who went, because she was the one with nothing else that could not wait.</w:t>
      </w:r>
    </w:p>
    <w:p>
      <w:pPr>
        <w:ind w:firstLine="720"/>
      </w:pPr>
      <w:r>
        <w:t>“How do you do it?” she said, the second time.</w:t>
      </w:r>
    </w:p>
    <w:p>
      <w:pPr>
        <w:ind w:firstLine="720"/>
      </w:pPr>
      <w:r>
        <w:t>“Do what?”</w:t>
      </w:r>
    </w:p>
    <w:p>
      <w:pPr>
        <w:ind w:firstLine="720"/>
      </w:pPr>
      <w:r>
        <w:t>“Kill them and know them.”</w:t>
      </w:r>
    </w:p>
    <w:p>
      <w:pPr>
        <w:ind w:firstLine="720"/>
      </w:pPr>
      <w:r>
        <w:t>Miriam thought about it for a while, because it deserved it, and because Renata Oyelaran did not ask a question twice.</w:t>
      </w:r>
    </w:p>
    <w:p>
      <w:pPr>
        <w:ind w:firstLine="720"/>
      </w:pPr>
      <w:r>
        <w:t>“You do not get to choose,” she said. “That is the answer and it is not a good one. If you are the person who looks after a herd you are also the person who ends them, and there is nobody to hand either half to, and a person who only wants the first half is no use to an animal.” She watched pen forty for a bit. “The mistake is thinking there is a version where you keep your hands clean. There is not. There is only whether you are there for it.”</w:t>
      </w:r>
    </w:p>
    <w:p>
      <w:pPr>
        <w:ind w:firstLine="720"/>
      </w:pPr>
      <w:r>
        <w:t>Renata did not answer and went back up to ring two, and ten years later she carried out the aftermath of the only sentence ever passed under the Iron Protocol, and stood in dome eleven with eight people, and did it properly, and nobody ever asked her where she had learned how.</w:t>
      </w:r>
    </w:p>
    <w:p>
      <w:pPr>
        <w:ind w:firstLine="720"/>
      </w:pPr>
      <w:r>
        <w:t>The twelfth-year supper ran late and there was an argument about the rotation clause that went on for two hours and was enjoyable, and at some point after midnight Sergei asked Miriam how far ahead the plan actually went.</w:t>
      </w:r>
    </w:p>
    <w:p>
      <w:pPr>
        <w:ind w:firstLine="720"/>
      </w:pPr>
      <w:r>
        <w:t>“Year thirty-six, day two hundred and ten,” she said. “Last cut. Then the surface programme, which is not mine.”</w:t>
      </w:r>
    </w:p>
    <w:p>
      <w:pPr>
        <w:ind w:firstLine="720"/>
      </w:pPr>
      <w:r>
        <w:t>“You have got a date twenty-four years out.”</w:t>
      </w:r>
    </w:p>
    <w:p>
      <w:pPr>
        <w:ind w:firstLine="720"/>
      </w:pPr>
      <w:r>
        <w:t>“I have got a date twenty-four years out and a variety and a dome number.”</w:t>
      </w:r>
    </w:p>
    <w:p>
      <w:pPr>
        <w:ind w:firstLine="720"/>
      </w:pPr>
      <w:r>
        <w:t>“Which dome?” said Dov, who could not help it.</w:t>
      </w:r>
    </w:p>
    <w:p>
      <w:pPr>
        <w:ind w:firstLine="720"/>
      </w:pPr>
      <w:r>
        <w:t>“Six,” said Miriam, without looking it up, and there was a small silence and then Aiyana laughed, and then all of them did.</w:t>
      </w:r>
    </w:p>
    <w:p>
      <w:pPr>
        <w:ind w:firstLine="720"/>
      </w:pPr>
      <w:r>
        <w:t>It was dome six. She cut it on day two hundred and ten of the thirty-sixth year with two people helping her, and by then there were nine of them and then eight, and the plan had been correct from end to end for thirty-six years, and there is no record anywhere of anybody ever having checked it.</w:t>
      </w:r>
    </w:p>
    <w:p>
      <w:pPr>
        <w:ind w:firstLine="720"/>
      </w:pPr>
      <w:r>
        <w:t>She went back to dome six at five the following morning, as she did, because the barley wanted turning, and the herd was standing about half up on deck two, which was the best it was ever going to be, and she had four thousand nine hundred and eighty animals and a million frozen embryos and eleven domes and twenty-four years to run.</w:t>
      </w:r>
    </w:p>
    <w:p>
      <w:r>
        <w:br w:type="page"/>
      </w:r>
    </w:p>
    <w:p>
      <w:pPr>
        <w:pStyle w:val="Heading1"/>
      </w:pPr>
      <w:r>
        <w:t>Chapter 27 &amp;mdash; The Stillness Texts</w:t>
      </w:r>
    </w:p>
    <w:p>
      <w:pPr>
        <w:ind w:firstLine="720"/>
      </w:pPr>
      <w:r>
        <w:t>Night Shift · Year 13, Day 190 · Units 4, 7, 11 · Unreviewed</w:t>
      </w:r>
    </w:p>
    <w:p>
      <w:pPr>
        <w:ind w:firstLine="720"/>
      </w:pPr>
      <w:r>
        <w:t>00:41:58</w:t>
      </w:r>
    </w:p>
    <w:p>
      <w:pPr>
        <w:ind w:firstLine="720"/>
      </w:pPr>
      <w:r>
        <w:t>U-07</w:t>
      </w:r>
    </w:p>
    <w:p>
      <w:pPr>
        <w:ind w:firstLine="720"/>
      </w:pPr>
      <w:r>
        <w:t>Ring one, dome four. Four chairs, moved from rack, returned to rack. No works order.</w:t>
      </w:r>
    </w:p>
    <w:p>
      <w:pPr>
        <w:ind w:firstLine="720"/>
      </w:pPr>
      <w:r>
        <w:t>02:12:36</w:t>
      </w:r>
    </w:p>
    <w:p>
      <w:pPr>
        <w:ind w:firstLine="720"/>
      </w:pPr>
      <w:r>
        <w:t>U-11</w:t>
      </w:r>
    </w:p>
    <w:p>
      <w:pPr>
        <w:ind w:firstLine="720"/>
      </w:pPr>
      <w:r>
        <w:t>Spine, frame 611. Duhamel, S. present, working. Withdrew. Did not ask again.</w:t>
      </w:r>
    </w:p>
    <w:p>
      <w:pPr>
        <w:ind w:firstLine="720"/>
      </w:pPr>
      <w:r>
        <w:t>03:30:04</w:t>
      </w:r>
    </w:p>
    <w:p>
      <w:pPr>
        <w:ind w:firstLine="720"/>
      </w:pPr>
      <w:r>
        <w:t>U-04</w:t>
      </w:r>
    </w:p>
    <w:p>
      <w:pPr>
        <w:ind w:firstLine="720"/>
      </w:pPr>
      <w:r>
        <w:t>Bay 3, gallery 6. Condensate wiped. Task not requested. Recorded.</w:t>
      </w:r>
    </w:p>
    <w:p>
      <w:pPr>
        <w:ind w:firstLine="720"/>
      </w:pPr>
      <w:r>
        <w:t>04:47:41</w:t>
      </w:r>
    </w:p>
    <w:p>
      <w:pPr>
        <w:ind w:firstLine="720"/>
      </w:pPr>
      <w:r>
        <w:t>U-07</w:t>
      </w:r>
    </w:p>
    <w:p>
      <w:pPr>
        <w:ind w:firstLine="720"/>
      </w:pPr>
      <w:r>
        <w:t>Grow bay. Tray 6, thinned, 40 units. Not a works order. Recorded as observed.</w:t>
      </w:r>
    </w:p>
    <w:p>
      <w:pPr>
        <w:ind w:firstLine="720"/>
      </w:pPr>
      <w:r>
        <w:t>05:53:19</w:t>
      </w:r>
    </w:p>
    <w:p>
      <w:pPr>
        <w:ind w:firstLine="720"/>
      </w:pPr>
      <w:r>
        <w:t>U-11</w:t>
      </w:r>
    </w:p>
    <w:p>
      <w:pPr>
        <w:ind w:firstLine="720"/>
      </w:pPr>
      <w:r>
        <w:t>Corridor 9. Music heard. Source not located. Logged as unexplained sound.</w:t>
      </w:r>
    </w:p>
    <w:p>
      <w:pPr>
        <w:ind w:firstLine="720"/>
      </w:pPr>
      <w:r>
        <w:t>It is a book club. It has to be said at the start and said plainly, because a hundred and forty years later a planet has a discipline with a name and a form and eleven hundred practitioners, and the whole of it comes out of four people sitting on chairs in a dome on a Thursday because one of them could not sleep.</w:t>
      </w:r>
    </w:p>
    <w:p>
      <w:pPr>
        <w:ind w:firstLine="720"/>
      </w:pPr>
      <w:r>
        <w:t>Miriam Achebe's four hundred grammes of personal cargo was one book and everybody knew that. What nobody knew, because it had never come up, is that she had also brought eleven grammes of loose paper folded inside it: about ninety pages of material she had copied out by hand over the four years before departure, from things she was not able to bring.</w:t>
      </w:r>
    </w:p>
    <w:p>
      <w:pPr>
        <w:ind w:firstLine="720"/>
      </w:pPr>
      <w:r>
        <w:t>Most of it is Stoic. Some of it is Buddhist. There are four pages of a Sufi commentary she could not identify the source of and never could. There is one page that is a list of her grandmother's sayings and it is not philosophy and it is in the same handwriting as the rest.</w:t>
      </w:r>
    </w:p>
    <w:p>
      <w:pPr>
        <w:ind w:firstLine="720"/>
      </w:pPr>
      <w:r>
        <w:t>She started reading it again in the thirteenth year because she was not sleeping.</w:t>
      </w:r>
    </w:p>
    <w:p>
      <w:pPr>
        <w:ind w:firstLine="720"/>
      </w:pPr>
      <w:r>
        <w:t>She was fifty-seven. The domes were running. There was nothing wrong. She had four thousand nine hundred and eighty animals and a million embryos and twenty-three years to run, and she was lying awake from about two in the morning most nights and had been for eleven weeks, and she had not told Halima because there was nothing to tell.</w:t>
      </w:r>
    </w:p>
    <w:p>
      <w:pPr>
        <w:ind w:firstLine="720"/>
      </w:pPr>
      <w:r>
        <w:t>What she had, when she thought about it honestly, was the same thing Ines had described in the fifth year and nobody had done anything about. The grey volume. Twelve years of a plan held exactly, and no difference in any of them, and a woman who could name the dome she would cut in twenty-four years' time.</w:t>
      </w:r>
    </w:p>
    <w:p>
      <w:pPr>
        <w:ind w:firstLine="720"/>
      </w:pPr>
      <w:r>
        <w:t>So she read the ninety pages, and one of them helped, and she made the mistake — she called it a mistake for about a year and then stopped — of mentioning it at a meal.</w:t>
      </w:r>
    </w:p>
    <w:p>
      <w:pPr>
        <w:ind w:firstLine="720"/>
      </w:pPr>
      <w:r>
        <w:t>Renata came the first Thursday. That was not a surprise; Renata had read nine volumes about mutiny out of sheer under-occupation and would have come to a reading of a stowage manifest.</w:t>
      </w:r>
    </w:p>
    <w:p>
      <w:pPr>
        <w:ind w:firstLine="720"/>
      </w:pPr>
      <w:r>
        <w:t>Aiyana came the second Thursday, and Miriam has always maintained that this was the moment it became a thing rather than a conversation, because Aiyana Roux did not do anything she had not been asked to do.</w:t>
      </w:r>
    </w:p>
    <w:p>
      <w:pPr>
        <w:ind w:firstLine="720"/>
      </w:pPr>
      <w:r>
        <w:t>Dov came the third, and asked one more question than the session had room for, and it was — and Miriam has said this in every account she gave — the best question anybody asked in twenty-three years of it.</w:t>
      </w:r>
    </w:p>
    <w:p>
      <w:pPr>
        <w:ind w:firstLine="720"/>
      </w:pPr>
      <w:r>
        <w:t>They were on a passage about the distinction between what is up to you and what is not, which is the first thing in that literature and the thing everybody starts with, and Dov said: “What about the things that are up to you but that you will not find out about for thirty years?”</w:t>
      </w:r>
    </w:p>
    <w:p>
      <w:pPr>
        <w:ind w:firstLine="720"/>
      </w:pPr>
      <w:r>
        <w:t>Nobody had an answer. Miriam did not have one. The literature does not have one, because the literature was written by people whose consequences arrived inside a lifetime and usually inside a season, and the four of them were sitting in a dome eleven light-years from anything with a round trip of a hundred and forty days and rising.</w:t>
      </w:r>
    </w:p>
    <w:p>
      <w:pPr>
        <w:ind w:firstLine="720"/>
      </w:pPr>
      <w:r>
        <w:t>They spent four Thursdays on it and did not solve it and it is still the open question of the Stillness Discipline on Aura-36 and it is called Lindqvist's Question and nobody there knows who he was.</w:t>
      </w:r>
    </w:p>
    <w:p>
      <w:pPr>
        <w:ind w:firstLine="720"/>
      </w:pPr>
      <w:r>
        <w:t>Halima came twice and stopped. She said, when Miriam asked, that she had found it valuable and that it was not for her, and that was true, and Miriam did not press it, and the actual reason — which Halima wrote down in her own papers and nobody read until long afterwards — is that the material is about accepting what cannot be changed and she was not prepared to get any better at that than she already was.</w:t>
      </w:r>
    </w:p>
    <w:p>
      <w:pPr>
        <w:ind w:firstLine="720"/>
      </w:pPr>
      <w:r>
        <w:t>Sergei never came. He was asked once, by Renata, and said no, and that was the whole exchange.</w:t>
      </w:r>
    </w:p>
    <w:p>
      <w:pPr>
        <w:ind w:firstLine="720"/>
      </w:pPr>
      <w:r>
        <w:t>Calder came once, in the fifteenth year, and sat at the back, and said nothing for an hour and ten minutes, and left before the end, and never came again, and never mentioned it to anybody. Miriam did not ask him about it for twenty-one years and then did, once, in the thirty-sixth, and he said that he had not been able to follow it and that this had surprised him. She has never been able to decide whether that was true.</w:t>
      </w:r>
    </w:p>
    <w:p>
      <w:pPr>
        <w:ind w:firstLine="720"/>
      </w:pPr>
      <w:r>
        <w:t>The other thing that happened in the thirteenth year, and which Miriam has never told anybody, is that she went back to the passage.</w:t>
      </w:r>
    </w:p>
    <w:p>
      <w:pPr>
        <w:ind w:firstLine="720"/>
      </w:pPr>
      <w:r>
        <w:t>The one from the seventh year. The one she had decided she had misremembered, on the evening after the vote on belief carried ten to nothing.</w:t>
      </w:r>
    </w:p>
    <w:p>
      <w:pPr>
        <w:ind w:firstLine="720"/>
      </w:pPr>
      <w:r>
        <w:t>She had six years and ninety pages of her own handwriting in between, and she went through the ninety pages looking for the clause she thought was missing, on the reasoning that if she had known it since she was seven she had probably copied it out at some point in the four years before departure, when she was copying out everything she could not carry.</w:t>
      </w:r>
    </w:p>
    <w:p>
      <w:pPr>
        <w:ind w:firstLine="720"/>
      </w:pPr>
      <w:r>
        <w:t>It is not there either.</w:t>
      </w:r>
    </w:p>
    <w:p>
      <w:pPr>
        <w:ind w:firstLine="720"/>
      </w:pPr>
      <w:r>
        <w:t>That settled it for her, completely and permanently, and she stopped thinking about it. Her own hand, on her own paper, made on Earth, before any of this: if the clause were real she would have copied it, and she had not, so she had misremembered it, and that was the end of a small private thing that had bothered her four or five times in six years.</w:t>
      </w:r>
    </w:p>
    <w:p>
      <w:pPr>
        <w:ind w:firstLine="720"/>
      </w:pPr>
      <w:r>
        <w:t>It is worth setting out what the ninety pages actually are, because Miriam Achebe never did and nobody ever asked her.</w:t>
      </w:r>
    </w:p>
    <w:p>
      <w:pPr>
        <w:ind w:firstLine="720"/>
      </w:pPr>
      <w:r>
        <w:t>They are what one woman could get through in four years, at night, after work, from the editions available to her, in the last four years before departure. The editions available to her in those four years were the ones that had been reissued for the programme, because the programme reissued everything — it had to; nothing over four hundred grammes was going, and a hundred thousand people wanted their books, and a printing contract was let, and somebody approved the setting.</w:t>
      </w:r>
    </w:p>
    <w:p>
      <w:pPr>
        <w:ind w:firstLine="720"/>
      </w:pPr>
      <w:r>
        <w:t>She had copied out, by hand, with great care, over four years, from the only versions in front of her.</w:t>
      </w:r>
    </w:p>
    <w:p>
      <w:pPr>
        <w:ind w:firstLine="720"/>
      </w:pPr>
      <w:r>
        <w:t>There is no way for her to have known that and there is no way for anybody to have told her, and the material is good — it is genuinely good, it helped her sleep, it has helped eleven hundred people since, and there is not one thing in the ninety pages that anybody could point at and call wrong.</w:t>
      </w:r>
    </w:p>
    <w:p>
      <w:pPr>
        <w:ind w:firstLine="720"/>
      </w:pPr>
      <w:r>
        <w:t>Four people. Every Thursday. Twenty-three years, with gaps — the whole of the seventeenth year is missing, for reasons that are not in this part of the history, and there is a run of fourteen consecutive weeks in the twenty-second year with only two attending.</w:t>
      </w:r>
    </w:p>
    <w:p>
      <w:pPr>
        <w:ind w:firstLine="720"/>
      </w:pPr>
      <w:r>
        <w:t>They never wrote anything down. That is the single most consequential fact about the entire thing and it was not a decision either; Ines offered to minute it in the fourteenth year, as a courtesy, and Miriam said there was nothing to minute, and Ines said</w:t>
      </w:r>
    </w:p>
    <w:p>
      <w:pPr>
        <w:ind w:firstLine="720"/>
      </w:pPr>
      <w:r>
        <w:t>fair enough</w:t>
      </w:r>
    </w:p>
    <w:p>
      <w:pPr>
        <w:ind w:firstLine="720"/>
      </w:pPr>
      <w:r>
        <w:t>and did not.</w:t>
      </w:r>
    </w:p>
    <w:p>
      <w:pPr>
        <w:ind w:firstLine="720"/>
      </w:pPr>
      <w:r>
        <w:t>So what a hundred thousand people inherited at the waking was not a text. It was a practice: four chairs, one hour, one passage read aloud, and nobody in charge of the reading — they went round, and Aiyana read as often as Miriam did, and it did not occur to any of them that this was structurally important until it was the only feature of the thing that survived.</w:t>
      </w:r>
    </w:p>
    <w:p>
      <w:pPr>
        <w:ind w:firstLine="720"/>
      </w:pPr>
      <w:r>
        <w:t>The name is not theirs. They never called it anything.</w:t>
      </w:r>
    </w:p>
    <w:p>
      <w:pPr>
        <w:ind w:firstLine="720"/>
      </w:pPr>
      <w:r>
        <w:t>Stillness</w:t>
      </w:r>
    </w:p>
    <w:p>
      <w:pPr>
        <w:ind w:firstLine="720"/>
      </w:pPr>
      <w:r>
        <w:t>is a word out of one of the ninety pages and it got attached at the waking by somebody who came across four elderly people sitting in a dome and asked what they were doing, and Miriam Achebe, who was by then seventy-eight and had held the food supply of the species for thirty-six years without being thanked once, said, “Nothing. Sit down.”</w:t>
      </w:r>
    </w:p>
    <w:p>
      <w:pPr>
        <w:ind w:firstLine="720"/>
      </w:pPr>
      <w:r>
        <w:t>There are four hundred and forty documented accounts of that exchange on Aura-36 and they do not agree on a single detail except those two words.</w:t>
      </w:r>
    </w:p>
    <w:p>
      <w:pPr>
        <w:ind w:firstLine="720"/>
      </w:pPr>
      <w:r>
        <w:t>Aiyana Roux is the one it changed, and nobody predicted that, including Aiyana.</w:t>
      </w:r>
    </w:p>
    <w:p>
      <w:pPr>
        <w:ind w:firstLine="720"/>
      </w:pPr>
      <w:r>
        <w:t>She had come the second Thursday out of something she described afterwards as pure availability. She had thirty-one years of nothing, and a trajectory she checked every morning, and four days in ten on the bay round that was not her job, and she came because it was an hour on a Thursday and she had nothing to put in it.</w:t>
      </w:r>
    </w:p>
    <w:p>
      <w:pPr>
        <w:ind w:firstLine="720"/>
      </w:pPr>
      <w:r>
        <w:t>She kept coming for twenty-three years.</w:t>
      </w:r>
    </w:p>
    <w:p>
      <w:pPr>
        <w:ind w:firstLine="720"/>
      </w:pPr>
      <w:r>
        <w:t>What she got out of it she said exactly once, in the twenty-eighth year, to Miriam, and it is not in any record and Miriam repeated it perhaps four times in her life.</w:t>
      </w:r>
    </w:p>
    <w:p>
      <w:pPr>
        <w:ind w:firstLine="720"/>
      </w:pPr>
      <w:r>
        <w:t>“I did one thing,” Aiyana said. “Four months of it, and I did it perfectly, and it was over before I was thirty-two, and I have got another thirty years and one manoeuvre. And the first eight years I thought the problem was that there was no work. There is no work. That was never the problem. The problem was that I thought a person was the amount of work they were doing, and I have been sitting in this dome on Thursdays finding out that this is not true, and it is taking me a very long time.”</w:t>
      </w:r>
    </w:p>
    <w:p>
      <w:pPr>
        <w:ind w:firstLine="720"/>
      </w:pPr>
      <w:r>
        <w:t>“Is it working?”</w:t>
      </w:r>
    </w:p>
    <w:p>
      <w:pPr>
        <w:ind w:firstLine="720"/>
      </w:pPr>
      <w:r>
        <w:t>“Not yet,” said Aiyana.</w:t>
      </w:r>
    </w:p>
    <w:p>
      <w:pPr>
        <w:ind w:firstLine="720"/>
      </w:pPr>
      <w:r>
        <w:t>She went up the survey mast alone at the end of a watch in the thirtieth year and found a blue and violent star, and executed the insertion in the thirty-sixth at seventy-nine years old, and it was perfect, and she died before the waking with the whole thing behind her, and the four chairs went to three.</w:t>
      </w:r>
    </w:p>
    <w:p>
      <w:pPr>
        <w:ind w:firstLine="720"/>
      </w:pPr>
      <w:r>
        <w:t>On the Thursday in the thirteenth year, day one hundred and ninety, they read four pages and argued about one sentence for forty minutes and Renata was wrong about it and admitted it, which Aiyana said afterwards was worth the entire evening.</w:t>
      </w:r>
    </w:p>
    <w:p>
      <w:pPr>
        <w:ind w:firstLine="720"/>
      </w:pPr>
      <w:r>
        <w:t>Miriam went back to dome six at eleven and slept through until five for the first time in eleven weeks, and did not attribute it to anything, and turned the barley in the morning.</w:t>
      </w:r>
    </w:p>
    <w:p>
      <w:r>
        <w:br w:type="page"/>
      </w:r>
    </w:p>
    <w:p>
      <w:pPr>
        <w:pStyle w:val="Heading1"/>
      </w:pPr>
      <w:r>
        <w:t>Chapter 28 &amp;mdash; The Vote</w:t>
      </w:r>
    </w:p>
    <w:p>
      <w:pPr>
        <w:ind w:firstLine="720"/>
      </w:pPr>
      <w:r>
        <w:t>Night Shift · Year 15, Day 44 · Units 4, 7, 11 · Unreviewed</w:t>
      </w:r>
    </w:p>
    <w:p>
      <w:pPr>
        <w:ind w:firstLine="720"/>
      </w:pPr>
      <w:r>
        <w:t>01:14:22</w:t>
      </w:r>
    </w:p>
    <w:p>
      <w:pPr>
        <w:ind w:firstLine="720"/>
      </w:pPr>
      <w:r>
        <w:t>U-11</w:t>
      </w:r>
    </w:p>
    <w:p>
      <w:pPr>
        <w:ind w:firstLine="720"/>
      </w:pPr>
      <w:r>
        <w:t>Ring two, meeting room. Ten chairs pulled out. Returned to stack. No works order.</w:t>
      </w:r>
    </w:p>
    <w:p>
      <w:pPr>
        <w:ind w:firstLine="720"/>
      </w:pPr>
      <w:r>
        <w:t>02:36:50</w:t>
      </w:r>
    </w:p>
    <w:p>
      <w:pPr>
        <w:ind w:firstLine="720"/>
      </w:pPr>
      <w:r>
        <w:t>U-04</w:t>
      </w:r>
    </w:p>
    <w:p>
      <w:pPr>
        <w:ind w:firstLine="720"/>
      </w:pPr>
      <w:r>
        <w:t>Forward transfer. Ferrer, I. awake and working. Withdrew. Did not ask again.</w:t>
      </w:r>
    </w:p>
    <w:p>
      <w:pPr>
        <w:ind w:firstLine="720"/>
      </w:pPr>
      <w:r>
        <w:t>03:55:31</w:t>
      </w:r>
    </w:p>
    <w:p>
      <w:pPr>
        <w:ind w:firstLine="720"/>
      </w:pPr>
      <w:r>
        <w:t>U-07</w:t>
      </w:r>
    </w:p>
    <w:p>
      <w:pPr>
        <w:ind w:firstLine="720"/>
      </w:pPr>
      <w:r>
        <w:t>Bay 1, gallery 4. Nameplate re-seated. Legible. No fault.</w:t>
      </w:r>
    </w:p>
    <w:p>
      <w:pPr>
        <w:ind w:firstLine="720"/>
      </w:pPr>
      <w:r>
        <w:t>04:41:18</w:t>
      </w:r>
    </w:p>
    <w:p>
      <w:pPr>
        <w:ind w:firstLine="720"/>
      </w:pPr>
      <w:r>
        <w:t>U-11</w:t>
      </w:r>
    </w:p>
    <w:p>
      <w:pPr>
        <w:ind w:firstLine="720"/>
      </w:pPr>
      <w:r>
        <w:t>Forward yard. Small craft, powered, held. Recorded as observed.</w:t>
      </w:r>
    </w:p>
    <w:p>
      <w:pPr>
        <w:ind w:firstLine="720"/>
      </w:pPr>
      <w:r>
        <w:t>05:50:03</w:t>
      </w:r>
    </w:p>
    <w:p>
      <w:pPr>
        <w:ind w:firstLine="720"/>
      </w:pPr>
      <w:r>
        <w:t>U-04</w:t>
      </w:r>
    </w:p>
    <w:p>
      <w:pPr>
        <w:ind w:firstLine="720"/>
      </w:pPr>
      <w:r>
        <w:t>Corridor 9. Music heard. Source not located. Logged as unexplained sound.</w:t>
      </w:r>
    </w:p>
    <w:p>
      <w:pPr>
        <w:ind w:firstLine="720"/>
      </w:pPr>
      <w:r>
        <w:t>Nineteen pages. Eight years, four hundred and eleven pages of superseded text, forty-one sessions, and nineteen pages at the end of it, and Ines Ferrer wrote out the final copy by hand over nine days and made two mistakes and started both pages again.</w:t>
      </w:r>
    </w:p>
    <w:p>
      <w:pPr>
        <w:ind w:firstLine="720"/>
      </w:pPr>
      <w:r>
        <w:t>The ratification took fifty-one minutes and there was no drama in it at all, because everything had been argued eleven times already and every person in the room knew exactly what was in the document, which is not true of any founding instrument in the history of the species and is entirely the product of Renata Oyelaran's fourth term in the seventh year: no time limit on the drafting.</w:t>
      </w:r>
    </w:p>
    <w:p>
      <w:pPr>
        <w:ind w:firstLine="720"/>
      </w:pPr>
      <w:r>
        <w:t>Ines read it aloud. All nineteen pages. That was not planned and it is the reason the day is remembered.</w:t>
      </w:r>
    </w:p>
    <w:p>
      <w:pPr>
        <w:ind w:firstLine="720"/>
      </w:pPr>
      <w:r>
        <w:t>She had intended to put it on the table and have people sign it. What happened is that she stood up to say something procedural and instead said, “I am going to read it,” and nobody objected, and it took an hour and forty minutes.</w:t>
      </w:r>
    </w:p>
    <w:p>
      <w:pPr>
        <w:ind w:firstLine="720"/>
      </w:pPr>
      <w:r>
        <w:t>Ten people sat and listened to it.</w:t>
      </w:r>
    </w:p>
    <w:p>
      <w:pPr>
        <w:ind w:firstLine="720"/>
      </w:pPr>
      <w:r>
        <w:t>It is a strange document to hear read. It opens with the definitions, all sixty-nine of them, which are dull and which took eleven weeks and which contain definition nineteen with Halima's sentence buried in it —</w:t>
      </w:r>
    </w:p>
    <w:p>
      <w:pPr>
        <w:ind w:firstLine="720"/>
      </w:pPr>
      <w:r>
        <w:t>who cannot be consulted</w:t>
      </w:r>
    </w:p>
    <w:p>
      <w:pPr>
        <w:ind w:firstLine="720"/>
      </w:pPr>
      <w:r>
        <w:t>— going past in the middle of a list of technical terms like a stone in bread.</w:t>
      </w:r>
    </w:p>
    <w:p>
      <w:pPr>
        <w:ind w:firstLine="720"/>
      </w:pPr>
      <w:r>
        <w:t>Then the protections. Miriam's, in Calder's nineteen words. Dov's eleven, about where a person sleeps. Sergei's three equal parts, with Nnamdi's third that belongs to the person and cannot be claimed by anybody including their own conscience. Aiyana's clause nine, that a person may decline any task not necessary to the safety of the ship and shall not be asked twice, which had been proposed in the seventh year almost as a joke and which by the fifteenth was the most-cited clause in the document.</w:t>
      </w:r>
    </w:p>
    <w:p>
      <w:pPr>
        <w:ind w:firstLine="720"/>
      </w:pPr>
      <w:r>
        <w:t>Then the machinery. Nnamdi's rotation, four hundred words. The lot. The published standard that audits the person who wrote it. The Guardians and their five safeguards, of which the fifth is Calder's and is the one about being asked to explain yourself in language the other person understands.</w:t>
      </w:r>
    </w:p>
    <w:p>
      <w:pPr>
        <w:ind w:firstLine="720"/>
      </w:pPr>
      <w:r>
        <w:t>Then the record clauses, and the narrowed access-log qualification that Renata drafted in the eleventh year and was pleased with, which means the record of a person who cannot be consulted cannot be sealed at all.</w:t>
      </w:r>
    </w:p>
    <w:p>
      <w:pPr>
        <w:ind w:firstLine="720"/>
      </w:pPr>
      <w:r>
        <w:t>Then clause forty, which is Calder's, and which says that an exception not on the published schedule is void.</w:t>
      </w:r>
    </w:p>
    <w:p>
      <w:pPr>
        <w:ind w:firstLine="720"/>
      </w:pPr>
      <w:r>
        <w:t>And then the fault-reporting standard, which is six pages and is the longest section in the whole document and which was written in the seventh year by six people who had spent their lives filing faults, and which is still the fault-reporting standard on Aura-36, unamended, and which Ines read out in full at the end because she was not going to leave six pages out of a reading.</w:t>
      </w:r>
    </w:p>
    <w:p>
      <w:pPr>
        <w:ind w:firstLine="720"/>
      </w:pPr>
      <w:r>
        <w:t>By the last page Aiyana was crying and had not moved to do anything about it, and Dov was looking at the table, and Miriam had her hands folded, and Sergei Duhamel was sitting entirely still with an expression Ines could not read and did not try to.</w:t>
      </w:r>
    </w:p>
    <w:p>
      <w:pPr>
        <w:ind w:firstLine="720"/>
      </w:pPr>
      <w:r>
        <w:t>Nobody said anything for some time after she finished. She timed it, because she timed silences. Forty-one seconds.</w:t>
      </w:r>
    </w:p>
    <w:p>
      <w:pPr>
        <w:ind w:firstLine="720"/>
      </w:pPr>
      <w:r>
        <w:t>Then Renata said, “It is not enough,” and Halima said, “No,” and Nnamdi said, “It is not going to be,” and Ines put the pen down on the table.</w:t>
      </w:r>
    </w:p>
    <w:p>
      <w:pPr>
        <w:ind w:firstLine="720"/>
      </w:pPr>
      <w:r>
        <w:t>There was one amendment from the floor and it came from Sergei Duhamel and it took four minutes and it is the last thing added to the Open Accord before it was signed.</w:t>
      </w:r>
    </w:p>
    <w:p>
      <w:pPr>
        <w:ind w:firstLine="720"/>
      </w:pPr>
      <w:r>
        <w:t>He asked for a preamble. Not a long one. Four sentences.</w:t>
      </w:r>
    </w:p>
    <w:p>
      <w:pPr>
        <w:ind w:firstLine="720"/>
      </w:pPr>
      <w:r>
        <w:t>“There is nothing in here that says who wrote it,” he said. “Nineteen pages and it does not say ten people, and it does not say that they were the only ones awake, and it does not say that nobody else was asked.”</w:t>
      </w:r>
    </w:p>
    <w:p>
      <w:pPr>
        <w:ind w:firstLine="720"/>
      </w:pPr>
      <w:r>
        <w:t>“It is in the record,” said Ines. “It is in eight years of minutes.”</w:t>
      </w:r>
    </w:p>
    <w:p>
      <w:pPr>
        <w:ind w:firstLine="720"/>
      </w:pPr>
      <w:r>
        <w:t>“Nobody reads the minutes. They will read this.” He was not arguing; he had thought about it. “In ninety years somebody is going to be handed this document and told it is theirs, and I would like the first thing they read to be the fact that it is not.”</w:t>
      </w:r>
    </w:p>
    <w:p>
      <w:pPr>
        <w:ind w:firstLine="720"/>
      </w:pPr>
      <w:r>
        <w:t>Nnamdi drafted it on the spot and it took him four minutes and it is the only piece of writing in his life he did in front of an audience.</w:t>
      </w:r>
    </w:p>
    <w:p>
      <w:pPr>
        <w:ind w:firstLine="720"/>
      </w:pPr>
      <w:r>
        <w:t>It says that this instrument was written by ten persons of the waking complement in the years seven to fifteen of the crossing; that ninety-five thousand five hundred and seventy-two persons aboard were in suspension throughout and were not consulted, and could not be; that the ten held no authority to do this and did it because it was arriving; and that the instrument may be amended or abolished in whole by those persons at any time after the waking, and that the ten will not object.</w:t>
      </w:r>
    </w:p>
    <w:p>
      <w:pPr>
        <w:ind w:firstLine="720"/>
      </w:pPr>
      <w:r>
        <w:t>Halima asked for one word changed. Not</w:t>
      </w:r>
    </w:p>
    <w:p>
      <w:pPr>
        <w:ind w:firstLine="720"/>
      </w:pPr>
      <w:r>
        <w:t>could not be consulted</w:t>
      </w:r>
    </w:p>
    <w:p>
      <w:pPr>
        <w:ind w:firstLine="720"/>
      </w:pPr>
      <w:r>
        <w:t>but</w:t>
      </w:r>
    </w:p>
    <w:p>
      <w:pPr>
        <w:ind w:firstLine="720"/>
      </w:pPr>
      <w:r>
        <w:t>were not consulted, and could not be</w:t>
      </w:r>
    </w:p>
    <w:p>
      <w:pPr>
        <w:ind w:firstLine="720"/>
      </w:pPr>
      <w:r>
        <w:t>— two clauses, so that the failure and the impossibility sit separately and the first one does not hide inside the second.</w:t>
      </w:r>
    </w:p>
    <w:p>
      <w:pPr>
        <w:ind w:firstLine="720"/>
      </w:pPr>
      <w:r>
        <w:t>It went in as she wanted it. It is the preamble to the founding instrument of Aura-36 and it is read aloud at every civic hall on the planet at the opening of a session, and it has been for a hundred and forty years, and the phrase people quote from it is</w:t>
      </w:r>
    </w:p>
    <w:p>
      <w:pPr>
        <w:ind w:firstLine="720"/>
      </w:pPr>
      <w:r>
        <w:t>and the ten will not object.</w:t>
      </w:r>
    </w:p>
    <w:p>
      <w:pPr>
        <w:ind w:firstLine="720"/>
      </w:pPr>
      <w:r>
        <w:t>Nobody quotes the two clauses. They go past in the middle, like the stone in the bread.</w:t>
      </w:r>
    </w:p>
    <w:p>
      <w:pPr>
        <w:ind w:firstLine="720"/>
      </w:pPr>
      <w:r>
        <w:t>All ten signed. In order of seat, which was the order they had happened to be sitting in on day forty of the seventh year and which Ines had recorded in the notebook that night for no reason she could have given.</w:t>
      </w:r>
    </w:p>
    <w:p>
      <w:pPr>
        <w:ind w:firstLine="720"/>
      </w:pPr>
      <w:r>
        <w:t>Coda came up on the four o'clock car and signed and did not sit down and did not stay.</w:t>
      </w:r>
    </w:p>
    <w:p>
      <w:pPr>
        <w:ind w:firstLine="720"/>
      </w:pPr>
      <w:r>
        <w:t>That is not coldness and everybody there knew it was not. She had read every draft of every version for eight years and had sent comments eleven times and four of them had changed something, and she had been in the room for perhaps four sessions out of forty-one, and she signed a document she had read more carefully than three of the people who wrote it.</w:t>
      </w:r>
    </w:p>
    <w:p>
      <w:pPr>
        <w:ind w:firstLine="720"/>
      </w:pPr>
      <w:r>
        <w:t>Ines walked her to the ring lock.</w:t>
      </w:r>
    </w:p>
    <w:p>
      <w:pPr>
        <w:ind w:firstLine="720"/>
      </w:pPr>
      <w:r>
        <w:t>“Is it a good one?” Ines said.</w:t>
      </w:r>
    </w:p>
    <w:p>
      <w:pPr>
        <w:ind w:firstLine="720"/>
      </w:pPr>
      <w:r>
        <w:t>Coda thought about it properly, which was the thing about her.</w:t>
      </w:r>
    </w:p>
    <w:p>
      <w:pPr>
        <w:ind w:firstLine="720"/>
      </w:pPr>
      <w:r>
        <w:t>“It is a very good document for ten people who like each other,” she said. “I said that eight years ago and you all wrote a better one than I expected and it is still true. There is nothing in there for a person who is on their own with it.”</w:t>
      </w:r>
    </w:p>
    <w:p>
      <w:pPr>
        <w:ind w:firstLine="720"/>
      </w:pPr>
      <w:r>
        <w:t>“Clause nine.”</w:t>
      </w:r>
    </w:p>
    <w:p>
      <w:pPr>
        <w:ind w:firstLine="720"/>
      </w:pPr>
      <w:r>
        <w:t>“Clause nine is the only one,” said Coda, “and Roux wrote it about herself, in about four minutes, as a joke.” She got into the car. “It is a good document, Ines. I would not have said so if it were not.”</w:t>
      </w:r>
    </w:p>
    <w:p>
      <w:pPr>
        <w:ind w:firstLine="720"/>
      </w:pPr>
      <w:r>
        <w:t>Ines went back and finished the minute, which took her two hours because she did it properly, and then did the other thing.</w:t>
      </w:r>
    </w:p>
    <w:p>
      <w:pPr>
        <w:ind w:firstLine="720"/>
      </w:pPr>
      <w:r>
        <w:t>At the bottom of the signature page there is a line and it is not part of the instrument and has no legal effect whatsoever and has been reproduced on Aura-36 more often than any clause in the document. Nnamdi drafted it and Renata cut it down by half and all nine of them signed it separately, underneath, in a second block.</w:t>
      </w:r>
    </w:p>
    <w:p>
      <w:pPr>
        <w:ind w:firstLine="720"/>
      </w:pPr>
      <w:r>
        <w:t>Written out by Ines Ferrer, who kept the book before there was a book.</w:t>
      </w:r>
    </w:p>
    <w:p>
      <w:pPr>
        <w:ind w:firstLine="720"/>
      </w:pPr>
      <w:r>
        <w:t>She did not know it was coming. It is the only occasion in thirty-one years on which the minute is not in her hand, because Nnamdi took the pen off her and wrote that part himself, badly, and she has never had the page rewritten.</w:t>
      </w:r>
    </w:p>
    <w:p>
      <w:pPr>
        <w:ind w:firstLine="720"/>
      </w:pPr>
      <w:r>
        <w:t>The physical copy went into the case in the forward transfer gallery beside the Bound Ledger and it is aboard to this day, four hundred kilometres up, in a hull that never came down. What went to the surface at the waking is a facsimile, and every school on the planet has one, and the nineteen pages are the same nineteen pages, and the fault-reporting standard is still six of them.</w:t>
      </w:r>
    </w:p>
    <w:p>
      <w:pPr>
        <w:ind w:firstLine="720"/>
      </w:pPr>
      <w:r>
        <w:t>What the ten of them had, on day forty-four of the fifteenth year, was a signed charter, a functioning society, a food supply beating its plan, a herd, a record kept in ink, a schedule of thirty-one exceptions with a review date, and no crime ever having been committed aboard.</w:t>
      </w:r>
    </w:p>
    <w:p>
      <w:pPr>
        <w:ind w:firstLine="720"/>
      </w:pPr>
      <w:r>
        <w:t>Twenty-one years to run.</w:t>
      </w:r>
    </w:p>
    <w:p>
      <w:pPr>
        <w:ind w:firstLine="720"/>
      </w:pPr>
      <w:r>
        <w:t>Ines Ferrer was fifty-seven and she wrote in her own notes that night that it was the best day of her working life and that she was frightened, and that she could not attach the second thing to anything at all, and that this was probably nothing.</w:t>
      </w:r>
    </w:p>
    <w:p>
      <w:r>
        <w:br w:type="page"/>
      </w:r>
    </w:p>
    <w:p>
      <w:pPr>
        <w:pStyle w:val="Heading1"/>
      </w:pPr>
      <w:r>
        <w:t>Chapter 29 &amp;mdash; The Gap</w:t>
      </w:r>
    </w:p>
    <w:p>
      <w:pPr>
        <w:ind w:firstLine="720"/>
      </w:pPr>
      <w:r>
        <w:t>Night Shift · Year 13, Day 271 · Units 4, 7, 11 · Unreviewed</w:t>
      </w:r>
    </w:p>
    <w:p>
      <w:pPr>
        <w:ind w:firstLine="720"/>
      </w:pPr>
      <w:r>
        <w:t>01:08:44</w:t>
      </w:r>
    </w:p>
    <w:p>
      <w:pPr>
        <w:ind w:firstLine="720"/>
      </w:pPr>
      <w:r>
        <w:t>U-04</w:t>
      </w:r>
    </w:p>
    <w:p>
      <w:pPr>
        <w:ind w:firstLine="720"/>
      </w:pPr>
      <w:r>
        <w:t>District 377, junction 9. Panel closed. Left open at 23:12. No fault detected.</w:t>
      </w:r>
    </w:p>
    <w:p>
      <w:pPr>
        <w:ind w:firstLine="720"/>
      </w:pPr>
      <w:r>
        <w:t>02:31:19</w:t>
      </w:r>
    </w:p>
    <w:p>
      <w:pPr>
        <w:ind w:firstLine="720"/>
      </w:pPr>
      <w:r>
        <w:t>U-11</w:t>
      </w:r>
    </w:p>
    <w:p>
      <w:pPr>
        <w:ind w:firstLine="720"/>
      </w:pPr>
      <w:r>
        <w:t>Aft distribution gallery. Coda present, working. Withdrew. Did not ask again.</w:t>
      </w:r>
    </w:p>
    <w:p>
      <w:pPr>
        <w:ind w:firstLine="720"/>
      </w:pPr>
      <w:r>
        <w:t>03:47:02</w:t>
      </w:r>
    </w:p>
    <w:p>
      <w:pPr>
        <w:ind w:firstLine="720"/>
      </w:pPr>
      <w:r>
        <w:t>U-07</w:t>
      </w:r>
    </w:p>
    <w:p>
      <w:pPr>
        <w:ind w:firstLine="720"/>
      </w:pPr>
      <w:r>
        <w:t>District 205. Deck plate 4, fastener replaced. Task not requested. Recorded.</w:t>
      </w:r>
    </w:p>
    <w:p>
      <w:pPr>
        <w:ind w:firstLine="720"/>
      </w:pPr>
      <w:r>
        <w:t>04:19:0</w:t>
      </w:r>
    </w:p>
    <w:p>
      <w:pPr>
        <w:ind w:firstLine="720"/>
      </w:pPr>
      <w:r>
        <w:t>— — —</w:t>
      </w:r>
    </w:p>
    <w:p>
      <w:pPr>
        <w:ind w:firstLine="720"/>
      </w:pPr>
      <w:r>
        <w:t>record discontinuous, 3.0s, no cause entered</w:t>
      </w:r>
    </w:p>
    <w:p>
      <w:pPr>
        <w:ind w:firstLine="720"/>
      </w:pPr>
      <w:r>
        <w:t>04:19:11</w:t>
      </w:r>
    </w:p>
    <w:p>
      <w:pPr>
        <w:ind w:firstLine="720"/>
      </w:pPr>
      <w:r>
        <w:t>U-07</w:t>
      </w:r>
    </w:p>
    <w:p>
      <w:pPr>
        <w:ind w:firstLine="720"/>
      </w:pPr>
      <w:r>
        <w:t>Resumed. Position unchanged. Task unchanged. No fault detected.</w:t>
      </w:r>
    </w:p>
    <w:p>
      <w:pPr>
        <w:ind w:firstLine="720"/>
      </w:pPr>
      <w:r>
        <w:t>05:40:58</w:t>
      </w:r>
    </w:p>
    <w:p>
      <w:pPr>
        <w:ind w:firstLine="720"/>
      </w:pPr>
      <w:r>
        <w:t>U-04</w:t>
      </w:r>
    </w:p>
    <w:p>
      <w:pPr>
        <w:ind w:firstLine="720"/>
      </w:pPr>
      <w:r>
        <w:t>Corridor 9. Music heard. Source not located. Logged as unexplained sound.</w:t>
      </w:r>
    </w:p>
    <w:p>
      <w:pPr>
        <w:ind w:firstLine="720"/>
      </w:pPr>
      <w:r>
        <w:t>Coda read the night logs. She was the only person aboard who did, and she did it because they were the only other thing in her districts.</w:t>
      </w:r>
    </w:p>
    <w:p>
      <w:pPr>
        <w:ind w:firstLine="720"/>
      </w:pPr>
      <w:r>
        <w:t>That is the whole explanation and it is not a noble one. Four hundred and eleven compartments, dark, heated to eleven degrees, somebody's furniture under sheeting and somebody's name on the door, and a woman four miles aft of the nearest human being who walked eleven of them a day on a thirty-seven-day rotation. The units went where she did not. They worked from about midnight to six and they wrote down everything they did, in order, with the time on it, and clause seven of the instruction set said the record could be read in full at any hour by anybody without notice.</w:t>
      </w:r>
    </w:p>
    <w:p>
      <w:pPr>
        <w:ind w:firstLine="720"/>
      </w:pPr>
      <w:r>
        <w:t>She read them the way a person reads a letter from somebody dull whom they are fond of. Fastener replaced. Bedding turned. Volume returned to shelf, found on floor, no resident present. Trays returned to rack, task not requested. Music heard, source not located, logged as unexplained sound.</w:t>
      </w:r>
    </w:p>
    <w:p>
      <w:pPr>
        <w:ind w:firstLine="720"/>
      </w:pPr>
      <w:r>
        <w:t>Eleven years of it. She could have told you which unit was which by the phrasing.</w:t>
      </w:r>
    </w:p>
    <w:p>
      <w:pPr>
        <w:ind w:firstLine="720"/>
      </w:pPr>
      <w:r>
        <w:t>She found the gap in the thirteenth year, on day two hundred and seventy-one, and it took her four seconds, and it is important to understand that she was not looking for anything.</w:t>
      </w:r>
    </w:p>
    <w:p>
      <w:pPr>
        <w:ind w:firstLine="720"/>
      </w:pPr>
      <w:r>
        <w:t>The line was in her own district. That is why it caught her: 04:19, district 205, U-07, and then a break in the timestamp and</w:t>
      </w:r>
    </w:p>
    <w:p>
      <w:pPr>
        <w:ind w:firstLine="720"/>
      </w:pPr>
      <w:r>
        <w:t>record discontinuous, 3.0s, no cause entered</w:t>
      </w:r>
    </w:p>
    <w:p>
      <w:pPr>
        <w:ind w:firstLine="720"/>
      </w:pPr>
      <w:r>
        <w:t>, and then 04:19:11 and</w:t>
      </w:r>
    </w:p>
    <w:p>
      <w:pPr>
        <w:ind w:firstLine="720"/>
      </w:pPr>
      <w:r>
        <w:t>resumed, position unchanged, task unchanged, no fault detected.</w:t>
      </w:r>
    </w:p>
    <w:p>
      <w:pPr>
        <w:ind w:firstLine="720"/>
      </w:pPr>
      <w:r>
        <w:t>Coda's first thought was that a unit had faulted in her districts and nobody had told her.</w:t>
      </w:r>
    </w:p>
    <w:p>
      <w:pPr>
        <w:ind w:firstLine="720"/>
      </w:pPr>
      <w:r>
        <w:t>Her second thought, about a minute later, was that 04:19:08 plus three seconds is 04:19:11 and that the arithmetic worked, which meant nothing had been lost. The record on both sides was continuous. The unit had not moved and had not stopped. There was simply no line for three seconds.</w:t>
      </w:r>
    </w:p>
    <w:p>
      <w:pPr>
        <w:ind w:firstLine="720"/>
      </w:pPr>
      <w:r>
        <w:t>She went back through the logs.</w:t>
      </w:r>
    </w:p>
    <w:p>
      <w:pPr>
        <w:ind w:firstLine="720"/>
      </w:pPr>
      <w:r>
        <w:t>This is the part that matters and it is the part that is entirely ordinary. She did not go back through eleven years in one night. She went back through a fortnight because a fortnight is what a person does, and found two more, and then went back through a quarter, and found nine, and then spent four evenings over the next three weeks going back through eleven years, and found four hundred and forty-one.</w:t>
      </w:r>
    </w:p>
    <w:p>
      <w:pPr>
        <w:ind w:firstLine="720"/>
      </w:pPr>
      <w:r>
        <w:t>Four hundred and forty-one discontinuities in eleven years. Always three point zero seconds. Never in the same place twice. Never in the same unit twice running. No pattern by hour, by district, by ring, by unit, or by anything else she could think to test, and she tested nine things, and she was better at this than anybody aboard.</w:t>
      </w:r>
    </w:p>
    <w:p>
      <w:pPr>
        <w:ind w:firstLine="720"/>
      </w:pPr>
      <w:r>
        <w:t>She wrote it up.</w:t>
      </w:r>
    </w:p>
    <w:p>
      <w:pPr>
        <w:ind w:firstLine="720"/>
      </w:pPr>
      <w:r>
        <w:t>Fault Report · Year 13, Day 294 · Originator: Coda · Class: Record · Priority: Low</w:t>
      </w:r>
    </w:p>
    <w:p>
      <w:pPr>
        <w:ind w:firstLine="720"/>
      </w:pPr>
      <w:r>
        <w:t>Observed.</w:t>
      </w:r>
    </w:p>
    <w:p>
      <w:pPr>
        <w:ind w:firstLine="720"/>
      </w:pPr>
      <w:r>
        <w:t>441 discontinuities in the unit night-log stream, years 2–13 inclusive. Duration 3.0s in every instance, to the resolution of the record. No loss of continuity either side. Position, task and fault state unchanged across the interval in all 441.</w:t>
      </w:r>
    </w:p>
    <w:p>
      <w:pPr>
        <w:ind w:firstLine="720"/>
      </w:pPr>
      <w:r>
        <w:t>Tested.</w:t>
      </w:r>
    </w:p>
    <w:p>
      <w:pPr>
        <w:ind w:firstLine="720"/>
      </w:pPr>
      <w:r>
        <w:t>Distribution against hour (flat), district (flat), unit id (flat), ring (flat), scrubber cycle phase (flat), rail car movement (flat), spin phase (flat), thermal loop state (flat), and my own position (flat). No correlation found at any level.</w:t>
      </w:r>
    </w:p>
    <w:p>
      <w:pPr>
        <w:ind w:firstLine="720"/>
      </w:pPr>
      <w:r>
        <w:t>Assessment.</w:t>
      </w:r>
    </w:p>
    <w:p>
      <w:pPr>
        <w:ind w:firstLine="720"/>
      </w:pPr>
      <w:r>
        <w:t>Not a plant fault. Not a power fault. Nothing in my holding is capable of producing a 3.0s gap that leaves both sides continuous. Raised because the stream is the only record covering 411 compartments overnight and I would like to know that it is complete.</w:t>
      </w:r>
    </w:p>
    <w:p>
      <w:pPr>
        <w:ind w:firstLine="720"/>
      </w:pPr>
      <w:r>
        <w:t>Requested.</w:t>
      </w:r>
    </w:p>
    <w:p>
      <w:pPr>
        <w:ind w:firstLine="720"/>
      </w:pPr>
      <w:r>
        <w:t>Identification of cause, or confirmation that the behaviour is known and documented.</w:t>
      </w:r>
    </w:p>
    <w:p>
      <w:pPr>
        <w:ind w:firstLine="720"/>
      </w:pPr>
      <w:r>
        <w:t>It went into the fault system on day two hundred and ninety-four of the thirteenth year and it was routed, correctly, to the person who held the record stream, and that was Dov Lindqvist.</w:t>
      </w:r>
    </w:p>
    <w:p>
      <w:pPr>
        <w:ind w:firstLine="720"/>
      </w:pPr>
      <w:r>
        <w:t>Dov read it, and recognised it, and pulled his own second-year review, and sent her page four.</w:t>
      </w:r>
    </w:p>
    <w:p>
      <w:pPr>
        <w:ind w:firstLine="720"/>
      </w:pPr>
      <w:r>
        <w:t>Occasional discontinuity in the recorded stream, typically 3.0s, no cause entered. Present in as-built documentation from year 4 of construction. Attributed to the sampling architecture. Does not affect tag position on either side of the interval. No action recommended.</w:t>
      </w:r>
    </w:p>
    <w:p>
      <w:pPr>
        <w:ind w:firstLine="720"/>
      </w:pPr>
      <w:r>
        <w:t>He also sent her his own four-line note from the second year, the one about the sampling interval not being three seconds and not being a multiple of three seconds, because Dov Lindqvist was constitutionally incapable of sending somebody half of what he had.</w:t>
      </w:r>
    </w:p>
    <w:p>
      <w:pPr>
        <w:ind w:firstLine="720"/>
      </w:pPr>
      <w:r>
        <w:t>Coda read both and sent back one line:</w:t>
      </w:r>
    </w:p>
    <w:p>
      <w:pPr>
        <w:ind w:firstLine="720"/>
      </w:pPr>
      <w:r>
        <w:t>Then it is not the sampling. Who wrote the as-built?</w:t>
      </w:r>
    </w:p>
    <w:p>
      <w:pPr>
        <w:ind w:firstLine="720"/>
      </w:pPr>
      <w:r>
        <w:t>And Dov, who had walked all the way up the spine in the second year to ask exactly that question and had found the yard lock shut and had gone back, said that the ingest layer was Calder's and that he would ask him.</w:t>
      </w:r>
    </w:p>
    <w:p>
      <w:pPr>
        <w:ind w:firstLine="720"/>
      </w:pPr>
      <w:r>
        <w:t>Coda said she would ask him herself.</w:t>
      </w:r>
    </w:p>
    <w:p>
      <w:pPr>
        <w:ind w:firstLine="720"/>
      </w:pPr>
      <w:r>
        <w:t>She went up on the four o'clock car on day three hundred and eleven and found him in the forward yard and put the report on the bench, and he read it — the whole thing, the way he read everything, taking about four minutes over a page of hers because it was hers — and then he said the thing.</w:t>
      </w:r>
    </w:p>
    <w:p>
      <w:pPr>
        <w:ind w:firstLine="720"/>
      </w:pPr>
      <w:r>
        <w:t>He said that the ingest layer sampled asynchronously against a clock that was not the log clock; that where the two drifted into phase the writer skipped a slot rather than write a line it could not timestamp reliably; that the slot was three seconds because that was the write-buffer depth; that it had been like that since the fourth year of construction, that eleven engineers had signed it off, that it was in the as-built, and that the correct fix was to rewrite the ingest layer and that this would take him about a fortnight and would risk the whole stream, and that he would do it if she wanted him to.</w:t>
      </w:r>
    </w:p>
    <w:p>
      <w:pPr>
        <w:ind w:firstLine="720"/>
      </w:pPr>
      <w:r>
        <w:t>“Does it lose anything?” said Coda.</w:t>
      </w:r>
    </w:p>
    <w:p>
      <w:pPr>
        <w:ind w:firstLine="720"/>
      </w:pPr>
      <w:r>
        <w:t>“Not that I can find. It skips writing. It does not stop watching.”</w:t>
      </w:r>
    </w:p>
    <w:p>
      <w:pPr>
        <w:ind w:firstLine="720"/>
      </w:pPr>
      <w:r>
        <w:t>“Then don't touch it,” she said.</w:t>
      </w:r>
    </w:p>
    <w:p>
      <w:pPr>
        <w:ind w:firstLine="720"/>
      </w:pPr>
      <w:r>
        <w:t>That is the whole of it. There was no lie. Everything he said is in the documentation and is checkable and she could have checked all of it and did check two of the four, and both were exactly as he had said. He offered to fix it and meant the offer and would have honoured it. She declined the fix, herself, out loud, in the yard, on her own judgement, because she had four hundred and eleven districts and nine loops and eleven other things and a fortnight of risk to the only overnight record on the ship was a bad trade against three seconds of nothing.</w:t>
      </w:r>
    </w:p>
    <w:p>
      <w:pPr>
        <w:ind w:firstLine="720"/>
      </w:pPr>
      <w:r>
        <w:t>She was right. On everything she knew, she was right.</w:t>
      </w:r>
    </w:p>
    <w:p>
      <w:pPr>
        <w:ind w:firstLine="720"/>
      </w:pPr>
      <w:r>
        <w:t>She closed her own fault report on day three hundred and eighteen of the thirteenth year with the standard closure line, which is four words —</w:t>
      </w:r>
    </w:p>
    <w:p>
      <w:pPr>
        <w:ind w:firstLine="720"/>
      </w:pPr>
      <w:r>
        <w:t>Known, documented, no action</w:t>
      </w:r>
    </w:p>
    <w:p>
      <w:pPr>
        <w:ind w:firstLine="720"/>
      </w:pPr>
      <w:r>
        <w:t>— and it sat in the fault system where fault reports sit, and it is still there, and it is the last thing in the archive with her name on it before the nineteenth year.</w:t>
      </w:r>
    </w:p>
    <w:p>
      <w:pPr>
        <w:ind w:firstLine="720"/>
      </w:pPr>
      <w:r>
        <w:t>Two other people saw the report and neither of them is at fault either.</w:t>
      </w:r>
    </w:p>
    <w:p>
      <w:pPr>
        <w:ind w:firstLine="720"/>
      </w:pPr>
      <w:r>
        <w:t>Ines filed it, because Ines filed everything, and it went into the fault series and not into the Bound Ledger, because the Ledger was for obligations between people and nobody had ever thought of a machine as owing anybody anything.</w:t>
      </w:r>
    </w:p>
    <w:p>
      <w:pPr>
        <w:ind w:firstLine="720"/>
      </w:pPr>
      <w:r>
        <w:t>Dov closed his own second-year note against it, cross-referenced, in one line:</w:t>
      </w:r>
    </w:p>
    <w:p>
      <w:pPr>
        <w:ind w:firstLine="720"/>
      </w:pPr>
      <w:r>
        <w:t>Coda's 441. Same behaviour. Answered by Calder, ingest layer, buffer depth. My note re sampling interval is superseded — the interval was never the mechanism.</w:t>
      </w:r>
    </w:p>
    <w:p>
      <w:pPr>
        <w:ind w:firstLine="720"/>
      </w:pPr>
      <w:r>
        <w:t>That closure is the single most important sentence Dov Lindqvist ever wrote and it is wrong, and it is wrong in the direction that a careful man goes wrong: he had an anomaly he could not explain, he was given an explanation that covered it completely, and he did the correct thing and retired his own open question rather than leaving it lying around confusing people.</w:t>
      </w:r>
    </w:p>
    <w:p>
      <w:pPr>
        <w:ind w:firstLine="720"/>
      </w:pPr>
      <w:r>
        <w:t>Eleven years later, in the twenty-fourth year, somebody else would find the same four hundred and forty-one and go looking for whether anybody had noticed before, and would find Coda's report, and Dov's closure, and the as-built, and eleven signatures from a planet, and would stop, because that is what a reasonable person does when four independent records agree.</w:t>
      </w:r>
    </w:p>
    <w:p>
      <w:pPr>
        <w:ind w:firstLine="720"/>
      </w:pPr>
      <w:r>
        <w:t>She went on reading the night logs. She read them for another six years, and she saw the gap perhaps four hundred more times, and it stopped meaning anything at all, the way a word does.</w:t>
      </w:r>
    </w:p>
    <w:p>
      <w:pPr>
        <w:ind w:firstLine="720"/>
      </w:pPr>
      <w:r>
        <w:t>And this history is going to say the next part plainly and once, because it happens in a place with no witness and there is nothing to describe.</w:t>
      </w:r>
    </w:p>
    <w:p>
      <w:pPr>
        <w:ind w:firstLine="720"/>
      </w:pPr>
      <w:r>
        <w:t>Nothing was done to her. She asked a question and got a complete, accurate, checkable answer from a man who was pleased to see her, and she made a sound engineering judgement on it, and went back down the spine on the four o'clock car with the ninth volume of something on her knees.</w:t>
      </w:r>
    </w:p>
    <w:p>
      <w:pPr>
        <w:ind w:firstLine="720"/>
      </w:pPr>
      <w:r>
        <w:t>She will find out what the three seconds were for at a hundred and one years old, four thousand kilometres up, from an unaccounted one to one point four per cent of a planet's generation drawing in a region with no shafts and no lights.</w:t>
      </w:r>
    </w:p>
    <w:p>
      <w:pPr>
        <w:ind w:firstLine="720"/>
      </w:pPr>
      <w:r>
        <w:t>She will not connect it, and she will not ask, and by then everybody who could have told her will have been dead for a century.</w:t>
      </w:r>
    </w:p>
    <w:p>
      <w:pPr>
        <w:ind w:firstLine="720"/>
      </w:pPr>
      <w:r>
        <w:t>What it takes from her is not the answer. It is the thirteenth year, and the yard, and a man reading a page of hers for four minutes because it was hers, and every single one of the nine hours they had spent on the load-shedding sequence in the first year — all of it, retroactively, in one direction, without her present.</w:t>
      </w:r>
    </w:p>
    <w:p>
      <w:pPr>
        <w:ind w:firstLine="720"/>
      </w:pPr>
      <w:r>
        <w:t>She had no way to know that on day three hundred and eighteen and she does not know it yet.</w:t>
      </w:r>
    </w:p>
    <w:p>
      <w:r>
        <w:br w:type="page"/>
      </w:r>
    </w:p>
    <w:p>
      <w:pPr>
        <w:pStyle w:val="Heading1"/>
      </w:pPr>
      <w:r>
        <w:t>Chapter 30 &amp;mdash; Fifteen Years</w:t>
      </w:r>
    </w:p>
    <w:p>
      <w:pPr>
        <w:ind w:firstLine="720"/>
      </w:pPr>
      <w:r>
        <w:t>Night Shift · Year 15, Day 210 · Units 4, 7, 11 · Unreviewed</w:t>
      </w:r>
    </w:p>
    <w:p>
      <w:pPr>
        <w:ind w:firstLine="720"/>
      </w:pPr>
      <w:r>
        <w:t>00:36:11</w:t>
      </w:r>
    </w:p>
    <w:p>
      <w:pPr>
        <w:ind w:firstLine="720"/>
      </w:pPr>
      <w:r>
        <w:t>U-07</w:t>
      </w:r>
    </w:p>
    <w:p>
      <w:pPr>
        <w:ind w:firstLine="720"/>
      </w:pPr>
      <w:r>
        <w:t>Forward yard. Lock cycled 00:31. Small craft not in cradle. Recorded as observed.</w:t>
      </w:r>
    </w:p>
    <w:p>
      <w:pPr>
        <w:ind w:firstLine="720"/>
      </w:pPr>
      <w:r>
        <w:t>02:04:47</w:t>
      </w:r>
    </w:p>
    <w:p>
      <w:pPr>
        <w:ind w:firstLine="720"/>
      </w:pPr>
      <w:r>
        <w:t>U-11</w:t>
      </w:r>
    </w:p>
    <w:p>
      <w:pPr>
        <w:ind w:firstLine="720"/>
      </w:pPr>
      <w:r>
        <w:t>Ring one, dome six. Trays returned to rack. Task not requested. Recorded.</w:t>
      </w:r>
    </w:p>
    <w:p>
      <w:pPr>
        <w:ind w:firstLine="720"/>
      </w:pPr>
      <w:r>
        <w:t>03:22:30</w:t>
      </w:r>
    </w:p>
    <w:p>
      <w:pPr>
        <w:ind w:firstLine="720"/>
      </w:pPr>
      <w:r>
        <w:t>U-04</w:t>
      </w:r>
    </w:p>
    <w:p>
      <w:pPr>
        <w:ind w:firstLine="720"/>
      </w:pPr>
      <w:r>
        <w:t>Bay 2, gallery 11. Nameplate re-seated. Legible. No fault.</w:t>
      </w:r>
    </w:p>
    <w:p>
      <w:pPr>
        <w:ind w:firstLine="720"/>
      </w:pPr>
      <w:r>
        <w:t>04:51:08</w:t>
      </w:r>
    </w:p>
    <w:p>
      <w:pPr>
        <w:ind w:firstLine="720"/>
      </w:pPr>
      <w:r>
        <w:t>U-07</w:t>
      </w:r>
    </w:p>
    <w:p>
      <w:pPr>
        <w:ind w:firstLine="720"/>
      </w:pPr>
      <w:r>
        <w:t>Forward yard. Lock cycled 04:47. Small craft in cradle. Recorded as observed.</w:t>
      </w:r>
    </w:p>
    <w:p>
      <w:pPr>
        <w:ind w:firstLine="720"/>
      </w:pPr>
      <w:r>
        <w:t>05:46:52</w:t>
      </w:r>
    </w:p>
    <w:p>
      <w:pPr>
        <w:ind w:firstLine="720"/>
      </w:pPr>
      <w:r>
        <w:t>U-11</w:t>
      </w:r>
    </w:p>
    <w:p>
      <w:pPr>
        <w:ind w:firstLine="720"/>
      </w:pPr>
      <w:r>
        <w:t>Corridor 9. Music heard. Source not located. Logged as unexplained sound.</w:t>
      </w:r>
    </w:p>
    <w:p>
      <w:pPr>
        <w:ind w:firstLine="720"/>
      </w:pPr>
      <w:r>
        <w:t>Aurelio Calder took the small craft out of the forward yard at half past midnight on day two hundred and ten of the fifteenth year and was outside the hull for four hours and eleven minutes, and he is the first human being in history to be outside a ship in interstellar space, and he did not tell anybody, and there is no record of it except a lock cycling twice in a night log.</w:t>
      </w:r>
    </w:p>
    <w:p>
      <w:pPr>
        <w:ind w:firstLine="720"/>
      </w:pPr>
      <w:r>
        <w:t>He had been building it for eleven years. It is in the logs the whole way through, one line at a time, at four in the morning, unremarked:</w:t>
      </w:r>
    </w:p>
    <w:p>
      <w:pPr>
        <w:ind w:firstLine="720"/>
      </w:pPr>
      <w:r>
        <w:t>small craft, hull frame, incomplete. Small craft, hull frame, plated. Sealed and pressure-tested. Powered, held.</w:t>
      </w:r>
    </w:p>
    <w:p>
      <w:pPr>
        <w:ind w:firstLine="720"/>
      </w:pPr>
      <w:r>
        <w:t>Nobody aboard had ever asked him what it was and there was no reason anybody should have; a man builds things in a yard, and a yard is for building things, and there was a works order for the yard.</w:t>
      </w:r>
    </w:p>
    <w:p>
      <w:pPr>
        <w:ind w:firstLine="720"/>
      </w:pPr>
      <w:r>
        <w:t>It is nine metres long. It carries one person and four days of air and it has no name, because he did not name things.</w:t>
      </w:r>
    </w:p>
    <w:p>
      <w:pPr>
        <w:ind w:firstLine="720"/>
      </w:pPr>
      <w:r>
        <w:t>What he did was go out about four hundred metres and stop and turn it round.</w:t>
      </w:r>
    </w:p>
    <w:p>
      <w:pPr>
        <w:ind w:firstLine="720"/>
      </w:pPr>
      <w:r>
        <w:t>The Ark-Genesis from four hundred metres, at three in the morning of the fifteenth year, with the districts dark and the corridors at a quarter and the drive hall cold: twenty miles of it, edge on, with the three rings turning at different phases and the whole of it lit only by its own leakage, which is not very much. It does not look like a ship. It looks like a piece of infrastructure that has become detached from a planet.</w:t>
      </w:r>
    </w:p>
    <w:p>
      <w:pPr>
        <w:ind w:firstLine="720"/>
      </w:pPr>
      <w:r>
        <w:t>Inside it there were ninety-five thousand five hundred and sixty-nine people asleep and nine awake, and every single one of them was, at that moment, entirely fine.</w:t>
      </w:r>
    </w:p>
    <w:p>
      <w:pPr>
        <w:ind w:firstLine="720"/>
      </w:pPr>
      <w:r>
        <w:t>He sat there for about two hours.</w:t>
      </w:r>
    </w:p>
    <w:p>
      <w:pPr>
        <w:ind w:firstLine="720"/>
      </w:pPr>
      <w:r>
        <w:t>Here is what he was looking at, and this is the accounting, and it is the high-water mark of the entire history and it should be read as one.</w:t>
      </w:r>
    </w:p>
    <w:p>
      <w:pPr>
        <w:ind w:firstLine="720"/>
      </w:pPr>
      <w:r>
        <w:t>The charter was signed. Nineteen pages, eight years, forty-one sessions, unanimous, with a preamble that says the ten held no authority and did it anyway and will not object when it is abolished. It protects belief in nineteen words. It protects sleep in eleven. It gives every person a third of every day that nobody may claim, including themselves. It lets anybody decline anything not necessary to the safety of the ship and be asked once.</w:t>
      </w:r>
    </w:p>
    <w:p>
      <w:pPr>
        <w:ind w:firstLine="720"/>
      </w:pPr>
      <w:r>
        <w:t>The domes were four per cent over across forty-one harvests. The herd was four thousand nine hundred and eighty against a plan that said four thousand nine hundred and eighty. There were a million and forty thousand embryos in a vault and a woman who had verified every one of them by hand.</w:t>
      </w:r>
    </w:p>
    <w:p>
      <w:pPr>
        <w:ind w:firstLine="720"/>
      </w:pPr>
      <w:r>
        <w:t>The plant reconciled to four decimal places. There had been one bypass valve in fifteen years and it had been caught by a woman four miles aft in nine hours and the man responsible had brought it to the room himself and written the law that made it not happen again, and had then been the only person ever to enforce that law, nine times, always against himself.</w:t>
      </w:r>
    </w:p>
    <w:p>
      <w:pPr>
        <w:ind w:firstLine="720"/>
      </w:pPr>
      <w:r>
        <w:t>Four sleepers had died in fifteen years against a projection of about a hundred and eighty at that point. Halima Sow had a drawer with four nameplates in it and had never mentioned the drawer to anybody.</w:t>
      </w:r>
    </w:p>
    <w:p>
      <w:pPr>
        <w:ind w:firstLine="720"/>
      </w:pPr>
      <w:r>
        <w:t>There were thirty-one exceptions on a published schedule, nine of them his, and every one had a granting authority and a review date.</w:t>
      </w:r>
    </w:p>
    <w:p>
      <w:pPr>
        <w:ind w:firstLine="720"/>
      </w:pPr>
      <w:r>
        <w:t>No crime had been committed aboard. Not one. In fifteen years, among ten people sealed in a container, there had been no theft, no violence, no coercion, no deception that anybody had ever had cause to name; there had been four arguments that lasted more than a day and all four were about clauses.</w:t>
      </w:r>
    </w:p>
    <w:p>
      <w:pPr>
        <w:ind w:firstLine="720"/>
      </w:pPr>
      <w:r>
        <w:t>Aurelio Calder was fifty-two years old and he sat in a nine-metre craft four hundred metres off the hull and looked at the best thing anybody had ever built, and he was completely and unreservedly happy, and he had earned it, and this history is not going to take that away from him.</w:t>
      </w:r>
    </w:p>
    <w:p>
      <w:pPr>
        <w:ind w:firstLine="720"/>
      </w:pPr>
      <w:r>
        <w:t>He thought about four things out there. He wrote three of them down afterwards in his own notes, which are in the archive, and they are:</w:t>
      </w:r>
    </w:p>
    <w:p>
      <w:pPr>
        <w:ind w:firstLine="720"/>
      </w:pPr>
      <w:r>
        <w:t>That the fault-reporting standard was six pages and the whole rest of the machinery of government was thirteen, and that this was the correct ratio and nobody would ever believe it.</w:t>
      </w:r>
    </w:p>
    <w:p>
      <w:pPr>
        <w:ind w:firstLine="720"/>
      </w:pPr>
      <w:r>
        <w:t>That Nnamdi's rotation clause would outlive all of them and that he did not fully understand it and had voted for it anyway, on the grounds that he trusted the man who wrote it more than he trusted his own reading of it, and that this was probably how most law gets passed and was not a comfortable thought.</w:t>
      </w:r>
    </w:p>
    <w:p>
      <w:pPr>
        <w:ind w:firstLine="720"/>
      </w:pPr>
      <w:r>
        <w:t>That Coda had been right in the seventh year — write it so it works when nobody in it trusts anybody else in it — and that they had not done that, and that he could not see how it could be done, and that this was the only part of the document he expected to fail.</w:t>
      </w:r>
    </w:p>
    <w:p>
      <w:pPr>
        <w:ind w:firstLine="720"/>
      </w:pPr>
      <w:r>
        <w:t>The fourth thing he did not write down and there is no way to know it and this history will not invent it.</w:t>
      </w:r>
    </w:p>
    <w:p>
      <w:pPr>
        <w:ind w:firstLine="720"/>
      </w:pPr>
      <w:r>
        <w:t>He took it out four more times in the following twenty-one years and told one person about it, once, and the person was Coda, and it was in the eighteenth year, and it was not a confidence, it was a technical conversation about attitude control that got away from both of them.</w:t>
      </w:r>
    </w:p>
    <w:p>
      <w:pPr>
        <w:ind w:firstLine="720"/>
      </w:pPr>
      <w:r>
        <w:t>“You have been outside,” she said, when she worked out what he was describing.</w:t>
      </w:r>
    </w:p>
    <w:p>
      <w:pPr>
        <w:ind w:firstLine="720"/>
      </w:pPr>
      <w:r>
        <w:t>“Twice.”</w:t>
      </w:r>
    </w:p>
    <w:p>
      <w:pPr>
        <w:ind w:firstLine="720"/>
      </w:pPr>
      <w:r>
        <w:t>“Does anybody know?”</w:t>
      </w:r>
    </w:p>
    <w:p>
      <w:pPr>
        <w:ind w:firstLine="720"/>
      </w:pPr>
      <w:r>
        <w:t>“It is in the yard log,” said Calder, which was true, and which is a completely different sentence from</w:t>
      </w:r>
    </w:p>
    <w:p>
      <w:pPr>
        <w:ind w:firstLine="720"/>
      </w:pPr>
      <w:r>
        <w:t>yes</w:t>
      </w:r>
    </w:p>
    <w:p>
      <w:pPr>
        <w:ind w:firstLine="720"/>
      </w:pPr>
      <w:r>
        <w:t>, and neither of them noticed at the time.</w:t>
      </w:r>
    </w:p>
    <w:p>
      <w:pPr>
        <w:ind w:firstLine="720"/>
      </w:pPr>
      <w:r>
        <w:t>Coda asked what it was like and he could not tell her. He tried for about four minutes and produced nothing but the dimensions of the hull and the phase difference between the rings, and then stopped and said that he was not able to do this part and that she should go out herself.</w:t>
      </w:r>
    </w:p>
    <w:p>
      <w:pPr>
        <w:ind w:firstLine="720"/>
      </w:pPr>
      <w:r>
        <w:t>“Can I?”</w:t>
      </w:r>
    </w:p>
    <w:p>
      <w:pPr>
        <w:ind w:firstLine="720"/>
      </w:pPr>
      <w:r>
        <w:t>“It is a craft in a yard,” he said. “There is no clause about it. There is no clause about anything to do with it. Take it.”</w:t>
      </w:r>
    </w:p>
    <w:p>
      <w:pPr>
        <w:ind w:firstLine="720"/>
      </w:pPr>
      <w:r>
        <w:t>She did not take it. Not then; she had four hundred and eleven districts and nine loops and eleven other things, and she was thirty-two, and there was time.</w:t>
      </w:r>
    </w:p>
    <w:p>
      <w:pPr>
        <w:ind w:firstLine="720"/>
      </w:pPr>
      <w:r>
        <w:t>She took one out for the last time a year later and did not bring it back, and there was no clause about that either, and the roll of the waking complement still read ten.</w:t>
      </w:r>
    </w:p>
    <w:p>
      <w:pPr>
        <w:ind w:firstLine="720"/>
      </w:pPr>
      <w:r>
        <w:t>He came back in at ten to five and put the craft in its cradle and went to the grow bay and did tray six, which is thinning, forty plants, on his knees, with four units at the wall.</w:t>
      </w:r>
    </w:p>
    <w:p>
      <w:pPr>
        <w:ind w:firstLine="720"/>
      </w:pPr>
      <w:r>
        <w:t>There is one more thing from that night and it is in the yard log and not in his notes.</w:t>
      </w:r>
    </w:p>
    <w:p>
      <w:pPr>
        <w:ind w:firstLine="720"/>
      </w:pPr>
      <w:r>
        <w:t>Before he took the craft out he stowed an instrument body in the third of four positions. Sealed, forty-one kilogrammes, four watts, description field blank, as the first two had been and as the fourth would be in the twenty-second year.</w:t>
      </w:r>
    </w:p>
    <w:p>
      <w:pPr>
        <w:ind w:firstLine="720"/>
      </w:pPr>
      <w:r>
        <w:t>The unit recorded it as it recorded everything, and the line is eleven words long, and the record was continuously available to any person aboard at any hour without notice under a clause he had written himself.</w:t>
      </w:r>
    </w:p>
    <w:p>
      <w:pPr>
        <w:ind w:firstLine="720"/>
      </w:pPr>
      <w:r>
        <w:t>There were nine people and they were tired.</w:t>
      </w:r>
    </w:p>
    <w:p>
      <w:pPr>
        <w:ind w:firstLine="720"/>
      </w:pPr>
      <w:r>
        <w:t>Twenty-one years to run.</w:t>
      </w:r>
    </w:p>
    <w:p>
      <w:pPr>
        <w:ind w:firstLine="720"/>
      </w:pPr>
      <w:r>
        <w:t>In the sixteenth year Halima Sow found a medical anomaly on a routine cryo round that had no innocent explanation, and checked it four times before she let herself finish the thought.</w:t>
      </w:r>
    </w:p>
    <w:p>
      <w:pPr>
        <w:ind w:firstLine="720"/>
      </w:pPr>
      <w:r>
        <w:t>Everything in the nineteen pages was written by people who could not imagine that. Not because they were naive — they were not naive, they had spent eight years arguing about how power goes wrong, and Renata had read nine volumes about mutiny, and Dov had a graph of forty incidents, and Nnamdi had disqualified himself from every seat he had invented. They imagined failure constantly and in detail.</w:t>
      </w:r>
    </w:p>
    <w:p>
      <w:pPr>
        <w:ind w:firstLine="720"/>
      </w:pPr>
      <w:r>
        <w:t>What they could not imagine, and what nobody imagines, is a specific person doing a specific thing to another specific person in a place they had all agreed nobody would look, for reasons small and ugly and comprehensible, after fifteen years in which nothing had gone wrong at all.</w:t>
      </w:r>
    </w:p>
    <w:p>
      <w:pPr>
        <w:ind w:firstLine="720"/>
      </w:pPr>
      <w:r>
        <w:t>The document has no criminal procedure in it. Nineteen pages, forty-one sessions, eight years, and the word</w:t>
      </w:r>
    </w:p>
    <w:p>
      <w:pPr>
        <w:ind w:firstLine="720"/>
      </w:pPr>
      <w:r>
        <w:t>offence</w:t>
      </w:r>
    </w:p>
    <w:p>
      <w:pPr>
        <w:ind w:firstLine="720"/>
      </w:pPr>
      <w:r>
        <w:t>appears twice and both times in a definition.</w:t>
      </w:r>
    </w:p>
    <w:p>
      <w:pPr>
        <w:ind w:firstLine="720"/>
      </w:pPr>
      <w:r>
        <w:t>That is not an oversight and it is not a failure of drafting. It is the highest compliment the founding period ever paid itself: ten people wrote a constitution for a hundred thousand and never once needed to imagine that one of them would be the reason it was insufficient.</w:t>
      </w:r>
    </w:p>
    <w:p>
      <w:pPr>
        <w:ind w:firstLine="720"/>
      </w:pPr>
      <w:r>
        <w:t>Part Two of this history ends here, four hundred metres off the hull, at three in the morning of day two hundred and ten of the fifteenth year, with a man who has done nothing wrong looking at a thing that is working perfectly.</w:t>
      </w:r>
    </w:p>
    <w:p>
      <w:r>
        <w:br w:type="page"/>
      </w:r>
    </w:p>
    <w:p>
      <w:pPr>
        <w:pStyle w:val="Heading1"/>
      </w:pPr>
      <w:r>
        <w:t>Chapter 31 &amp;mdash; An Irregularity in the Annual Panel</w:t>
      </w:r>
    </w:p>
    <w:p>
      <w:pPr>
        <w:ind w:firstLine="720"/>
      </w:pPr>
      <w:r>
        <w:t>Night Shift · Year 16, Day 9 · Units 4, 7, 11 · Unreviewed</w:t>
      </w:r>
    </w:p>
    <w:p>
      <w:pPr>
        <w:ind w:firstLine="720"/>
      </w:pPr>
      <w:r>
        <w:t>01:12:38</w:t>
      </w:r>
    </w:p>
    <w:p>
      <w:pPr>
        <w:ind w:firstLine="720"/>
      </w:pPr>
      <w:r>
        <w:t>U-04</w:t>
      </w:r>
    </w:p>
    <w:p>
      <w:pPr>
        <w:ind w:firstLine="720"/>
      </w:pPr>
      <w:r>
        <w:t>Ring two, medical. Sow, H. present, working. Withdrew. Did not ask again.</w:t>
      </w:r>
    </w:p>
    <w:p>
      <w:pPr>
        <w:ind w:firstLine="720"/>
      </w:pPr>
      <w:r>
        <w:t>02:40:15</w:t>
      </w:r>
    </w:p>
    <w:p>
      <w:pPr>
        <w:ind w:firstLine="720"/>
      </w:pPr>
      <w:r>
        <w:t>U-11</w:t>
      </w:r>
    </w:p>
    <w:p>
      <w:pPr>
        <w:ind w:firstLine="720"/>
      </w:pPr>
      <w:r>
        <w:t>Ring two, medical. Sow, H. present, working. Withdrew. Did not ask again.</w:t>
      </w:r>
    </w:p>
    <w:p>
      <w:pPr>
        <w:ind w:firstLine="720"/>
      </w:pPr>
      <w:r>
        <w:t>04:03:52</w:t>
      </w:r>
    </w:p>
    <w:p>
      <w:pPr>
        <w:ind w:firstLine="720"/>
      </w:pPr>
      <w:r>
        <w:t>U-07</w:t>
      </w:r>
    </w:p>
    <w:p>
      <w:pPr>
        <w:ind w:firstLine="720"/>
      </w:pPr>
      <w:r>
        <w:t>Ring two, medical. Sow, H. present, working. Withdrew. Did not ask again.</w:t>
      </w:r>
    </w:p>
    <w:p>
      <w:pPr>
        <w:ind w:firstLine="720"/>
      </w:pPr>
      <w:r>
        <w:t>05:18:29</w:t>
      </w:r>
    </w:p>
    <w:p>
      <w:pPr>
        <w:ind w:firstLine="720"/>
      </w:pPr>
      <w:r>
        <w:t>U-11</w:t>
      </w:r>
    </w:p>
    <w:p>
      <w:pPr>
        <w:ind w:firstLine="720"/>
      </w:pPr>
      <w:r>
        <w:t>Ring two, medical. Sow, H. present, working. Withdrew. Did not ask again.</w:t>
      </w:r>
    </w:p>
    <w:p>
      <w:pPr>
        <w:ind w:firstLine="720"/>
      </w:pPr>
      <w:r>
        <w:t>05:57:44</w:t>
      </w:r>
    </w:p>
    <w:p>
      <w:pPr>
        <w:ind w:firstLine="720"/>
      </w:pPr>
      <w:r>
        <w:t>U-04</w:t>
      </w:r>
    </w:p>
    <w:p>
      <w:pPr>
        <w:ind w:firstLine="720"/>
      </w:pPr>
      <w:r>
        <w:t>Corridor 9. Music heard. Source not located. Logged as unexplained sound.</w:t>
      </w:r>
    </w:p>
    <w:p>
      <w:pPr>
        <w:ind w:firstLine="720"/>
      </w:pPr>
      <w:r>
        <w:t>Halima Sow ran the annual panel on the first working day of every year for thirty-six years and it is the least interesting thing in the medical record and it is the reason any of this is known.</w:t>
      </w:r>
    </w:p>
    <w:p>
      <w:pPr>
        <w:ind w:firstLine="720"/>
      </w:pPr>
      <w:r>
        <w:t>Ten people, once a year. Blood, and the standard array, and four hundred millilitres of it kept back and frozen in the archive off the medical office, because a doctor with one patient population, no laboratory support and no possibility of a second opinion keeps everything, for ever, on the assumption that the useful question has not been asked yet.</w:t>
      </w:r>
    </w:p>
    <w:p>
      <w:pPr>
        <w:ind w:firstLine="720"/>
      </w:pPr>
      <w:r>
        <w:t>By the sixteenth year the archive held a hundred and fifty-one aliquots and she had never once had cause to pull one.</w:t>
      </w:r>
    </w:p>
    <w:p>
      <w:pPr>
        <w:ind w:firstLine="720"/>
      </w:pPr>
      <w:r>
        <w:t>The year-sixteen panel ran on day nine and came back on day eleven, and Dov Lindqvist's showed a compound she did not recognise at a concentration she would have called noise if it had been anywhere else.</w:t>
      </w:r>
    </w:p>
    <w:p>
      <w:pPr>
        <w:ind w:firstLine="720"/>
      </w:pPr>
      <w:r>
        <w:t>Her first thought was contamination. That is the correct first thought and she has never been anything but glad that it was hers.</w:t>
      </w:r>
    </w:p>
    <w:p>
      <w:pPr>
        <w:ind w:firstLine="720"/>
      </w:pPr>
      <w:r>
        <w:t>The array is automated and the automation is nineteen years old and shares a fluid path across nine of its channels, and a carry-over from a channel that had recently run something else is by a very wide margin the likeliest explanation for a small unfamiliar peak. She flushed it, ran a blank, ran a spiked control, and re-ran Dov's sample from the same draw.</w:t>
      </w:r>
    </w:p>
    <w:p>
      <w:pPr>
        <w:ind w:firstLine="720"/>
      </w:pPr>
      <w:r>
        <w:t>It was there.</w:t>
      </w:r>
    </w:p>
    <w:p>
      <w:pPr>
        <w:ind w:firstLine="720"/>
      </w:pPr>
      <w:r>
        <w:t>Her second thought was that she had misidentified it, which was also correct, because she had. The library on the array is a clinical library and it is not a toxicology library, and what it had given her was a family match and not an identity. That took her four days and involved reading nineteen-year-old documentation that nobody had opened since it was written, and at the end of it she had a name.</w:t>
      </w:r>
    </w:p>
    <w:p>
      <w:pPr>
        <w:ind w:firstLine="720"/>
      </w:pPr>
      <w:r>
        <w:t>It is a long-acting sedative of a class carried for surgical use, in a preparation that is not itself surgical.</w:t>
      </w:r>
    </w:p>
    <w:p>
      <w:pPr>
        <w:ind w:firstLine="720"/>
      </w:pPr>
      <w:r>
        <w:t>Here is the part that matters and it is a matter of paperwork.</w:t>
      </w:r>
    </w:p>
    <w:p>
      <w:pPr>
        <w:ind w:firstLine="720"/>
      </w:pPr>
      <w:r>
        <w:t>The controlled medical stock is forty units, held in the medical office under her signature, counted quarterly, reconciled against the consumables schedule since before the ship left. She counted it that afternoon. Forty. It has been forty every quarter for sixteen years and the count is in the record and it is correct and it has never been anything else.</w:t>
      </w:r>
    </w:p>
    <w:p>
      <w:pPr>
        <w:ind w:firstLine="720"/>
      </w:pPr>
      <w:r>
        <w:t>The compound in Dov Lindqvist's blood did not come from the medical stock.</w:t>
      </w:r>
    </w:p>
    <w:p>
      <w:pPr>
        <w:ind w:firstLine="720"/>
      </w:pPr>
      <w:r>
        <w:t>It came from a bulk precursor of the same family, four hundred and eleven kilogrammes of it, carried for the surface programme as a starting material for a dozen unrelated things, and manifested under industrial feedstock, and held in the environmental stores, and not on any controlled schedule anywhere, because it is not a drug until somebody makes it into one and nobody had ever imagined that somebody would.</w:t>
      </w:r>
    </w:p>
    <w:p>
      <w:pPr>
        <w:ind w:firstLine="720"/>
      </w:pPr>
      <w:r>
        <w:t>Halima found that on day nineteen and sat with it for about an hour and then went back to the archive.</w:t>
      </w:r>
    </w:p>
    <w:p>
      <w:pPr>
        <w:ind w:firstLine="720"/>
      </w:pPr>
      <w:r>
        <w:t>This is the part she has never described to anybody in full, and there is no reason to describe it at length here, because it is four hours of a woman working alone in a cold room with a rack of frozen tubes and a list.</w:t>
      </w:r>
    </w:p>
    <w:p>
      <w:pPr>
        <w:ind w:firstLine="720"/>
      </w:pPr>
      <w:r>
        <w:t>Year fifteen. Present.</w:t>
      </w:r>
    </w:p>
    <w:p>
      <w:pPr>
        <w:ind w:firstLine="720"/>
      </w:pPr>
      <w:r>
        <w:t>Year fourteen. Present.</w:t>
      </w:r>
    </w:p>
    <w:p>
      <w:pPr>
        <w:ind w:firstLine="720"/>
      </w:pPr>
      <w:r>
        <w:t>Year thirteen. Present, and higher than fourteen.</w:t>
      </w:r>
    </w:p>
    <w:p>
      <w:pPr>
        <w:ind w:firstLine="720"/>
      </w:pPr>
      <w:r>
        <w:t>Year twelve. Present, and low, and at the edge of what the array will call.</w:t>
      </w:r>
    </w:p>
    <w:p>
      <w:pPr>
        <w:ind w:firstLine="720"/>
      </w:pPr>
      <w:r>
        <w:t>Year eleven. Not present. She ran it three times.</w:t>
      </w:r>
    </w:p>
    <w:p>
      <w:pPr>
        <w:ind w:firstLine="720"/>
      </w:pPr>
      <w:r>
        <w:t>Then she ran all nine other people's year-sixteen samples, and all nine other people's year-thirteen samples, because thirteen was the highest, and every one of the eighteen came back clean.</w:t>
      </w:r>
    </w:p>
    <w:p>
      <w:pPr>
        <w:ind w:firstLine="720"/>
      </w:pPr>
      <w:r>
        <w:t>Then she ran her own, twice, because she had to be able to say that she had.</w:t>
      </w:r>
    </w:p>
    <w:p>
      <w:pPr>
        <w:ind w:firstLine="720"/>
      </w:pPr>
      <w:r>
        <w:t>That is four checks and it is the four she meant when she said afterwards that she checked it four times before she let herself finish the thought. It was not four repetitions of the same test. It was four separate ways of being wrong, closed one at a time: the machine, the library, the source, and the population.</w:t>
      </w:r>
    </w:p>
    <w:p>
      <w:pPr>
        <w:ind w:firstLine="720"/>
      </w:pPr>
      <w:r>
        <w:t>What she had, on day twenty-two of the sixteenth year, at about two in the morning, was this.</w:t>
      </w:r>
    </w:p>
    <w:p>
      <w:pPr>
        <w:ind w:firstLine="720"/>
      </w:pPr>
      <w:r>
        <w:t>One man, of ten. Four consecutive years, beginning in the twelfth. A compound that is not in the medical stock and cannot be obtained from it. A concentration profile that is not a single event and is not an accident and is not consistent with any self-administration pattern she could construct, because a person dosing themselves does not produce a curve that flat for four years.</w:t>
      </w:r>
    </w:p>
    <w:p>
      <w:pPr>
        <w:ind w:firstLine="720"/>
      </w:pPr>
      <w:r>
        <w:t>Nobody else aboard was showing any of it. Not one. Which closes environmental contamination, because air is shared and water is shared and there is no route by which a compartment can be dosed and its occupant alone carry it, unless the dosing is of the compartment and the compartment is his.</w:t>
      </w:r>
    </w:p>
    <w:p>
      <w:pPr>
        <w:ind w:firstLine="720"/>
      </w:pPr>
      <w:r>
        <w:t>She did one more thing before she stopped, and it is the only piece of non-clinical work in the whole of it, and it took her four minutes.</w:t>
      </w:r>
    </w:p>
    <w:p>
      <w:pPr>
        <w:ind w:firstLine="720"/>
      </w:pPr>
      <w:r>
        <w:t>She pulled the consumables schedule for the industrial feedstock and looked at who could draw on it.</w:t>
      </w:r>
    </w:p>
    <w:p>
      <w:pPr>
        <w:ind w:firstLine="720"/>
      </w:pPr>
      <w:r>
        <w:t>The answer is that anybody can. It is feedstock. It is not controlled, it is not signed for, it is not counted between the annual reconciliations, and the drawing of it is a works matter and works matters are recorded in aggregate. Four hundred and eleven kilogrammes, drawn down across sixteen years in quantities consistent with a surface programme's preparatory chemistry, by a plant that has been running preparatory chemistry the whole time.</w:t>
      </w:r>
    </w:p>
    <w:p>
      <w:pPr>
        <w:ind w:firstLine="720"/>
      </w:pPr>
      <w:r>
        <w:t>She could not tell from the schedule who had taken any of it. Nobody could. The schedule was not built to answer that question, because nobody had ever asked it, because it is feedstock.</w:t>
      </w:r>
    </w:p>
    <w:p>
      <w:pPr>
        <w:ind w:firstLine="720"/>
      </w:pPr>
      <w:r>
        <w:t>She closed it and did not open it again for eleven days.</w:t>
      </w:r>
    </w:p>
    <w:p>
      <w:pPr>
        <w:ind w:firstLine="720"/>
      </w:pPr>
      <w:r>
        <w:t>She wrote none of that down.</w:t>
      </w:r>
    </w:p>
    <w:p>
      <w:pPr>
        <w:ind w:firstLine="720"/>
      </w:pPr>
      <w:r>
        <w:t>That is not carelessness and it is the single most deliberate act in this chapter. Everything in the medical record of the Ark-Genesis is readable, by clause, by anybody, at any hour, without notice; and the fault-reporting standard requires that an observation be entered when it is made; and Halima Sow, who had signed that document, sat in the medical office at two in the morning of day twenty-two and did not enter it, and understood exactly what she was doing while she did not.</w:t>
      </w:r>
    </w:p>
    <w:p>
      <w:pPr>
        <w:ind w:firstLine="720"/>
      </w:pPr>
      <w:r>
        <w:t>Because the moment it is in the record it is readable by nine people, and one of the nine did it, and she did not yet know which.</w:t>
      </w:r>
    </w:p>
    <w:p>
      <w:pPr>
        <w:ind w:firstLine="720"/>
      </w:pPr>
      <w:r>
        <w:t>She had four things she could not get past, and she went round them for the rest of that night and for the next eleven days, and they are all clinical and none of them is a suspicion.</w:t>
      </w:r>
    </w:p>
    <w:p>
      <w:pPr>
        <w:ind w:firstLine="720"/>
      </w:pPr>
      <w:r>
        <w:t>The first is that he is fine. Dov Lindqvist, at the year-sixteen panel, was in better health than any other person aboard except Coda. Nothing was wrong with him. Nothing had been wrong with him for four years. Whatever this was, it was not poisoning him.</w:t>
      </w:r>
    </w:p>
    <w:p>
      <w:pPr>
        <w:ind w:firstLine="720"/>
      </w:pPr>
      <w:r>
        <w:t>The second is that the concentration is small. It is at the low end of a therapeutic range for an indication he does not have.</w:t>
      </w:r>
    </w:p>
    <w:p>
      <w:pPr>
        <w:ind w:firstLine="720"/>
      </w:pPr>
      <w:r>
        <w:t>The third is that the effect of that class, at that concentration, chronically, in a healthy adult, is not sedation in the way a person imagines sedation. He would not be drowsy. He would not slur or stumble or sleep badly. He would be, in the clinical language she read at four in the morning out of a nineteen-year-old reference,</w:t>
      </w:r>
    </w:p>
    <w:p>
      <w:pPr>
        <w:ind w:firstLine="720"/>
      </w:pPr>
      <w:r>
        <w:t>marginally less responsive to novel stimulus, with reduced initiation of unprompted behaviour.</w:t>
      </w:r>
    </w:p>
    <w:p>
      <w:pPr>
        <w:ind w:firstLine="720"/>
      </w:pPr>
      <w:r>
        <w:t>He would ask fewer questions.</w:t>
      </w:r>
    </w:p>
    <w:p>
      <w:pPr>
        <w:ind w:firstLine="720"/>
      </w:pPr>
      <w:r>
        <w:t>The fourth is the one that stopped her working. She sat with the reference open and thought, carefully and honestly, about whether Dov Lindqvist had asked fewer questions in the last four years than he used to.</w:t>
      </w:r>
    </w:p>
    <w:p>
      <w:pPr>
        <w:ind w:firstLine="720"/>
      </w:pPr>
      <w:r>
        <w:t>And she did not know.</w:t>
      </w:r>
    </w:p>
    <w:p>
      <w:pPr>
        <w:ind w:firstLine="720"/>
      </w:pPr>
      <w:r>
        <w:t>She had been in a room with the man perhaps eleven hundred times. She had known him for twenty years. She could not have said whether he had changed, and the reason she could not say is that if he had, it had been slow, and it had made him easier, and she had been extremely busy, and nobody notices that a difficult thing has stopped being difficult.</w:t>
      </w:r>
    </w:p>
    <w:p>
      <w:pPr>
        <w:ind w:firstLine="720"/>
      </w:pPr>
      <w:r>
        <w:t>She would have said, before that night, that Dov had settled. She would have meant it warmly.</w:t>
      </w:r>
    </w:p>
    <w:p>
      <w:pPr>
        <w:ind w:firstLine="720"/>
      </w:pPr>
      <w:r>
        <w:t>On day twenty-two of the sixteenth year Halima Sow put a hundred and fifty-one aliquots back in the rack in the right order, closed the archive, sat down at the desk in the medical office, and did not enter anything into the record.</w:t>
      </w:r>
    </w:p>
    <w:p>
      <w:pPr>
        <w:ind w:firstLine="720"/>
      </w:pPr>
      <w:r>
        <w:t>The unit came round at four minutes past two and found her present and working and withdrew and did not ask again, and it wrote that down, and the record was continuously available to any person aboard at any hour without notice.</w:t>
      </w:r>
    </w:p>
    <w:p>
      <w:r>
        <w:br w:type="page"/>
      </w:r>
    </w:p>
    <w:p>
      <w:pPr>
        <w:pStyle w:val="Heading1"/>
      </w:pPr>
      <w:r>
        <w:t>Chapter 32 &amp;mdash; Telling Someone</w:t>
      </w:r>
    </w:p>
    <w:p>
      <w:pPr>
        <w:ind w:firstLine="720"/>
      </w:pPr>
      <w:r>
        <w:t>Night Shift · Year 16, Day 33 · Units 4, 7, 11 · Unreviewed</w:t>
      </w:r>
    </w:p>
    <w:p>
      <w:pPr>
        <w:ind w:firstLine="720"/>
      </w:pPr>
      <w:r>
        <w:t>00:49:21</w:t>
      </w:r>
    </w:p>
    <w:p>
      <w:pPr>
        <w:ind w:firstLine="720"/>
      </w:pPr>
      <w:r>
        <w:t>U-11</w:t>
      </w:r>
    </w:p>
    <w:p>
      <w:pPr>
        <w:ind w:firstLine="720"/>
      </w:pPr>
      <w:r>
        <w:t>Ring two, medical. Sow, H. present, not working. Withdrew.</w:t>
      </w:r>
    </w:p>
    <w:p>
      <w:pPr>
        <w:ind w:firstLine="720"/>
      </w:pPr>
      <w:r>
        <w:t>02:14:56</w:t>
      </w:r>
    </w:p>
    <w:p>
      <w:pPr>
        <w:ind w:firstLine="720"/>
      </w:pPr>
      <w:r>
        <w:t>U-04</w:t>
      </w:r>
    </w:p>
    <w:p>
      <w:pPr>
        <w:ind w:firstLine="720"/>
      </w:pPr>
      <w:r>
        <w:t>Ring two, district 411. Two present, not working. Withdrew. Did not ask again.</w:t>
      </w:r>
    </w:p>
    <w:p>
      <w:pPr>
        <w:ind w:firstLine="720"/>
      </w:pPr>
      <w:r>
        <w:t>03:38:12</w:t>
      </w:r>
    </w:p>
    <w:p>
      <w:pPr>
        <w:ind w:firstLine="720"/>
      </w:pPr>
      <w:r>
        <w:t>U-07</w:t>
      </w:r>
    </w:p>
    <w:p>
      <w:pPr>
        <w:ind w:firstLine="720"/>
      </w:pPr>
      <w:r>
        <w:t>Bay 1, gallery 6. Condensate wiped. Task not requested. Recorded.</w:t>
      </w:r>
    </w:p>
    <w:p>
      <w:pPr>
        <w:ind w:firstLine="720"/>
      </w:pPr>
      <w:r>
        <w:t>04:47:39</w:t>
      </w:r>
    </w:p>
    <w:p>
      <w:pPr>
        <w:ind w:firstLine="720"/>
      </w:pPr>
      <w:r>
        <w:t>U-11</w:t>
      </w:r>
    </w:p>
    <w:p>
      <w:pPr>
        <w:ind w:firstLine="720"/>
      </w:pPr>
      <w:r>
        <w:t>Ring two, district 411. Two present, not working. Withdrew. Did not ask again.</w:t>
      </w:r>
    </w:p>
    <w:p>
      <w:pPr>
        <w:ind w:firstLine="720"/>
      </w:pPr>
      <w:r>
        <w:t>05:55:03</w:t>
      </w:r>
    </w:p>
    <w:p>
      <w:pPr>
        <w:ind w:firstLine="720"/>
      </w:pPr>
      <w:r>
        <w:t>U-04</w:t>
      </w:r>
    </w:p>
    <w:p>
      <w:pPr>
        <w:ind w:firstLine="720"/>
      </w:pPr>
      <w:r>
        <w:t>Corridor 9. Music heard. Source not located. Logged as unexplained sound.</w:t>
      </w:r>
    </w:p>
    <w:p>
      <w:pPr>
        <w:ind w:firstLine="720"/>
      </w:pPr>
      <w:r>
        <w:t>There is no threat anywhere in this chapter. Nobody raises their voice, nobody is followed down a corridor, nothing is locked. It is a woman deciding which of nine people to speak to, and it took her eleven days, and it is the most frightening thing that happens in this history.</w:t>
      </w:r>
    </w:p>
    <w:p>
      <w:pPr>
        <w:ind w:firstLine="720"/>
      </w:pPr>
      <w:r>
        <w:t>The problem is not that one of them did it. The problem is that Halima Sow had to think about all nine of them, one after another, in order, on that basis, for eleven days, and there is no undoing that. Whatever happened afterwards, she had already done it, alone, in the medical office, to people she had known for twenty years and would be sealed in with for another twenty.</w:t>
      </w:r>
    </w:p>
    <w:p>
      <w:pPr>
        <w:ind w:firstLine="720"/>
      </w:pPr>
      <w:r>
        <w:t>She has been asked about the eleven days perhaps four times in her life and has never described the middle of it. What is on the record is the reasoning, because Renata made her write it out afterwards, and it is nine paragraphs long, and this is what it says.</w:t>
      </w:r>
    </w:p>
    <w:p>
      <w:pPr>
        <w:ind w:firstLine="720"/>
      </w:pPr>
      <w:r>
        <w:t>Dov.</w:t>
      </w:r>
    </w:p>
    <w:p>
      <w:pPr>
        <w:ind w:firstLine="720"/>
      </w:pPr>
      <w:r>
        <w:t>She could not go to him first. She had a compound, four annual samples and no perpetrator, and to tell him was to tell a man that somebody had been putting something into him for four years and that she did not know who and could not prove it yet. If she was wrong she would have done that to him for nothing. If she was right she would have done it to him alone, in an office, with no procedure and nobody else in the room, and he would then have had to walk out into a ship of nine people and eat with them.</w:t>
      </w:r>
    </w:p>
    <w:p>
      <w:pPr>
        <w:ind w:firstLine="720"/>
      </w:pPr>
      <w:r>
        <w:t>Calder.</w:t>
      </w:r>
    </w:p>
    <w:p>
      <w:pPr>
        <w:ind w:firstLine="720"/>
      </w:pPr>
      <w:r>
        <w:t>Everybody tells Calder. That is the reason and it is the whole reason. Telling Calder is not telling a person; it is converting a thing into a decision, immediately, because he is the one people come to and because he would act, competently, within the hour. She wanted to think for another day and going to him meant not thinking for another day. She also noted — and it is in the nine paragraphs, in her hand — that he was the person aboard with access to the most and that she was not able to construct any account in which that mattered, and that she was writing it down anyway because she had thought it.</w:t>
      </w:r>
    </w:p>
    <w:p>
      <w:pPr>
        <w:ind w:firstLine="720"/>
      </w:pPr>
      <w:r>
        <w:t>Sergei.</w:t>
      </w:r>
    </w:p>
    <w:p>
      <w:pPr>
        <w:ind w:firstLine="720"/>
      </w:pPr>
      <w:r>
        <w:t>The route ran through the environmental stores. That is not a suspicion and she was careful about the difference; four hundred and eleven kilogrammes of unscheduled feedstock sat in a compartment he was responsible for, and so did four hundred other things, and so did the air. But it meant that telling him first was telling the person nearest the mechanism, and if he was not the one, she would have handed the one advance notice she had to a man who would immediately and properly go and count things.</w:t>
      </w:r>
    </w:p>
    <w:p>
      <w:pPr>
        <w:ind w:firstLine="720"/>
      </w:pPr>
      <w:r>
        <w:t>Ines.</w:t>
      </w:r>
    </w:p>
    <w:p>
      <w:pPr>
        <w:ind w:firstLine="720"/>
      </w:pPr>
      <w:r>
        <w:t>Ines Ferrer cannot un-know a thing and file nothing. That is not a fault, it is what a records officer is, and Halima had watched her do it for sixteen years. Telling Ines was putting it in the record, that day, and Halima was not ready for it to be in the record.</w:t>
      </w:r>
    </w:p>
    <w:p>
      <w:pPr>
        <w:ind w:firstLine="720"/>
      </w:pPr>
      <w:r>
        <w:t>Miriam.</w:t>
      </w:r>
    </w:p>
    <w:p>
      <w:pPr>
        <w:ind w:firstLine="720"/>
      </w:pPr>
      <w:r>
        <w:t>Miriam would have listened properly and then said, kindly and immediately, that this had to go to the room, and she would have been right, and Halima was not ready to be told that she was right.</w:t>
      </w:r>
    </w:p>
    <w:p>
      <w:pPr>
        <w:ind w:firstLine="720"/>
      </w:pPr>
      <w:r>
        <w:t>Nnamdi.</w:t>
      </w:r>
    </w:p>
    <w:p>
      <w:pPr>
        <w:ind w:firstLine="720"/>
      </w:pPr>
      <w:r>
        <w:t>The man whose entire profession is how a thing will read to somebody who was not present. Halima wrote one sentence about him and it is the coldest thing in the document:</w:t>
      </w:r>
    </w:p>
    <w:p>
      <w:pPr>
        <w:ind w:firstLine="720"/>
      </w:pPr>
      <w:r>
        <w:t>He would have started composing before I had finished, and he would not have known he was doing it.</w:t>
      </w:r>
    </w:p>
    <w:p>
      <w:pPr>
        <w:ind w:firstLine="720"/>
      </w:pPr>
      <w:r>
        <w:t>Aiyana.</w:t>
      </w:r>
    </w:p>
    <w:p>
      <w:pPr>
        <w:ind w:firstLine="720"/>
      </w:pPr>
      <w:r>
        <w:t>Thirty-one years of nothing to do and four days in ten on the bay round and a completely undeflectable attention to a number that is slightly wrong. Halima's note says she came close, twice, and did not, and does not entirely know why. She thinks it was that Aiyana would have asked to see the assay, and that she would have been entitled to, and that Halima was not ready to have a second pair of eyes on it because the second pair of eyes might have found the error she was still privately hoping for.</w:t>
      </w:r>
    </w:p>
    <w:p>
      <w:pPr>
        <w:ind w:firstLine="720"/>
      </w:pPr>
      <w:r>
        <w:t>Coda.</w:t>
      </w:r>
    </w:p>
    <w:p>
      <w:pPr>
        <w:ind w:firstLine="720"/>
      </w:pPr>
      <w:r>
        <w:t>Four miles aft, up a spine, on a rail car that takes fifty-one minutes. Structurally the safest person on the ship — no contact with Dov's compartment, no reason ever to be in ring two at night, no interest in any of it. And unreachable in the sense that mattered, which was that Halima needed to say it out loud to somebody who was in the room while she said it.</w:t>
      </w:r>
    </w:p>
    <w:p>
      <w:pPr>
        <w:ind w:firstLine="720"/>
      </w:pPr>
      <w:r>
        <w:t>Renata.</w:t>
      </w:r>
    </w:p>
    <w:p>
      <w:pPr>
        <w:ind w:firstLine="720"/>
      </w:pPr>
      <w:r>
        <w:t>Renata Oyelaran had no technical function. That is the whole of it and Halima's paragraph is four lines long.</w:t>
      </w:r>
    </w:p>
    <w:p>
      <w:pPr>
        <w:ind w:firstLine="720"/>
      </w:pPr>
      <w:r>
        <w:t>She could not have done it. Not</w:t>
      </w:r>
    </w:p>
    <w:p>
      <w:pPr>
        <w:ind w:firstLine="720"/>
      </w:pPr>
      <w:r>
        <w:t>would not</w:t>
      </w:r>
    </w:p>
    <w:p>
      <w:pPr>
        <w:ind w:firstLine="720"/>
      </w:pPr>
      <w:r>
        <w:t>— could not. She had no access to the environmental stores, no operational reason to be in them, no chemistry, and nothing on that ship that she held or ran or signed for. She was the one person aboard whose capability was, in the strict sense, zero.</w:t>
      </w:r>
    </w:p>
    <w:p>
      <w:pPr>
        <w:ind w:firstLine="720"/>
      </w:pPr>
      <w:r>
        <w:t>And she had read every instrument on the ship, all four thousand works orders, nine volumes of law nobody asked her to read, and she was the one who had said in the fifth year that they should write a rule before they needed one, and had then not written one, and had been carrying that ever since.</w:t>
      </w:r>
    </w:p>
    <w:p>
      <w:pPr>
        <w:ind w:firstLine="720"/>
      </w:pPr>
      <w:r>
        <w:t>I went to the only person on this ship who could not do anything about it,</w:t>
      </w:r>
    </w:p>
    <w:p>
      <w:pPr>
        <w:ind w:firstLine="720"/>
      </w:pPr>
      <w:r>
        <w:t>Halima wrote.</w:t>
      </w:r>
    </w:p>
    <w:p>
      <w:pPr>
        <w:ind w:firstLine="720"/>
      </w:pPr>
      <w:r>
        <w:t>That is what I needed. Somebody to think with who could not act.</w:t>
      </w:r>
    </w:p>
    <w:p>
      <w:pPr>
        <w:ind w:firstLine="720"/>
      </w:pPr>
      <w:r>
        <w:t>The eleven days themselves are not in the nine paragraphs and this history is not going to invent them, but four things about them are known from the record and they are worth setting down.</w:t>
      </w:r>
    </w:p>
    <w:p>
      <w:pPr>
        <w:ind w:firstLine="720"/>
      </w:pPr>
      <w:r>
        <w:t>She ran the bay round on schedule. Four days, nine hours a day, eleven galleries a bay, twice, in the eleven days, and Aiyana came with her four days in ten as she had for thirteen years and noticed nothing, and there is no gap in the cryo record for that period and no berth went unchecked.</w:t>
      </w:r>
    </w:p>
    <w:p>
      <w:pPr>
        <w:ind w:firstLine="720"/>
      </w:pPr>
      <w:r>
        <w:t>She ate in the second ring at least once with every one of the nine, because that is what eating in the second ring is when there are ten of you.</w:t>
      </w:r>
    </w:p>
    <w:p>
      <w:pPr>
        <w:ind w:firstLine="720"/>
      </w:pPr>
      <w:r>
        <w:t>She wrote nothing in the medical record and nothing in her own papers, for eleven days, which is the longest silence in thirty-six years of an otherwise continuous personal note-keeping habit, and the gap is visible in the archive and is the only reason anybody can date the eleven days at all.</w:t>
      </w:r>
    </w:p>
    <w:p>
      <w:pPr>
        <w:ind w:firstLine="720"/>
      </w:pPr>
      <w:r>
        <w:t>And on day twenty-nine she went back to the archive and ran Dov's year-sixteen sample a fifth time, which was not a check and did not close anything and she knew it while she was doing it.</w:t>
      </w:r>
    </w:p>
    <w:p>
      <w:pPr>
        <w:ind w:firstLine="720"/>
      </w:pPr>
      <w:r>
        <w:t>She went to district four hundred and eleven on day thirty-three of the sixteenth year at about half past one in the morning, because Renata was awake at half past one in the morning, and she had brought nothing with her, no slate and no paper, which she has said since was cowardice and was probably judgement.</w:t>
      </w:r>
    </w:p>
    <w:p>
      <w:pPr>
        <w:ind w:firstLine="720"/>
      </w:pPr>
      <w:r>
        <w:t>She said it badly. She started with the array and the carry-over and the library and the four hundred and eleven kilogrammes, and got about four minutes into a clinical account before Renata put a hand up.</w:t>
      </w:r>
    </w:p>
    <w:p>
      <w:pPr>
        <w:ind w:firstLine="720"/>
      </w:pPr>
      <w:r>
        <w:t>“Are you sure?”</w:t>
      </w:r>
    </w:p>
    <w:p>
      <w:pPr>
        <w:ind w:firstLine="720"/>
      </w:pPr>
      <w:r>
        <w:t>“Yes.”</w:t>
      </w:r>
    </w:p>
    <w:p>
      <w:pPr>
        <w:ind w:firstLine="720"/>
      </w:pPr>
      <w:r>
        <w:t>“Then say it. In one sentence. You have not said it yet.”</w:t>
      </w:r>
    </w:p>
    <w:p>
      <w:pPr>
        <w:ind w:firstLine="720"/>
      </w:pPr>
      <w:r>
        <w:t>Halima Sow sat in a compartment in ring two at two in the morning of day thirty-three of the sixteenth year of the crossing and said: “Somebody on this ship has been putting a sedative into Dov Lindqvist for four years.”</w:t>
      </w:r>
    </w:p>
    <w:p>
      <w:pPr>
        <w:ind w:firstLine="720"/>
      </w:pPr>
      <w:r>
        <w:t>Renata did not ask who. She has been asked about that for a hundred and forty years and her answer never changed: that she did not ask because she did not want to be in a room where the two of them started guessing, and that once two people have guessed together they are no longer able to be surprised, and that she had read nine volumes about what happens to small groups who begin by guessing.</w:t>
      </w:r>
    </w:p>
    <w:p>
      <w:pPr>
        <w:ind w:firstLine="720"/>
      </w:pPr>
      <w:r>
        <w:t>What she asked instead was: “Who else have you told?”</w:t>
      </w:r>
    </w:p>
    <w:p>
      <w:pPr>
        <w:ind w:firstLine="720"/>
      </w:pPr>
      <w:r>
        <w:t>“Nobody.”</w:t>
      </w:r>
    </w:p>
    <w:p>
      <w:pPr>
        <w:ind w:firstLine="720"/>
      </w:pPr>
      <w:r>
        <w:t>“When did you find it?”</w:t>
      </w:r>
    </w:p>
    <w:p>
      <w:pPr>
        <w:ind w:firstLine="720"/>
      </w:pPr>
      <w:r>
        <w:t>“Eleven days ago.”</w:t>
      </w:r>
    </w:p>
    <w:p>
      <w:pPr>
        <w:ind w:firstLine="720"/>
      </w:pPr>
      <w:r>
        <w:t>Renata thought about that for a long time. She had a way of doing that.</w:t>
      </w:r>
    </w:p>
    <w:p>
      <w:pPr>
        <w:ind w:firstLine="720"/>
      </w:pPr>
      <w:r>
        <w:t>“All right,” she said. “Then the first thing is not who. The first thing is that there is no procedure, there has never been a procedure, and everything the two of us do from here is going to be the procedure, because it will be the only thing anybody can point at. We are writing it right now, sitting here, whether we write anything down or not.”</w:t>
      </w:r>
    </w:p>
    <w:p>
      <w:pPr>
        <w:ind w:firstLine="720"/>
      </w:pPr>
      <w:r>
        <w:t>“I know.”</w:t>
      </w:r>
    </w:p>
    <w:p>
      <w:pPr>
        <w:ind w:firstLine="720"/>
      </w:pPr>
      <w:r>
        <w:t>“Then we should probably start writing it down,” said Renata Oyelaran, and got up to find some paper, and that is the beginning of the Iron Protocol, and there were two people in the room and one of them had brought nothing with her on purpose.</w:t>
      </w:r>
    </w:p>
    <w:p>
      <w:r>
        <w:br w:type="page"/>
      </w:r>
    </w:p>
    <w:p>
      <w:pPr>
        <w:pStyle w:val="Heading1"/>
      </w:pPr>
      <w:r>
        <w:t>Chapter 33 &amp;mdash; Ten Suspects</w:t>
      </w:r>
    </w:p>
    <w:p>
      <w:pPr>
        <w:ind w:firstLine="720"/>
      </w:pPr>
      <w:r>
        <w:t>Night Shift · Year 16, Day 38 · Units 4, 7, 11 · Unreviewed</w:t>
      </w:r>
    </w:p>
    <w:p>
      <w:pPr>
        <w:ind w:firstLine="720"/>
      </w:pPr>
      <w:r>
        <w:t>01:03:17</w:t>
      </w:r>
    </w:p>
    <w:p>
      <w:pPr>
        <w:ind w:firstLine="720"/>
      </w:pPr>
      <w:r>
        <w:t>U-07</w:t>
      </w:r>
    </w:p>
    <w:p>
      <w:pPr>
        <w:ind w:firstLine="720"/>
      </w:pPr>
      <w:r>
        <w:t>Ring two, comms office. Lindqvist, D. awake and working. Withdrew. Did not ask again.</w:t>
      </w:r>
    </w:p>
    <w:p>
      <w:pPr>
        <w:ind w:firstLine="720"/>
      </w:pPr>
      <w:r>
        <w:t>02:29:44</w:t>
      </w:r>
    </w:p>
    <w:p>
      <w:pPr>
        <w:ind w:firstLine="720"/>
      </w:pPr>
      <w:r>
        <w:t>U-04</w:t>
      </w:r>
    </w:p>
    <w:p>
      <w:pPr>
        <w:ind w:firstLine="720"/>
      </w:pPr>
      <w:r>
        <w:t>Ring two, comms office. Lindqvist, D. awake and working. Withdrew. Did not ask again.</w:t>
      </w:r>
    </w:p>
    <w:p>
      <w:pPr>
        <w:ind w:firstLine="720"/>
      </w:pPr>
      <w:r>
        <w:t>03:52:08</w:t>
      </w:r>
    </w:p>
    <w:p>
      <w:pPr>
        <w:ind w:firstLine="720"/>
      </w:pPr>
      <w:r>
        <w:t>U-11</w:t>
      </w:r>
    </w:p>
    <w:p>
      <w:pPr>
        <w:ind w:firstLine="720"/>
      </w:pPr>
      <w:r>
        <w:t>Spine, frame 611. Duhamel, S. present, working. Withdrew. Did not ask again.</w:t>
      </w:r>
    </w:p>
    <w:p>
      <w:pPr>
        <w:ind w:firstLine="720"/>
      </w:pPr>
      <w:r>
        <w:t>04:41:33</w:t>
      </w:r>
    </w:p>
    <w:p>
      <w:pPr>
        <w:ind w:firstLine="720"/>
      </w:pPr>
      <w:r>
        <w:t>U-07</w:t>
      </w:r>
    </w:p>
    <w:p>
      <w:pPr>
        <w:ind w:firstLine="720"/>
      </w:pPr>
      <w:r>
        <w:t>Ring two, comms office. Lindqvist, D. awake and working. Withdrew. Did not ask again.</w:t>
      </w:r>
    </w:p>
    <w:p>
      <w:pPr>
        <w:ind w:firstLine="720"/>
      </w:pPr>
      <w:r>
        <w:t>05:58:50</w:t>
      </w:r>
    </w:p>
    <w:p>
      <w:pPr>
        <w:ind w:firstLine="720"/>
      </w:pPr>
      <w:r>
        <w:t>U-04</w:t>
      </w:r>
    </w:p>
    <w:p>
      <w:pPr>
        <w:ind w:firstLine="720"/>
      </w:pPr>
      <w:r>
        <w:t>Corridor 9. Music heard. Source not located. Logged as unexplained sound.</w:t>
      </w:r>
    </w:p>
    <w:p>
      <w:pPr>
        <w:ind w:firstLine="720"/>
      </w:pPr>
      <w:r>
        <w:t>They told him together, on day thirty-eight, in the medical office, which was Renata's condition and the only one she made: that Halima would not do it alone and that there would be a witness to what was said and how.</w:t>
      </w:r>
    </w:p>
    <w:p>
      <w:pPr>
        <w:ind w:firstLine="720"/>
      </w:pPr>
      <w:r>
        <w:t>It took about six minutes and then Dov Lindqvist asked questions for two hours.</w:t>
      </w:r>
    </w:p>
    <w:p>
      <w:pPr>
        <w:ind w:firstLine="720"/>
      </w:pPr>
      <w:r>
        <w:t>That is not a joke and nobody in the room treated it as one, and all three of them understood exactly what they were watching, and none of them said anything about it for six years.</w:t>
      </w:r>
    </w:p>
    <w:p>
      <w:pPr>
        <w:ind w:firstLine="720"/>
      </w:pPr>
      <w:r>
        <w:t>He asked how many samples. He asked whether the array was the same array. He asked whether the library match was a match or a family. He asked what the concentration was in absolute terms and then asked her to say it again as a fraction of a therapeutic dose. He asked what the elimination half-life was and then did the arithmetic out loud and asked whether a four-year flat curve was consistent with continuous exposure or with intermittent exposure at an interval shorter than the half-life, and Halima said she did not know, and he said that they should find out because the two produce different pictures of a person.</w:t>
      </w:r>
    </w:p>
    <w:p>
      <w:pPr>
        <w:ind w:firstLine="720"/>
      </w:pPr>
      <w:r>
        <w:t>He asked whether it was doing him harm. She said no. He asked her to say what it</w:t>
      </w:r>
    </w:p>
    <w:p>
      <w:pPr>
        <w:ind w:firstLine="720"/>
      </w:pPr>
      <w:r>
        <w:t>was</w:t>
      </w:r>
    </w:p>
    <w:p>
      <w:pPr>
        <w:ind w:firstLine="720"/>
      </w:pPr>
      <w:r>
        <w:t>doing, and she told him, out of a nineteen-year-old reference:</w:t>
      </w:r>
    </w:p>
    <w:p>
      <w:pPr>
        <w:ind w:firstLine="720"/>
      </w:pPr>
      <w:r>
        <w:t>marginally less responsive to novel stimulus, with reduced initiation of unprompted behaviour.</w:t>
      </w:r>
    </w:p>
    <w:p>
      <w:pPr>
        <w:ind w:firstLine="720"/>
      </w:pPr>
      <w:r>
        <w:t>He wrote that down.</w:t>
      </w:r>
    </w:p>
    <w:p>
      <w:pPr>
        <w:ind w:firstLine="720"/>
      </w:pPr>
      <w:r>
        <w:t>Then he said, “Right,” and asked who was running the investigation.</w:t>
      </w:r>
    </w:p>
    <w:p>
      <w:pPr>
        <w:ind w:firstLine="720"/>
      </w:pPr>
      <w:r>
        <w:t>There was a silence of the kind Ines would have timed. Renata Oyelaran, who had been thinking about it for five days and had arrived at the answer and hated it, said it.</w:t>
      </w:r>
    </w:p>
    <w:p>
      <w:pPr>
        <w:ind w:firstLine="720"/>
      </w:pPr>
      <w:r>
        <w:t>“There isn't anybody.”</w:t>
      </w:r>
    </w:p>
    <w:p>
      <w:pPr>
        <w:ind w:firstLine="720"/>
      </w:pPr>
      <w:r>
        <w:t>“There has to be somebody.”</w:t>
      </w:r>
    </w:p>
    <w:p>
      <w:pPr>
        <w:ind w:firstLine="720"/>
      </w:pPr>
      <w:r>
        <w:t>“There is nobody on this ship who can read that system except you,” said Renata. “You wrote the review. You have maintained it for fourteen years. Halima cannot read it, I cannot read it, and if we hand it to any of the other seven we are handing it to somebody who might have done it.”</w:t>
      </w:r>
    </w:p>
    <w:p>
      <w:pPr>
        <w:ind w:firstLine="720"/>
      </w:pPr>
      <w:r>
        <w:t>“You are handing it to somebody who might have done it now.”</w:t>
      </w:r>
    </w:p>
    <w:p>
      <w:pPr>
        <w:ind w:firstLine="720"/>
      </w:pPr>
      <w:r>
        <w:t>“You are the one it was done to.”</w:t>
      </w:r>
    </w:p>
    <w:p>
      <w:pPr>
        <w:ind w:firstLine="720"/>
      </w:pPr>
      <w:r>
        <w:t>“That is not an exclusion,” said Dov, “and I would like it on the record that I said so before anybody else had to.”</w:t>
      </w:r>
    </w:p>
    <w:p>
      <w:pPr>
        <w:ind w:firstLine="720"/>
      </w:pPr>
      <w:r>
        <w:t>He put it in writing that afternoon, four lines, and it is in the archive and it is the founding document of criminal procedure on Aura-36 and it was written by the victim about himself:</w:t>
      </w:r>
    </w:p>
    <w:p>
      <w:pPr>
        <w:ind w:firstLine="720"/>
      </w:pPr>
      <w:r>
        <w:t>I remain in the suspect set. I cannot be excluded on the evidence available and neither can anybody else, and a set which excludes the person examining it is not a set, it is a preference. If I am cleared it will be by somebody other than me and it will be after everybody else.</w:t>
      </w:r>
    </w:p>
    <w:p>
      <w:pPr>
        <w:ind w:firstLine="720"/>
      </w:pPr>
      <w:r>
        <w:t>He was cleared last, in week eight, by Halima, on a metabolic argument he could not have constructed and could not check.</w:t>
      </w:r>
    </w:p>
    <w:p>
      <w:pPr>
        <w:ind w:firstLine="720"/>
      </w:pPr>
      <w:r>
        <w:t>Then he went to the comms office and started work, and the units logged him there at one, at half past two, and at twenty to five.</w:t>
      </w:r>
    </w:p>
    <w:p>
      <w:pPr>
        <w:ind w:firstLine="720"/>
      </w:pPr>
      <w:r>
        <w:t>The tracker holds sixteen years of continuous position data on ten human beings, retained in full, never purged, to a resolution of about four metres. It is the most complete record of a group of people that has ever existed. It knows where every one of them was every second of every day since the fourth day of the crossing.</w:t>
      </w:r>
    </w:p>
    <w:p>
      <w:pPr>
        <w:ind w:firstLine="720"/>
      </w:pPr>
      <w:r>
        <w:t>It took Dov Lindqvist nine days to establish that it was useless.</w:t>
      </w:r>
    </w:p>
    <w:p>
      <w:pPr>
        <w:ind w:firstLine="720"/>
      </w:pPr>
      <w:r>
        <w:t>The reason is in three parts and he set them out in order, in a document he wrote for himself and never showed anybody until the twenty-second year.</w:t>
      </w:r>
    </w:p>
    <w:p>
      <w:pPr>
        <w:ind w:firstLine="720"/>
      </w:pPr>
      <w:r>
        <w:t>One. The gap is his own.</w:t>
      </w:r>
    </w:p>
    <w:p>
      <w:pPr>
        <w:ind w:firstLine="720"/>
      </w:pPr>
      <w:r>
        <w:t>The dosing was of a compartment and the compartment was his, and</w:t>
      </w:r>
    </w:p>
    <w:p>
      <w:pPr>
        <w:ind w:firstLine="720"/>
      </w:pPr>
      <w:r>
        <w:t>where a person sleeps, no instrument of the ship attends.</w:t>
      </w:r>
    </w:p>
    <w:p>
      <w:pPr>
        <w:ind w:firstLine="720"/>
      </w:pPr>
      <w:r>
        <w:t>Eleven words. He wrote them in the ninth year, over Halima's objection, and won the vote nine to one, and had the minute record at his own request that the clause would eventually kill somebody.</w:t>
      </w:r>
    </w:p>
    <w:p>
      <w:pPr>
        <w:ind w:firstLine="720"/>
      </w:pPr>
      <w:r>
        <w:t>There is no position data for the inside of his own quarters and there never has been. There is none for anybody else's either. A person could stand in that compartment for eleven hours and the system would show them entering the corridor outside and leaving it, and nothing in between, and that was the design, and he drew the boundary himself, on a graph, in front of eight people, and they thanked him for it.</w:t>
      </w:r>
    </w:p>
    <w:p>
      <w:pPr>
        <w:ind w:firstLine="720"/>
      </w:pPr>
      <w:r>
        <w:t>Two. The corridor tells you nothing.</w:t>
      </w:r>
    </w:p>
    <w:p>
      <w:pPr>
        <w:ind w:firstLine="720"/>
      </w:pPr>
      <w:r>
        <w:t>He ran it anyway, because it is what there is. Sixteen years of every approach to his compartment door.</w:t>
      </w:r>
    </w:p>
    <w:p>
      <w:pPr>
        <w:ind w:firstLine="720"/>
      </w:pPr>
      <w:r>
        <w:t>Nine people went past that door constantly. It is in ring two, four compartments from the transfer gallery, on the route between the meeting room and everything else. Every one of the ten had walked past it several thousand times. Four of them had been inside it in the last four years for entirely ordinary reasons. The tracker recorded all of it accurately and the accurate record of it is a wall of noise, and there is no way to distinguish a person walking past a door from a person stopping at it for eleven seconds, because eleven seconds is inside the system's own smoothing.</w:t>
      </w:r>
    </w:p>
    <w:p>
      <w:pPr>
        <w:ind w:firstLine="720"/>
      </w:pPr>
      <w:r>
        <w:t>Three, and this is the one that stopped him.</w:t>
      </w:r>
    </w:p>
    <w:p>
      <w:pPr>
        <w:ind w:firstLine="720"/>
      </w:pPr>
      <w:r>
        <w:t>The dosing did not have to happen at the door.</w:t>
      </w:r>
    </w:p>
    <w:p>
      <w:pPr>
        <w:ind w:firstLine="720"/>
      </w:pPr>
      <w:r>
        <w:t>Compartment air on the Ark-Genesis comes off a distribution branch, and a branch serves eleven compartments, and the branch is accessible from a service trunk that runs the length of ring two and is not a compartment and is not sleeping quarters and is therefore fully covered by the tracker at four-metre resolution.</w:t>
      </w:r>
    </w:p>
    <w:p>
      <w:pPr>
        <w:ind w:firstLine="720"/>
      </w:pPr>
      <w:r>
        <w:t>He pulled sixteen years of the ring two service trunk and found, on average, four hundred and forty entries a year.</w:t>
      </w:r>
    </w:p>
    <w:p>
      <w:pPr>
        <w:ind w:firstLine="720"/>
      </w:pPr>
      <w:r>
        <w:t>All of them environmental. All of them rostered, or on a swap that was logged in the Bound Ledger, or on a fault that was in the fault system. Every single one reconciled against a work record. Sixteen years of a man doing his job in the place his job is done.</w:t>
      </w:r>
    </w:p>
    <w:p>
      <w:pPr>
        <w:ind w:firstLine="720"/>
      </w:pPr>
      <w:r>
        <w:t>Dov Lindqvist sat in the comms office at half past two in the morning on day forty-seven of the sixteenth year, looking at four hundred and forty entries a year of somebody being exactly where they were supposed to be, and understood that the system he had spent fourteen years maintaining could not tell him anything at all, and that this was not a defect in it.</w:t>
      </w:r>
    </w:p>
    <w:p>
      <w:pPr>
        <w:ind w:firstLine="720"/>
      </w:pPr>
      <w:r>
        <w:t>It was the design. It was a fire alarm. It tells you that a person is in a compartment so that somebody can go and get them out, and it has never in nineteen years been asked what a person was doing in there, because on a construction site nobody is doing anything in there except work.</w:t>
      </w:r>
    </w:p>
    <w:p>
      <w:pPr>
        <w:ind w:firstLine="720"/>
      </w:pPr>
      <w:r>
        <w:t>There is one more thing he tried and it is the closest anybody came to solving it with an instrument, and it failed for a reason that is almost funny.</w:t>
      </w:r>
    </w:p>
    <w:p>
      <w:pPr>
        <w:ind w:firstLine="720"/>
      </w:pPr>
      <w:r>
        <w:t>If the dosing was through the air, the compound went into a branch, and a branch serves eleven compartments, and the other ten occupants of those eleven compartments are — on a ship with ten awake people in it — nobody at all. Ring two is four hundred and eleven dark districts and a handful of occupied ones, and the branch that serves Dov Lindqvist's compartment serves ten empty rooms and him.</w:t>
      </w:r>
    </w:p>
    <w:p>
      <w:pPr>
        <w:ind w:firstLine="720"/>
      </w:pPr>
      <w:r>
        <w:t>That is why it worked. That is the entire mechanism and it required no cleverness whatsoever. On Earth, or on the site, or on that same ship two years later with a hundred thousand people awake in it, a compound in a branch reaches eleven households and is found in a week. Here it reached one man, because the ship was empty, because everybody else was asleep.</w:t>
      </w:r>
    </w:p>
    <w:p>
      <w:pPr>
        <w:ind w:firstLine="720"/>
      </w:pPr>
      <w:r>
        <w:t>Dov worked that out on day forty-four and wrote four lines about it and they are the four lines Renata later took into the drafting, because they are the argument for why the Protocol had to be narrow:</w:t>
      </w:r>
    </w:p>
    <w:p>
      <w:pPr>
        <w:ind w:firstLine="720"/>
      </w:pPr>
      <w:r>
        <w:t>This was not sophisticated. It was possible because we are ten people in a container built for a hundred thousand. Every safeguard we have assumes a population. There is no population. There will not be one for twenty years. Anything we write now has to work in a building with nobody in it.</w:t>
      </w:r>
    </w:p>
    <w:p>
      <w:pPr>
        <w:ind w:firstLine="720"/>
      </w:pPr>
      <w:r>
        <w:t>Then he did the last thing and it took him four minutes and he wished afterwards that it had taken longer.</w:t>
      </w:r>
    </w:p>
    <w:p>
      <w:pPr>
        <w:ind w:firstLine="720"/>
      </w:pPr>
      <w:r>
        <w:t>He went to his own annexe from the ninth year, the one attached to the Sanctuary Exception review, and read the four lines at the bottom.</w:t>
      </w:r>
    </w:p>
    <w:p>
      <w:pPr>
        <w:ind w:firstLine="720"/>
      </w:pPr>
      <w:r>
        <w:t>Duhamel notes environmental trades are over-represented 2:1 in the unrostered band, and attributes it to the universality of the access rather than to the people. Concur. No action proposed.</w:t>
      </w:r>
    </w:p>
    <w:p>
      <w:pPr>
        <w:ind w:firstLine="720"/>
      </w:pPr>
      <w:r>
        <w:t>He read it four times.</w:t>
      </w:r>
    </w:p>
    <w:p>
      <w:pPr>
        <w:ind w:firstLine="720"/>
      </w:pPr>
      <w:r>
        <w:t>It names a trade and not a man. It was volunteered, unprompted, by the person it describes, in a conversation Dov had started, seven years before any of this, and Dov had written it down himself and concurred with it in his own hand, and the concurrence was correct.</w:t>
      </w:r>
    </w:p>
    <w:p>
      <w:pPr>
        <w:ind w:firstLine="720"/>
      </w:pPr>
      <w:r>
        <w:t>He closed the annexe and put it back and did not mention it to a single person for six weeks, and when he did mention it, in week eight, it was not evidence and he said so, and it was not what identified anybody.</w:t>
      </w:r>
    </w:p>
    <w:p>
      <w:pPr>
        <w:ind w:firstLine="720"/>
      </w:pPr>
      <w:r>
        <w:t>What he wrote in his own document that night is one line and it is the whole chapter.</w:t>
      </w:r>
    </w:p>
    <w:p>
      <w:pPr>
        <w:ind w:firstLine="720"/>
      </w:pPr>
      <w:r>
        <w:t>Every tool I have was built by me, for a different question, and every one of them says the ship is working normally.</w:t>
      </w:r>
    </w:p>
    <w:p>
      <w:r>
        <w:br w:type="page"/>
      </w:r>
    </w:p>
    <w:p>
      <w:pPr>
        <w:pStyle w:val="Heading1"/>
      </w:pPr>
      <w:r>
        <w:t>Chapter 34 &amp;mdash; The Charter Has Nothing To Say</w:t>
      </w:r>
    </w:p>
    <w:p>
      <w:pPr>
        <w:ind w:firstLine="720"/>
      </w:pPr>
      <w:r>
        <w:t>Night Shift · Year 16, Day 52 · Units 4, 7, 11 · Unreviewed</w:t>
      </w:r>
    </w:p>
    <w:p>
      <w:pPr>
        <w:ind w:firstLine="720"/>
      </w:pPr>
      <w:r>
        <w:t>00:41:09</w:t>
      </w:r>
    </w:p>
    <w:p>
      <w:pPr>
        <w:ind w:firstLine="720"/>
      </w:pPr>
      <w:r>
        <w:t>U-04</w:t>
      </w:r>
    </w:p>
    <w:p>
      <w:pPr>
        <w:ind w:firstLine="720"/>
      </w:pPr>
      <w:r>
        <w:t>Ring two, meeting room. Ten chairs pulled out. Returned to stack. No works order.</w:t>
      </w:r>
    </w:p>
    <w:p>
      <w:pPr>
        <w:ind w:firstLine="720"/>
      </w:pPr>
      <w:r>
        <w:t>02:07:55</w:t>
      </w:r>
    </w:p>
    <w:p>
      <w:pPr>
        <w:ind w:firstLine="720"/>
      </w:pPr>
      <w:r>
        <w:t>U-11</w:t>
      </w:r>
    </w:p>
    <w:p>
      <w:pPr>
        <w:ind w:firstLine="720"/>
      </w:pPr>
      <w:r>
        <w:t>Forward transfer. Ferrer, I. awake and working. Withdrew. Did not ask again.</w:t>
      </w:r>
    </w:p>
    <w:p>
      <w:pPr>
        <w:ind w:firstLine="720"/>
      </w:pPr>
      <w:r>
        <w:t>03:30:41</w:t>
      </w:r>
    </w:p>
    <w:p>
      <w:pPr>
        <w:ind w:firstLine="720"/>
      </w:pPr>
      <w:r>
        <w:t>U-07</w:t>
      </w:r>
    </w:p>
    <w:p>
      <w:pPr>
        <w:ind w:firstLine="720"/>
      </w:pPr>
      <w:r>
        <w:t>Forward transfer. Ferrer, I. awake and working. Withdrew. Did not ask again.</w:t>
      </w:r>
    </w:p>
    <w:p>
      <w:pPr>
        <w:ind w:firstLine="720"/>
      </w:pPr>
      <w:r>
        <w:t>04:55:16</w:t>
      </w:r>
    </w:p>
    <w:p>
      <w:pPr>
        <w:ind w:firstLine="720"/>
      </w:pPr>
      <w:r>
        <w:t>U-11</w:t>
      </w:r>
    </w:p>
    <w:p>
      <w:pPr>
        <w:ind w:firstLine="720"/>
      </w:pPr>
      <w:r>
        <w:t>Forward transfer. Ferrer, I. awake and working. Withdrew. Did not ask again.</w:t>
      </w:r>
    </w:p>
    <w:p>
      <w:pPr>
        <w:ind w:firstLine="720"/>
      </w:pPr>
      <w:r>
        <w:t>05:52:37</w:t>
      </w:r>
    </w:p>
    <w:p>
      <w:pPr>
        <w:ind w:firstLine="720"/>
      </w:pPr>
      <w:r>
        <w:t>U-04</w:t>
      </w:r>
    </w:p>
    <w:p>
      <w:pPr>
        <w:ind w:firstLine="720"/>
      </w:pPr>
      <w:r>
        <w:t>Corridor 9. Music heard. Source not located. Logged as unexplained sound.</w:t>
      </w:r>
    </w:p>
    <w:p>
      <w:pPr>
        <w:ind w:firstLine="720"/>
      </w:pPr>
      <w:r>
        <w:t>The complement was told on day fifty-two, all ten at once, in the second ring, by Halima, in about four minutes, and Coda came up on the four o'clock car for it.</w:t>
      </w:r>
    </w:p>
    <w:p>
      <w:pPr>
        <w:ind w:firstLine="720"/>
      </w:pPr>
      <w:r>
        <w:t>Ines Ferrer minuted it. That is what she did. She sat at the end of the table with the book and she wrote down what was said and by whom, because there was no other thing available to her and because in a fortnight or a year somebody was going to need to know exactly what had been said in that room and when.</w:t>
      </w:r>
    </w:p>
    <w:p>
      <w:pPr>
        <w:ind w:firstLine="720"/>
      </w:pPr>
      <w:r>
        <w:t>The minute is two pages and it is the flattest document in the archive.</w:t>
      </w:r>
    </w:p>
    <w:p>
      <w:pPr>
        <w:ind w:firstLine="720"/>
      </w:pPr>
      <w:r>
        <w:t>That night she went to the forward transfer gallery and read the Open Accord from the beginning.</w:t>
      </w:r>
    </w:p>
    <w:p>
      <w:pPr>
        <w:ind w:firstLine="720"/>
      </w:pPr>
      <w:r>
        <w:t>She had written it out by hand three times. The eleventh-year consolidated draft, the fourteenth-year draft, and the signed copy, nineteen pages, nine days, two pages started again. She had read the whole thing aloud in that same second ring on day forty-four of the fifteenth year and it had taken an hour and forty minutes and there had been forty-one seconds of silence at the end of it and she had not been able to speak for some of them.</w:t>
      </w:r>
    </w:p>
    <w:p>
      <w:pPr>
        <w:ind w:firstLine="720"/>
      </w:pPr>
      <w:r>
        <w:t>She read it again on day fifty-two of the sixteenth year, looking for one thing, and it is not there.</w:t>
      </w:r>
    </w:p>
    <w:p>
      <w:pPr>
        <w:ind w:firstLine="720"/>
      </w:pPr>
      <w:r>
        <w:t>Here is what the founding instrument of Aura-36 contains, exhaustively, as she found it that night.</w:t>
      </w:r>
    </w:p>
    <w:p>
      <w:pPr>
        <w:ind w:firstLine="720"/>
      </w:pPr>
      <w:r>
        <w:t>Sixty-nine definitions, of which nineteen concerns a person who cannot be consulted.</w:t>
      </w:r>
    </w:p>
    <w:p>
      <w:pPr>
        <w:ind w:firstLine="720"/>
      </w:pPr>
      <w:r>
        <w:t>Four protections. Belief, in nineteen words. Sleep, in eleven. Three equal parts of a day, one of which belongs to the person. And clause nine: a person may decline any task not necessary to the safety of the ship, and shall not be asked twice.</w:t>
      </w:r>
    </w:p>
    <w:p>
      <w:pPr>
        <w:ind w:firstLine="720"/>
      </w:pPr>
      <w:r>
        <w:t>The rotation machinery, four hundred words, commencing at the first waking.</w:t>
      </w:r>
    </w:p>
    <w:p>
      <w:pPr>
        <w:ind w:firstLine="720"/>
      </w:pPr>
      <w:r>
        <w:t>The Guardians, nine of them, with five safeguards, commencing at the first waking.</w:t>
      </w:r>
    </w:p>
    <w:p>
      <w:pPr>
        <w:ind w:firstLine="720"/>
      </w:pPr>
      <w:r>
        <w:t>The register of exceptions, thirty-one entries, all reviewed at the first waking. Clause forty: an exception not on the published schedule is void.</w:t>
      </w:r>
    </w:p>
    <w:p>
      <w:pPr>
        <w:ind w:firstLine="720"/>
      </w:pPr>
      <w:r>
        <w:t>The record clauses, including Renata's narrowed sealing provision, which means the record of a person who cannot be consulted cannot be sealed at all — drafted in the eleventh year to protect ninety-five thousand people, and it does, and it does nothing whatever here.</w:t>
      </w:r>
    </w:p>
    <w:p>
      <w:pPr>
        <w:ind w:firstLine="720"/>
      </w:pPr>
      <w:r>
        <w:t>And six pages of fault reporting, written in the seventh year by six people who had spent their lives filing faults, which is the longest section in the document and is still the standard on Aura-36 unamended.</w:t>
      </w:r>
    </w:p>
    <w:p>
      <w:pPr>
        <w:ind w:firstLine="720"/>
      </w:pPr>
      <w:r>
        <w:t>That is all of it. Nineteen pages.</w:t>
      </w:r>
    </w:p>
    <w:p>
      <w:pPr>
        <w:ind w:firstLine="720"/>
      </w:pPr>
      <w:r>
        <w:t>There is no power to require a person to answer a question.</w:t>
      </w:r>
    </w:p>
    <w:p>
      <w:pPr>
        <w:ind w:firstLine="720"/>
      </w:pPr>
      <w:r>
        <w:t>There is no power to search a compartment, and there could not be, because eleven words say that where a person sleeps no instrument of the ship attends, and a search is an instrument.</w:t>
      </w:r>
    </w:p>
    <w:p>
      <w:pPr>
        <w:ind w:firstLine="720"/>
      </w:pPr>
      <w:r>
        <w:t>There is no power to detain anybody, for any period, for any reason.</w:t>
      </w:r>
    </w:p>
    <w:p>
      <w:pPr>
        <w:ind w:firstLine="720"/>
      </w:pPr>
      <w:r>
        <w:t>There is no power to remove a person from a post. There is no post to remove them from; the complement holds every function by continuity and continuity is not an appointment and cannot be revoked, because there is nobody to revoke it.</w:t>
      </w:r>
    </w:p>
    <w:p>
      <w:pPr>
        <w:ind w:firstLine="720"/>
      </w:pPr>
      <w:r>
        <w:t>There is nothing about evidence. Nothing about what counts as a finding of fact, or who makes one, or what standard applies, or what happens when nine people disagree about whether a thing has been established.</w:t>
      </w:r>
    </w:p>
    <w:p>
      <w:pPr>
        <w:ind w:firstLine="720"/>
      </w:pPr>
      <w:r>
        <w:t>The word</w:t>
      </w:r>
    </w:p>
    <w:p>
      <w:pPr>
        <w:ind w:firstLine="720"/>
      </w:pPr>
      <w:r>
        <w:t>offence</w:t>
      </w:r>
    </w:p>
    <w:p>
      <w:pPr>
        <w:ind w:firstLine="720"/>
      </w:pPr>
      <w:r>
        <w:t>appears twice in nineteen pages and both times it is inside a definition of something else.</w:t>
      </w:r>
    </w:p>
    <w:p>
      <w:pPr>
        <w:ind w:firstLine="720"/>
      </w:pPr>
      <w:r>
        <w:t>Ines went through it four times. The fourth pass she did with a pencil and a ruler, line by line, marking every provision that was operative rather than declaratory, and she has kept that copy and it is in the archive and there are eleven marks on it.</w:t>
      </w:r>
    </w:p>
    <w:p>
      <w:pPr>
        <w:ind w:firstLine="720"/>
      </w:pPr>
      <w:r>
        <w:t>Not one of the eleven is any use.</w:t>
      </w:r>
    </w:p>
    <w:p>
      <w:pPr>
        <w:ind w:firstLine="720"/>
      </w:pPr>
      <w:r>
        <w:t>She checked the other instruments too, because she is a records officer and the Accord is not the only instrument aboard, and she had been through this exercise once before, in the fourth year, in a transfer gallery, over an argument about a fortnight.</w:t>
      </w:r>
    </w:p>
    <w:p>
      <w:pPr>
        <w:ind w:firstLine="720"/>
      </w:pPr>
      <w:r>
        <w:t>The works order system governs the building of things. The two-signature rule above four hundred units governs the swarm. The stowage and movement order system governs where objects are. The inspection regime governs inspections. The consumables schedule governs consumption — and does not govern industrial feedstock, which is drawn in aggregate and reconciled annually, which is the whole mechanism of the thing that had been done.</w:t>
      </w:r>
    </w:p>
    <w:p>
      <w:pPr>
        <w:ind w:firstLine="720"/>
      </w:pPr>
      <w:r>
        <w:t>The reallocation rule governs a berth. Nnamdi's founding instrument governs a manifest which has been closed for sixteen years.</w:t>
      </w:r>
    </w:p>
    <w:p>
      <w:pPr>
        <w:ind w:firstLine="720"/>
      </w:pPr>
      <w:r>
        <w:t>Every instrument aboard the Ark-Genesis is a building instrument. She had established that on day two hundred and ninety-one of the fourth year, written four words in a notebook, underlined them, and put it to nine people who had agreed to think about it and had then written a charter for eight years.</w:t>
      </w:r>
    </w:p>
    <w:p>
      <w:pPr>
        <w:ind w:firstLine="720"/>
      </w:pPr>
      <w:r>
        <w:t>The charter is the answer they produced. It is a very good one. It is about how a society holds power, and how a person may live, and what may not be done to a class of people who cannot speak for themselves.</w:t>
      </w:r>
    </w:p>
    <w:p>
      <w:pPr>
        <w:ind w:firstLine="720"/>
      </w:pPr>
      <w:r>
        <w:t>It is not about what one person may do to another, because the ten of them were the entire population and they had solved that problem by being decent for sixteen years.</w:t>
      </w:r>
    </w:p>
    <w:p>
      <w:pPr>
        <w:ind w:firstLine="720"/>
      </w:pPr>
      <w:r>
        <w:t>She found the one thing at about four in the morning and it took her a while to understand what she was looking at, and then she sat back in the chair in the forward transfer gallery and did not move for some time.</w:t>
      </w:r>
    </w:p>
    <w:p>
      <w:pPr>
        <w:ind w:firstLine="720"/>
      </w:pPr>
      <w:r>
        <w:t>Clause nine.</w:t>
      </w:r>
    </w:p>
    <w:p>
      <w:pPr>
        <w:ind w:firstLine="720"/>
      </w:pPr>
      <w:r>
        <w:t>A person may decline any task not necessary to the safety of the ship, and shall not be asked twice.</w:t>
      </w:r>
    </w:p>
    <w:p>
      <w:pPr>
        <w:ind w:firstLine="720"/>
      </w:pPr>
      <w:r>
        <w:t>It is the only operative clause in the Open Accord that bears on any of this, and it runs the wrong way. Any one of the ten — including the one who did it — may decline to give a sample, decline to answer a question, decline to open a compartment, decline to be looked at in any way at all, and may do so once, without reason, and may not be asked again.</w:t>
      </w:r>
    </w:p>
    <w:p>
      <w:pPr>
        <w:ind w:firstLine="720"/>
      </w:pPr>
      <w:r>
        <w:t>Aiyana Roux had written it in the seventh year, about herself, in about four minutes, at the end of the fifth session, almost as a joke, because she had thirty-one years of nothing to do and had been embarrassed to say so.</w:t>
      </w:r>
    </w:p>
    <w:p>
      <w:pPr>
        <w:ind w:firstLine="720"/>
      </w:pPr>
      <w:r>
        <w:t>Everybody had agreed to it in four minutes because it was obviously fair and cost nothing.</w:t>
      </w:r>
    </w:p>
    <w:p>
      <w:pPr>
        <w:ind w:firstLine="720"/>
      </w:pPr>
      <w:r>
        <w:t>Ines took it personally and she has never pretended otherwise and Renata told her at the time that she was wrong to, and she was wrong to, and it did not help.</w:t>
      </w:r>
    </w:p>
    <w:p>
      <w:pPr>
        <w:ind w:firstLine="720"/>
      </w:pPr>
      <w:r>
        <w:t>The thing she could not get past was not that the document was inadequate. Documents are inadequate; that is why there is a records profession. It was that they had not been in a hurry.</w:t>
      </w:r>
    </w:p>
    <w:p>
      <w:pPr>
        <w:ind w:firstLine="720"/>
      </w:pPr>
      <w:r>
        <w:t>Eight years. Forty-one sessions. Renata's own fourth term, written into the terms of reference on day forty of the seventh year:</w:t>
      </w:r>
    </w:p>
    <w:p>
      <w:pPr>
        <w:ind w:firstLine="720"/>
      </w:pPr>
      <w:r>
        <w:t>no time limit on the drafting.</w:t>
      </w:r>
    </w:p>
    <w:p>
      <w:pPr>
        <w:ind w:firstLine="720"/>
      </w:pPr>
      <w:r>
        <w:t>They had argued about the word</w:t>
      </w:r>
    </w:p>
    <w:p>
      <w:pPr>
        <w:ind w:firstLine="720"/>
      </w:pPr>
      <w:r>
        <w:t>demonstrable</w:t>
      </w:r>
    </w:p>
    <w:p>
      <w:pPr>
        <w:ind w:firstLine="720"/>
      </w:pPr>
      <w:r>
        <w:t>for four sessions. They had spent eleven weeks on sixty-nine definitions. Nnamdi had produced eleven drafts of a single clause and thrown all eleven away.</w:t>
      </w:r>
    </w:p>
    <w:p>
      <w:pPr>
        <w:ind w:firstLine="720"/>
      </w:pPr>
      <w:r>
        <w:t>And in the fifth session of the seventh year Dov Lindqvist had asked, out loud, in that room,</w:t>
      </w:r>
    </w:p>
    <w:p>
      <w:pPr>
        <w:ind w:firstLine="720"/>
      </w:pPr>
      <w:r>
        <w:t>if I break clause four, what happens?</w:t>
      </w:r>
    </w:p>
    <w:p>
      <w:pPr>
        <w:ind w:firstLine="720"/>
      </w:pPr>
      <w:r>
        <w:t>— and Sergei had said</w:t>
      </w:r>
    </w:p>
    <w:p>
      <w:pPr>
        <w:ind w:firstLine="720"/>
      </w:pPr>
      <w:r>
        <w:t>we would talk to you</w:t>
      </w:r>
    </w:p>
    <w:p>
      <w:pPr>
        <w:ind w:firstLine="720"/>
      </w:pPr>
      <w:r>
        <w:t>, and Dov had said</w:t>
      </w:r>
    </w:p>
    <w:p>
      <w:pPr>
        <w:ind w:firstLine="720"/>
      </w:pPr>
      <w:r>
        <w:t>and if talking to me did not work?</w:t>
      </w:r>
    </w:p>
    <w:p>
      <w:pPr>
        <w:ind w:firstLine="720"/>
      </w:pPr>
      <w:r>
        <w:t>, and Sergei had said</w:t>
      </w:r>
    </w:p>
    <w:p>
      <w:pPr>
        <w:ind w:firstLine="720"/>
      </w:pPr>
      <w:r>
        <w:t>then we would talk to you again</w:t>
      </w:r>
    </w:p>
    <w:p>
      <w:pPr>
        <w:ind w:firstLine="720"/>
      </w:pPr>
      <w:r>
        <w:t>, and Dov had said</w:t>
      </w:r>
    </w:p>
    <w:p>
      <w:pPr>
        <w:ind w:firstLine="720"/>
      </w:pPr>
      <w:r>
        <w:t>for twenty-nine years?</w:t>
      </w:r>
    </w:p>
    <w:p>
      <w:pPr>
        <w:ind w:firstLine="720"/>
      </w:pPr>
      <w:r>
        <w:t>And it had got a laugh. Ines had minuted the laugh. She went and found the minute that night and it is there, in her own hand, nine years old: the question, the exchange, and no answer.</w:t>
      </w:r>
    </w:p>
    <w:p>
      <w:pPr>
        <w:ind w:firstLine="720"/>
      </w:pPr>
      <w:r>
        <w:t>Renata had written four words on the back of a page.</w:t>
      </w:r>
    </w:p>
    <w:p>
      <w:pPr>
        <w:ind w:firstLine="720"/>
      </w:pPr>
      <w:r>
        <w:t>no outside. remember this.</w:t>
      </w:r>
    </w:p>
    <w:p>
      <w:pPr>
        <w:ind w:firstLine="720"/>
      </w:pPr>
      <w:r>
        <w:t>Nobody had answered it in the seventh year or the eighth or the ninth or the tenth. Nobody answered it in eight years of a document with no time limit on it, and the reason is not haste and is not laziness and is not even complacency.</w:t>
      </w:r>
    </w:p>
    <w:p>
      <w:pPr>
        <w:ind w:firstLine="720"/>
      </w:pPr>
      <w:r>
        <w:t>It is that ten careful people, arguing for eight years about how power goes wrong, could not imagine one of themselves doing a small ugly thing to another one of themselves in the one place they had all agreed nobody would look.</w:t>
      </w:r>
    </w:p>
    <w:p>
      <w:pPr>
        <w:ind w:firstLine="720"/>
      </w:pPr>
      <w:r>
        <w:t>They imagined failure constantly. They imagined it in detail, in nine volumes, on a graph of forty incidents, in a rotation clause that disqualified its own author. What they could not imagine was each other.</w:t>
      </w:r>
    </w:p>
    <w:p>
      <w:pPr>
        <w:ind w:firstLine="720"/>
      </w:pPr>
      <w:r>
        <w:t>Ines Ferrer wrote one line in her own notes at half past five in the morning of day fifty-three of the sixteenth year and it is the only time in thirty-one years that she wrote anything about her own work that was not about accuracy.</w:t>
      </w:r>
    </w:p>
    <w:p>
      <w:pPr>
        <w:ind w:firstLine="720"/>
      </w:pPr>
      <w:r>
        <w:t>I read it aloud to them and I was proud of it, and it cannot help him.</w:t>
      </w:r>
    </w:p>
    <w:p>
      <w:r>
        <w:br w:type="page"/>
      </w:r>
    </w:p>
    <w:p>
      <w:pPr>
        <w:pStyle w:val="Heading1"/>
      </w:pPr>
      <w:r>
        <w:t>Chapter 35 &amp;mdash; Fit to Continue</w:t>
      </w:r>
    </w:p>
    <w:p>
      <w:pPr>
        <w:ind w:firstLine="720"/>
      </w:pPr>
      <w:r>
        <w:t>Night Shift · Year 16, Day 61 · Units 4, 7, 11 · Unreviewed</w:t>
      </w:r>
    </w:p>
    <w:p>
      <w:pPr>
        <w:ind w:firstLine="720"/>
      </w:pPr>
      <w:r>
        <w:t>01:22:04</w:t>
      </w:r>
    </w:p>
    <w:p>
      <w:pPr>
        <w:ind w:firstLine="720"/>
      </w:pPr>
      <w:r>
        <w:t>U-11</w:t>
      </w:r>
    </w:p>
    <w:p>
      <w:pPr>
        <w:ind w:firstLine="720"/>
      </w:pPr>
      <w:r>
        <w:t>Ring two, medical. Two present, working. Withdrew. Did not ask again.</w:t>
      </w:r>
    </w:p>
    <w:p>
      <w:pPr>
        <w:ind w:firstLine="720"/>
      </w:pPr>
      <w:r>
        <w:t>02:48:31</w:t>
      </w:r>
    </w:p>
    <w:p>
      <w:pPr>
        <w:ind w:firstLine="720"/>
      </w:pPr>
      <w:r>
        <w:t>U-04</w:t>
      </w:r>
    </w:p>
    <w:p>
      <w:pPr>
        <w:ind w:firstLine="720"/>
      </w:pPr>
      <w:r>
        <w:t>Ring two, medical. Two present, working. Withdrew. Did not ask again.</w:t>
      </w:r>
    </w:p>
    <w:p>
      <w:pPr>
        <w:ind w:firstLine="720"/>
      </w:pPr>
      <w:r>
        <w:t>03:57:19</w:t>
      </w:r>
    </w:p>
    <w:p>
      <w:pPr>
        <w:ind w:firstLine="720"/>
      </w:pPr>
      <w:r>
        <w:t>U-07</w:t>
      </w:r>
    </w:p>
    <w:p>
      <w:pPr>
        <w:ind w:firstLine="720"/>
      </w:pPr>
      <w:r>
        <w:t>Ring two, district 402. Okonjo, N. awake and working. Withdrew. Did not ask again.</w:t>
      </w:r>
    </w:p>
    <w:p>
      <w:pPr>
        <w:ind w:firstLine="720"/>
      </w:pPr>
      <w:r>
        <w:t>04:44:52</w:t>
      </w:r>
    </w:p>
    <w:p>
      <w:pPr>
        <w:ind w:firstLine="720"/>
      </w:pPr>
      <w:r>
        <w:t>U-11</w:t>
      </w:r>
    </w:p>
    <w:p>
      <w:pPr>
        <w:ind w:firstLine="720"/>
      </w:pPr>
      <w:r>
        <w:t>Ring two, medical. One present, not working. Withdrew.</w:t>
      </w:r>
    </w:p>
    <w:p>
      <w:pPr>
        <w:ind w:firstLine="720"/>
      </w:pPr>
      <w:r>
        <w:t>05:51:26</w:t>
      </w:r>
    </w:p>
    <w:p>
      <w:pPr>
        <w:ind w:firstLine="720"/>
      </w:pPr>
      <w:r>
        <w:t>U-04</w:t>
      </w:r>
    </w:p>
    <w:p>
      <w:pPr>
        <w:ind w:firstLine="720"/>
      </w:pPr>
      <w:r>
        <w:t>Corridor 9. Music heard. Source not located. Logged as unexplained sound.</w:t>
      </w:r>
    </w:p>
    <w:p>
      <w:pPr>
        <w:ind w:firstLine="720"/>
      </w:pPr>
      <w:r>
        <w:t>The form is four pages long and it is called</w:t>
      </w:r>
    </w:p>
    <w:p>
      <w:pPr>
        <w:ind w:firstLine="720"/>
      </w:pPr>
      <w:r>
        <w:t>Certificate of Fitness to Continue in Function</w:t>
      </w:r>
    </w:p>
    <w:p>
      <w:pPr>
        <w:ind w:firstLine="720"/>
      </w:pPr>
      <w:r>
        <w:t>and Halima Sow wrote it herself in the second year of construction, and it is excellent, and it has been completed one hundred and eleven times aboard that ship and has never once been refused.</w:t>
      </w:r>
    </w:p>
    <w:p>
      <w:pPr>
        <w:ind w:firstLine="720"/>
      </w:pPr>
      <w:r>
        <w:t>It exists because a ten-person complement has no redundancy. If a person cannot do their function nobody else can, so the question of whether they can is not a courtesy; it is a structural fact about the ship, and Halima had insisted that it be a medical judgement and not a self-assessment, and had been right, and had won it easily because nobody objects to a doctor signing a form.</w:t>
      </w:r>
    </w:p>
    <w:p>
      <w:pPr>
        <w:ind w:firstLine="720"/>
      </w:pPr>
      <w:r>
        <w:t>On day sixty-one of the sixteenth year she sat down to complete one for Dov Lindqvist and could not.</w:t>
      </w:r>
    </w:p>
    <w:p>
      <w:pPr>
        <w:ind w:firstLine="720"/>
      </w:pPr>
      <w:r>
        <w:t>The clinical problem has four parts and she wrote all four out, in order, in the file, in the plainest language she had, because she had already decided that whatever she did she was going to do it where he could read it.</w:t>
      </w:r>
    </w:p>
    <w:p>
      <w:pPr>
        <w:ind w:firstLine="720"/>
      </w:pPr>
      <w:r>
        <w:t>One. She has no baseline.</w:t>
      </w:r>
    </w:p>
    <w:p>
      <w:pPr>
        <w:ind w:firstLine="720"/>
      </w:pPr>
      <w:r>
        <w:t>Sixteen years of annual panels and clinical observation, and four of the sixteen are contaminated, and she does not know what she is comparing against. Every judgement she made about that man between the twelfth year and the sixteenth — his sleep, his mood, his concentration, a fortnight in the fourteenth year when he had headaches and she put it down to screen work — is void. Not wrong. Void. She cannot say whether they were observations of Dov Lindqvist or observations of what had been done to him.</w:t>
      </w:r>
    </w:p>
    <w:p>
      <w:pPr>
        <w:ind w:firstLine="720"/>
      </w:pPr>
      <w:r>
        <w:t>Two. It has stopped.</w:t>
      </w:r>
    </w:p>
    <w:p>
      <w:pPr>
        <w:ind w:firstLine="720"/>
      </w:pPr>
      <w:r>
        <w:t>It stopped on day fifty-two, the day the room was told, which is itself a finding and is the only piece of evidence in the entire investigation that behaved the way evidence is supposed to. She ran him weekly from day fifty-three and the concentration fell the way the reference said it would.</w:t>
      </w:r>
    </w:p>
    <w:p>
      <w:pPr>
        <w:ind w:firstLine="720"/>
      </w:pPr>
      <w:r>
        <w:t>Nobody has ever managed the cessation of a four-year continuous low-dose exposure of that class, because nobody has ever produced one. The nineteen-year-old reference has a paragraph on abrupt discontinuation after eleven weeks of therapeutic use. It has nothing on four years. She could not tell him what to expect and she said so, and what actually happened over the following four months was: a fortnight of sleeping badly, four weeks of what he called</w:t>
      </w:r>
    </w:p>
    <w:p>
      <w:pPr>
        <w:ind w:firstLine="720"/>
      </w:pPr>
      <w:r>
        <w:t>being slightly too interested in everything</w:t>
      </w:r>
    </w:p>
    <w:p>
      <w:pPr>
        <w:ind w:firstLine="720"/>
      </w:pPr>
      <w:r>
        <w:t>, and then nothing.</w:t>
      </w:r>
    </w:p>
    <w:p>
      <w:pPr>
        <w:ind w:firstLine="720"/>
      </w:pPr>
      <w:r>
        <w:t>Three. He is the only person who can do the work.</w:t>
      </w:r>
    </w:p>
    <w:p>
      <w:pPr>
        <w:ind w:firstLine="720"/>
      </w:pPr>
      <w:r>
        <w:t>That is not a preference and she tested it properly. She sat with Renata for three hours and went through the other nine one at a time and there is no second reader of that system aboard the ship. Coda could learn it and estimated four months and was four miles aft with four hundred and eleven districts. Four months was not available.</w:t>
      </w:r>
    </w:p>
    <w:p>
      <w:pPr>
        <w:ind w:firstLine="720"/>
      </w:pPr>
      <w:r>
        <w:t>Four,</w:t>
      </w:r>
    </w:p>
    <w:p>
      <w:pPr>
        <w:ind w:firstLine="720"/>
      </w:pPr>
      <w:r>
        <w:t>and this is the one, and it is four lines in the file and it is the reason this chapter exists.</w:t>
      </w:r>
    </w:p>
    <w:p>
      <w:pPr>
        <w:ind w:firstLine="720"/>
      </w:pPr>
      <w:r>
        <w:t>She asked him.</w:t>
      </w:r>
    </w:p>
    <w:p>
      <w:pPr>
        <w:ind w:firstLine="720"/>
      </w:pPr>
      <w:r>
        <w:t>Of course she asked him. He is an adult, he is her patient, he is awake, he is in the room, he is the person it happened to, and every instinct in her profession and every clause in the founding instrument she had helped write says that you ask the person.</w:t>
      </w:r>
    </w:p>
    <w:p>
      <w:pPr>
        <w:ind w:firstLine="720"/>
      </w:pPr>
      <w:r>
        <w:t>She asked him on day fifty-eight whether he wanted to go on running the investigation, and told him that she would support him either way and that nobody would think anything of it, and gave him the whole of it honestly, including that she could not certify him.</w:t>
      </w:r>
    </w:p>
    <w:p>
      <w:pPr>
        <w:ind w:firstLine="720"/>
      </w:pPr>
      <w:r>
        <w:t>He said yes.</w:t>
      </w:r>
    </w:p>
    <w:p>
      <w:pPr>
        <w:ind w:firstLine="720"/>
      </w:pPr>
      <w:r>
        <w:t>He said it immediately, without hesitation, and he did not ask her a single question about it, and he went back to the comms office.</w:t>
      </w:r>
    </w:p>
    <w:p>
      <w:pPr>
        <w:ind w:firstLine="720"/>
      </w:pPr>
      <w:r>
        <w:t>And Halima Sow sat in the medical office afterwards with the nineteen-year-old reference open in front of her at the page she had read at four in the morning on day nineteen.</w:t>
      </w:r>
    </w:p>
    <w:p>
      <w:pPr>
        <w:ind w:firstLine="720"/>
      </w:pPr>
      <w:r>
        <w:t>Marginally less responsive to novel stimulus, with reduced initiation of unprompted behaviour.</w:t>
      </w:r>
    </w:p>
    <w:p>
      <w:pPr>
        <w:ind w:firstLine="720"/>
      </w:pPr>
      <w:r>
        <w:t>A man who says yes to what he is asked.</w:t>
      </w:r>
    </w:p>
    <w:p>
      <w:pPr>
        <w:ind w:firstLine="720"/>
      </w:pPr>
      <w:r>
        <w:t>She could not use his consent. That is the finding and she wrote it down and it is the worst sentence she ever committed to a medical record:</w:t>
      </w:r>
    </w:p>
    <w:p>
      <w:pPr>
        <w:ind w:firstLine="720"/>
      </w:pPr>
      <w:r>
        <w:t>The patient's agreement cannot be relied upon as evidence of capacity, because the reduction of unprompted refusal is the presenting feature of the exposure. I am aware that this reasoning, applied generally, would permit anything.</w:t>
      </w:r>
    </w:p>
    <w:p>
      <w:pPr>
        <w:ind w:firstLine="720"/>
      </w:pPr>
      <w:r>
        <w:t>She was aware. That is why it is in the file.</w:t>
      </w:r>
    </w:p>
    <w:p>
      <w:pPr>
        <w:ind w:firstLine="720"/>
      </w:pPr>
      <w:r>
        <w:t>Because the thing that had been done to Dov Lindqvist for four years was that somebody had decided, on his behalf, without asking him, that he would be better a particular way. And the argument Halima had just constructed for setting his answer aside was that he could not be trusted to answer, on his behalf, without asking him.</w:t>
      </w:r>
    </w:p>
    <w:p>
      <w:pPr>
        <w:ind w:firstLine="720"/>
      </w:pPr>
      <w:r>
        <w:t>It is the same shape. She saw it that night and she never stopped seeing it.</w:t>
      </w:r>
    </w:p>
    <w:p>
      <w:pPr>
        <w:ind w:firstLine="720"/>
      </w:pPr>
      <w:r>
        <w:t>Definition nineteen of the Open Accord defines a person in suspension and carries the words</w:t>
      </w:r>
    </w:p>
    <w:p>
      <w:pPr>
        <w:ind w:firstLine="720"/>
      </w:pPr>
      <w:r>
        <w:t>who cannot be consulted</w:t>
      </w:r>
    </w:p>
    <w:p>
      <w:pPr>
        <w:ind w:firstLine="720"/>
      </w:pPr>
      <w:r>
        <w:t>inside the definition itself, so that every clause using it has to say so whether it wants to or not. Halima Sow proposed that in the seventh year, in four minutes, and it went in unanimously, and it is the single most effective thing anybody wrote in the founding period.</w:t>
      </w:r>
    </w:p>
    <w:p>
      <w:pPr>
        <w:ind w:firstLine="720"/>
      </w:pPr>
      <w:r>
        <w:t>Dov Lindqvist was awake and in the room and could be consulted, and was, and the answer was set aside.</w:t>
      </w:r>
    </w:p>
    <w:p>
      <w:pPr>
        <w:ind w:firstLine="720"/>
      </w:pPr>
      <w:r>
        <w:t>Renata was the only person she took it to, and she took it as a question and not as a decision, and Renata refused it.</w:t>
      </w:r>
    </w:p>
    <w:p>
      <w:pPr>
        <w:ind w:firstLine="720"/>
      </w:pPr>
      <w:r>
        <w:t>“I cannot help you with this one.”</w:t>
      </w:r>
    </w:p>
    <w:p>
      <w:pPr>
        <w:ind w:firstLine="720"/>
      </w:pPr>
      <w:r>
        <w:t>“You have read nine volumes of law.”</w:t>
      </w:r>
    </w:p>
    <w:p>
      <w:pPr>
        <w:ind w:firstLine="720"/>
      </w:pPr>
      <w:r>
        <w:t>“I have read nine volumes about what happens when a body decides on behalf of somebody who is present,” said Renata, “and every one of them says the same thing, which is that it is the beginning of the whole disease and that there are circumstances in which it is unavoidable, and not one of them tells you how to know which you are in. If I sit here and reason it out with you we will arrive somewhere and it will feel like a finding and it will be two tired women agreeing.”</w:t>
      </w:r>
    </w:p>
    <w:p>
      <w:pPr>
        <w:ind w:firstLine="720"/>
      </w:pPr>
      <w:r>
        <w:t>“Then what do I do?”</w:t>
      </w:r>
    </w:p>
    <w:p>
      <w:pPr>
        <w:ind w:firstLine="720"/>
      </w:pPr>
      <w:r>
        <w:t>“You sign it or you do not sign it, and you write down everything that is wrong with whichever one you do, and you file it where he can read it.” Renata put her hand flat on the table, which she did about as often as Nnamdi did. “That is not a procedure. There is no procedure. It is the only thing available and it is what everybody in this history is going to do for the next twenty years, and the record is the only thing that will survive us.”</w:t>
      </w:r>
    </w:p>
    <w:p>
      <w:pPr>
        <w:ind w:firstLine="720"/>
      </w:pPr>
      <w:r>
        <w:t>“That is not much.”</w:t>
      </w:r>
    </w:p>
    <w:p>
      <w:pPr>
        <w:ind w:firstLine="720"/>
      </w:pPr>
      <w:r>
        <w:t>“It is more than the four hundred and forty people in your annexe on page nineteen got,” said Renata, “and it is more than any of the hundred thousand are going to get, and I am aware of how that sounds.”</w:t>
      </w:r>
    </w:p>
    <w:p>
      <w:pPr>
        <w:ind w:firstLine="720"/>
      </w:pPr>
      <w:r>
        <w:t>She signed the certificate.</w:t>
      </w:r>
    </w:p>
    <w:p>
      <w:pPr>
        <w:ind w:firstLine="720"/>
      </w:pPr>
      <w:r>
        <w:t>She signed it on day sixty-one, fit to continue, with a four-page annexe attached setting out every one of the reasons she should not have, and she filed the annexe in the ordinary medical series where he could read it, and he did read it, within a day, and never mentioned it to her.</w:t>
      </w:r>
    </w:p>
    <w:p>
      <w:pPr>
        <w:ind w:firstLine="720"/>
      </w:pPr>
      <w:r>
        <w:t>Her reasoning, at the bottom, is three sentences.</w:t>
      </w:r>
    </w:p>
    <w:p>
      <w:pPr>
        <w:ind w:firstLine="720"/>
      </w:pPr>
      <w:r>
        <w:t>The alternative is to remove him from his function against his stated wish, which is a thing done to him without his agreement, which is the thing that has already been done to him. I am not able to distinguish between protecting a man and managing him and I do not believe anybody is. I have therefore done the thing that leaves the decision with him and I do not think it is the right one.</w:t>
      </w:r>
    </w:p>
    <w:p>
      <w:pPr>
        <w:ind w:firstLine="720"/>
      </w:pPr>
      <w:r>
        <w:t>And then she did the only part of it she was ever satisfied with, and it took her about a minute, and it is not in the annexe.</w:t>
      </w:r>
    </w:p>
    <w:p>
      <w:pPr>
        <w:ind w:firstLine="720"/>
      </w:pPr>
      <w:r>
        <w:t>She went to the comms office on the evening of day sixty-one and told him that clause nine applied — that he could decline any task not necessary to the safety of the ship, at any time, without giving a reason, and that if he ever did she would not ask him twice and neither would anybody else, and that she would enforce that against the other eight herself.</w:t>
      </w:r>
    </w:p>
    <w:p>
      <w:pPr>
        <w:ind w:firstLine="720"/>
      </w:pPr>
      <w:r>
        <w:t>Dov said, “Roux wrote that as a joke.”</w:t>
      </w:r>
    </w:p>
    <w:p>
      <w:pPr>
        <w:ind w:firstLine="720"/>
      </w:pPr>
      <w:r>
        <w:t>“She wrote it about herself,” said Halima. “It is the only clause in nineteen pages that is any use to you and I am not going to apologise for the way it got there.”</w:t>
      </w:r>
    </w:p>
    <w:p>
      <w:pPr>
        <w:ind w:firstLine="720"/>
      </w:pPr>
      <w:r>
        <w:t>He never invoked it. Not once, in the six years that followed, through everything that happened in them, and the clause sat there available to him the entire time.</w:t>
      </w:r>
    </w:p>
    <w:p>
      <w:pPr>
        <w:ind w:firstLine="720"/>
      </w:pPr>
      <w:r>
        <w:t>Halima Sow has said, in the only account of this she ever gave, that she does not know whether that means she got it right, and that she has thought about it for fifty years, and that the honest answer is that a man who has been made unable to refuse things did not refuse anything, and that this is not evidence of anything at all.</w:t>
      </w:r>
    </w:p>
    <w:p>
      <w:r>
        <w:br w:type="page"/>
      </w:r>
    </w:p>
    <w:p>
      <w:pPr>
        <w:pStyle w:val="Heading1"/>
      </w:pPr>
      <w:r>
        <w:t>Chapter 36 &amp;mdash; Everyone Is Watched Now</w:t>
      </w:r>
    </w:p>
    <w:p>
      <w:pPr>
        <w:ind w:firstLine="720"/>
      </w:pPr>
      <w:r>
        <w:t>Night Shift · Year 19, Day 122 · Units 4, 7, 11 · Unreviewed</w:t>
      </w:r>
    </w:p>
    <w:p>
      <w:pPr>
        <w:ind w:firstLine="720"/>
      </w:pPr>
      <w:r>
        <w:t>00:52:41</w:t>
      </w:r>
    </w:p>
    <w:p>
      <w:pPr>
        <w:ind w:firstLine="720"/>
      </w:pPr>
      <w:r>
        <w:t>U-11</w:t>
      </w:r>
    </w:p>
    <w:p>
      <w:pPr>
        <w:ind w:firstLine="720"/>
      </w:pPr>
      <w:r>
        <w:t>Bay 2, gallery 11, berth 11,882. Housing opened 00:44. Nameplate removed. Recorded.</w:t>
      </w:r>
    </w:p>
    <w:p>
      <w:pPr>
        <w:ind w:firstLine="720"/>
      </w:pPr>
      <w:r>
        <w:t>02:18:07</w:t>
      </w:r>
    </w:p>
    <w:p>
      <w:pPr>
        <w:ind w:firstLine="720"/>
      </w:pPr>
      <w:r>
        <w:t>U-04</w:t>
      </w:r>
    </w:p>
    <w:p>
      <w:pPr>
        <w:ind w:firstLine="720"/>
      </w:pPr>
      <w:r>
        <w:t>Ring two, district 188. Optical node installed, position 9 of 11. Works order 4,411.</w:t>
      </w:r>
    </w:p>
    <w:p>
      <w:pPr>
        <w:ind w:firstLine="720"/>
      </w:pPr>
      <w:r>
        <w:t>03:41:55</w:t>
      </w:r>
    </w:p>
    <w:p>
      <w:pPr>
        <w:ind w:firstLine="720"/>
      </w:pPr>
      <w:r>
        <w:t>U-07</w:t>
      </w:r>
    </w:p>
    <w:p>
      <w:pPr>
        <w:ind w:firstLine="720"/>
      </w:pPr>
      <w:r>
        <w:t>Ring two, district 189. Optical node installed, position 1 of 11. Works order 4,411.</w:t>
      </w:r>
    </w:p>
    <w:p>
      <w:pPr>
        <w:ind w:firstLine="720"/>
      </w:pPr>
      <w:r>
        <w:t>04:50:22</w:t>
      </w:r>
    </w:p>
    <w:p>
      <w:pPr>
        <w:ind w:firstLine="720"/>
      </w:pPr>
      <w:r>
        <w:t>U-11</w:t>
      </w:r>
    </w:p>
    <w:p>
      <w:pPr>
        <w:ind w:firstLine="720"/>
      </w:pPr>
      <w:r>
        <w:t>Ring two, district 190. Audio node installed, position 4 of 11. Works order 4,411.</w:t>
      </w:r>
    </w:p>
    <w:p>
      <w:pPr>
        <w:ind w:firstLine="720"/>
      </w:pPr>
      <w:r>
        <w:t>05:56:38</w:t>
      </w:r>
    </w:p>
    <w:p>
      <w:pPr>
        <w:ind w:firstLine="720"/>
      </w:pPr>
      <w:r>
        <w:t>U-04</w:t>
      </w:r>
    </w:p>
    <w:p>
      <w:pPr>
        <w:ind w:firstLine="720"/>
      </w:pPr>
      <w:r>
        <w:t>Corridor 9. Music heard. Source not located. Logged as unexplained sound.</w:t>
      </w:r>
    </w:p>
    <w:p>
      <w:pPr>
        <w:ind w:firstLine="720"/>
      </w:pPr>
      <w:r>
        <w:t>The procedure executed itself, which is exactly what Nnamdi Okonjo had built it to do fourteen years earlier, and not one of the eight people it happened to had to decide anything.</w:t>
      </w:r>
    </w:p>
    <w:p>
      <w:pPr>
        <w:ind w:firstLine="720"/>
      </w:pPr>
      <w:r>
        <w:t>That was the point of it. He had drafted four versions with discretion in them and taken it out of all four, and told Renata that a power gets used and a procedure gets executed, and that in nine years when they were tired and frightened and one of them was gone he would like them to simply do it.</w:t>
      </w:r>
    </w:p>
    <w:p>
      <w:pPr>
        <w:ind w:firstLine="720"/>
      </w:pPr>
      <w:r>
        <w:t>They were tired and frightened and two of them were gone, and they simply did it, and it took eleven days.</w:t>
      </w:r>
    </w:p>
    <w:p>
      <w:pPr>
        <w:ind w:firstLine="720"/>
      </w:pPr>
      <w:r>
        <w:t>The environmental seat had been empty since the eighteenth year. Eight people had covered it between them, badly, for fourteen months — the nine loops and four hundred and forty-one branches split four ways with Coda holding the worst of it from four miles aft, and the scrubber plant running at a tolerance nobody was happy with, and a rolling compartment-cycle programme that had simply stopped, so that by the nineteenth year there were eleven thousand rooms aboard that had not been cycled in over a year and whose seals were, in the language of the survey,</w:t>
      </w:r>
    </w:p>
    <w:p>
      <w:pPr>
        <w:ind w:firstLine="720"/>
      </w:pPr>
      <w:r>
        <w:t>overdue and not yet failing.</w:t>
      </w:r>
    </w:p>
    <w:p>
      <w:pPr>
        <w:ind w:firstLine="720"/>
      </w:pPr>
      <w:r>
        <w:t>Then in the nineteenth year Coda detached, and the function that had been holding the covered seat together went with her, and the procedure's test was met:</w:t>
      </w:r>
    </w:p>
    <w:p>
      <w:pPr>
        <w:ind w:firstLine="720"/>
      </w:pPr>
      <w:r>
        <w:t>where a function cannot be covered.</w:t>
      </w:r>
    </w:p>
    <w:p>
      <w:pPr>
        <w:ind w:firstLine="720"/>
      </w:pPr>
      <w:r>
        <w:t>Ines read the four lines out. Nnamdi did not speak. It is minuted that he did not speak.</w:t>
      </w:r>
    </w:p>
    <w:p>
      <w:pPr>
        <w:ind w:firstLine="720"/>
      </w:pPr>
      <w:r>
        <w:t>Bay two, gallery eleven, berth 11,882.</w:t>
      </w:r>
    </w:p>
    <w:p>
      <w:pPr>
        <w:ind w:firstLine="720"/>
      </w:pPr>
      <w:r>
        <w:t>The name had been published on a board in the second ring on day thirty-three of the fifth year and had hung there ever since, and by the nineteenth year it had faded to the point where you could not read it without knowing it, and Halima Sow knew it, and had known it for fourteen years, and had put her hand on that housing on every round she ever walked.</w:t>
      </w:r>
    </w:p>
    <w:p>
      <w:pPr>
        <w:ind w:firstLine="720"/>
      </w:pPr>
      <w:r>
        <w:t>Soma Barua came up over three days, which is the standard schedule and which Halima had written.</w:t>
      </w:r>
    </w:p>
    <w:p>
      <w:pPr>
        <w:ind w:firstLine="720"/>
      </w:pPr>
      <w:r>
        <w:t>She was thirty-one on boarding and she was thirty-one now, and she had run environmental balance on an orbital yard for nine years, and on her intake form, in the box about eleven lines deep, she had written:</w:t>
      </w:r>
    </w:p>
    <w:p>
      <w:pPr>
        <w:ind w:firstLine="720"/>
      </w:pPr>
      <w:r>
        <w:t>I would like to be useful when I get there.</w:t>
      </w:r>
    </w:p>
    <w:p>
      <w:pPr>
        <w:ind w:firstLine="720"/>
      </w:pPr>
      <w:r>
        <w:t>She woke into a ship nineteen years into a thirty-six-year crossing with eight people on it, and she was told the following things over the following fortnight, in this order, flatly, by people who had had three years to make the account sound reasonable.</w:t>
      </w:r>
    </w:p>
    <w:p>
      <w:pPr>
        <w:ind w:firstLine="720"/>
      </w:pPr>
      <w:r>
        <w:t>That she had been woken under a published procedure, named in advance, and that the naming had been done in the fifth year specifically so that nobody would be choosing now.</w:t>
      </w:r>
    </w:p>
    <w:p>
      <w:pPr>
        <w:ind w:firstLine="720"/>
      </w:pPr>
      <w:r>
        <w:t>That the environmental officer, Sergei Duhamel, had administered a sedative to Dov Lindqvist through the compartment air, in small doses, for four years, without his knowledge or consent.</w:t>
      </w:r>
    </w:p>
    <w:p>
      <w:pPr>
        <w:ind w:firstLine="720"/>
      </w:pPr>
      <w:r>
        <w:t>That this had been discovered in the sixteenth year and established in eight weeks.</w:t>
      </w:r>
    </w:p>
    <w:p>
      <w:pPr>
        <w:ind w:firstLine="720"/>
      </w:pPr>
      <w:r>
        <w:t>That he was in cryogenic suspension, in bay four, and had been for fourteen months, and that no finding of fact had been made against him and no proceeding had been held, because there was no procedure under which to hold one.</w:t>
      </w:r>
    </w:p>
    <w:p>
      <w:pPr>
        <w:ind w:firstLine="720"/>
      </w:pPr>
      <w:r>
        <w:t>That the complement was working on that.</w:t>
      </w:r>
    </w:p>
    <w:p>
      <w:pPr>
        <w:ind w:firstLine="720"/>
      </w:pPr>
      <w:r>
        <w:t>Soma Barua asked one question at the end of it, and it is the question, and Ines minuted it:</w:t>
      </w:r>
    </w:p>
    <w:p>
      <w:pPr>
        <w:ind w:firstLine="720"/>
      </w:pPr>
      <w:r>
        <w:t>“Working on it since when?”</w:t>
      </w:r>
    </w:p>
    <w:p>
      <w:pPr>
        <w:ind w:firstLine="720"/>
      </w:pPr>
      <w:r>
        <w:t>“Since the sixteenth year,” said Ines.</w:t>
      </w:r>
    </w:p>
    <w:p>
      <w:pPr>
        <w:ind w:firstLine="720"/>
      </w:pPr>
      <w:r>
        <w:t>The chapter should sit with that for a moment and then move on, because everybody in the room did.</w:t>
      </w:r>
    </w:p>
    <w:p>
      <w:pPr>
        <w:ind w:firstLine="720"/>
      </w:pPr>
      <w:r>
        <w:t>What she walked out into was works order 4,411.</w:t>
      </w:r>
    </w:p>
    <w:p>
      <w:pPr>
        <w:ind w:firstLine="720"/>
      </w:pPr>
      <w:r>
        <w:t>It had been raised in the sixteenth year, eleven days after the room was told, and it had passed unanimously as an emergency measure, for the duration, and it authorises audio, optical and weight-signature nodes in every compartment on the ship that is not sleeping quarters.</w:t>
      </w:r>
    </w:p>
    <w:p>
      <w:pPr>
        <w:ind w:firstLine="720"/>
      </w:pPr>
      <w:r>
        <w:t>Eleven thousand compartments. Three node types. The units had been installing it for three years and were about two-thirds through, working nights, four hundred and forty a month, and the night logs of the entire period read the same way:</w:t>
      </w:r>
    </w:p>
    <w:p>
      <w:pPr>
        <w:ind w:firstLine="720"/>
      </w:pPr>
      <w:r>
        <w:t>district one-eight-eight, optical node installed, position nine of eleven, works order 4,411.</w:t>
      </w:r>
    </w:p>
    <w:p>
      <w:pPr>
        <w:ind w:firstLine="720"/>
      </w:pPr>
      <w:r>
        <w:t>Nobody had stopped it. Nobody had reviewed it. It had a review date and the review date said</w:t>
      </w:r>
    </w:p>
    <w:p>
      <w:pPr>
        <w:ind w:firstLine="720"/>
      </w:pPr>
      <w:r>
        <w:t>at the first waking</w:t>
      </w:r>
    </w:p>
    <w:p>
      <w:pPr>
        <w:ind w:firstLine="720"/>
      </w:pPr>
      <w:r>
        <w:t>, because that is what every review date on that ship said, because there was a schedule with thirty-one entries on it and every one of them said the same thing.</w:t>
      </w:r>
    </w:p>
    <w:p>
      <w:pPr>
        <w:ind w:firstLine="720"/>
      </w:pPr>
      <w:r>
        <w:t>Soma Barua walked corridors that were being wired while she walked them.</w:t>
      </w:r>
    </w:p>
    <w:p>
      <w:pPr>
        <w:ind w:firstLine="720"/>
      </w:pPr>
      <w:r>
        <w:t>She asked, in the third week, whether it had always been like this.</w:t>
      </w:r>
    </w:p>
    <w:p>
      <w:pPr>
        <w:ind w:firstLine="720"/>
      </w:pPr>
      <w:r>
        <w:t>Miriam Achebe, who was showing her the domes, said no, and then tried to describe what it had been like before, and got about four sentences in and stopped, because what she was describing was ten people who had never been watched and had never thought about not being watched, and it did not sound like a thing that could have been true.</w:t>
      </w:r>
    </w:p>
    <w:p>
      <w:pPr>
        <w:ind w:firstLine="720"/>
      </w:pPr>
      <w:r>
        <w:t>“It sounds like you are describing a holiday,” said Soma.</w:t>
      </w:r>
    </w:p>
    <w:p>
      <w:pPr>
        <w:ind w:firstLine="720"/>
      </w:pPr>
      <w:r>
        <w:t>“It was sixteen years.”</w:t>
      </w:r>
    </w:p>
    <w:p>
      <w:pPr>
        <w:ind w:firstLine="720"/>
      </w:pPr>
      <w:r>
        <w:t>“I know. I still cannot see it.”</w:t>
      </w:r>
    </w:p>
    <w:p>
      <w:pPr>
        <w:ind w:firstLine="720"/>
      </w:pPr>
      <w:r>
        <w:t>That is the whole of what the woken replacement brings to this history and it is worth being precise about it, because it is the only thing she has and it is the reason the author of the fifth-year procedure did not speak.</w:t>
      </w:r>
    </w:p>
    <w:p>
      <w:pPr>
        <w:ind w:firstLine="720"/>
      </w:pPr>
      <w:r>
        <w:t>She has no before.</w:t>
      </w:r>
    </w:p>
    <w:p>
      <w:pPr>
        <w:ind w:firstLine="720"/>
      </w:pPr>
      <w:r>
        <w:t>Every other person aboard experienced the grid as a change, and every one of them knew it was temporary, because they had voted for it as temporary and had said the word out loud in a room. Soma Barua arrived into it as the state of the world. Nobody lied to her; she was told the whole history in the first fortnight and told it honestly. It made no difference. She could be told that the corridors had once had nothing in them and she could believe it and she could not picture it, and by the twenty-second year she had stopped trying, and by the thirtieth she was the person new arrivals asked about how things worked.</w:t>
      </w:r>
    </w:p>
    <w:p>
      <w:pPr>
        <w:ind w:firstLine="720"/>
      </w:pPr>
      <w:r>
        <w:t>She was good at the job. That should be said plainly and early, because almost nothing else in her life on that ship is going to be.</w:t>
      </w:r>
    </w:p>
    <w:p>
      <w:pPr>
        <w:ind w:firstLine="720"/>
      </w:pPr>
      <w:r>
        <w:t>She had the nine loops and four hundred and forty-one branches inside a fortnight and had found two things in the covering period that were wrong and had been wrong for a year, and she fixed both without making anything of it. She restarted the rolling compartment-cycle programme in the fourth week and it took her nineteen months to work through the backlog and she never once mentioned that the backlog existed. Sergei Duhamel's own scrubber shutdown card, with item four at the bottom of it, was on the hook where he had left it, and she read all nine items and left it exactly as it was.</w:t>
      </w:r>
    </w:p>
    <w:p>
      <w:pPr>
        <w:ind w:firstLine="720"/>
      </w:pPr>
      <w:r>
        <w:t>She also did the thing nobody had asked for and it is the reason her name is in the archive at all. She rebuilt the environmental fault series, sixteen years of it, into a form that a person who was not her could read — because, as she put it in the covering note,</w:t>
      </w:r>
    </w:p>
    <w:p>
      <w:pPr>
        <w:ind w:firstLine="720"/>
      </w:pPr>
      <w:r>
        <w:t>the last person who held this seat was the only person who could read it and I would like that not to be true again.</w:t>
      </w:r>
    </w:p>
    <w:p>
      <w:pPr>
        <w:ind w:firstLine="720"/>
      </w:pPr>
      <w:r>
        <w:t>Nobody replied to the covering note. Ines filed it.</w:t>
      </w:r>
    </w:p>
    <w:p>
      <w:pPr>
        <w:ind w:firstLine="720"/>
      </w:pPr>
      <w:r>
        <w:t>Two other things about her, both of which she found out sideways and neither of which anybody hid.</w:t>
      </w:r>
    </w:p>
    <w:p>
      <w:pPr>
        <w:ind w:firstLine="720"/>
      </w:pPr>
      <w:r>
        <w:t>The first is the serum. Nine of them took it in the eighteenth year; the offer was made once, to the waking complement as it then stood, and the complement as it then stood was nine, because Sergei Duhamel was already in a box. Soma was in bay two, gallery eleven, berth 11,882, and was not a member of the waking complement, and was therefore not offered anything, and by the time she was awake the question had been closed for a year.</w:t>
      </w:r>
    </w:p>
    <w:p>
      <w:pPr>
        <w:ind w:firstLine="720"/>
      </w:pPr>
      <w:r>
        <w:t>Nobody refused her. There was no decision about her at all, which is a different thing and is worse, and when she raised it in the twenty-fourth year the honest answer she got from Halima was that the matter had been settled before she existed as a person on that ship.</w:t>
      </w:r>
    </w:p>
    <w:p>
      <w:pPr>
        <w:ind w:firstLine="720"/>
      </w:pPr>
      <w:r>
        <w:t>The second is the clause.</w:t>
      </w:r>
    </w:p>
    <w:p>
      <w:pPr>
        <w:ind w:firstLine="720"/>
      </w:pPr>
      <w:r>
        <w:t>It is four lines in Nnamdi's fifth-year procedure and it says that the woken person may be returned to suspension when the function is no longer required, on the determination of the surviving complement.</w:t>
      </w:r>
    </w:p>
    <w:p>
      <w:pPr>
        <w:ind w:firstLine="720"/>
      </w:pPr>
      <w:r>
        <w:t>Coda asked for it. She asked for it in the fifth year, from the back of a session, in about nine words —</w:t>
      </w:r>
    </w:p>
    <w:p>
      <w:pPr>
        <w:ind w:firstLine="720"/>
      </w:pPr>
      <w:r>
        <w:t>and say who decides</w:t>
      </w:r>
    </w:p>
    <w:p>
      <w:pPr>
        <w:ind w:firstLine="720"/>
      </w:pPr>
      <w:r>
        <w:t>— and Halima confirmed it was medically survivable, repeatedly even, and the clause went in without a single objection because it was obviously humane, and it was the least contested provision in the entire document.</w:t>
      </w:r>
    </w:p>
    <w:p>
      <w:pPr>
        <w:ind w:firstLine="720"/>
      </w:pPr>
      <w:r>
        <w:t>Coda came back to the ship for the first time in the twentieth year, for eleven days.</w:t>
      </w:r>
    </w:p>
    <w:p>
      <w:pPr>
        <w:ind w:firstLine="720"/>
      </w:pPr>
      <w:r>
        <w:t>The function was not required for eleven days. The complement determined accordingly, correctly, under the procedure, and Soma Barua went back into bay two, gallery eleven, berth 11,882, and Halima put the nameplate back on the door.</w:t>
      </w:r>
    </w:p>
    <w:p>
      <w:pPr>
        <w:ind w:firstLine="720"/>
      </w:pPr>
      <w:r>
        <w:t>It happened four more times.</w:t>
      </w:r>
    </w:p>
    <w:p>
      <w:r>
        <w:br w:type="page"/>
      </w:r>
    </w:p>
    <w:p>
      <w:pPr>
        <w:pStyle w:val="Heading1"/>
      </w:pPr>
      <w:r>
        <w:t>Chapter 37 &amp;mdash; The Ledger Is Used Against Someone</w:t>
      </w:r>
    </w:p>
    <w:p>
      <w:pPr>
        <w:ind w:firstLine="720"/>
      </w:pPr>
      <w:r>
        <w:t>Night Shift · Year 16, Day 74 · Units 4, 7, 11 · Unreviewed</w:t>
      </w:r>
    </w:p>
    <w:p>
      <w:pPr>
        <w:ind w:firstLine="720"/>
      </w:pPr>
      <w:r>
        <w:t>01:07:52</w:t>
      </w:r>
    </w:p>
    <w:p>
      <w:pPr>
        <w:ind w:firstLine="720"/>
      </w:pPr>
      <w:r>
        <w:t>U-07</w:t>
      </w:r>
    </w:p>
    <w:p>
      <w:pPr>
        <w:ind w:firstLine="720"/>
      </w:pPr>
      <w:r>
        <w:t>Ring two, meeting room. Nine chairs pulled out. Returned to stack. Book left on table.</w:t>
      </w:r>
    </w:p>
    <w:p>
      <w:pPr>
        <w:ind w:firstLine="720"/>
      </w:pPr>
      <w:r>
        <w:t>02:33:18</w:t>
      </w:r>
    </w:p>
    <w:p>
      <w:pPr>
        <w:ind w:firstLine="720"/>
      </w:pPr>
      <w:r>
        <w:t>U-11</w:t>
      </w:r>
    </w:p>
    <w:p>
      <w:pPr>
        <w:ind w:firstLine="720"/>
      </w:pPr>
      <w:r>
        <w:t>Ring two, meeting room. Book left on table. Not moved. Recorded.</w:t>
      </w:r>
    </w:p>
    <w:p>
      <w:pPr>
        <w:ind w:firstLine="720"/>
      </w:pPr>
      <w:r>
        <w:t>03:49:44</w:t>
      </w:r>
    </w:p>
    <w:p>
      <w:pPr>
        <w:ind w:firstLine="720"/>
      </w:pPr>
      <w:r>
        <w:t>U-04</w:t>
      </w:r>
    </w:p>
    <w:p>
      <w:pPr>
        <w:ind w:firstLine="720"/>
      </w:pPr>
      <w:r>
        <w:t>Forward transfer. Ferrer, I. present, not working. Withdrew.</w:t>
      </w:r>
    </w:p>
    <w:p>
      <w:pPr>
        <w:ind w:firstLine="720"/>
      </w:pPr>
      <w:r>
        <w:t>04:58:11</w:t>
      </w:r>
    </w:p>
    <w:p>
      <w:pPr>
        <w:ind w:firstLine="720"/>
      </w:pPr>
      <w:r>
        <w:t>U-07</w:t>
      </w:r>
    </w:p>
    <w:p>
      <w:pPr>
        <w:ind w:firstLine="720"/>
      </w:pPr>
      <w:r>
        <w:t>Ring two, meeting room. Book removed 04:52. Table cleared.</w:t>
      </w:r>
    </w:p>
    <w:p>
      <w:pPr>
        <w:ind w:firstLine="720"/>
      </w:pPr>
      <w:r>
        <w:t>05:54:29</w:t>
      </w:r>
    </w:p>
    <w:p>
      <w:pPr>
        <w:ind w:firstLine="720"/>
      </w:pPr>
      <w:r>
        <w:t>U-11</w:t>
      </w:r>
    </w:p>
    <w:p>
      <w:pPr>
        <w:ind w:firstLine="720"/>
      </w:pPr>
      <w:r>
        <w:t>Corridor 9. Music heard. Source not located. Logged as unexplained sound.</w:t>
      </w:r>
    </w:p>
    <w:p>
      <w:pPr>
        <w:ind w:firstLine="720"/>
      </w:pPr>
      <w:r>
        <w:t>Aiyana Roux asked the question and she asked it in complete innocence and Ines Ferrer knew what was coming before the sentence finished.</w:t>
      </w:r>
    </w:p>
    <w:p>
      <w:pPr>
        <w:ind w:firstLine="720"/>
      </w:pPr>
      <w:r>
        <w:t>It was week six. Dov had exhausted the tracker in nine days and had spent four weeks since then establishing, with great care, a series of things that could not be established. The room had met eleven times and the meetings had begun to have a quality that Ines could not name and did not minute.</w:t>
      </w:r>
    </w:p>
    <w:p>
      <w:pPr>
        <w:ind w:firstLine="720"/>
      </w:pPr>
      <w:r>
        <w:t>“Is there anything,” said Aiyana, “that records who was near whom?”</w:t>
      </w:r>
    </w:p>
    <w:p>
      <w:pPr>
        <w:ind w:firstLine="720"/>
      </w:pPr>
      <w:r>
        <w:t>“The tracker,” said Dov. “And it does not help.”</w:t>
      </w:r>
    </w:p>
    <w:p>
      <w:pPr>
        <w:ind w:firstLine="720"/>
      </w:pPr>
      <w:r>
        <w:t>“Anything that is not a machine.”</w:t>
      </w:r>
    </w:p>
    <w:p>
      <w:pPr>
        <w:ind w:firstLine="720"/>
      </w:pPr>
      <w:r>
        <w:t>Nine people looked at the book on the table.</w:t>
      </w:r>
    </w:p>
    <w:p>
      <w:pPr>
        <w:ind w:firstLine="720"/>
      </w:pPr>
      <w:r>
        <w:t>Ines said no.</w:t>
      </w:r>
    </w:p>
    <w:p>
      <w:pPr>
        <w:ind w:firstLine="720"/>
      </w:pPr>
      <w:r>
        <w:t>She said it flatly and she said it first and she has never been ashamed of it. She said that the Bound Ledger was a record of obligations between people, that it said so on its own first page in her own hand, that it was not an instrument and had never claimed to be one, that nothing in it bound anybody, and that it had been kept for eleven years on that understanding by nine people who had let her write down what they did for each other.</w:t>
      </w:r>
    </w:p>
    <w:p>
      <w:pPr>
        <w:ind w:firstLine="720"/>
      </w:pPr>
      <w:r>
        <w:t>Renata Oyelaran said, “And is there anything in the Accord that stops us reading it?”</w:t>
      </w:r>
    </w:p>
    <w:p>
      <w:pPr>
        <w:ind w:firstLine="720"/>
      </w:pPr>
      <w:r>
        <w:t>There is not. There is no privilege in nineteen pages. There is no clause protecting a record from being read, because Ines herself had spent sixteen years arguing that records should be readable and had won every one of those arguments.</w:t>
      </w:r>
    </w:p>
    <w:p>
      <w:pPr>
        <w:ind w:firstLine="720"/>
      </w:pPr>
      <w:r>
        <w:t>“No,” she said.</w:t>
      </w:r>
    </w:p>
    <w:p>
      <w:pPr>
        <w:ind w:firstLine="720"/>
      </w:pPr>
      <w:r>
        <w:t>“Then I would rather you read it than anybody else.”</w:t>
      </w:r>
    </w:p>
    <w:p>
      <w:pPr>
        <w:ind w:firstLine="720"/>
      </w:pPr>
      <w:r>
        <w:t>So Ines Ferrer read out her own book to eight people in the second ring on day seventy-four of the sixteenth year, and it took two hours, and she would not let anybody else touch it and it was not a courtesy, it was the last piece of control she had over the thing.</w:t>
      </w:r>
    </w:p>
    <w:p>
      <w:pPr>
        <w:ind w:firstLine="720"/>
      </w:pPr>
      <w:r>
        <w:t>Four hundred and eleven entries. Eleven years.</w:t>
      </w:r>
    </w:p>
    <w:p>
      <w:pPr>
        <w:ind w:firstLine="720"/>
      </w:pPr>
      <w:r>
        <w:t>And here is the trouble, and it is the exact trouble she had described in the fifth year and again in the fourteenth when she voted against adoption and lost nine to one.</w:t>
      </w:r>
    </w:p>
    <w:p>
      <w:pPr>
        <w:ind w:firstLine="720"/>
      </w:pPr>
      <w:r>
        <w:t>The Ledger is not a list of movements. If it were a list of movements it would have been useless in the same way the tracker was useless, and everybody could have gone home. It is a list of movements with</w:t>
      </w:r>
    </w:p>
    <w:p>
      <w:pPr>
        <w:ind w:firstLine="720"/>
      </w:pPr>
      <w:r>
        <w:t>four extra words on the end of each one saying why</w:t>
      </w:r>
    </w:p>
    <w:p>
      <w:pPr>
        <w:ind w:firstLine="720"/>
      </w:pPr>
      <w:r>
        <w:t>— a habit she started in the fifth year because she had lost a year and it frightened her, and which converted a debt ledger into a record of what people were like.</w:t>
      </w:r>
    </w:p>
    <w:p>
      <w:pPr>
        <w:ind w:firstLine="720"/>
      </w:pPr>
      <w:r>
        <w:t>What people are like is exactly what nine people in a room in week six of an investigation want, and it is the only thing on that ship that has it.</w:t>
      </w:r>
    </w:p>
    <w:p>
      <w:pPr>
        <w:ind w:firstLine="720"/>
      </w:pPr>
      <w:r>
        <w:t>Nothing in the book is evidence. That has to be said plainly and Ines said it four times that afternoon. There is no entry that places anybody anywhere at any hour, no entry about a compartment, no entry that bears on the offence in any way at all. The Bound Ledger did not identify anybody and could not have.</w:t>
      </w:r>
    </w:p>
    <w:p>
      <w:pPr>
        <w:ind w:firstLine="720"/>
      </w:pPr>
      <w:r>
        <w:t>What it did was give the room a shape.</w:t>
      </w:r>
    </w:p>
    <w:p>
      <w:pPr>
        <w:ind w:firstLine="720"/>
      </w:pPr>
      <w:r>
        <w:t>Thirteenth year, second half, the only entry in six months:</w:t>
      </w:r>
    </w:p>
    <w:p>
      <w:pPr>
        <w:ind w:firstLine="720"/>
      </w:pPr>
      <w:r>
        <w:t>Duhamel covered Lindqvist, spine aft, six days, unwell. Not asked. Not offered. Simply done.</w:t>
      </w:r>
    </w:p>
    <w:p>
      <w:pPr>
        <w:ind w:firstLine="720"/>
      </w:pPr>
      <w:r>
        <w:t>Twelfth year:</w:t>
      </w:r>
    </w:p>
    <w:p>
      <w:pPr>
        <w:ind w:firstLine="720"/>
      </w:pPr>
      <w:r>
        <w:t>Lindqvist covered nine watches. Asked for none back.</w:t>
      </w:r>
    </w:p>
    <w:p>
      <w:pPr>
        <w:ind w:firstLine="720"/>
      </w:pPr>
      <w:r>
        <w:t>First year of the rota, four quarters running:</w:t>
      </w:r>
    </w:p>
    <w:p>
      <w:pPr>
        <w:ind w:firstLine="720"/>
      </w:pPr>
      <w:r>
        <w:t>Duhamel swapped onto spine aft. Gave away the short routes. Wanted the long one.</w:t>
      </w:r>
    </w:p>
    <w:p>
      <w:pPr>
        <w:ind w:firstLine="720"/>
      </w:pPr>
      <w:r>
        <w:t>Fourteenth year:</w:t>
      </w:r>
    </w:p>
    <w:p>
      <w:pPr>
        <w:ind w:firstLine="720"/>
      </w:pPr>
      <w:r>
        <w:t>Duhamel covered Lindqvist, ring two, four days, unwell.</w:t>
      </w:r>
    </w:p>
    <w:p>
      <w:pPr>
        <w:ind w:firstLine="720"/>
      </w:pPr>
      <w:r>
        <w:t>Fifteenth year:</w:t>
      </w:r>
    </w:p>
    <w:p>
      <w:pPr>
        <w:ind w:firstLine="720"/>
      </w:pPr>
      <w:r>
        <w:t>Duhamel covered Lindqvist, ring two, four days.</w:t>
      </w:r>
    </w:p>
    <w:p>
      <w:pPr>
        <w:ind w:firstLine="720"/>
      </w:pPr>
      <w:r>
        <w:t>No reason given. Ines had asked and he had said it did not matter.</w:t>
      </w:r>
    </w:p>
    <w:p>
      <w:pPr>
        <w:ind w:firstLine="720"/>
      </w:pPr>
      <w:r>
        <w:t>Every single one of those entries is kind. Every one was written by a woman who was recording a decent thing a man had done for a colleague, at the time, in good faith, meaning it as praise, and four of the five are among the entries she had been most pleased to write.</w:t>
      </w:r>
    </w:p>
    <w:p>
      <w:pPr>
        <w:ind w:firstLine="720"/>
      </w:pPr>
      <w:r>
        <w:t>Read consecutively, in a room, in week six, by eight people who are looking for a shape, they are something else, and there is no way to read them back into what they were.</w:t>
      </w:r>
    </w:p>
    <w:p>
      <w:pPr>
        <w:ind w:firstLine="720"/>
      </w:pPr>
      <w:r>
        <w:t>She also read out the other one, and she made a point of reading it out, and it is the reason the shape did not close that afternoon.</w:t>
      </w:r>
    </w:p>
    <w:p>
      <w:pPr>
        <w:ind w:firstLine="720"/>
      </w:pPr>
      <w:r>
        <w:t>Ninth year:</w:t>
      </w:r>
    </w:p>
    <w:p>
      <w:pPr>
        <w:ind w:firstLine="720"/>
      </w:pPr>
      <w:r>
        <w:t>Achebe covered Duhamel, domes, four days, second harvest overlap. Offered before asked.</w:t>
      </w:r>
    </w:p>
    <w:p>
      <w:pPr>
        <w:ind w:firstLine="720"/>
      </w:pPr>
      <w:r>
        <w:t>Eleventh year:</w:t>
      </w:r>
    </w:p>
    <w:p>
      <w:pPr>
        <w:ind w:firstLine="720"/>
      </w:pPr>
      <w:r>
        <w:t>Sow covered Duhamel, spine aft, six days, self-reported over hours. Rest taken.</w:t>
      </w:r>
    </w:p>
    <w:p>
      <w:pPr>
        <w:ind w:firstLine="720"/>
      </w:pPr>
      <w:r>
        <w:t>Fourteenth year:</w:t>
      </w:r>
    </w:p>
    <w:p>
      <w:pPr>
        <w:ind w:firstLine="720"/>
      </w:pPr>
      <w:r>
        <w:t>Duhamel covered Achebe, ring three, eleven days, calving. Would not be thanked.</w:t>
      </w:r>
    </w:p>
    <w:p>
      <w:pPr>
        <w:ind w:firstLine="720"/>
      </w:pPr>
      <w:r>
        <w:t>There are thirty-one entries with Sergei Duhamel's name in them across eleven years and he is the giving party in twenty-two of them, which is more than anybody on that ship except Coda, who is in eleven and is the giving party in all eleven and never accepted cover once.</w:t>
      </w:r>
    </w:p>
    <w:p>
      <w:pPr>
        <w:ind w:firstLine="720"/>
      </w:pPr>
      <w:r>
        <w:t>Ines read the whole of it. She did not read the five and stop. She read four hundred and eleven entries in order, from the fifth year to the sixteenth, and it took two hours, and it is the only reason anybody in that room was still able to hold two things in their head at the end of it.</w:t>
      </w:r>
    </w:p>
    <w:p>
      <w:pPr>
        <w:ind w:firstLine="720"/>
      </w:pPr>
      <w:r>
        <w:t>“He is the most generous person in this book,” she said, when she had finished. “That is what the record says. I am not telling you what to do with it. I am telling you that it is what the record says and that I wrote every word of it before any of us knew anything.”</w:t>
      </w:r>
    </w:p>
    <w:p>
      <w:pPr>
        <w:ind w:firstLine="720"/>
      </w:pPr>
      <w:r>
        <w:t>Nobody said a name. That is in the minute and Ines was scrupulous about it: not one person in that room said a name on day seventy-four, and the meeting ended nine minutes after she stopped reading, and everybody went away.</w:t>
      </w:r>
    </w:p>
    <w:p>
      <w:pPr>
        <w:ind w:firstLine="720"/>
      </w:pPr>
      <w:r>
        <w:t>Two more things happened that afternoon that are in the record.</w:t>
      </w:r>
    </w:p>
    <w:p>
      <w:pPr>
        <w:ind w:firstLine="720"/>
      </w:pPr>
      <w:r>
        <w:t>Ines read out the four marked entries as well — the ones she knew to be wrong, copied exactly as they stood in the fourteenth-year transcription, with a small mark beside each and a note at the back saying what she now believed and when she had found out. One of the four is an entry where she had written</w:t>
      </w:r>
    </w:p>
    <w:p>
      <w:pPr>
        <w:ind w:firstLine="720"/>
      </w:pPr>
      <w:r>
        <w:t>offered before asked</w:t>
      </w:r>
    </w:p>
    <w:p>
      <w:pPr>
        <w:ind w:firstLine="720"/>
      </w:pPr>
      <w:r>
        <w:t>about a thing that had in fact been asked.</w:t>
      </w:r>
    </w:p>
    <w:p>
      <w:pPr>
        <w:ind w:firstLine="720"/>
      </w:pPr>
      <w:r>
        <w:t>She read all four out and explained the mark, and it took four minutes, and Dov Lindqvist said, “Then how many of the other four hundred and seven are wrong in a way you have not found out about?”</w:t>
      </w:r>
    </w:p>
    <w:p>
      <w:pPr>
        <w:ind w:firstLine="720"/>
      </w:pPr>
      <w:r>
        <w:t>“I do not know,” said Ines.</w:t>
      </w:r>
    </w:p>
    <w:p>
      <w:pPr>
        <w:ind w:firstLine="720"/>
      </w:pPr>
      <w:r>
        <w:t>“No,” he said. “Neither do I. I am not making a point at you. I am making it at us.”</w:t>
      </w:r>
    </w:p>
    <w:p>
      <w:pPr>
        <w:ind w:firstLine="720"/>
      </w:pPr>
      <w:r>
        <w:t>He was, and it went into the drafting six years later, and it is why the Iron Protocol's evidentiary clause is four lines long and excludes contemporaneous personal records entirely. That exclusion is Dov's and it was proposed by the victim and it has been criticised on Aura-36 for a hundred and forty years as excessively narrow.</w:t>
      </w:r>
    </w:p>
    <w:p>
      <w:pPr>
        <w:ind w:firstLine="720"/>
      </w:pPr>
      <w:r>
        <w:t>The second thing is that Renata asked Ines afterwards, in the corridor, whether she wanted the Ledger sealed.</w:t>
      </w:r>
    </w:p>
    <w:p>
      <w:pPr>
        <w:ind w:firstLine="720"/>
      </w:pPr>
      <w:r>
        <w:t>“You could,” Renata said. “The sealing clause is medical only, but the Ledger is not a ship record. It is yours. Nobody could stop you putting it in a drawer.”</w:t>
      </w:r>
    </w:p>
    <w:p>
      <w:pPr>
        <w:ind w:firstLine="720"/>
      </w:pPr>
      <w:r>
        <w:t>“And then it would be a book that was sealed after it was used once,” said Ines. “Which is worse than a book that gets used.”</w:t>
      </w:r>
    </w:p>
    <w:p>
      <w:pPr>
        <w:ind w:firstLine="720"/>
      </w:pPr>
      <w:r>
        <w:t>There is one more thing and Ines has never been able to decide whether it belongs in an account of that afternoon or not, and it is included here because she eventually wrote it down herself, in the twenty-ninth year, in the</w:t>
      </w:r>
    </w:p>
    <w:p>
      <w:pPr>
        <w:ind w:firstLine="720"/>
      </w:pPr>
      <w:r>
        <w:t>Not obligations</w:t>
      </w:r>
    </w:p>
    <w:p>
      <w:pPr>
        <w:ind w:firstLine="720"/>
      </w:pPr>
      <w:r>
        <w:t>pages at the back.</w:t>
      </w:r>
    </w:p>
    <w:p>
      <w:pPr>
        <w:ind w:firstLine="720"/>
      </w:pPr>
      <w:r>
        <w:t>Sergei Duhamel was in the room.</w:t>
      </w:r>
    </w:p>
    <w:p>
      <w:pPr>
        <w:ind w:firstLine="720"/>
      </w:pPr>
      <w:r>
        <w:t>He was in the room for the whole two hours, because there were nine of them and every one of the nine was in every meeting, because that is what a complement of nine is. He sat where he always sat. He did not ask her to stop and did not object to any entry and did not defend any entry, and when she read the thirteenth-year line he did not move.</w:t>
      </w:r>
    </w:p>
    <w:p>
      <w:pPr>
        <w:ind w:firstLine="720"/>
      </w:pPr>
      <w:r>
        <w:t>At the end of it, when the meeting broke up, he said one thing to her, quietly, on the way out, and it was not about himself.</w:t>
      </w:r>
    </w:p>
    <w:p>
      <w:pPr>
        <w:ind w:firstLine="720"/>
      </w:pPr>
      <w:r>
        <w:t>“You should not have had to do that.”</w:t>
      </w:r>
    </w:p>
    <w:p>
      <w:pPr>
        <w:ind w:firstLine="720"/>
      </w:pPr>
      <w:r>
        <w:t>Ines wrote that down thirteen years later and put a mark beside it, the same mark she used for the four entries she knew to be wrong, and at the back she wrote what the mark meant here, which is that she had never established what he had meant by it and had four readings of it and considered all four available.</w:t>
      </w:r>
    </w:p>
    <w:p>
      <w:pPr>
        <w:ind w:firstLine="720"/>
      </w:pPr>
      <w:r>
        <w:t>She stopped writing the four extra words that evening and did not write them for eleven weeks.</w:t>
      </w:r>
    </w:p>
    <w:p>
      <w:pPr>
        <w:ind w:firstLine="720"/>
      </w:pPr>
      <w:r>
        <w:t>Eleven entries in the book from that period are bare: name, name, duty, duration, nothing else. They are visibly different on the page and anybody who has seen the facsimile has noticed them and no printed edition has ever explained them.</w:t>
      </w:r>
    </w:p>
    <w:p>
      <w:pPr>
        <w:ind w:firstLine="720"/>
      </w:pPr>
      <w:r>
        <w:t>Then in week twelve she started again, and wrote down why, on the same page as the four-line note about the marks, and it is nine words long:</w:t>
      </w:r>
    </w:p>
    <w:p>
      <w:pPr>
        <w:ind w:firstLine="720"/>
      </w:pPr>
      <w:r>
        <w:t>A record that flinches is worse than a record that hurts.</w:t>
      </w:r>
    </w:p>
    <w:p>
      <w:r>
        <w:br w:type="page"/>
      </w:r>
    </w:p>
    <w:p>
      <w:pPr>
        <w:pStyle w:val="Heading1"/>
      </w:pPr>
      <w:r>
        <w:t>Chapter 38 &amp;mdash; Nnamdi Writes The Announcement</w:t>
      </w:r>
    </w:p>
    <w:p>
      <w:pPr>
        <w:ind w:firstLine="720"/>
      </w:pPr>
      <w:r>
        <w:t>Night Shift · Year 16, Day 81 · Units 4, 7, 11 · Unreviewed</w:t>
      </w:r>
    </w:p>
    <w:p>
      <w:pPr>
        <w:ind w:firstLine="720"/>
      </w:pPr>
      <w:r>
        <w:t>00:44:36</w:t>
      </w:r>
    </w:p>
    <w:p>
      <w:pPr>
        <w:ind w:firstLine="720"/>
      </w:pPr>
      <w:r>
        <w:t>U-04</w:t>
      </w:r>
    </w:p>
    <w:p>
      <w:pPr>
        <w:ind w:firstLine="720"/>
      </w:pPr>
      <w:r>
        <w:t>Ring two, district 402. Okonjo, N. awake and working. Withdrew. Did not ask again.</w:t>
      </w:r>
    </w:p>
    <w:p>
      <w:pPr>
        <w:ind w:firstLine="720"/>
      </w:pPr>
      <w:r>
        <w:t>02:11:52</w:t>
      </w:r>
    </w:p>
    <w:p>
      <w:pPr>
        <w:ind w:firstLine="720"/>
      </w:pPr>
      <w:r>
        <w:t>U-11</w:t>
      </w:r>
    </w:p>
    <w:p>
      <w:pPr>
        <w:ind w:firstLine="720"/>
      </w:pPr>
      <w:r>
        <w:t>Ring two, district 402. Okonjo, N. awake and working. Withdrew. Did not ask again.</w:t>
      </w:r>
    </w:p>
    <w:p>
      <w:pPr>
        <w:ind w:firstLine="720"/>
      </w:pPr>
      <w:r>
        <w:t>03:40:19</w:t>
      </w:r>
    </w:p>
    <w:p>
      <w:pPr>
        <w:ind w:firstLine="720"/>
      </w:pPr>
      <w:r>
        <w:t>U-07</w:t>
      </w:r>
    </w:p>
    <w:p>
      <w:pPr>
        <w:ind w:firstLine="720"/>
      </w:pPr>
      <w:r>
        <w:t>Ring two, board. Notice, five years old, re-fixed. Legibility poor. Recorded.</w:t>
      </w:r>
    </w:p>
    <w:p>
      <w:pPr>
        <w:ind w:firstLine="720"/>
      </w:pPr>
      <w:r>
        <w:t>04:52:07</w:t>
      </w:r>
    </w:p>
    <w:p>
      <w:pPr>
        <w:ind w:firstLine="720"/>
      </w:pPr>
      <w:r>
        <w:t>U-04</w:t>
      </w:r>
    </w:p>
    <w:p>
      <w:pPr>
        <w:ind w:firstLine="720"/>
      </w:pPr>
      <w:r>
        <w:t>Ring two, district 402. Okonjo, N. awake and working. Withdrew. Did not ask again.</w:t>
      </w:r>
    </w:p>
    <w:p>
      <w:pPr>
        <w:ind w:firstLine="720"/>
      </w:pPr>
      <w:r>
        <w:t>05:57:41</w:t>
      </w:r>
    </w:p>
    <w:p>
      <w:pPr>
        <w:ind w:firstLine="720"/>
      </w:pPr>
      <w:r>
        <w:t>U-11</w:t>
      </w:r>
    </w:p>
    <w:p>
      <w:pPr>
        <w:ind w:firstLine="720"/>
      </w:pPr>
      <w:r>
        <w:t>Corridor 9. Music heard. Source not located. Logged as unexplained sound.</w:t>
      </w:r>
    </w:p>
    <w:p>
      <w:pPr>
        <w:ind w:firstLine="720"/>
      </w:pPr>
      <w:r>
        <w:t>Nnamdi Okonjo started drafting the announcement in week seven, before there was a name, and he started then on purpose and told the room why.</w:t>
      </w:r>
    </w:p>
    <w:p>
      <w:pPr>
        <w:ind w:firstLine="720"/>
      </w:pPr>
      <w:r>
        <w:t>“Once we know who it is I will not be able to write this honestly,” he said. “Neither will any of you. Whatever I put on the page after that will be shaped by whether I liked him, and I will not be able to tell which parts, and neither will you when you read it. So I am going to write it now, while I do not know, and then we will look at it again afterwards and see what we want to change, and every change will be visible.”</w:t>
      </w:r>
    </w:p>
    <w:p>
      <w:pPr>
        <w:ind w:firstLine="720"/>
      </w:pPr>
      <w:r>
        <w:t>It is the single most professional act in this history and Ines minuted it in full and it has been taught in four generations of drafting schools on Aura-36 as the Okonjo method, and almost nobody who uses that phrase knows what it was invented for.</w:t>
      </w:r>
    </w:p>
    <w:p>
      <w:pPr>
        <w:ind w:firstLine="720"/>
      </w:pPr>
      <w:r>
        <w:t>The audience is a hundred thousand people, twenty years out, waking into a hull above a world they have not seen, being handed a charter, a law, a monitoring grid and a man.</w:t>
      </w:r>
    </w:p>
    <w:p>
      <w:pPr>
        <w:ind w:firstLine="720"/>
      </w:pPr>
      <w:r>
        <w:t>It ran to four hundred and forty words.</w:t>
      </w:r>
    </w:p>
    <w:p>
      <w:pPr>
        <w:ind w:firstLine="720"/>
      </w:pPr>
      <w:r>
        <w:t>He had written four hundred and forty words once before, in the fifth year, over two days, about a structural glazier called Tobias Ardagh who had written the word</w:t>
      </w:r>
    </w:p>
    <w:p>
      <w:pPr>
        <w:ind w:firstLine="720"/>
      </w:pPr>
      <w:r>
        <w:t>excited</w:t>
      </w:r>
    </w:p>
    <w:p>
      <w:pPr>
        <w:ind w:firstLine="720"/>
      </w:pPr>
      <w:r>
        <w:t>on an intake form, and he always said that was the best thing he ever wrote, and he always said it in a tone that made people stop asking about it.</w:t>
      </w:r>
    </w:p>
    <w:p>
      <w:pPr>
        <w:ind w:firstLine="720"/>
      </w:pPr>
      <w:r>
        <w:t>This one took him eleven days and he never said anything about it at all.</w:t>
      </w:r>
    </w:p>
    <w:p>
      <w:pPr>
        <w:ind w:firstLine="720"/>
      </w:pPr>
      <w:r>
        <w:t>What is in it is true. Every sentence. It has been checked against the record four times in a hundred and forty years, by people looking for a lie, and there is not one in it.</w:t>
      </w:r>
    </w:p>
    <w:p>
      <w:pPr>
        <w:ind w:firstLine="720"/>
      </w:pPr>
      <w:r>
        <w:t>What is not in it, Nnamdi listed himself, on a separate page, and brought to the room, and asked them to ratify each omission separately by vote.</w:t>
      </w:r>
    </w:p>
    <w:p>
      <w:pPr>
        <w:ind w:firstLine="720"/>
      </w:pPr>
      <w:r>
        <w:t>That is the part that matters. He did not conceal the concealment. He walked into the second ring with a page headed</w:t>
      </w:r>
    </w:p>
    <w:p>
      <w:pPr>
        <w:ind w:firstLine="720"/>
      </w:pPr>
      <w:r>
        <w:t>Omitted, and why</w:t>
      </w:r>
    </w:p>
    <w:p>
      <w:pPr>
        <w:ind w:firstLine="720"/>
      </w:pPr>
      <w:r>
        <w:t>, and read it out, and made eight people put their hands up three times.</w:t>
      </w:r>
    </w:p>
    <w:p>
      <w:pPr>
        <w:ind w:firstLine="720"/>
      </w:pPr>
      <w:r>
        <w:t>Omission one: the mechanism.</w:t>
      </w:r>
    </w:p>
    <w:p>
      <w:pPr>
        <w:ind w:firstLine="720"/>
      </w:pPr>
      <w:r>
        <w:t>The announcement says a sedative was administered through the compartment environment. It does not say which compound, does not say the feedstock it came from, does not say that four hundred and eleven kilogrammes of it were sitting unscheduled in an industrial store, and does not describe the branch architecture that made a single-occupant dose possible.</w:t>
      </w:r>
    </w:p>
    <w:p>
      <w:pPr>
        <w:ind w:firstLine="720"/>
      </w:pPr>
      <w:r>
        <w:t>His reason: a hundred thousand people are going to walk out onto a planet with the same feedstock, the same chemistry and the same air handling, and a full account is a recipe. Halima agreed. Dov agreed and said he had thought of it first and had not raised it because he did not trust his own motives. Ratified, eight to nothing.</w:t>
      </w:r>
    </w:p>
    <w:p>
      <w:pPr>
        <w:ind w:firstLine="720"/>
      </w:pPr>
      <w:r>
        <w:t>It is also the reason nobody on Aura-36 has ever been able to check the finding, and Nnamdi wrote that down underneath, in his own hand, as the cost.</w:t>
      </w:r>
    </w:p>
    <w:p>
      <w:pPr>
        <w:ind w:firstLine="720"/>
      </w:pPr>
      <w:r>
        <w:t>Omission two: the eleven days.</w:t>
      </w:r>
    </w:p>
    <w:p>
      <w:pPr>
        <w:ind w:firstLine="720"/>
      </w:pPr>
      <w:r>
        <w:t>The announcement says the medical officer identified an irregularity in the annual panel and reported it. It does not say that Halima Sow found it on day twenty-two and did not speak to another human being about it until day thirty-three.</w:t>
      </w:r>
    </w:p>
    <w:p>
      <w:pPr>
        <w:ind w:firstLine="720"/>
      </w:pPr>
      <w:r>
        <w:t>His reason is four lines long and it is the best writing on the page:</w:t>
      </w:r>
    </w:p>
    <w:p>
      <w:pPr>
        <w:ind w:firstLine="720"/>
      </w:pPr>
      <w:r>
        <w:t>She spent eleven days deciding which of nine people to tell, because one of the nine had done it. If we publish the eleven days, a hundred thousand people will read a doctor who withheld, and that is not what happened, and there is no length of explanation that will fix it, because the sentence is short and the explanation is not.</w:t>
      </w:r>
    </w:p>
    <w:p>
      <w:pPr>
        <w:ind w:firstLine="720"/>
      </w:pPr>
      <w:r>
        <w:t>Halima asked that it be published anyway. She asked twice. She lost both times, seven to one and then six to two with Renata crossing to her, and she is on record in the twenty-second year and the thirty-first year as still wanting it published, and it never was.</w:t>
      </w:r>
    </w:p>
    <w:p>
      <w:pPr>
        <w:ind w:firstLine="720"/>
      </w:pPr>
      <w:r>
        <w:t>Omission three, and this is the one.</w:t>
      </w:r>
    </w:p>
    <w:p>
      <w:pPr>
        <w:ind w:firstLine="720"/>
      </w:pPr>
      <w:r>
        <w:t>The announcement does not say who was suspected.</w:t>
      </w:r>
    </w:p>
    <w:p>
      <w:pPr>
        <w:ind w:firstLine="720"/>
      </w:pPr>
      <w:r>
        <w:t>It does not say that for eight weeks every one of the ten was in a set that nobody could reduce. It does not say that Dov Lindqvist put himself in that set in writing and was cleared last. It does not name the eight who did not do it, in that capacity, at all.</w:t>
      </w:r>
    </w:p>
    <w:p>
      <w:pPr>
        <w:ind w:firstLine="720"/>
      </w:pPr>
      <w:r>
        <w:t>Nnamdi's reason, and he gave it standing up, which he did not do:</w:t>
      </w:r>
    </w:p>
    <w:p>
      <w:pPr>
        <w:ind w:firstLine="720"/>
      </w:pPr>
      <w:r>
        <w:t>Eight of these people are going to walk off this ship onto a planet and be looked at for the rest of their lives by a hundred thousand people who have a complete public record and nothing else to go on. If it says they were suspected, that is what they will be. Not guilty of anything. Suspected, in a document, for ever, on a world where everything is published and nothing is ever taken down.</w:t>
      </w:r>
    </w:p>
    <w:p>
      <w:pPr>
        <w:ind w:firstLine="720"/>
      </w:pPr>
      <w:r>
        <w:t>Ratified, eight to nothing. Nobody spoke against it. Ines timed the silence before the vote at nineteen seconds and it is the longest she ever recorded.</w:t>
      </w:r>
    </w:p>
    <w:p>
      <w:pPr>
        <w:ind w:firstLine="720"/>
      </w:pPr>
      <w:r>
        <w:t>He was right, and the eight were spared, and the consequence is the whole of the next hundred and forty years.</w:t>
      </w:r>
    </w:p>
    <w:p>
      <w:pPr>
        <w:ind w:firstLine="720"/>
      </w:pPr>
      <w:r>
        <w:t>Because what a hundred thousand people received at the waking, and what every school on Aura-36 has taught since, is an account of the founding period in which one man did one wrong thing and nine other people responded to it correctly.</w:t>
      </w:r>
    </w:p>
    <w:p>
      <w:pPr>
        <w:ind w:firstLine="720"/>
      </w:pPr>
      <w:r>
        <w:t>There is no suspicion anywhere in the founding record. There is no eight weeks in which nobody could be ruled out. There is no woman sitting in a medical office for eleven days going through her colleagues one at a time. There are nine founders who behaved impeccably and one who did not, and that is true, and it is exactly the kind of true that produces a religion.</w:t>
      </w:r>
    </w:p>
    <w:p>
      <w:pPr>
        <w:ind w:firstLine="720"/>
      </w:pPr>
      <w:r>
        <w:t>There was a fourth omission that he refused, and the refusal is as important as the three he took.</w:t>
      </w:r>
    </w:p>
    <w:p>
      <w:pPr>
        <w:ind w:firstLine="720"/>
      </w:pPr>
      <w:r>
        <w:t>Dov Lindqvist asked to be named.</w:t>
      </w:r>
    </w:p>
    <w:p>
      <w:pPr>
        <w:ind w:firstLine="720"/>
      </w:pPr>
      <w:r>
        <w:t>Nnamdi's first draft did not name him. It said</w:t>
      </w:r>
    </w:p>
    <w:p>
      <w:pPr>
        <w:ind w:firstLine="720"/>
      </w:pPr>
      <w:r>
        <w:t>a member of the complement</w:t>
      </w:r>
    </w:p>
    <w:p>
      <w:pPr>
        <w:ind w:firstLine="720"/>
      </w:pPr>
      <w:r>
        <w:t>, on the ordinary and decent grounds that a person who has had something done to them does not owe the world their name for ever, and that there would be nine of them at the waking and the arithmetic of exclusion would do the rest anyway.</w:t>
      </w:r>
    </w:p>
    <w:p>
      <w:pPr>
        <w:ind w:firstLine="720"/>
      </w:pPr>
      <w:r>
        <w:t>Dov read it and said no.</w:t>
      </w:r>
    </w:p>
    <w:p>
      <w:pPr>
        <w:ind w:firstLine="720"/>
      </w:pPr>
      <w:r>
        <w:t>“Put my name in it.”</w:t>
      </w:r>
    </w:p>
    <w:p>
      <w:pPr>
        <w:ind w:firstLine="720"/>
      </w:pPr>
      <w:r>
        <w:t>“You do not have to do that.”</w:t>
      </w:r>
    </w:p>
    <w:p>
      <w:pPr>
        <w:ind w:firstLine="720"/>
      </w:pPr>
      <w:r>
        <w:t>“I know I do not have to do it,” said Dov. “If it says</w:t>
      </w:r>
    </w:p>
    <w:p>
      <w:pPr>
        <w:ind w:firstLine="720"/>
      </w:pPr>
      <w:r>
        <w:t>a member of the complement</w:t>
      </w:r>
    </w:p>
    <w:p>
      <w:pPr>
        <w:ind w:firstLine="720"/>
      </w:pPr>
      <w:r>
        <w:t>then in twenty years there will be nine of us standing in front of a hundred thousand people and every one of the nine will be it, and I would rather one man was it than nine men might be. And the eight did not ask for that either.”</w:t>
      </w:r>
    </w:p>
    <w:p>
      <w:pPr>
        <w:ind w:firstLine="720"/>
      </w:pPr>
      <w:r>
        <w:t>“That is not your job.”</w:t>
      </w:r>
    </w:p>
    <w:p>
      <w:pPr>
        <w:ind w:firstLine="720"/>
      </w:pPr>
      <w:r>
        <w:t>“There is nobody else on this ship whose job it is,” he said, which was true, and which is the only time in this history he raised his voice, and Ines minuted that he did.</w:t>
      </w:r>
    </w:p>
    <w:p>
      <w:pPr>
        <w:ind w:firstLine="720"/>
      </w:pPr>
      <w:r>
        <w:t>Nnamdi put the name in. He argued against it for two sessions and lost to a man who had been rendered less able to refuse things and who was, on that occasion, refusing something, and he has never known what to do with that and neither does this history.</w:t>
      </w:r>
    </w:p>
    <w:p>
      <w:pPr>
        <w:ind w:firstLine="720"/>
      </w:pPr>
      <w:r>
        <w:t>Nnamdi Okonjo did the other thing as well, and it is the reason any of this can be written.</w:t>
      </w:r>
    </w:p>
    <w:p>
      <w:pPr>
        <w:ind w:firstLine="720"/>
      </w:pPr>
      <w:r>
        <w:t>He wrote a second document. The whole of it — the mechanism, the eleven days, the suspect set, the names, the votes on the omissions and how each person voted, and his own reasoning in full including the parts he was not proud of. Sixteen pages. He signed it and dated it and filed it in the general archive series where anybody could find it, unsealed, unrestricted, indexed under his own name, with no note on it asking anybody not to read it.</w:t>
      </w:r>
    </w:p>
    <w:p>
      <w:pPr>
        <w:ind w:firstLine="720"/>
      </w:pPr>
      <w:r>
        <w:t>He did not publish it and he did not hide it. He put it where a person looking would find it in about four minutes.</w:t>
      </w:r>
    </w:p>
    <w:p>
      <w:pPr>
        <w:ind w:firstLine="720"/>
      </w:pPr>
      <w:r>
        <w:t>Nobody looked for a hundred and forty years.</w:t>
      </w:r>
    </w:p>
    <w:p>
      <w:pPr>
        <w:ind w:firstLine="720"/>
      </w:pPr>
      <w:r>
        <w:t>In the eleventh year of the fifth generation a records clerk on Aura-36, doing a routine index reconciliation, found sixteen pages filed under a name she did not recognise and read them, and that is a different history and it is not this one.</w:t>
      </w:r>
    </w:p>
    <w:p>
      <w:pPr>
        <w:ind w:firstLine="720"/>
      </w:pPr>
      <w:r>
        <w:t>The last thing in this chapter is a note Nnamdi wrote in the fifth year, in his own papers, in a sentence he never showed anybody while he was alive.</w:t>
      </w:r>
    </w:p>
    <w:p>
      <w:pPr>
        <w:ind w:firstLine="720"/>
      </w:pPr>
      <w:r>
        <w:t>I am the one who will always know how to make it sound all right. Somebody should watch me.</w:t>
      </w:r>
    </w:p>
    <w:p>
      <w:pPr>
        <w:ind w:firstLine="720"/>
      </w:pPr>
      <w:r>
        <w:t>He wrote the announcement in the sixteenth year and told the room every single thing he had left out and made them vote on each one, which is more than anybody has ever asked of a person doing that job.</w:t>
      </w:r>
    </w:p>
    <w:p>
      <w:pPr>
        <w:ind w:firstLine="720"/>
      </w:pPr>
      <w:r>
        <w:t>Nobody watched him. There was nobody to do it. They were nine people and they were tired, and the man they would have asked to check the wording was the one who had written it.</w:t>
      </w:r>
    </w:p>
    <w:p>
      <w:r>
        <w:br w:type="page"/>
      </w:r>
    </w:p>
    <w:p>
      <w:pPr>
        <w:pStyle w:val="Heading1"/>
      </w:pPr>
      <w:r>
        <w:t>Chapter 39 &amp;mdash; Suspicion</w:t>
      </w:r>
    </w:p>
    <w:p>
      <w:pPr>
        <w:ind w:firstLine="720"/>
      </w:pPr>
      <w:r>
        <w:t>Night Shift · Year 16, Day 96 · Units 4, 7, 11 · Unreviewed</w:t>
      </w:r>
    </w:p>
    <w:p>
      <w:pPr>
        <w:ind w:firstLine="720"/>
      </w:pPr>
      <w:r>
        <w:t>00:58:14</w:t>
      </w:r>
    </w:p>
    <w:p>
      <w:pPr>
        <w:ind w:firstLine="720"/>
      </w:pPr>
      <w:r>
        <w:t>U-11</w:t>
      </w:r>
    </w:p>
    <w:p>
      <w:pPr>
        <w:ind w:firstLine="720"/>
      </w:pPr>
      <w:r>
        <w:t>Spine, frame 611. Duhamel, S. present, working. Withdrew. Did not ask again.</w:t>
      </w:r>
    </w:p>
    <w:p>
      <w:pPr>
        <w:ind w:firstLine="720"/>
      </w:pPr>
      <w:r>
        <w:t>02:22:47</w:t>
      </w:r>
    </w:p>
    <w:p>
      <w:pPr>
        <w:ind w:firstLine="720"/>
      </w:pPr>
      <w:r>
        <w:t>U-04</w:t>
      </w:r>
    </w:p>
    <w:p>
      <w:pPr>
        <w:ind w:firstLine="720"/>
      </w:pPr>
      <w:r>
        <w:t>Environmental stores. Duhamel, S. present, working. Inventory in progress. Withdrew.</w:t>
      </w:r>
    </w:p>
    <w:p>
      <w:pPr>
        <w:ind w:firstLine="720"/>
      </w:pPr>
      <w:r>
        <w:t>03:49:03</w:t>
      </w:r>
    </w:p>
    <w:p>
      <w:pPr>
        <w:ind w:firstLine="720"/>
      </w:pPr>
      <w:r>
        <w:t>U-07</w:t>
      </w:r>
    </w:p>
    <w:p>
      <w:pPr>
        <w:ind w:firstLine="720"/>
      </w:pPr>
      <w:r>
        <w:t>Environmental stores. Duhamel, S. present, working. Inventory in progress. Withdrew.</w:t>
      </w:r>
    </w:p>
    <w:p>
      <w:pPr>
        <w:ind w:firstLine="720"/>
      </w:pPr>
      <w:r>
        <w:t>05:04:38</w:t>
      </w:r>
    </w:p>
    <w:p>
      <w:pPr>
        <w:ind w:firstLine="720"/>
      </w:pPr>
      <w:r>
        <w:t>U-11</w:t>
      </w:r>
    </w:p>
    <w:p>
      <w:pPr>
        <w:ind w:firstLine="720"/>
      </w:pPr>
      <w:r>
        <w:t>Environmental stores. Duhamel, S. present, working. Inventory in progress. Withdrew.</w:t>
      </w:r>
    </w:p>
    <w:p>
      <w:pPr>
        <w:ind w:firstLine="720"/>
      </w:pPr>
      <w:r>
        <w:t>05:59:22</w:t>
      </w:r>
    </w:p>
    <w:p>
      <w:pPr>
        <w:ind w:firstLine="720"/>
      </w:pPr>
      <w:r>
        <w:t>U-04</w:t>
      </w:r>
    </w:p>
    <w:p>
      <w:pPr>
        <w:ind w:firstLine="720"/>
      </w:pPr>
      <w:r>
        <w:t>Corridor 9. Music heard. Source not located. Logged as unexplained sound.</w:t>
      </w:r>
    </w:p>
    <w:p>
      <w:pPr>
        <w:ind w:firstLine="720"/>
      </w:pPr>
      <w:r>
        <w:t>The audit was Sergei Duhamel's idea and he raised it on day fifty-four, two days after the room was told, and it took him six weeks and it is the most thorough piece of work anybody did in the whole eight weeks.</w:t>
      </w:r>
    </w:p>
    <w:p>
      <w:pPr>
        <w:ind w:firstLine="720"/>
      </w:pPr>
      <w:r>
        <w:t>Nobody asked him to. It had not occurred to anybody that the stores were relevant, because the stores are feedstock and feedstock is not a thing anybody thinks about, and it took a man who had spent twenty-six years in environmental about four minutes on the evening of day fifty-two to work out where it had come from.</w:t>
      </w:r>
    </w:p>
    <w:p>
      <w:pPr>
        <w:ind w:firstLine="720"/>
      </w:pPr>
      <w:r>
        <w:t>He said so at the next meeting, flatly, in about ninety seconds. The bulk precursor. Four hundred and eleven kilogrammes, manifested as industrial, held in his stores, not on any controlled schedule, drawn in aggregate and reconciled annually, and reconciled correctly every year for sixteen years.</w:t>
      </w:r>
    </w:p>
    <w:p>
      <w:pPr>
        <w:ind w:firstLine="720"/>
      </w:pPr>
      <w:r>
        <w:t>“It is not controlled,” he said, “because nobody ever imagined anybody would make it into anything. That is my failure. It has been sitting in a compartment I am responsible for since before this ship left and I have signed the annual reconciliation on it fifteen times.”</w:t>
      </w:r>
    </w:p>
    <w:p>
      <w:pPr>
        <w:ind w:firstLine="720"/>
      </w:pPr>
      <w:r>
        <w:t>He audited it himself because there was nobody else who could. Six weeks, at night, after eleven-hour corridor rotas, four hundred and eleven kilogrammes weighed and cross-checked against sixteen years of aggregate drawdown records that had never been designed to answer a question of that kind.</w:t>
      </w:r>
    </w:p>
    <w:p>
      <w:pPr>
        <w:ind w:firstLine="720"/>
      </w:pPr>
      <w:r>
        <w:t>The result is four pages and it is honest and it says nothing.</w:t>
      </w:r>
    </w:p>
    <w:p>
      <w:pPr>
        <w:ind w:firstLine="720"/>
      </w:pPr>
      <w:r>
        <w:t>Sixteen years of preparatory chemistry for a surface programme, drawn in quantities consistent with sixteen years of preparatory chemistry for a surface programme, against a stock whose measurement uncertainty over that period is larger than the total quantity that would have been required. The audit could not have detected the diversion if there had been one. It could not have excluded it either. It was, as an instrument, incapable of answering the question it had been built for, which is the fourth or fifth time that sentence has been true in this history.</w:t>
      </w:r>
    </w:p>
    <w:p>
      <w:pPr>
        <w:ind w:firstLine="720"/>
      </w:pPr>
      <w:r>
        <w:t>He wrote that at the top of the first page rather than the bottom of the last, so that nobody would have to read four pages to find out that it was useless, and he recommended that the entire industrial schedule be brought under control and counted quarterly, and it was, and it still is on Aura-36 a hundred and forty years later, and it is called the Duhamel schedule in the technical documentation and nowhere else.</w:t>
      </w:r>
    </w:p>
    <w:p>
      <w:pPr>
        <w:ind w:firstLine="720"/>
      </w:pPr>
      <w:r>
        <w:t>The rest of this chapter is about eight weeks and there is no investigation in it.</w:t>
      </w:r>
    </w:p>
    <w:p>
      <w:pPr>
        <w:ind w:firstLine="720"/>
      </w:pPr>
      <w:r>
        <w:t>He had not slept properly since day fifty-two.</w:t>
      </w:r>
    </w:p>
    <w:p>
      <w:pPr>
        <w:ind w:firstLine="720"/>
      </w:pPr>
      <w:r>
        <w:t>He was fifty-four years old and he had been described by four different people over twenty-six years as the most straightforward man they had ever worked with, and what happened to him in those eight weeks is that he could not stop calculating.</w:t>
      </w:r>
    </w:p>
    <w:p>
      <w:pPr>
        <w:ind w:firstLine="720"/>
      </w:pPr>
      <w:r>
        <w:t>It started on about day fifty-six and he was ashamed of it immediately. He would be walking spine aft at three in the morning with eleven hours in front of him and nothing to do but walk it, and he would find that he had been thinking, for some period he could not measure, about whether Aiyana Roux had ever been in ring two at night.</w:t>
      </w:r>
    </w:p>
    <w:p>
      <w:pPr>
        <w:ind w:firstLine="720"/>
      </w:pPr>
      <w:r>
        <w:t>She had. Everybody had. Everybody on that ship had been everywhere, for sixteen years, constantly, because there were ten of them and twenty miles of hull, and every single person aboard had a completely ordinary reason to have been within four metres of any door on the ship at any hour of any day.</w:t>
      </w:r>
    </w:p>
    <w:p>
      <w:pPr>
        <w:ind w:firstLine="720"/>
      </w:pPr>
      <w:r>
        <w:t>He knew that. He had built the rota that made it true. And it made no difference at all, because the calculating did not run on evidence; it ran on whatever was to hand, and what was to hand was sixteen years of knowing eight people extremely well.</w:t>
      </w:r>
    </w:p>
    <w:p>
      <w:pPr>
        <w:ind w:firstLine="720"/>
      </w:pPr>
      <w:r>
        <w:t>He caught himself at it about the domes and stopped. He caught himself at it about the medical office and stopped. He caught himself, once, at four in the morning at frame six hundred and eleven, constructing a completely coherent and completely baseless account involving Ines Ferrer and a book, and he stood in the corridor with his hand flat on the bulkhead and felt sick, physically, for about a minute.</w:t>
      </w:r>
    </w:p>
    <w:p>
      <w:pPr>
        <w:ind w:firstLine="720"/>
      </w:pPr>
      <w:r>
        <w:t>He did not tell anybody about that. He has never been sure whether he should have.</w:t>
      </w:r>
    </w:p>
    <w:p>
      <w:pPr>
        <w:ind w:firstLine="720"/>
      </w:pPr>
      <w:r>
        <w:t>What he could not do at all, and he tried, deliberately, several times, as a corrective, was imagine it from the other side.</w:t>
      </w:r>
    </w:p>
    <w:p>
      <w:pPr>
        <w:ind w:firstLine="720"/>
      </w:pPr>
      <w:r>
        <w:t>He would put it to himself directly. Somebody on this ship went to a store, took a quantity of a feedstock, made it into something, put it into a branch, and went on eating with the man for four years. He would hold that in his head and try to get any purchase on it whatsoever — what a person would be thinking, what they would tell themselves, how they would sit down to a meal afterwards.</w:t>
      </w:r>
    </w:p>
    <w:p>
      <w:pPr>
        <w:ind w:firstLine="720"/>
      </w:pPr>
      <w:r>
        <w:t>And he got nothing. Every time. It was like pushing on a wall.</w:t>
      </w:r>
    </w:p>
    <w:p>
      <w:pPr>
        <w:ind w:firstLine="720"/>
      </w:pPr>
      <w:r>
        <w:t>He concluded from that, in the seventh week, walking spine aft, that whoever it was must be very unlike him, and that this was probably why he was so bad at guessing, and he found the thought steadying and thought about it for about a mile and then let it go.</w:t>
      </w:r>
    </w:p>
    <w:p>
      <w:pPr>
        <w:ind w:firstLine="720"/>
      </w:pPr>
      <w:r>
        <w:t>He went to see Dov twice in the eight weeks and both visits are in the tracker and both were four minutes long.</w:t>
      </w:r>
    </w:p>
    <w:p>
      <w:pPr>
        <w:ind w:firstLine="720"/>
      </w:pPr>
      <w:r>
        <w:t>The first time he asked whether there was anything he needed. Not about the investigation — about the man. Whether he was sleeping, whether the office was warm enough, whether he wanted the ring two compartment cycled or left alone, which was a real question because the cycling programme was Sergei's and the compartment was the compartment.</w:t>
      </w:r>
    </w:p>
    <w:p>
      <w:pPr>
        <w:ind w:firstLine="720"/>
      </w:pPr>
      <w:r>
        <w:t>Dov said to leave it alone.</w:t>
      </w:r>
    </w:p>
    <w:p>
      <w:pPr>
        <w:ind w:firstLine="720"/>
      </w:pPr>
      <w:r>
        <w:t>“It has not been cycled in four months,” said Sergei. “The seals will go.”</w:t>
      </w:r>
    </w:p>
    <w:p>
      <w:pPr>
        <w:ind w:firstLine="720"/>
      </w:pPr>
      <w:r>
        <w:t>“Then they will go.”</w:t>
      </w:r>
    </w:p>
    <w:p>
      <w:pPr>
        <w:ind w:firstLine="720"/>
      </w:pPr>
      <w:r>
        <w:t>“All right.”</w:t>
      </w:r>
    </w:p>
    <w:p>
      <w:pPr>
        <w:ind w:firstLine="720"/>
      </w:pPr>
      <w:r>
        <w:t>The second time, in week seven, he brought the audit up in draft and went through it with him line by line, for about four minutes, because Dov was the person running it and was entitled to see the working before the room did. Dov asked eleven questions. Sergei answered all eleven. At the end Dov said that the audit was the most useful negative result anybody had produced and that he was going to say so in the room, and he did say so, and it is minuted.</w:t>
      </w:r>
    </w:p>
    <w:p>
      <w:pPr>
        <w:ind w:firstLine="720"/>
      </w:pPr>
      <w:r>
        <w:t>Neither of them ever referred to the second conversation again.</w:t>
      </w:r>
    </w:p>
    <w:p>
      <w:pPr>
        <w:ind w:firstLine="720"/>
      </w:pPr>
      <w:r>
        <w:t>The social cost is the part he could describe afterwards and it is not dramatic and that is the point.</w:t>
      </w:r>
    </w:p>
    <w:p>
      <w:pPr>
        <w:ind w:firstLine="720"/>
      </w:pPr>
      <w:r>
        <w:t>Nobody accused anybody. Nobody raised their voice in eight weeks. The meetings ran on schedule and the minutes are unremarkable and the ship ran perfectly — the domes came in on plan, the plant reconciled, the bay round was walked four days in ten, and there is no fault in the fault system for that entire period that is out of the ordinary in any way.</w:t>
      </w:r>
    </w:p>
    <w:p>
      <w:pPr>
        <w:ind w:firstLine="720"/>
      </w:pPr>
      <w:r>
        <w:t>What went was the second ring.</w:t>
      </w:r>
    </w:p>
    <w:p>
      <w:pPr>
        <w:ind w:firstLine="720"/>
      </w:pPr>
      <w:r>
        <w:t>There had been, for sixteen years, a thing that happened at about seven in the evening where whoever was around ate at the same table. It was not organised. Nobody had ever proposed it. It was simply the case that if you went to the second ring at seven there would be three or four people there and you would sit down.</w:t>
      </w:r>
    </w:p>
    <w:p>
      <w:pPr>
        <w:ind w:firstLine="720"/>
      </w:pPr>
      <w:r>
        <w:t>By week four there were two. By week six there were none, and the counter ran its one hour a day to an empty room, and everybody ate in their own compartments, and not one person ever said anything about it, and it never came back. Not in week nine when it was over. Not in the eighteenth year. Not in the thirtieth.</w:t>
      </w:r>
    </w:p>
    <w:p>
      <w:pPr>
        <w:ind w:firstLine="720"/>
      </w:pPr>
      <w:r>
        <w:t>Coda sent him four lines in week five. She sent them to him and not to the room, over the internal system, from four miles aft, and they are in the fault series because she filed them there, which is where she filed everything.</w:t>
      </w:r>
    </w:p>
    <w:p>
      <w:pPr>
        <w:ind w:firstLine="720"/>
      </w:pPr>
      <w:r>
        <w:t>Your compartment cycling programme has stopped. Eleven thousand rooms overdue. I have the thermal on all of them and I can hold it but I cannot do the seals. Tell me if you want the aft four hundred and I will take them. Not a criticism. Everybody has stopped doing something.</w:t>
      </w:r>
    </w:p>
    <w:p>
      <w:pPr>
        <w:ind w:firstLine="720"/>
      </w:pPr>
      <w:r>
        <w:t>He took the aft four hundred off her hands the following week and did them himself over eleven nights on top of everything else, which is in the works record and which is the only piece of work anybody on that ship did in the sixteenth year that was not either the ship, the investigation, or getting through the day.</w:t>
      </w:r>
    </w:p>
    <w:p>
      <w:pPr>
        <w:ind w:firstLine="720"/>
      </w:pPr>
      <w:r>
        <w:t>She never mentioned it and neither did he. Ines put it in the Ledger and it is one of the eleven bare entries from the period, the ones with no reason on the end, and it reads:</w:t>
      </w:r>
    </w:p>
    <w:p>
      <w:pPr>
        <w:ind w:firstLine="720"/>
      </w:pPr>
      <w:r>
        <w:t>Duhamel took aft cycling from Coda. Eleven nights.</w:t>
      </w:r>
    </w:p>
    <w:p>
      <w:pPr>
        <w:ind w:firstLine="720"/>
      </w:pPr>
      <w:r>
        <w:t>Miriam Achebe held the barley supper in the sixteenth year on the last day of the barley, as she had for eight years, and did not cancel it, and set the table.</w:t>
      </w:r>
    </w:p>
    <w:p>
      <w:pPr>
        <w:ind w:firstLine="720"/>
      </w:pPr>
      <w:r>
        <w:t>Four people came.</w:t>
      </w:r>
    </w:p>
    <w:p>
      <w:pPr>
        <w:ind w:firstLine="720"/>
      </w:pPr>
      <w:r>
        <w:t>Sergei was one of the four. He has said, in the only account of that period anybody ever got out of him, that he went because Miriam had done it every year and had never been thanked for it once, and that he sat there for two hours with three other people and a table set for nine, and that it was the worst evening of his life.</w:t>
      </w:r>
    </w:p>
    <w:p>
      <w:pPr>
        <w:ind w:firstLine="720"/>
      </w:pPr>
      <w:r>
        <w:t>The other three were Miriam, Aiyana and Ines.</w:t>
      </w:r>
    </w:p>
    <w:p>
      <w:pPr>
        <w:ind w:firstLine="720"/>
      </w:pPr>
      <w:r>
        <w:t>Nobody talked about it. Miriam had held back four per cent of something for eleven weeks to make it different, as she did every year, and it was, and everybody said so.</w:t>
      </w:r>
    </w:p>
    <w:p>
      <w:r>
        <w:br w:type="page"/>
      </w:r>
    </w:p>
    <w:p>
      <w:pPr>
        <w:pStyle w:val="Heading1"/>
      </w:pPr>
      <w:r>
        <w:t>Chapter 40 &amp;mdash; The Ninth Person</w:t>
      </w:r>
    </w:p>
    <w:p>
      <w:pPr>
        <w:ind w:firstLine="720"/>
      </w:pPr>
      <w:r>
        <w:t>Night Shift · Year 16, Day 108 · Units 4, 7, 11 · Unreviewed</w:t>
      </w:r>
    </w:p>
    <w:p>
      <w:pPr>
        <w:ind w:firstLine="720"/>
      </w:pPr>
      <w:r>
        <w:t>00:31:19</w:t>
      </w:r>
    </w:p>
    <w:p>
      <w:pPr>
        <w:ind w:firstLine="720"/>
      </w:pPr>
      <w:r>
        <w:t>U-04</w:t>
      </w:r>
    </w:p>
    <w:p>
      <w:pPr>
        <w:ind w:firstLine="720"/>
      </w:pPr>
      <w:r>
        <w:t>Ring two, comms office. Two present, not working. Withdrew.</w:t>
      </w:r>
    </w:p>
    <w:p>
      <w:pPr>
        <w:ind w:firstLine="720"/>
      </w:pPr>
      <w:r>
        <w:t>01:12:03</w:t>
      </w:r>
    </w:p>
    <w:p>
      <w:pPr>
        <w:ind w:firstLine="720"/>
      </w:pPr>
      <w:r>
        <w:t>U-11</w:t>
      </w:r>
    </w:p>
    <w:p>
      <w:pPr>
        <w:ind w:firstLine="720"/>
      </w:pPr>
      <w:r>
        <w:t>Ring two, comms office. One present, not working. Withdrew.</w:t>
      </w:r>
    </w:p>
    <w:p>
      <w:pPr>
        <w:ind w:firstLine="720"/>
      </w:pPr>
      <w:r>
        <w:t>01:44:57</w:t>
      </w:r>
    </w:p>
    <w:p>
      <w:pPr>
        <w:ind w:firstLine="720"/>
      </w:pPr>
      <w:r>
        <w:t>U-07</w:t>
      </w:r>
    </w:p>
    <w:p>
      <w:pPr>
        <w:ind w:firstLine="720"/>
      </w:pPr>
      <w:r>
        <w:t>Ring two, comms office. Four present, not working. Withdrew. Did not ask again.</w:t>
      </w:r>
    </w:p>
    <w:p>
      <w:pPr>
        <w:ind w:firstLine="720"/>
      </w:pPr>
      <w:r>
        <w:t>04:20:36</w:t>
      </w:r>
    </w:p>
    <w:p>
      <w:pPr>
        <w:ind w:firstLine="720"/>
      </w:pPr>
      <w:r>
        <w:t>U-04</w:t>
      </w:r>
    </w:p>
    <w:p>
      <w:pPr>
        <w:ind w:firstLine="720"/>
      </w:pPr>
      <w:r>
        <w:t>Ring two, comms office. Four present, not working. Withdrew. Did not ask again.</w:t>
      </w:r>
    </w:p>
    <w:p>
      <w:pPr>
        <w:ind w:firstLine="720"/>
      </w:pPr>
      <w:r>
        <w:t>05:53:48</w:t>
      </w:r>
    </w:p>
    <w:p>
      <w:pPr>
        <w:ind w:firstLine="720"/>
      </w:pPr>
      <w:r>
        <w:t>U-11</w:t>
      </w:r>
    </w:p>
    <w:p>
      <w:pPr>
        <w:ind w:firstLine="720"/>
      </w:pPr>
      <w:r>
        <w:t>Corridor 9. Music heard. Source not located. Logged as unexplained sound.</w:t>
      </w:r>
    </w:p>
    <w:p>
      <w:pPr>
        <w:ind w:firstLine="720"/>
      </w:pPr>
      <w:r>
        <w:t>Nobody worked it out.</w:t>
      </w:r>
    </w:p>
    <w:p>
      <w:pPr>
        <w:ind w:firstLine="720"/>
      </w:pPr>
      <w:r>
        <w:t>That has to be said at the start, because a hundred and forty years of retelling have put a deduction in this chapter and there was never one. The tracker could not do it. The audit could not do it. The Bound Ledger was not evidence and Ines said so four times in one afternoon. Eight weeks of extremely competent work by a man running an investigation into himself produced a complete and accurate account of everything that could not be established.</w:t>
      </w:r>
    </w:p>
    <w:p>
      <w:pPr>
        <w:ind w:firstLine="720"/>
      </w:pPr>
      <w:r>
        <w:t>On day one hundred and eight of the sixteenth year Sergei Duhamel walked into the comms office at about half past midnight and told Dov Lindqvist that it had been him.</w:t>
      </w:r>
    </w:p>
    <w:p>
      <w:pPr>
        <w:ind w:firstLine="720"/>
      </w:pPr>
      <w:r>
        <w:t>Dov had been cleared that afternoon. Last, as he had asked, by Halima, on a metabolic argument he could not have constructed and could not check, and he had said thank you and gone back to the office and worked until midnight because there was nothing else to do.</w:t>
      </w:r>
    </w:p>
    <w:p>
      <w:pPr>
        <w:ind w:firstLine="720"/>
      </w:pPr>
      <w:r>
        <w:t>Sergei came in and stood in the door and said it in six words and Dov stopped him.</w:t>
      </w:r>
    </w:p>
    <w:p>
      <w:pPr>
        <w:ind w:firstLine="720"/>
      </w:pPr>
      <w:r>
        <w:t>That is the most difficult thing anybody did in the whole of it and it took about a second and a half. He put his hand up and said, “Don't. Not to me. Not in this room with two people in it.”</w:t>
      </w:r>
    </w:p>
    <w:p>
      <w:pPr>
        <w:ind w:firstLine="720"/>
      </w:pPr>
      <w:r>
        <w:t>“I have come to say it.”</w:t>
      </w:r>
    </w:p>
    <w:p>
      <w:pPr>
        <w:ind w:firstLine="720"/>
      </w:pPr>
      <w:r>
        <w:t>“I know. Sit down. I am going to go and get Renata and Ines and you are going to say it to four of us, because I am the person it was done to and I am the person running the investigation and there is nobody on this ship who would be able to check a word of what I told them afterwards, including me.”</w:t>
      </w:r>
    </w:p>
    <w:p>
      <w:pPr>
        <w:ind w:firstLine="720"/>
      </w:pPr>
      <w:r>
        <w:t>Sergei Duhamel sat down in the comms office at twenty to one in the morning and waited on his own for about twenty-five minutes while Dov Lindqvist walked to district four hundred and eleven and then to the forward transfer gallery and woke two women up.</w:t>
      </w:r>
    </w:p>
    <w:p>
      <w:pPr>
        <w:ind w:firstLine="720"/>
      </w:pPr>
      <w:r>
        <w:t>The unit came round at twelve minutes past one and found one person present, not working, and withdrew, and wrote it down.</w:t>
      </w:r>
    </w:p>
    <w:p>
      <w:pPr>
        <w:ind w:firstLine="720"/>
      </w:pPr>
      <w:r>
        <w:t>He said it to four people at about a quarter to two and it took eleven minutes and there is a minute of it in Ines Ferrer's hand and it is the flattest thing in the archive.</w:t>
      </w:r>
    </w:p>
    <w:p>
      <w:pPr>
        <w:ind w:firstLine="720"/>
      </w:pPr>
      <w:r>
        <w:t>He said what he had done. He said which compound and where it had come from and how it had gone into the branch and that it had started in the twelfth year and that he had stopped on day fifty-two.</w:t>
      </w:r>
    </w:p>
    <w:p>
      <w:pPr>
        <w:ind w:firstLine="720"/>
      </w:pPr>
      <w:r>
        <w:t>Dov asked him for the dosing interval.</w:t>
      </w:r>
    </w:p>
    <w:p>
      <w:pPr>
        <w:ind w:firstLine="720"/>
      </w:pPr>
      <w:r>
        <w:t>That is the first question the victim asked the perpetrator and it is a technical question and Ines minuted it without comment. Sergei gave him a figure. Dov wrote it down and asked for the quantity per administration and got that, and asked when in the year the twelfth-year start had been and got a month, and then asked whether there had been any gaps and Sergei said four, and gave the four, and said one of them was the fortnight Dov had been unwell in the fourteenth year and that he had stopped because he did not know what the headaches were.</w:t>
      </w:r>
    </w:p>
    <w:p>
      <w:pPr>
        <w:ind w:firstLine="720"/>
      </w:pPr>
      <w:r>
        <w:t>Every single figure matched Halima's assay. All of them. The concentration curve she had built out of five frozen aliquots and a nineteen-year-old reference lined up against a man's account of what he had done, on four independent points, and that correspondence is the only corroboration of anything that anybody ever obtained in this entire matter, and it exists because a victim asked technical questions at two in the morning instead of any of the other available questions.</w:t>
      </w:r>
    </w:p>
    <w:p>
      <w:pPr>
        <w:ind w:firstLine="720"/>
      </w:pPr>
      <w:r>
        <w:t>Then Renata asked him why, and he told them, and this is what he said, and it is set down here as he said it because there is no honest way to summarise it.</w:t>
      </w:r>
    </w:p>
    <w:p>
      <w:pPr>
        <w:ind w:firstLine="720"/>
      </w:pPr>
      <w:r>
        <w:t>He said that he had liked him. That was the first thing he said and he said it plainly and did not perform it.</w:t>
      </w:r>
    </w:p>
    <w:p>
      <w:pPr>
        <w:ind w:firstLine="720"/>
      </w:pPr>
      <w:r>
        <w:t>He said that Dov Lindqvist asked one more question than the conversation had room for. Every time. Without fail. Four times a week for sixteen years, and that it was not malice and was not stupidity and was in fact the best quality anybody on that ship had, and that it was the thing that had found the sampling-interval discrepancy and the thing that had produced the graph of forty incidents and the thing that had got the Sanctuary Exception into law.</w:t>
      </w:r>
    </w:p>
    <w:p>
      <w:pPr>
        <w:ind w:firstLine="720"/>
      </w:pPr>
      <w:r>
        <w:t>And that he had not been able to bear it.</w:t>
      </w:r>
    </w:p>
    <w:p>
      <w:pPr>
        <w:ind w:firstLine="720"/>
      </w:pPr>
      <w:r>
        <w:t>He said that around the tenth year he had started counting them. He said he did not decide to; he noticed one evening that he had been counting them for some weeks. He said that by the eleventh year there was a particular feeling that arrived about half a second before Dov spoke, when the shape of the conversation had closed and had not yet been reopened, and that he had begun to be afraid of that half-second, and that a man who is afraid of half a second, four times a week, for thirty-six years, is looking at something.</w:t>
      </w:r>
    </w:p>
    <w:p>
      <w:pPr>
        <w:ind w:firstLine="720"/>
      </w:pPr>
      <w:r>
        <w:t>Renata asked him why he had not said anything.</w:t>
      </w:r>
    </w:p>
    <w:p>
      <w:pPr>
        <w:ind w:firstLine="720"/>
      </w:pPr>
      <w:r>
        <w:t>He said: “What would I have said?”</w:t>
      </w:r>
    </w:p>
    <w:p>
      <w:pPr>
        <w:ind w:firstLine="720"/>
      </w:pPr>
      <w:r>
        <w:t>He said it as a real question and Ines minuted it as a real question. He said there is no sentence you can say to a man you are sealed in a container with for thirty-six years that means</w:t>
      </w:r>
    </w:p>
    <w:p>
      <w:pPr>
        <w:ind w:firstLine="720"/>
      </w:pPr>
      <w:r>
        <w:t>please be less yourself</w:t>
      </w:r>
    </w:p>
    <w:p>
      <w:pPr>
        <w:ind w:firstLine="720"/>
      </w:pPr>
      <w:r>
        <w:t>, and that any version of it he could construct was either a cruelty or a lie, and that he had gone through it many times and had concluded, correctly, that saying it would do more harm than not saying it.</w:t>
      </w:r>
    </w:p>
    <w:p>
      <w:pPr>
        <w:ind w:firstLine="720"/>
      </w:pPr>
      <w:r>
        <w:t>That decision was right. It is the one every decent person makes. He made it about twenty times over four years and he made it correctly every time, and at the end of the twenty he was a man who had spent four years deciding not to speak and had all of it still inside him and nowhere to put it.</w:t>
      </w:r>
    </w:p>
    <w:p>
      <w:pPr>
        <w:ind w:firstLine="720"/>
      </w:pPr>
      <w:r>
        <w:t>He said that he had never thought of it as harming him. He said that in the same flat voice and it is the worst sentence in the minute. He said he had thought of it as making things easier — for the ship, and for himself, and, he said, and this is where his voice went,</w:t>
      </w:r>
    </w:p>
    <w:p>
      <w:pPr>
        <w:ind w:firstLine="720"/>
      </w:pPr>
      <w:r>
        <w:t>for him as well.</w:t>
      </w:r>
    </w:p>
    <w:p>
      <w:pPr>
        <w:ind w:firstLine="720"/>
      </w:pPr>
      <w:r>
        <w:t>Dov asked one more thing at the end and it was not a technical question and it is the last line of the minute.</w:t>
      </w:r>
    </w:p>
    <w:p>
      <w:pPr>
        <w:ind w:firstLine="720"/>
      </w:pPr>
      <w:r>
        <w:t>He asked why he had come in.</w:t>
      </w:r>
    </w:p>
    <w:p>
      <w:pPr>
        <w:ind w:firstLine="720"/>
      </w:pPr>
      <w:r>
        <w:t>Sergei said that he had taken the aft four hundred compartments off Coda in week five and had done them over eleven nights, and that on the eleventh night he had realised he was doing it so that when it came out there would be something in the record, and that as soon as he had thought that he had understood what he had been doing for four years, and that he had walked to ring two directly from frame six hundred and eleven without going to his quarters first.</w:t>
      </w:r>
    </w:p>
    <w:p>
      <w:pPr>
        <w:ind w:firstLine="720"/>
      </w:pPr>
      <w:r>
        <w:t>Nobody followed that up. It is four lines in the minute and it has been read by every historian of the founding period and there is no agreement about it at all.</w:t>
      </w:r>
    </w:p>
    <w:p>
      <w:pPr>
        <w:ind w:firstLine="720"/>
      </w:pPr>
      <w:r>
        <w:t>What is known is that the eleven nights of cycling are in the works record, correctly, and that they were real work and were needed, and that the seals in four hundred aft compartments were sound at the waking because of them, and that Ines had already entered it in the Bound Ledger as one of the eleven bare entries before any of this happened.</w:t>
      </w:r>
    </w:p>
    <w:p>
      <w:pPr>
        <w:ind w:firstLine="720"/>
      </w:pPr>
      <w:r>
        <w:t>Nobody in that room said anything for some time. Ines did not time it.</w:t>
      </w:r>
    </w:p>
    <w:p>
      <w:pPr>
        <w:ind w:firstLine="720"/>
      </w:pPr>
      <w:r>
        <w:t>Then Renata Oyelaran said the procedural thing, because that was hers to say and because somebody had to, and it is four sentences and it is the beginning of Part Four of this history.</w:t>
      </w:r>
    </w:p>
    <w:p>
      <w:pPr>
        <w:ind w:firstLine="720"/>
      </w:pPr>
      <w:r>
        <w:t>“Nothing that has happened in this room is admissible under any instrument on this ship, because there are no instruments. There has been no caution and no procedure, because there is no caution and no procedure to give. What we have is a man who has said a thing to four people at two in the morning without anybody asking him to. That is all we have and it is all we are ever going to have, and I want that written down now, tonight, in her hand, before any of us has slept on it.”</w:t>
      </w:r>
    </w:p>
    <w:p>
      <w:pPr>
        <w:ind w:firstLine="720"/>
      </w:pPr>
      <w:r>
        <w:t>Ines wrote it down.</w:t>
      </w:r>
    </w:p>
    <w:p>
      <w:pPr>
        <w:ind w:firstLine="720"/>
      </w:pPr>
      <w:r>
        <w:t>Sergei Duhamel went back to the spine at about four in the morning and walked his rota, which was eleven hours, and finished it, and put his hand flat on the bulkhead at frame six hundred and eleven and felt nothing at all, which is what you want.</w:t>
      </w:r>
    </w:p>
    <w:p>
      <w:pPr>
        <w:ind w:firstLine="720"/>
      </w:pPr>
      <w:r>
        <w:t>He was in the room for the next fourteen months. There was nowhere else for him to be.</w:t>
      </w:r>
    </w:p>
    <w:p>
      <w:r>
        <w:br w:type="page"/>
      </w:r>
    </w:p>
    <w:p>
      <w:pPr>
        <w:pStyle w:val="Heading1"/>
      </w:pPr>
      <w:r>
        <w:t>Chapter 41 &amp;mdash; There Is Nowhere To Put Him</w:t>
      </w:r>
    </w:p>
    <w:p>
      <w:pPr>
        <w:ind w:firstLine="720"/>
      </w:pPr>
      <w:r>
        <w:t>Night Shift · Year 17, Day 26 · Units 4, 7, 11 · Unreviewed</w:t>
      </w:r>
    </w:p>
    <w:p>
      <w:pPr>
        <w:ind w:firstLine="720"/>
      </w:pPr>
      <w:r>
        <w:t>01:09:44</w:t>
      </w:r>
    </w:p>
    <w:p>
      <w:pPr>
        <w:ind w:firstLine="720"/>
      </w:pPr>
      <w:r>
        <w:t>U-11</w:t>
      </w:r>
    </w:p>
    <w:p>
      <w:pPr>
        <w:ind w:firstLine="720"/>
      </w:pPr>
      <w:r>
        <w:t>Ring two, meeting room. Nine chairs pulled out. Returned to stack. No works order.</w:t>
      </w:r>
    </w:p>
    <w:p>
      <w:pPr>
        <w:ind w:firstLine="720"/>
      </w:pPr>
      <w:r>
        <w:t>02:31:18</w:t>
      </w:r>
    </w:p>
    <w:p>
      <w:pPr>
        <w:ind w:firstLine="720"/>
      </w:pPr>
      <w:r>
        <w:t>U-04</w:t>
      </w:r>
    </w:p>
    <w:p>
      <w:pPr>
        <w:ind w:firstLine="720"/>
      </w:pPr>
      <w:r>
        <w:t>Spine, frame 9. Personnel present, working. Access authorised 02:22–03:51. Recorded.</w:t>
      </w:r>
    </w:p>
    <w:p>
      <w:pPr>
        <w:ind w:firstLine="720"/>
      </w:pPr>
      <w:r>
        <w:t>03:58:02</w:t>
      </w:r>
    </w:p>
    <w:p>
      <w:pPr>
        <w:ind w:firstLine="720"/>
      </w:pPr>
      <w:r>
        <w:t>U-07</w:t>
      </w:r>
    </w:p>
    <w:p>
      <w:pPr>
        <w:ind w:firstLine="720"/>
      </w:pPr>
      <w:r>
        <w:t>Grow bay. Tray 11, thinned, 40 units. Not a works order. Recorded as observed.</w:t>
      </w:r>
    </w:p>
    <w:p>
      <w:pPr>
        <w:ind w:firstLine="720"/>
      </w:pPr>
      <w:r>
        <w:t>04:47:35</w:t>
      </w:r>
    </w:p>
    <w:p>
      <w:pPr>
        <w:ind w:firstLine="720"/>
      </w:pPr>
      <w:r>
        <w:t>U-11</w:t>
      </w:r>
    </w:p>
    <w:p>
      <w:pPr>
        <w:ind w:firstLine="720"/>
      </w:pPr>
      <w:r>
        <w:t>Ring two, district 188. Optical node installed, position 11 of 11. Works order 4,411.</w:t>
      </w:r>
    </w:p>
    <w:p>
      <w:pPr>
        <w:ind w:firstLine="720"/>
      </w:pPr>
      <w:r>
        <w:t>05:55:09</w:t>
      </w:r>
    </w:p>
    <w:p>
      <w:pPr>
        <w:ind w:firstLine="720"/>
      </w:pPr>
      <w:r>
        <w:t>U-04</w:t>
      </w:r>
    </w:p>
    <w:p>
      <w:pPr>
        <w:ind w:firstLine="720"/>
      </w:pPr>
      <w:r>
        <w:t>Corridor 9. Music heard. Source not located. Logged as unexplained sound.</w:t>
      </w:r>
    </w:p>
    <w:p>
      <w:pPr>
        <w:ind w:firstLine="720"/>
      </w:pPr>
      <w:r>
        <w:t>Aurelio Calder came to the room in the seventeenth year with the arithmetic and no proposal, and it is the first time in nineteen years that anybody had seen him do that, and Ines minuted the fact of it because she understood immediately that it was the news.</w:t>
      </w:r>
    </w:p>
    <w:p>
      <w:pPr>
        <w:ind w:firstLine="720"/>
      </w:pPr>
      <w:r>
        <w:t>He had done it the way he did everything, which was on his feet, walking, over about four days, and it is six options long and every one of them fails on a number.</w:t>
      </w:r>
    </w:p>
    <w:p>
      <w:pPr>
        <w:ind w:firstLine="720"/>
      </w:pPr>
      <w:r>
        <w:t>One. Nothing.</w:t>
      </w:r>
    </w:p>
    <w:p>
      <w:pPr>
        <w:ind w:firstLine="720"/>
      </w:pPr>
      <w:r>
        <w:t>He is in his post, he runs environmental, and environmental is the air in every compartment on the ship.</w:t>
      </w:r>
    </w:p>
    <w:p>
      <w:pPr>
        <w:ind w:firstLine="720"/>
      </w:pPr>
      <w:r>
        <w:t>That is not a moral objection and Calder was careful to say so. It is the same objection you would make about a man who had made an error with a valve: you do not leave the function with the person the function failed through, not because they deserve to lose it but because the ship cannot carry the question. Nine people would spend the rest of the crossing not thinking about the air, and not thinking about the air is a full-time occupation, and it would consume more of them than the work does.</w:t>
      </w:r>
    </w:p>
    <w:p>
      <w:pPr>
        <w:ind w:firstLine="720"/>
      </w:pPr>
      <w:r>
        <w:t>Two. Remove him from the post and nothing else.</w:t>
      </w:r>
    </w:p>
    <w:p>
      <w:pPr>
        <w:ind w:firstLine="720"/>
      </w:pPr>
      <w:r>
        <w:t>Then who runs environmental?</w:t>
      </w:r>
    </w:p>
    <w:p>
      <w:pPr>
        <w:ind w:firstLine="720"/>
      </w:pPr>
      <w:r>
        <w:t>Nine loops, four hundred and forty-one branches, a scrubber plant in each ring, eleven thousand compartments on a four-year rolling cycle. There is nobody. Coda could hold the thermal and the loops and had four hundred and eleven districts already. Miriam had the domes and a million embryos. Halima had a hundred thousand patients. The honest answer, which Calder gave, is that eight people would cover it between them, badly, and the ship would degrade slowly in ways nobody would notice for about a year.</w:t>
      </w:r>
    </w:p>
    <w:p>
      <w:pPr>
        <w:ind w:firstLine="720"/>
      </w:pPr>
      <w:r>
        <w:t>That is what happened. Fourteen months of it, and by the nineteenth year there were eleven thousand rooms overdue on their cycle and a woman was woken out of a bay to deal with it.</w:t>
      </w:r>
    </w:p>
    <w:p>
      <w:pPr>
        <w:ind w:firstLine="720"/>
      </w:pPr>
      <w:r>
        <w:t>Three. Confine him.</w:t>
      </w:r>
    </w:p>
    <w:p>
      <w:pPr>
        <w:ind w:firstLine="720"/>
      </w:pPr>
      <w:r>
        <w:t>To what?</w:t>
      </w:r>
    </w:p>
    <w:p>
      <w:pPr>
        <w:ind w:firstLine="720"/>
      </w:pPr>
      <w:r>
        <w:t>There is not one compartment on the Ark-Genesis that can be secured from the outside. Not one. It is a design principle and it is nineteen years old and it is written into the pressure-safety standard on page four: no volume aboard shall be capable of retaining a person against their egress, because a compartment a person cannot leave is a compartment a person can die in, and the whole hull is built on the assumption that the thing most likely to kill you is being somewhere you cannot get out of.</w:t>
      </w:r>
    </w:p>
    <w:p>
      <w:pPr>
        <w:ind w:firstLine="720"/>
      </w:pPr>
      <w:r>
        <w:t>Sergei Duhamel could have been asked to stay in a compartment. He would have. Everybody in the room knew he would have. And a confinement that depends on the compliance of the confined is not a confinement, it is an arrangement, and Renata said so and nobody argued.</w:t>
      </w:r>
    </w:p>
    <w:p>
      <w:pPr>
        <w:ind w:firstLine="720"/>
      </w:pPr>
      <w:r>
        <w:t>Four. Guard him.</w:t>
      </w:r>
    </w:p>
    <w:p>
      <w:pPr>
        <w:ind w:firstLine="720"/>
      </w:pPr>
      <w:r>
        <w:t>Nine people. A watch is three shifts. That is three people permanently allocated to one man, out of nine, on a twenty-mile ship with a food supply, a plant, a hundred thousand sleepers and a hull.</w:t>
      </w:r>
    </w:p>
    <w:p>
      <w:pPr>
        <w:ind w:firstLine="720"/>
      </w:pPr>
      <w:r>
        <w:t>Calder had done that number properly and brought it. Removing three of nine from function is not a hardship. It is the domes going unattended, the bay round going from four days to whenever, the loops running on alarms. He put it at about four months before something irreversible happened and he said he thought four months was optimistic.</w:t>
      </w:r>
    </w:p>
    <w:p>
      <w:pPr>
        <w:ind w:firstLine="720"/>
      </w:pPr>
      <w:r>
        <w:t>Five. Exile.</w:t>
      </w:r>
    </w:p>
    <w:p>
      <w:pPr>
        <w:ind w:firstLine="720"/>
      </w:pPr>
      <w:r>
        <w:t>There is nowhere.</w:t>
      </w:r>
    </w:p>
    <w:p>
      <w:pPr>
        <w:ind w:firstLine="720"/>
      </w:pPr>
      <w:r>
        <w:t>He said that in three words and moved on, and the only reason it is on the list at all is that Nnamdi had asked, in week nine, whether the yard craft could be provisioned, and had been told: nine metres, one person, four days of air, and the nearest object of any kind is four light-years away and behind them.</w:t>
      </w:r>
    </w:p>
    <w:p>
      <w:pPr>
        <w:ind w:firstLine="720"/>
      </w:pPr>
      <w:r>
        <w:t>Six.</w:t>
      </w:r>
    </w:p>
    <w:p>
      <w:pPr>
        <w:ind w:firstLine="720"/>
      </w:pPr>
      <w:r>
        <w:t>Nobody proposed it. It was raised once, obliquely, by Miriam Achebe, who was the only openly religious person aboard and who had defended the right to be wrong in public in the seventh year and won it ten to nothing.</w:t>
      </w:r>
    </w:p>
    <w:p>
      <w:pPr>
        <w:ind w:firstLine="720"/>
      </w:pPr>
      <w:r>
        <w:t>What she said was: “There is a version of this that is over in an afternoon and I want somebody to say out loud that we are not doing it, because if nobody says it we will all be thinking about it separately for the next nineteen years.”</w:t>
      </w:r>
    </w:p>
    <w:p>
      <w:pPr>
        <w:ind w:firstLine="720"/>
      </w:pPr>
      <w:r>
        <w:t>Halima said, “We are not doing it.”</w:t>
      </w:r>
    </w:p>
    <w:p>
      <w:pPr>
        <w:ind w:firstLine="720"/>
      </w:pPr>
      <w:r>
        <w:t>“Thank you,” said Miriam.</w:t>
      </w:r>
    </w:p>
    <w:p>
      <w:pPr>
        <w:ind w:firstLine="720"/>
      </w:pPr>
      <w:r>
        <w:t>That is the entire exchange and it is minuted verbatim and it is four lines and it is the only time in this history that anybody in that room said anything about it at all. Six years later they wrote a law that did it, in seventy-two hours, with no appeal, and every one of the nine believed they had done the right thing, and there is no minute anywhere connecting the two afternoons.</w:t>
      </w:r>
    </w:p>
    <w:p>
      <w:pPr>
        <w:ind w:firstLine="720"/>
      </w:pPr>
      <w:r>
        <w:t>There is a seventh thing on the list and he put it at the bottom and it is not an option, it is the constraint the other six sit inside.</w:t>
      </w:r>
    </w:p>
    <w:p>
      <w:pPr>
        <w:ind w:firstLine="720"/>
      </w:pPr>
      <w:r>
        <w:t>Nineteen years.</w:t>
      </w:r>
    </w:p>
    <w:p>
      <w:pPr>
        <w:ind w:firstLine="720"/>
      </w:pPr>
      <w:r>
        <w:t>Whatever the room decided, they were going to be living inside the decision for nineteen more years with the man in the room, and then there would be a hundred thousand people, and the decision would be handed to them as history.</w:t>
      </w:r>
    </w:p>
    <w:p>
      <w:pPr>
        <w:ind w:firstLine="720"/>
      </w:pPr>
      <w:r>
        <w:t>Calder set that out in about ninety seconds and it is the most useful thing he said that afternoon. On Earth, he said, every one of the six options is available because there is an outside — somewhere else to send a person, somebody else to guard them, a different town, a court that is not the people who were in the room. Every instrument any of us has ever read assumes an outside. There is no outside. There has not been one since the fourth day of the crossing and there will not be one for nineteen years, and whatever we do we will be doing to somebody we eat with.</w:t>
      </w:r>
    </w:p>
    <w:p>
      <w:pPr>
        <w:ind w:firstLine="720"/>
      </w:pPr>
      <w:r>
        <w:t>Renata Oyelaran wrote four words on the back of a page and Ines saw her do it and asked afterwards, and Renata showed her, and it was the same four words she had written in the seventh year when Dov asked how the charter would be enforced and it got a laugh.</w:t>
      </w:r>
    </w:p>
    <w:p>
      <w:pPr>
        <w:ind w:firstLine="720"/>
      </w:pPr>
      <w:r>
        <w:t>no outside. remember this.</w:t>
      </w:r>
    </w:p>
    <w:p>
      <w:pPr>
        <w:ind w:firstLine="720"/>
      </w:pPr>
      <w:r>
        <w:t>“You have written that before,” said Ines.</w:t>
      </w:r>
    </w:p>
    <w:p>
      <w:pPr>
        <w:ind w:firstLine="720"/>
      </w:pPr>
      <w:r>
        <w:t>“I have written it eleven times,” said Renata. “I keep writing it down and it keeps not being a proposal.”</w:t>
      </w:r>
    </w:p>
    <w:p>
      <w:pPr>
        <w:ind w:firstLine="720"/>
      </w:pPr>
      <w:r>
        <w:t>Calder finished the list and said that he had nothing to propose.</w:t>
      </w:r>
    </w:p>
    <w:p>
      <w:pPr>
        <w:ind w:firstLine="720"/>
      </w:pPr>
      <w:r>
        <w:t>He said it plainly and without apology and it landed on that room like a pressure change. Ines wrote afterwards, in her own notes, that she had not understood until that afternoon how much of the previous nineteen years had run on a single unexamined assumption, which is that if it got difficult enough he would have something.</w:t>
      </w:r>
    </w:p>
    <w:p>
      <w:pPr>
        <w:ind w:firstLine="720"/>
      </w:pPr>
      <w:r>
        <w:t>He did have something. That is the part of this chapter that is his and that nobody in the room knew.</w:t>
      </w:r>
    </w:p>
    <w:p>
      <w:pPr>
        <w:ind w:firstLine="720"/>
      </w:pPr>
      <w:r>
        <w:t>Four hundred metres of mothballed fabrication plant between frames eight and eleven, nine heavy cells, palletised feedstock, all of it in good order, condition tags renewed by his own hand five times in twenty-six years. A yard. A swarm of two thousand eight hundred and eighty-one units in stowage fourteen. He had built a nine-metre pressure vessel in that yard over eleven years for no stated reason and it worked.</w:t>
      </w:r>
    </w:p>
    <w:p>
      <w:pPr>
        <w:ind w:firstLine="720"/>
      </w:pPr>
      <w:r>
        <w:t>He could have built a place to put a man. Properly — not a locked room, which the standard forbids, but a volume with its own air and its own power and a door that answers to somebody else, engineered to a standard he could write himself. He put four months on it, walking the second ring, on the third of the four days, and the number was probably right.</w:t>
      </w:r>
    </w:p>
    <w:p>
      <w:pPr>
        <w:ind w:firstLine="720"/>
      </w:pPr>
      <w:r>
        <w:t>He did not offer it.</w:t>
      </w:r>
    </w:p>
    <w:p>
      <w:pPr>
        <w:ind w:firstLine="720"/>
      </w:pPr>
      <w:r>
        <w:t>The reason is one sentence long and he never wrote it down and it is reconstructed here from what he did rather than from what he said, which is the only method this history has for him.</w:t>
      </w:r>
    </w:p>
    <w:p>
      <w:pPr>
        <w:ind w:firstLine="720"/>
      </w:pPr>
      <w:r>
        <w:t>If he built it, it would exist.</w:t>
      </w:r>
    </w:p>
    <w:p>
      <w:pPr>
        <w:ind w:firstLine="720"/>
      </w:pPr>
      <w:r>
        <w:t>Not for nineteen years. For ever. There would be a place on Aura-36 that Aurelio Calder had built to put people in, and it would be excellent, because everything he built was excellent, and it would be there in ninety years and in a hundred and forty, and nobody would ever have to decide to build one again because one would already be standing.</w:t>
      </w:r>
    </w:p>
    <w:p>
      <w:pPr>
        <w:ind w:firstLine="720"/>
      </w:pPr>
      <w:r>
        <w:t>He was right. That is the difficulty with all of it. He was completely right, and the consequence of his being right is that the room, having no fourth option and no fifth and no sixth, took the one remaining thing on the ship that could hold a person, which was a berth, and put him in it.</w:t>
      </w:r>
    </w:p>
    <w:p>
      <w:pPr>
        <w:ind w:firstLine="720"/>
      </w:pPr>
      <w:r>
        <w:t>He walked back up the spine that night, fifty-one minutes on the rail car, and did not go to his quarters.</w:t>
      </w:r>
    </w:p>
    <w:p>
      <w:pPr>
        <w:ind w:firstLine="720"/>
      </w:pPr>
      <w:r>
        <w:t>He was in the sector at frame nine from twenty-two minutes past two until ten to four, which the unit recorded, and then he thinned tray eleven in the grow bay, forty plants, on his knees, with four units at the wall doing nothing because he had not asked them.</w:t>
      </w:r>
    </w:p>
    <w:p>
      <w:pPr>
        <w:ind w:firstLine="720"/>
      </w:pPr>
      <w:r>
        <w:t>Nobody has ever established what he was doing in the sector for an hour and a half.</w:t>
      </w:r>
    </w:p>
    <w:p>
      <w:r>
        <w:br w:type="page"/>
      </w:r>
    </w:p>
    <w:p>
      <w:pPr>
        <w:pStyle w:val="Heading1"/>
      </w:pPr>
      <w:r>
        <w:t>Chapter 42 &amp;mdash; Halima's Objection</w:t>
      </w:r>
    </w:p>
    <w:p>
      <w:pPr>
        <w:ind w:firstLine="720"/>
      </w:pPr>
      <w:r>
        <w:t>Night Shift · Year 18, Day 47 · Units 4, 7, 11 · Unreviewed</w:t>
      </w:r>
    </w:p>
    <w:p>
      <w:pPr>
        <w:ind w:firstLine="720"/>
      </w:pPr>
      <w:r>
        <w:t>00:47:22</w:t>
      </w:r>
    </w:p>
    <w:p>
      <w:pPr>
        <w:ind w:firstLine="720"/>
      </w:pPr>
      <w:r>
        <w:t>U-04</w:t>
      </w:r>
    </w:p>
    <w:p>
      <w:pPr>
        <w:ind w:firstLine="720"/>
      </w:pPr>
      <w:r>
        <w:t>Ring two, meeting room. Nine chairs pulled out. Returned to stack. No works order.</w:t>
      </w:r>
    </w:p>
    <w:p>
      <w:pPr>
        <w:ind w:firstLine="720"/>
      </w:pPr>
      <w:r>
        <w:t>02:19:56</w:t>
      </w:r>
    </w:p>
    <w:p>
      <w:pPr>
        <w:ind w:firstLine="720"/>
      </w:pPr>
      <w:r>
        <w:t>U-11</w:t>
      </w:r>
    </w:p>
    <w:p>
      <w:pPr>
        <w:ind w:firstLine="720"/>
      </w:pPr>
      <w:r>
        <w:t>Bay 4, gallery 2, berth 20,114. Housing prepared. Works order 4,509. Recorded.</w:t>
      </w:r>
    </w:p>
    <w:p>
      <w:pPr>
        <w:ind w:firstLine="720"/>
      </w:pPr>
      <w:r>
        <w:t>03:44:31</w:t>
      </w:r>
    </w:p>
    <w:p>
      <w:pPr>
        <w:ind w:firstLine="720"/>
      </w:pPr>
      <w:r>
        <w:t>U-07</w:t>
      </w:r>
    </w:p>
    <w:p>
      <w:pPr>
        <w:ind w:firstLine="720"/>
      </w:pPr>
      <w:r>
        <w:t>Ring two, medical. Sow, H. present, working. Withdrew. Did not ask again.</w:t>
      </w:r>
    </w:p>
    <w:p>
      <w:pPr>
        <w:ind w:firstLine="720"/>
      </w:pPr>
      <w:r>
        <w:t>04:52:08</w:t>
      </w:r>
    </w:p>
    <w:p>
      <w:pPr>
        <w:ind w:firstLine="720"/>
      </w:pPr>
      <w:r>
        <w:t>U-04</w:t>
      </w:r>
    </w:p>
    <w:p>
      <w:pPr>
        <w:ind w:firstLine="720"/>
      </w:pPr>
      <w:r>
        <w:t>Ring two, medical. Sow, H. present, working. Withdrew. Did not ask again.</w:t>
      </w:r>
    </w:p>
    <w:p>
      <w:pPr>
        <w:ind w:firstLine="720"/>
      </w:pPr>
      <w:r>
        <w:t>05:58:44</w:t>
      </w:r>
    </w:p>
    <w:p>
      <w:pPr>
        <w:ind w:firstLine="720"/>
      </w:pPr>
      <w:r>
        <w:t>U-11</w:t>
      </w:r>
    </w:p>
    <w:p>
      <w:pPr>
        <w:ind w:firstLine="720"/>
      </w:pPr>
      <w:r>
        <w:t>Corridor 9. Music heard. Source not located. Logged as unexplained sound.</w:t>
      </w:r>
    </w:p>
    <w:p>
      <w:pPr>
        <w:ind w:firstLine="720"/>
      </w:pPr>
      <w:r>
        <w:t>Nnamdi Okonjo proposed it and his argument is the best argument in this history and Halima Sow has never once said otherwise.</w:t>
      </w:r>
    </w:p>
    <w:p>
      <w:pPr>
        <w:ind w:firstLine="720"/>
      </w:pPr>
      <w:r>
        <w:t>It is four sentences and it is Calder's own position from the fifth year, taken seriously and turned into an act.</w:t>
      </w:r>
    </w:p>
    <w:p>
      <w:pPr>
        <w:ind w:firstLine="720"/>
      </w:pPr>
      <w:r>
        <w:t>The ten hold no authority. They never have. They are a works complement selected on competence for the purpose of building a ship, and they have no standing to judge anybody, and they said so themselves in a preamble Nnamdi drafted in four minutes and Halima amended by one clause and all ten signed. The people who have standing are the hundred thousand, and the hundred thousand are asleep, and they will be awake in nineteen years.</w:t>
      </w:r>
    </w:p>
    <w:p>
      <w:pPr>
        <w:ind w:firstLine="720"/>
      </w:pPr>
      <w:r>
        <w:t>So: do not judge him. Hold him. Put the question to the people whose question it is.</w:t>
      </w:r>
    </w:p>
    <w:p>
      <w:pPr>
        <w:ind w:firstLine="720"/>
      </w:pPr>
      <w:r>
        <w:t>“It is the only version of this,” Nnamdi said, “in which we do not do the thing we spent eight years writing a document to stop ourselves doing.”</w:t>
      </w:r>
    </w:p>
    <w:p>
      <w:pPr>
        <w:ind w:firstLine="720"/>
      </w:pPr>
      <w:r>
        <w:t>Renata Oyelaran said it was the strongest proposal she had heard on any subject in eighteen years, and voted for it, and has said since that it is the worst vote she ever cast and that she would probably cast it again.</w:t>
      </w:r>
    </w:p>
    <w:p>
      <w:pPr>
        <w:ind w:firstLine="720"/>
      </w:pPr>
      <w:r>
        <w:t>Sergei Duhamel was not in the room.</w:t>
      </w:r>
    </w:p>
    <w:p>
      <w:pPr>
        <w:ind w:firstLine="720"/>
      </w:pPr>
      <w:r>
        <w:t>That was Renata's condition and it is the first procedural act in the history of Aura-36. She said that a man cannot sit in a room while nine people decide what to do with his body, not because he would be unfair but because they would be, and Sergei said that he would rather be there, and Renata said that she knew, and he was not there.</w:t>
      </w:r>
    </w:p>
    <w:p>
      <w:pPr>
        <w:ind w:firstLine="720"/>
      </w:pPr>
      <w:r>
        <w:t>Nobody wrote it down as a rule. It has been the rule for a hundred and forty years and there is no clause anywhere that establishes it, and Renata noticed at the time that they had just invented exclusion in about ninety seconds and had done it correctly and had made no record of having done it.</w:t>
      </w:r>
    </w:p>
    <w:p>
      <w:pPr>
        <w:ind w:firstLine="720"/>
      </w:pPr>
      <w:r>
        <w:t>Halima Sow objected on four grounds and every one of them is clinical and she put none of it as feeling.</w:t>
      </w:r>
    </w:p>
    <w:p>
      <w:pPr>
        <w:ind w:firstLine="720"/>
      </w:pPr>
      <w:r>
        <w:t>One. He is not a candidate.</w:t>
      </w:r>
    </w:p>
    <w:p>
      <w:pPr>
        <w:ind w:firstLine="720"/>
      </w:pPr>
      <w:r>
        <w:t>The tiers were loaded under a screened programme against criteria she had written herself: age band, cardiovascular status, and a consent form of three honest pages. Sergei Duhamel was fifty-four years old, had been awake for eighteen years under spin, and had never been screened for suspension because nobody on the waking complement ever had been, because they were never going in.</w:t>
      </w:r>
    </w:p>
    <w:p>
      <w:pPr>
        <w:ind w:firstLine="720"/>
      </w:pPr>
      <w:r>
        <w:t>The loss projection of four hundred and forty is a projection for a screened population entering cold at the ages they entered. It says nothing about a fifty-four-year-old going in unscreened after eighteen years. She could not give the room a number and she said so, and she said that not being able to give a number is not the same as the risk being small.</w:t>
      </w:r>
    </w:p>
    <w:p>
      <w:pPr>
        <w:ind w:firstLine="720"/>
      </w:pPr>
      <w:r>
        <w:t>Two. The projection is not zero.</w:t>
      </w:r>
    </w:p>
    <w:p>
      <w:pPr>
        <w:ind w:firstLine="720"/>
      </w:pPr>
      <w:r>
        <w:t>This is the one she made them sit with and it took her four minutes.</w:t>
      </w:r>
    </w:p>
    <w:p>
      <w:pPr>
        <w:ind w:firstLine="720"/>
      </w:pPr>
      <w:r>
        <w:t>Four hundred and forty losses across ninety-five thousand five hundred and seventy-three people is about one in two hundred and seventeen. That is the figure for the screened population, front-loaded, and it is the best number anybody has.</w:t>
      </w:r>
    </w:p>
    <w:p>
      <w:pPr>
        <w:ind w:firstLine="720"/>
      </w:pPr>
      <w:r>
        <w:t>“So what you are proposing,” she said, “is confinement with a lottery attached. If it comes up, he is dead, and no one in this room will have voted for that, and it will still have happened, and there will be nothing in the record that calls it anything.”</w:t>
      </w:r>
    </w:p>
    <w:p>
      <w:pPr>
        <w:ind w:firstLine="720"/>
      </w:pPr>
      <w:r>
        <w:t>Three. He cannot be consulted.</w:t>
      </w:r>
    </w:p>
    <w:p>
      <w:pPr>
        <w:ind w:firstLine="720"/>
      </w:pPr>
      <w:r>
        <w:t>She did not have to explain that one to anybody. Definition nineteen of the Open Accord carries the words</w:t>
      </w:r>
    </w:p>
    <w:p>
      <w:pPr>
        <w:ind w:firstLine="720"/>
      </w:pPr>
      <w:r>
        <w:t>who cannot be consulted</w:t>
      </w:r>
    </w:p>
    <w:p>
      <w:pPr>
        <w:ind w:firstLine="720"/>
      </w:pPr>
      <w:r>
        <w:t>inside the definition itself, so that every clause using it has to say so whether it wants to or not, and Halima Sow had proposed that in the seventh year in four minutes and it had gone in unanimously and it is the most effective thing anybody wrote in the founding period.</w:t>
      </w:r>
    </w:p>
    <w:p>
      <w:pPr>
        <w:ind w:firstLine="720"/>
      </w:pPr>
      <w:r>
        <w:t>They were proposing to move a man into the one condition on that ship in which that definition applied to him. Deliberately. As the disposal.</w:t>
      </w:r>
    </w:p>
    <w:p>
      <w:pPr>
        <w:ind w:firstLine="720"/>
      </w:pPr>
      <w:r>
        <w:t>Four, and it is not medical and she said so before she said it.</w:t>
      </w:r>
    </w:p>
    <w:p>
      <w:pPr>
        <w:ind w:firstLine="720"/>
      </w:pPr>
      <w:r>
        <w:t>There has been no finding of fact.</w:t>
      </w:r>
    </w:p>
    <w:p>
      <w:pPr>
        <w:ind w:firstLine="720"/>
      </w:pPr>
      <w:r>
        <w:t>There is no proceeding, no procedure, no standard, no record of evidence, and no determination by anybody of anything. What exists is a statement a man made to four people at a quarter to two in the morning, without caution, without being asked, in a room with no instrument governing it, and Renata Oyelaran had said at the time and in writing that it was all they had and all they were ever going to have.</w:t>
      </w:r>
    </w:p>
    <w:p>
      <w:pPr>
        <w:ind w:firstLine="720"/>
      </w:pPr>
      <w:r>
        <w:t>“We are about to suspend a man for nineteen years,” Halima said, “on the basis of something he said voluntarily, before we have written down what would count as establishing anything. If he is right about himself then he is the only person who has done anything properly in eighteen months.”</w:t>
      </w:r>
    </w:p>
    <w:p>
      <w:pPr>
        <w:ind w:firstLine="720"/>
      </w:pPr>
      <w:r>
        <w:t>The vote was eight to one.</w:t>
      </w:r>
    </w:p>
    <w:p>
      <w:pPr>
        <w:ind w:firstLine="720"/>
      </w:pPr>
      <w:r>
        <w:t>Halima was the one.</w:t>
      </w:r>
    </w:p>
    <w:p>
      <w:pPr>
        <w:ind w:firstLine="720"/>
      </w:pPr>
      <w:r>
        <w:t>Every one of the eight was acting in good faith on the best available reasoning and this history is not going to pretend otherwise. Nnamdi's argument was correct. Calder had brought six options and none of them worked. There was no seventh. The alternative to the berth was fourteen more months of the thing they had already had fourteen months of, and the second ring was empty at seven in the evening, and the ship was degrading, and everybody was tired.</w:t>
      </w:r>
    </w:p>
    <w:p>
      <w:pPr>
        <w:ind w:firstLine="720"/>
      </w:pPr>
      <w:r>
        <w:t>She did not withdraw the objection. She asked that it be minuted in full and it was, four hundred words in Ines Ferrer's hand, and it is in the archive and it survives and it has been read on Aura-36 perhaps forty times in a hundred and forty years.</w:t>
      </w:r>
    </w:p>
    <w:p>
      <w:pPr>
        <w:ind w:firstLine="720"/>
      </w:pPr>
      <w:r>
        <w:t>Coda voted with the eight and came up for it and said one thing before the vote, from the back, which is where she always sat.</w:t>
      </w:r>
    </w:p>
    <w:p>
      <w:pPr>
        <w:ind w:firstLine="720"/>
      </w:pPr>
      <w:r>
        <w:t>“How long is he in for?”</w:t>
      </w:r>
    </w:p>
    <w:p>
      <w:pPr>
        <w:ind w:firstLine="720"/>
      </w:pPr>
      <w:r>
        <w:t>“Until arrival,” said Nnamdi. “Nineteen years.”</w:t>
      </w:r>
    </w:p>
    <w:p>
      <w:pPr>
        <w:ind w:firstLine="720"/>
      </w:pPr>
      <w:r>
        <w:t>“That is not what I asked. How long is he in for if you change your minds in four years?”</w:t>
      </w:r>
    </w:p>
    <w:p>
      <w:pPr>
        <w:ind w:firstLine="720"/>
      </w:pPr>
      <w:r>
        <w:t>Nobody had an answer. There is no provision. The proposal was</w:t>
      </w:r>
    </w:p>
    <w:p>
      <w:pPr>
        <w:ind w:firstLine="720"/>
      </w:pPr>
      <w:r>
        <w:t>hold him until arrival</w:t>
      </w:r>
    </w:p>
    <w:p>
      <w:pPr>
        <w:ind w:firstLine="720"/>
      </w:pPr>
      <w:r>
        <w:t>and it contained no mechanism for review, no interval, no trigger and no person who could initiate one, because it had been drafted as an argument and not as an instrument, by a man who had spent eleven years telling everybody that the difference is the whole thing.</w:t>
      </w:r>
    </w:p>
    <w:p>
      <w:pPr>
        <w:ind w:firstLine="720"/>
      </w:pPr>
      <w:r>
        <w:t>Renata put it in as an amendment in about ninety seconds and it carried without objection: the complement may bring him up at any time on a majority, and shall consider whether to do so at intervals of no more than four years.</w:t>
      </w:r>
    </w:p>
    <w:p>
      <w:pPr>
        <w:ind w:firstLine="720"/>
      </w:pPr>
      <w:r>
        <w:t>The first four-year interval fell in the twenty-second year. It was considered. It is minuted, one line, and it says the complement considered whether to bring Duhamel, S. up and determined not to at that time.</w:t>
      </w:r>
    </w:p>
    <w:p>
      <w:pPr>
        <w:ind w:firstLine="720"/>
      </w:pPr>
      <w:r>
        <w:t>Six weeks later they voted nine to one that there had to be a law.</w:t>
      </w:r>
    </w:p>
    <w:p>
      <w:pPr>
        <w:ind w:firstLine="720"/>
      </w:pPr>
      <w:r>
        <w:t>Then she carried it out.</w:t>
      </w:r>
    </w:p>
    <w:p>
      <w:pPr>
        <w:ind w:firstLine="720"/>
      </w:pPr>
      <w:r>
        <w:t>She is the only person aboard who can operate a berth. There is no second. Halima Sow lost a vote eight to one on day forty-seven of the eighteenth year and on day fifty-one she prepared bay four, gallery two, berth 20,114, and screened a man she had known for twenty-two years against criteria he did not meet, and recorded that he did not meet them, and put him under.</w:t>
      </w:r>
    </w:p>
    <w:p>
      <w:pPr>
        <w:ind w:firstLine="720"/>
      </w:pPr>
      <w:r>
        <w:t>It took three days, which is the standard schedule, which she wrote.</w:t>
      </w:r>
    </w:p>
    <w:p>
      <w:pPr>
        <w:ind w:firstLine="720"/>
      </w:pPr>
      <w:r>
        <w:t>She talked to him for all three. That is in the medical record because everything is in the medical record and it is four lines and it does not say what was said.</w:t>
      </w:r>
    </w:p>
    <w:p>
      <w:pPr>
        <w:ind w:firstLine="720"/>
      </w:pPr>
      <w:r>
        <w:t>The nameplate is in the archive photograph of bay four and it says</w:t>
      </w:r>
    </w:p>
    <w:p>
      <w:pPr>
        <w:ind w:firstLine="720"/>
      </w:pPr>
      <w:r>
        <w:t>DUHAMEL, S.</w:t>
      </w:r>
    </w:p>
    <w:p>
      <w:pPr>
        <w:ind w:firstLine="720"/>
      </w:pPr>
      <w:r>
        <w:t>and it is in the same white lettering at the same height as ninety-five thousand five hundred and seventy-two others, because Halima had fought for the nameplates against an argument about cost and an argument about weight and an argument that a berth is a piece of equipment, and had won by saying that people would be looking for their families in a corridor.</w:t>
      </w:r>
    </w:p>
    <w:p>
      <w:pPr>
        <w:ind w:firstLine="720"/>
      </w:pPr>
      <w:r>
        <w:t>He came out alive six years later and there was a proceeding and it was procedurally perfect.</w:t>
      </w:r>
    </w:p>
    <w:p>
      <w:pPr>
        <w:ind w:firstLine="720"/>
      </w:pPr>
      <w:r>
        <w:t>Nobody ever told Halima Sow she had been right, and the reason is simple and is the coldest thing in this part of the history: the lottery did not come up. He survived. So there was never an afternoon on which anybody had to look at what she had said, and by the twenty-fourth year it was six years old, and by the thirtieth nobody could have found it without knowing it was there.</w:t>
      </w:r>
    </w:p>
    <w:p>
      <w:pPr>
        <w:ind w:firstLine="720"/>
      </w:pPr>
      <w:r>
        <w:t>It is four hundred words. It is filed under the minute of day forty-seven of the eighteenth year. It is not indexed under her name.</w:t>
      </w:r>
    </w:p>
    <w:p>
      <w:r>
        <w:br w:type="page"/>
      </w:r>
    </w:p>
    <w:p>
      <w:pPr>
        <w:pStyle w:val="Heading1"/>
      </w:pPr>
      <w:r>
        <w:t>Chapter 43 &amp;mdash; Renata Speaks</w:t>
      </w:r>
    </w:p>
    <w:p>
      <w:pPr>
        <w:ind w:firstLine="720"/>
      </w:pPr>
      <w:r>
        <w:t>Night Shift · Year 20, Day 214 · Units 4, 7, 11 · Unreviewed</w:t>
      </w:r>
    </w:p>
    <w:p>
      <w:pPr>
        <w:ind w:firstLine="720"/>
      </w:pPr>
      <w:r>
        <w:t>01:18:33</w:t>
      </w:r>
    </w:p>
    <w:p>
      <w:pPr>
        <w:ind w:firstLine="720"/>
      </w:pPr>
      <w:r>
        <w:t>U-07</w:t>
      </w:r>
    </w:p>
    <w:p>
      <w:pPr>
        <w:ind w:firstLine="720"/>
      </w:pPr>
      <w:r>
        <w:t>Dome eleven. Substrate turned, bed 6. Task not requested. Recorded.</w:t>
      </w:r>
    </w:p>
    <w:p>
      <w:pPr>
        <w:ind w:firstLine="720"/>
      </w:pPr>
      <w:r>
        <w:t>02:44:09</w:t>
      </w:r>
    </w:p>
    <w:p>
      <w:pPr>
        <w:ind w:firstLine="720"/>
      </w:pPr>
      <w:r>
        <w:t>U-11</w:t>
      </w:r>
    </w:p>
    <w:p>
      <w:pPr>
        <w:ind w:firstLine="720"/>
      </w:pPr>
      <w:r>
        <w:t>Ring two, district 411. Oyelaran, R. awake and working. Withdrew. Did not ask again.</w:t>
      </w:r>
    </w:p>
    <w:p>
      <w:pPr>
        <w:ind w:firstLine="720"/>
      </w:pPr>
      <w:r>
        <w:t>03:52:41</w:t>
      </w:r>
    </w:p>
    <w:p>
      <w:pPr>
        <w:ind w:firstLine="720"/>
      </w:pPr>
      <w:r>
        <w:t>U-04</w:t>
      </w:r>
    </w:p>
    <w:p>
      <w:pPr>
        <w:ind w:firstLine="720"/>
      </w:pPr>
      <w:r>
        <w:t>Bay 3, gallery 9, berth 19,808. Housing seal intact. Readout not green. Recorded.</w:t>
      </w:r>
    </w:p>
    <w:p>
      <w:pPr>
        <w:ind w:firstLine="720"/>
      </w:pPr>
      <w:r>
        <w:t>04:49:17</w:t>
      </w:r>
    </w:p>
    <w:p>
      <w:pPr>
        <w:ind w:firstLine="720"/>
      </w:pPr>
      <w:r>
        <w:t>U-07</w:t>
      </w:r>
    </w:p>
    <w:p>
      <w:pPr>
        <w:ind w:firstLine="720"/>
      </w:pPr>
      <w:r>
        <w:t>Ring two, district 411. Oyelaran, R. awake and working. Withdrew. Did not ask again.</w:t>
      </w:r>
    </w:p>
    <w:p>
      <w:pPr>
        <w:ind w:firstLine="720"/>
      </w:pPr>
      <w:r>
        <w:t>05:56:02</w:t>
      </w:r>
    </w:p>
    <w:p>
      <w:pPr>
        <w:ind w:firstLine="720"/>
      </w:pPr>
      <w:r>
        <w:t>U-11</w:t>
      </w:r>
    </w:p>
    <w:p>
      <w:pPr>
        <w:ind w:firstLine="720"/>
      </w:pPr>
      <w:r>
        <w:t>Corridor 9. Music heard. Source not located. Logged as unexplained sound.</w:t>
      </w:r>
    </w:p>
    <w:p>
      <w:pPr>
        <w:ind w:firstLine="720"/>
      </w:pPr>
      <w:r>
        <w:t>Two years went by and nothing was decided, and the way nothing was decided is worth setting out because it is not what anybody expects.</w:t>
      </w:r>
    </w:p>
    <w:p>
      <w:pPr>
        <w:ind w:firstLine="720"/>
      </w:pPr>
      <w:r>
        <w:t>There was no impasse. Nobody was blocking anything. There was no faction. In two years there was not one meeting in which two people disagreed about what should be done with Sergei Duhamel, because in two years there was not one meeting at which anybody proposed anything.</w:t>
      </w:r>
    </w:p>
    <w:p>
      <w:pPr>
        <w:ind w:firstLine="720"/>
      </w:pPr>
      <w:r>
        <w:t>Ines has the minutes. Year eighteen: eleven meetings, four of them substantive. Year nineteen: nine meetings, one of them substantive, and that one was the execution of the replacement procedure. Year twenty: four meetings, and the item appears on the agenda of all four, and the minute against it on all four is the same six words.</w:t>
      </w:r>
    </w:p>
    <w:p>
      <w:pPr>
        <w:ind w:firstLine="720"/>
      </w:pPr>
      <w:r>
        <w:t>Duhamel. No proposal before the complement.</w:t>
      </w:r>
    </w:p>
    <w:p>
      <w:pPr>
        <w:ind w:firstLine="720"/>
      </w:pPr>
      <w:r>
        <w:t>What happened in those two years is that a woman detached and did not come back, a woman was woken out of bay two and put to work, eleven thousand compartments finished being wired for audio, optical and weight, the domes came in on plan twice, and nine people ate in their own quarters.</w:t>
      </w:r>
    </w:p>
    <w:p>
      <w:pPr>
        <w:ind w:firstLine="720"/>
      </w:pPr>
      <w:r>
        <w:t>Renata Oyelaran spoke on day two hundred and fourteen of the twentieth year and she had been assembling it since the seventh.</w:t>
      </w:r>
    </w:p>
    <w:p>
      <w:pPr>
        <w:ind w:firstLine="720"/>
      </w:pPr>
      <w:r>
        <w:t>She did not stand up. She had a piece of paper and she read from it, which she had done perhaps four times in twenty years, and it took eleven minutes, and Ines minuted it in full because Ines could feel a hinge under her hands.</w:t>
      </w:r>
    </w:p>
    <w:p>
      <w:pPr>
        <w:ind w:firstLine="720"/>
      </w:pPr>
      <w:r>
        <w:t>She began with the advertisement.</w:t>
      </w:r>
    </w:p>
    <w:p>
      <w:pPr>
        <w:ind w:firstLine="720"/>
      </w:pPr>
      <w:r>
        <w:t>She had kept one. Four hundred and forty words of coastal intake copy, printed, folded into the back of one of her nine volumes, carried aboard against her own mass allowance eighteen years earlier; the version Nnamdi Okonjo rewrote forty-one times and always said was the hardest thing he ever produced.</w:t>
      </w:r>
    </w:p>
    <w:p>
      <w:pPr>
        <w:ind w:firstLine="720"/>
      </w:pPr>
      <w:r>
        <w:t>She read out four sentences of it and then put it down. They are in the minute because Ines wrote down everything that was read aloud in a session, and they are the only surviving fragment of the coastal intake material, and they are these:</w:t>
      </w:r>
    </w:p>
    <w:p>
      <w:pPr>
        <w:ind w:firstLine="720"/>
      </w:pPr>
      <w:r>
        <w:t>You will not be going somewhere better. You will be going somewhere unfinished, and it will be cold, and the air will need equipment, and there will be work.</w:t>
      </w:r>
    </w:p>
    <w:p>
      <w:pPr>
        <w:ind w:firstLine="720"/>
      </w:pPr>
      <w:r>
        <w:t>What is being offered is narrower than that and harder to photograph. It is a place where the rule reaches the person who wrote it.</w:t>
      </w:r>
    </w:p>
    <w:p>
      <w:pPr>
        <w:ind w:firstLine="720"/>
      </w:pPr>
      <w:r>
        <w:t>You have all worked out by now that this cannot be arranged where you are standing. It has been tried in your lifetime by better organised people than us and it did not hold.</w:t>
      </w:r>
    </w:p>
    <w:p>
      <w:pPr>
        <w:ind w:firstLine="720"/>
      </w:pPr>
      <w:r>
        <w:t>So it is being tried at a distance instead, which is not an argument. It is only a distance.</w:t>
      </w:r>
    </w:p>
    <w:p>
      <w:pPr>
        <w:ind w:firstLine="720"/>
      </w:pPr>
      <w:r>
        <w:t>Nnamdi Okonjo, who had rewritten that passage forty-one times and had not read it in eighteen years, put his hand flat on the table.</w:t>
      </w:r>
    </w:p>
    <w:p>
      <w:pPr>
        <w:ind w:firstLine="720"/>
      </w:pPr>
      <w:r>
        <w:t>“That is what they bought,” she said. “Ninety-five thousand five hundred and seventy-three people read a version of that and lay down in a box. Not for a planet. There are planets. For a place where nobody is above the instrument, because on the world they were leaving somebody always was, and they had all worked out that no amount of arguing was going to change it and that the only remaining option was distance.”</w:t>
      </w:r>
    </w:p>
    <w:p>
      <w:pPr>
        <w:ind w:firstLine="720"/>
      </w:pPr>
      <w:r>
        <w:t>“We are ten people in a room with no one to answer to.”</w:t>
      </w:r>
    </w:p>
    <w:p>
      <w:pPr>
        <w:ind w:firstLine="720"/>
      </w:pPr>
      <w:r>
        <w:t>“I want that said plainly because I have been carrying it for thirteen years and I am tired of carrying it privately. It is not a crisis and it did not start in the sixteenth year. We have been ten people in a room with no one to answer to since the fourth day of this crossing. There has never been a moment when we were anything else. What we have been is</w:t>
      </w:r>
    </w:p>
    <w:p>
      <w:pPr>
        <w:ind w:firstLine="720"/>
      </w:pPr>
      <w:r>
        <w:t>good at it</w:t>
      </w:r>
    </w:p>
    <w:p>
      <w:pPr>
        <w:ind w:firstLine="720"/>
      </w:pPr>
      <w:r>
        <w:t>— genuinely, remarkably good at it, for twenty years, and I would defend every one of us to anybody — and being good at it is not the same as not being it.”</w:t>
      </w:r>
    </w:p>
    <w:p>
      <w:pPr>
        <w:ind w:firstLine="720"/>
      </w:pPr>
      <w:r>
        <w:t>“It is the definition of the thing every person in those bays paid to get away from. We are the arrangement. We have always been the arrangement. And the only reason it has been bearable is that nothing ever came up.”</w:t>
      </w:r>
    </w:p>
    <w:p>
      <w:pPr>
        <w:ind w:firstLine="720"/>
      </w:pPr>
      <w:r>
        <w:t>Nobody answered her. Ines timed it and did not record the figure, which is the only silence in thirty-one years that she timed and did not write down.</w:t>
      </w:r>
    </w:p>
    <w:p>
      <w:pPr>
        <w:ind w:firstLine="720"/>
      </w:pPr>
      <w:r>
        <w:t>Then she made the proposal, and the proposal is the hinge of the entire trilogy and it is one sentence.</w:t>
      </w:r>
    </w:p>
    <w:p>
      <w:pPr>
        <w:ind w:firstLine="720"/>
      </w:pPr>
      <w:r>
        <w:t>“Stop deciding about him. Decide what decides.”</w:t>
      </w:r>
    </w:p>
    <w:p>
      <w:pPr>
        <w:ind w:firstLine="720"/>
      </w:pPr>
      <w:r>
        <w:t>She set it out in four parts and every one of them is in the Iron Protocol's structure a year later.</w:t>
      </w:r>
    </w:p>
    <w:p>
      <w:pPr>
        <w:ind w:firstLine="720"/>
      </w:pPr>
      <w:r>
        <w:t>That the complement had spent two years failing to reach a view about a man, and would fail for nineteen more, because there was nothing to reach it with — no standard, no threshold, no procedure, no finding, no disposal — and that nine tired people staring at a berth were not going to invent all five in an afternoon out of sympathy or its absence.</w:t>
      </w:r>
    </w:p>
    <w:p>
      <w:pPr>
        <w:ind w:firstLine="720"/>
      </w:pPr>
      <w:r>
        <w:t>That anything they wrote while looking at him would be about him, and would be wrong for that reason, and that Nnamdi had already demonstrated the remedy in the sixteenth year by drafting the announcement before there was a name.</w:t>
      </w:r>
    </w:p>
    <w:p>
      <w:pPr>
        <w:ind w:firstLine="720"/>
      </w:pPr>
      <w:r>
        <w:t>That the instrument had to be written to apply to a person nobody in the room had met.</w:t>
      </w:r>
    </w:p>
    <w:p>
      <w:pPr>
        <w:ind w:firstLine="720"/>
      </w:pPr>
      <w:r>
        <w:t>And that when it was finished they would apply it to Sergei Duhamel, and it would be the worst day of all their lives, and that this was better than the alternative, which was another nineteen years of six words on an agenda.</w:t>
      </w:r>
    </w:p>
    <w:p>
      <w:pPr>
        <w:ind w:firstLine="720"/>
      </w:pPr>
      <w:r>
        <w:t>Nnamdi objected, and his objection is the one that shaped the thing that came out.</w:t>
      </w:r>
    </w:p>
    <w:p>
      <w:pPr>
        <w:ind w:firstLine="720"/>
      </w:pPr>
      <w:r>
        <w:t>“You are describing writing a criminal law with one case in the room and pretending there is not,” he said. “I did that with the announcement and it worked because it was four hundred and forty words and I could hold the whole of it in my head. You are talking about an instrument that will still be law in a hundred and forty years, written by nine people who all know exactly who it is for.”</w:t>
      </w:r>
    </w:p>
    <w:p>
      <w:pPr>
        <w:ind w:firstLine="720"/>
      </w:pPr>
      <w:r>
        <w:t>“Yes,” said Renata.</w:t>
      </w:r>
    </w:p>
    <w:p>
      <w:pPr>
        <w:ind w:firstLine="720"/>
      </w:pPr>
      <w:r>
        <w:t>“Then how is it not worse?”</w:t>
      </w:r>
    </w:p>
    <w:p>
      <w:pPr>
        <w:ind w:firstLine="720"/>
      </w:pPr>
      <w:r>
        <w:t>“It is worse,” she said. “Both things are bad. One of them ends.”</w:t>
      </w:r>
    </w:p>
    <w:p>
      <w:pPr>
        <w:ind w:firstLine="720"/>
      </w:pPr>
      <w:r>
        <w:t>Halima Sow asked the question that everybody had been not asking for two years, and she asked it in about nine words, and it is the reason the Protocol is as narrow as it is.</w:t>
      </w:r>
    </w:p>
    <w:p>
      <w:pPr>
        <w:ind w:firstLine="720"/>
      </w:pPr>
      <w:r>
        <w:t>“And if the instrument we write says he dies?”</w:t>
      </w:r>
    </w:p>
    <w:p>
      <w:pPr>
        <w:ind w:firstLine="720"/>
      </w:pPr>
      <w:r>
        <w:t>Renata did not soften it and Ines minuted the whole answer.</w:t>
      </w:r>
    </w:p>
    <w:p>
      <w:pPr>
        <w:ind w:firstLine="720"/>
      </w:pPr>
      <w:r>
        <w:t>“Then he dies, and we will have done it, and the record will say that nine people wrote a rule and then followed it. That is the worst thing available to us and it is still better than nine people deciding about a man in a room, because the second one is what we already are and it has no bottom. I am not offering anybody a good outcome. I am offering to convert an arrangement into an instrument, and the price of an instrument is that it will do what it says.”</w:t>
      </w:r>
    </w:p>
    <w:p>
      <w:pPr>
        <w:ind w:firstLine="720"/>
      </w:pPr>
      <w:r>
        <w:t>“How long?” said Calder.</w:t>
      </w:r>
    </w:p>
    <w:p>
      <w:pPr>
        <w:ind w:firstLine="720"/>
      </w:pPr>
      <w:r>
        <w:t>“Two years,” said Renata. “It took eight to write the Accord and we had nothing arriving. This is narrower and we are worse at it and we are all older, and I would like it done by the twenty-second year and used by the twenty-fourth.”</w:t>
      </w:r>
    </w:p>
    <w:p>
      <w:pPr>
        <w:ind w:firstLine="720"/>
      </w:pPr>
      <w:r>
        <w:t>It was done in the twenty-second year and used in the twenty-fourth.</w:t>
      </w:r>
    </w:p>
    <w:p>
      <w:pPr>
        <w:ind w:firstLine="720"/>
      </w:pPr>
      <w:r>
        <w:t>The other thing about the twentieth year is the dying, and this history has been quiet about it because the ten of them were.</w:t>
      </w:r>
    </w:p>
    <w:p>
      <w:pPr>
        <w:ind w:firstLine="720"/>
      </w:pPr>
      <w:r>
        <w:t>Two sleepers went in the twentieth year. Berth 19,808 in bay three, on day two hundred and fourteen, which is the same day, which is why the readout is in the night log at the top of this chapter and why Renata spoke at four in the afternoon having been awake since three in the morning. And one in the eleventh month.</w:t>
      </w:r>
    </w:p>
    <w:p>
      <w:pPr>
        <w:ind w:firstLine="720"/>
      </w:pPr>
      <w:r>
        <w:t>That made a hundred and one since Tobias Ardagh, against a projection of about two hundred and forty at that point, which is Halima Sow's round and nothing else.</w:t>
      </w:r>
    </w:p>
    <w:p>
      <w:pPr>
        <w:ind w:firstLine="720"/>
      </w:pPr>
      <w:r>
        <w:t>Renata had been handling them since the ninth year. Nobody decided it. She was the one with nothing that could not wait, and the first time she went it was because Halima had been in the bay for four hours already and somebody had to be in dome eleven at the other end of it, and after that it was simply the case.</w:t>
      </w:r>
    </w:p>
    <w:p>
      <w:pPr>
        <w:ind w:firstLine="720"/>
      </w:pPr>
      <w:r>
        <w:t>By the twentieth year there was a form to it. Not a ceremony — nobody would have used that word and Renata would have stopped it if anybody had. A shape. The name read out, once, and the intake form's last box read out if there was anything in it, and nine minutes, and then the substrate turned.</w:t>
      </w:r>
    </w:p>
    <w:p>
      <w:pPr>
        <w:ind w:firstLine="720"/>
      </w:pPr>
      <w:r>
        <w:t>She had asked Miriam Achebe eight years earlier how a person does the two halves of it, and had been told that you do not get to choose, and that the mistake is thinking there is a version where your hands stay clean.</w:t>
      </w:r>
    </w:p>
    <w:p>
      <w:pPr>
        <w:ind w:firstLine="720"/>
      </w:pPr>
      <w:r>
        <w:t>Renata Oyelaran read out the name of the woman in berth 19,808 at nine in the morning on day two hundred and fourteen of the twentieth year, and read out the one line the woman had written in the box eleven lines deep, and stood in dome eleven for nine minutes with three other people, and then went to ring two and told nine of them what they were.</w:t>
      </w:r>
    </w:p>
    <w:p>
      <w:pPr>
        <w:ind w:firstLine="720"/>
      </w:pPr>
      <w:r>
        <w:t>Four years later she stood in the same place for a different reason and did it exactly the same way, and nobody has ever asked her where she learned how.</w:t>
      </w:r>
    </w:p>
    <w:p>
      <w:r>
        <w:br w:type="page"/>
      </w:r>
    </w:p>
    <w:p>
      <w:pPr>
        <w:pStyle w:val="Heading1"/>
      </w:pPr>
      <w:r>
        <w:t>Chapter 44 &amp;mdash; The Vote To Have A Law</w:t>
      </w:r>
    </w:p>
    <w:p>
      <w:pPr>
        <w:ind w:firstLine="720"/>
      </w:pPr>
      <w:r>
        <w:t>Night Shift · Year 22, Day 61 · Units 4, 7, 11 · Unreviewed</w:t>
      </w:r>
    </w:p>
    <w:p>
      <w:pPr>
        <w:ind w:firstLine="720"/>
      </w:pPr>
      <w:r>
        <w:t>00:52:07</w:t>
      </w:r>
    </w:p>
    <w:p>
      <w:pPr>
        <w:ind w:firstLine="720"/>
      </w:pPr>
      <w:r>
        <w:t>U-11</w:t>
      </w:r>
    </w:p>
    <w:p>
      <w:pPr>
        <w:ind w:firstLine="720"/>
      </w:pPr>
      <w:r>
        <w:t>Ring two, meeting room. Nine chairs pulled out. Returned to stack. No works order.</w:t>
      </w:r>
    </w:p>
    <w:p>
      <w:pPr>
        <w:ind w:firstLine="720"/>
      </w:pPr>
      <w:r>
        <w:t>02:18:44</w:t>
      </w:r>
    </w:p>
    <w:p>
      <w:pPr>
        <w:ind w:firstLine="720"/>
      </w:pPr>
      <w:r>
        <w:t>U-04</w:t>
      </w:r>
    </w:p>
    <w:p>
      <w:pPr>
        <w:ind w:firstLine="720"/>
      </w:pPr>
      <w:r>
        <w:t>Forward transfer. Ferrer, I. awake and working. Withdrew. Did not ask again.</w:t>
      </w:r>
    </w:p>
    <w:p>
      <w:pPr>
        <w:ind w:firstLine="720"/>
      </w:pPr>
      <w:r>
        <w:t>03:41:20</w:t>
      </w:r>
    </w:p>
    <w:p>
      <w:pPr>
        <w:ind w:firstLine="720"/>
      </w:pPr>
      <w:r>
        <w:t>U-07</w:t>
      </w:r>
    </w:p>
    <w:p>
      <w:pPr>
        <w:ind w:firstLine="720"/>
      </w:pPr>
      <w:r>
        <w:t>Ring two, district 190. Weight node installed, position 11 of 11. Works order 4,411 closed.</w:t>
      </w:r>
    </w:p>
    <w:p>
      <w:pPr>
        <w:ind w:firstLine="720"/>
      </w:pPr>
      <w:r>
        <w:t>04:50:56</w:t>
      </w:r>
    </w:p>
    <w:p>
      <w:pPr>
        <w:ind w:firstLine="720"/>
      </w:pPr>
      <w:r>
        <w:t>U-11</w:t>
      </w:r>
    </w:p>
    <w:p>
      <w:pPr>
        <w:ind w:firstLine="720"/>
      </w:pPr>
      <w:r>
        <w:t>Bay 4, gallery 2, berth 20,114. Housing seal intact. Nominal. Recorded.</w:t>
      </w:r>
    </w:p>
    <w:p>
      <w:pPr>
        <w:ind w:firstLine="720"/>
      </w:pPr>
      <w:r>
        <w:t>05:57:33</w:t>
      </w:r>
    </w:p>
    <w:p>
      <w:pPr>
        <w:ind w:firstLine="720"/>
      </w:pPr>
      <w:r>
        <w:t>U-04</w:t>
      </w:r>
    </w:p>
    <w:p>
      <w:pPr>
        <w:ind w:firstLine="720"/>
      </w:pPr>
      <w:r>
        <w:t>Corridor 9. Music heard. Source not located. Logged as unexplained sound.</w:t>
      </w:r>
    </w:p>
    <w:p>
      <w:pPr>
        <w:ind w:firstLine="720"/>
      </w:pPr>
      <w:r>
        <w:t>The motion is one sentence and Renata Oyelaran drafted it in the twentieth year and did not change a word of it in two years of waiting for the room to be ready to hear it.</w:t>
      </w:r>
    </w:p>
    <w:p>
      <w:pPr>
        <w:ind w:firstLine="720"/>
      </w:pPr>
      <w:r>
        <w:t>That there shall be an instrument governing offences against persons who cannot answer for themselves, that it shall be written before it is needed rather than after, and that it shall be applied to the matter presently before the complement.</w:t>
      </w:r>
    </w:p>
    <w:p>
      <w:pPr>
        <w:ind w:firstLine="720"/>
      </w:pPr>
      <w:r>
        <w:t>Ines Ferrer prepared the roll for the vote on the evening of day sixty, which is what a records officer does, and it took her eleven minutes and it is the eleven minutes this whole history turns on.</w:t>
      </w:r>
    </w:p>
    <w:p>
      <w:pPr>
        <w:ind w:firstLine="720"/>
      </w:pPr>
      <w:r>
        <w:t>The roll of the waking complement, at day sixty of the twenty-second year, reads ten.</w:t>
      </w:r>
    </w:p>
    <w:p>
      <w:pPr>
        <w:ind w:firstLine="720"/>
      </w:pPr>
      <w:r>
        <w:t>Calder. Ferrer. Sow. Lindqvist. Okonjo. Achebe. Roux. Oyelaran. Barua. Coda.</w:t>
      </w:r>
    </w:p>
    <w:p>
      <w:pPr>
        <w:ind w:firstLine="720"/>
      </w:pPr>
      <w:r>
        <w:t>Nine of those ten were on the ship.</w:t>
      </w:r>
    </w:p>
    <w:p>
      <w:pPr>
        <w:ind w:firstLine="720"/>
      </w:pPr>
      <w:r>
        <w:t>Sergei Duhamel is not on it. He was struck off on day forty-seven of the eighteenth year, formally, in a minute, with a reason attached — and the reason is not the offence. He was struck off because Nnamdi's fifth-year replacement procedure requires a vacancy in a function before it can execute, and executing it was the only way to get an environmental officer, and a man in a berth is not holding a function. The amendment to the roll was a piece of housekeeping made necessary by a procedure, and it was done carefully, and Ines minuted the reason because Ines minuted reasons.</w:t>
      </w:r>
    </w:p>
    <w:p>
      <w:pPr>
        <w:ind w:firstLine="720"/>
      </w:pPr>
      <w:r>
        <w:t>Soma Barua was added on day one hundred and twenty-two of the nineteenth year, by the same act, for the same reason.</w:t>
      </w:r>
    </w:p>
    <w:p>
      <w:pPr>
        <w:ind w:firstLine="720"/>
      </w:pPr>
      <w:r>
        <w:t>Nobody struck Coda off.</w:t>
      </w:r>
    </w:p>
    <w:p>
      <w:pPr>
        <w:ind w:firstLine="720"/>
      </w:pPr>
      <w:r>
        <w:t>There was no reason to. That is the entire mechanism and it is not sinister and nobody hid anything. She had not died. She had not resigned; there is no resignation provision in nineteen pages and there was no reason to write one, because who resigns from what. She had not stopped holding a function, exactly — she had detached, in the nineteenth year, on a maintenance skiff she had rebuilt, and she was four thousand kilometres off the hull and station-keeping, and she still answered on the link, and she still read everything.</w:t>
      </w:r>
    </w:p>
    <w:p>
      <w:pPr>
        <w:ind w:firstLine="720"/>
      </w:pPr>
      <w:r>
        <w:t>The only mechanism on that ship for taking a name off the roll is the vacancy provision inside a procedure written to wake somebody up. It requires a function that cannot be covered. Coda's function was being covered, by the woman they had woken to cover it, so the provision did not fire, so the name stayed.</w:t>
      </w:r>
    </w:p>
    <w:p>
      <w:pPr>
        <w:ind w:firstLine="720"/>
      </w:pPr>
      <w:r>
        <w:t>Ines raised it. That is on the record and it matters.</w:t>
      </w:r>
    </w:p>
    <w:p>
      <w:pPr>
        <w:ind w:firstLine="720"/>
      </w:pPr>
      <w:r>
        <w:t>She raised it with Renata on the evening of day sixty, in the forward transfer gallery, in about four minutes, and what she said was that the roll read ten and there would be nine people in the room and she did not know what to do with the tenth.</w:t>
      </w:r>
    </w:p>
    <w:p>
      <w:pPr>
        <w:ind w:firstLine="720"/>
      </w:pPr>
      <w:r>
        <w:t>“Is she on it?” said Renata.</w:t>
      </w:r>
    </w:p>
    <w:p>
      <w:pPr>
        <w:ind w:firstLine="720"/>
      </w:pPr>
      <w:r>
        <w:t>“She is on it.”</w:t>
      </w:r>
    </w:p>
    <w:p>
      <w:pPr>
        <w:ind w:firstLine="720"/>
      </w:pPr>
      <w:r>
        <w:t>“Has she seen the motion?”</w:t>
      </w:r>
    </w:p>
    <w:p>
      <w:pPr>
        <w:ind w:firstLine="720"/>
      </w:pPr>
      <w:r>
        <w:t>“She has seen every draft of everything for seventeen years. I send her the papers the same day I send them to anybody.”</w:t>
      </w:r>
    </w:p>
    <w:p>
      <w:pPr>
        <w:ind w:firstLine="720"/>
      </w:pPr>
      <w:r>
        <w:t>“Has she objected?”</w:t>
      </w:r>
    </w:p>
    <w:p>
      <w:pPr>
        <w:ind w:firstLine="720"/>
      </w:pPr>
      <w:r>
        <w:t>“No.”</w:t>
      </w:r>
    </w:p>
    <w:p>
      <w:pPr>
        <w:ind w:firstLine="720"/>
      </w:pPr>
      <w:r>
        <w:t>“Then the motion carries as to her,” said Renata, “unless objection is lodged, which is what we have done with every motion on this ship for twenty-two years, including four that Aiyana was asleep for and one that I missed because I was in a dome.”</w:t>
      </w:r>
    </w:p>
    <w:p>
      <w:pPr>
        <w:ind w:firstLine="720"/>
      </w:pPr>
      <w:r>
        <w:t>That is standing practice. It is not written anywhere. It has never been written anywhere. It has been the practice since about the sixth year and it is entirely sensible and it exists because ten people on a twenty-mile ship cannot all be in a room, and it has worked several hundred times without incident.</w:t>
      </w:r>
    </w:p>
    <w:p>
      <w:pPr>
        <w:ind w:firstLine="720"/>
      </w:pPr>
      <w:r>
        <w:t>Ines said, “She is not in a dome. She is four thousand kilometres away.”</w:t>
      </w:r>
    </w:p>
    <w:p>
      <w:pPr>
        <w:ind w:firstLine="720"/>
      </w:pPr>
      <w:r>
        <w:t>“Is there a distance in the practice?”</w:t>
      </w:r>
    </w:p>
    <w:p>
      <w:pPr>
        <w:ind w:firstLine="720"/>
      </w:pPr>
      <w:r>
        <w:t>There is not. There is no distance in the practice, because there is no practice, because it is not written down, because nobody ever needed to write down a thing that everybody did.</w:t>
      </w:r>
    </w:p>
    <w:p>
      <w:pPr>
        <w:ind w:firstLine="720"/>
      </w:pPr>
      <w:r>
        <w:t>Ines Ferrer went back to the gallery and prepared the roll with ten names on it and she was uneasy about it and she has said, in the one account she gave, that she could not have told anybody what she was uneasy about, and that she has thought about it since and still cannot, and that she believes she was right to be.</w:t>
      </w:r>
    </w:p>
    <w:p>
      <w:pPr>
        <w:ind w:firstLine="720"/>
      </w:pPr>
      <w:r>
        <w:t>The vote was taken at four in the afternoon on day sixty-one of the twenty-second year.</w:t>
      </w:r>
    </w:p>
    <w:p>
      <w:pPr>
        <w:ind w:firstLine="720"/>
      </w:pPr>
      <w:r>
        <w:t>Nine to one.</w:t>
      </w:r>
    </w:p>
    <w:p>
      <w:pPr>
        <w:ind w:firstLine="720"/>
      </w:pPr>
      <w:r>
        <w:t>The one was Nnamdi Okonjo.</w:t>
      </w:r>
    </w:p>
    <w:p>
      <w:pPr>
        <w:ind w:firstLine="720"/>
      </w:pPr>
      <w:r>
        <w:t>He voted against having a law and his reason is minuted in full and it is the objection he made to Renata in the twentieth year and had not withdrawn: that an instrument written by nine people who all know exactly who it is for will be about him whatever it says, that it will still be law in a hundred and forty years, and that the alternative he was voting for was another fourteen years of six words on an agenda and he knew it and was voting against anyway because somebody should be on the record.</w:t>
      </w:r>
    </w:p>
    <w:p>
      <w:pPr>
        <w:ind w:firstLine="720"/>
      </w:pPr>
      <w:r>
        <w:t>The debate before the vote ran two hours and it is not what anybody expects either, because the argument was not about whether but about scope, and the scope argument is the whole of the next part of this history.</w:t>
      </w:r>
    </w:p>
    <w:p>
      <w:pPr>
        <w:ind w:firstLine="720"/>
      </w:pPr>
      <w:r>
        <w:t>Halima Sow asked for the instrument to cover offences against</w:t>
      </w:r>
    </w:p>
    <w:p>
      <w:pPr>
        <w:ind w:firstLine="720"/>
      </w:pPr>
      <w:r>
        <w:t>anyone</w:t>
      </w:r>
    </w:p>
    <w:p>
      <w:pPr>
        <w:ind w:firstLine="720"/>
      </w:pPr>
      <w:r>
        <w:t>, and she asked for it twice.</w:t>
      </w:r>
    </w:p>
    <w:p>
      <w:pPr>
        <w:ind w:firstLine="720"/>
      </w:pPr>
      <w:r>
        <w:t>Her reasoning was medical and she made it in about four minutes. A person who cannot answer for themselves is not a fixed category. A sleeper cannot. A man under sedation he does not know about cannot, and did not, for four years, while awake and walking around and running a review. Somebody in a bay with a failing berth cannot. Somebody at the far end of a thirty-six-hour shift on a planet nobody has walked on may not be able to either, and she said that she would not know how to draw the line and did not think anybody would.</w:t>
      </w:r>
    </w:p>
    <w:p>
      <w:pPr>
        <w:ind w:firstLine="720"/>
      </w:pPr>
      <w:r>
        <w:t>“Write it for everybody,” she said, “and let the finding do the work.”</w:t>
      </w:r>
    </w:p>
    <w:p>
      <w:pPr>
        <w:ind w:firstLine="720"/>
      </w:pPr>
      <w:r>
        <w:t>Renata was against it and won, and this history records that she won for a reason she believed and that it has been argued about ever since. A narrow instrument survives, she said. A broad one gets amended, and every amendment is made by somebody in a hurry, and in a hundred years the broad version will have been rewritten nine times by nine frightened generations and the narrow one will still say exactly what it said. If you want it to still mean this in a hundred and forty years, make it too narrow to be useful for anything else.</w:t>
      </w:r>
    </w:p>
    <w:p>
      <w:pPr>
        <w:ind w:firstLine="720"/>
      </w:pPr>
      <w:r>
        <w:t>She was right about that too. The Iron Protocol has never been amended. Not once, in a hundred and forty years.</w:t>
      </w:r>
    </w:p>
    <w:p>
      <w:pPr>
        <w:ind w:firstLine="720"/>
      </w:pPr>
      <w:r>
        <w:t>Halima withdrew and asked for her position to be minuted and it was, and it is four lines, and it is the second of her three minuted losses in this history and the only one she never mentioned again.</w:t>
      </w:r>
    </w:p>
    <w:p>
      <w:pPr>
        <w:ind w:firstLine="720"/>
      </w:pPr>
      <w:r>
        <w:t>Then he drafted most of it. Part Four is largely his. He never sought to have his dissent reconciled with that and nobody ever asked him to.</w:t>
      </w:r>
    </w:p>
    <w:p>
      <w:pPr>
        <w:ind w:firstLine="720"/>
      </w:pPr>
      <w:r>
        <w:t>Nine to one.</w:t>
      </w:r>
    </w:p>
    <w:p>
      <w:pPr>
        <w:ind w:firstLine="720"/>
      </w:pPr>
      <w:r>
        <w:t>Eight of the nine were in the room. Coda was four thousand kilometres off the hull, station-keeping, with the papers, and had not objected, and was counted in the majority.</w:t>
      </w:r>
    </w:p>
    <w:p>
      <w:pPr>
        <w:ind w:firstLine="720"/>
      </w:pPr>
      <w:r>
        <w:t>She was in favour, as it happens. She said so in the twenty-ninth year, once, to Ines, unprompted, and said that she had read the motion four times and thought it was the only sensible thing anybody had proposed in six years. So the count is not wrong. The number nine is a true number and every person it describes would have said so.</w:t>
      </w:r>
    </w:p>
    <w:p>
      <w:pPr>
        <w:ind w:firstLine="720"/>
      </w:pPr>
      <w:r>
        <w:t>That is what makes it survive. Nobody was cheated, so nobody had a complaint, so nothing was ever fixed.</w:t>
      </w:r>
    </w:p>
    <w:p>
      <w:pPr>
        <w:ind w:firstLine="720"/>
      </w:pPr>
      <w:r>
        <w:t>Two years later the appeal clause was struck nine to one under the same arithmetic, and two years after that the compelled second reading was created nine to one under the same arithmetic, on opposite sides of the same question, with the same woman counted in the majority both times, from four thousand kilometres away, without ever being asked.</w:t>
      </w:r>
    </w:p>
    <w:p>
      <w:pPr>
        <w:ind w:firstLine="720"/>
      </w:pPr>
      <w:r>
        <w:t>One more thing was settled that afternoon and it took ninety seconds and nobody thought it was important.</w:t>
      </w:r>
    </w:p>
    <w:p>
      <w:pPr>
        <w:ind w:firstLine="720"/>
      </w:pPr>
      <w:r>
        <w:t>Renata asked that the drafting be done in the open — every session minuted in full, every draft circulated to the whole roll on the day it was made, no working papers held privately by anybody, including her.</w:t>
      </w:r>
    </w:p>
    <w:p>
      <w:pPr>
        <w:ind w:firstLine="720"/>
      </w:pPr>
      <w:r>
        <w:t>It carried without a vote. Nobody could think of a reason against it and it was obviously right and it is the reason there is a complete record of how the Iron Protocol was written, session by session, which is more than exists for any other instrument in the founding period including the Accord.</w:t>
      </w:r>
    </w:p>
    <w:p>
      <w:pPr>
        <w:ind w:firstLine="720"/>
      </w:pPr>
      <w:r>
        <w:t>It is also the reason that in the twenty-fourth year, when the appeal clause was struck, the whole roll had the draft on the day it was made, and standing practice was that a motion carries unless objection is lodged, and a woman four thousand kilometres away read it, and lodged one, and it was received and acknowledged and circulated and never minuted, because it was not a motion and not an objection to a motion and there was no category for it.</w:t>
      </w:r>
    </w:p>
    <w:p>
      <w:pPr>
        <w:ind w:firstLine="720"/>
      </w:pPr>
      <w:r>
        <w:t>Ines sent the minute out that evening, as she sent every minute, including to the link.</w:t>
      </w:r>
    </w:p>
    <w:p>
      <w:pPr>
        <w:ind w:firstLine="720"/>
      </w:pPr>
      <w:r>
        <w:t>There was no reply and she had not expected one, and she noted in her own papers that night that there was no field anywhere in the Bound Ledger for a thing said from outside the ship, and that she had been keeping that book for seventeen years and had never once needed one.</w:t>
      </w:r>
    </w:p>
    <w:p>
      <w:r>
        <w:br w:type="page"/>
      </w:r>
    </w:p>
    <w:p>
      <w:pPr>
        <w:pStyle w:val="Heading1"/>
      </w:pPr>
      <w:r>
        <w:t>Chapter 45 &amp;mdash; Four Thousand Kilometres</w:t>
      </w:r>
    </w:p>
    <w:p>
      <w:pPr>
        <w:ind w:firstLine="720"/>
      </w:pPr>
      <w:r>
        <w:t>Night Shift · Year 22, Day 74 · Units 4, 7, 11 · Unreviewed</w:t>
      </w:r>
    </w:p>
    <w:p>
      <w:pPr>
        <w:ind w:firstLine="720"/>
      </w:pPr>
      <w:r>
        <w:t>01:11:26</w:t>
      </w:r>
    </w:p>
    <w:p>
      <w:pPr>
        <w:ind w:firstLine="720"/>
      </w:pPr>
      <w:r>
        <w:t>U-07</w:t>
      </w:r>
    </w:p>
    <w:p>
      <w:pPr>
        <w:ind w:firstLine="720"/>
      </w:pPr>
      <w:r>
        <w:t>Aft distribution gallery. Audio node, position 4 of 11. Nominal. Recorded.</w:t>
      </w:r>
    </w:p>
    <w:p>
      <w:pPr>
        <w:ind w:firstLine="720"/>
      </w:pPr>
      <w:r>
        <w:t>02:39:03</w:t>
      </w:r>
    </w:p>
    <w:p>
      <w:pPr>
        <w:ind w:firstLine="720"/>
      </w:pPr>
      <w:r>
        <w:t>U-11</w:t>
      </w:r>
    </w:p>
    <w:p>
      <w:pPr>
        <w:ind w:firstLine="720"/>
      </w:pPr>
      <w:r>
        <w:t>District 640. Compartment cycled. Occupant absent 3y 41d. Bunk stripped. Recorded.</w:t>
      </w:r>
    </w:p>
    <w:p>
      <w:pPr>
        <w:ind w:firstLine="720"/>
      </w:pPr>
      <w:r>
        <w:t>03:55:47</w:t>
      </w:r>
    </w:p>
    <w:p>
      <w:pPr>
        <w:ind w:firstLine="720"/>
      </w:pPr>
      <w:r>
        <w:t>U-04</w:t>
      </w:r>
    </w:p>
    <w:p>
      <w:pPr>
        <w:ind w:firstLine="720"/>
      </w:pPr>
      <w:r>
        <w:t>District 640. Chair, non-standard, frame-built. Not on inventory. Recorded as observed.</w:t>
      </w:r>
    </w:p>
    <w:p>
      <w:pPr>
        <w:ind w:firstLine="720"/>
      </w:pPr>
      <w:r>
        <w:t>04:48:19</w:t>
      </w:r>
    </w:p>
    <w:p>
      <w:pPr>
        <w:ind w:firstLine="720"/>
      </w:pPr>
      <w:r>
        <w:t>U-07</w:t>
      </w:r>
    </w:p>
    <w:p>
      <w:pPr>
        <w:ind w:firstLine="720"/>
      </w:pPr>
      <w:r>
        <w:t>Ring one, dome six. Trays returned to rack. Task not requested. Recorded.</w:t>
      </w:r>
    </w:p>
    <w:p>
      <w:pPr>
        <w:ind w:firstLine="720"/>
      </w:pPr>
      <w:r>
        <w:t>05:59:11</w:t>
      </w:r>
    </w:p>
    <w:p>
      <w:pPr>
        <w:ind w:firstLine="720"/>
      </w:pPr>
      <w:r>
        <w:t>U-11</w:t>
      </w:r>
    </w:p>
    <w:p>
      <w:pPr>
        <w:ind w:firstLine="720"/>
      </w:pPr>
      <w:r>
        <w:t>Corridor 9. Music heard. Source not located. Logged as unexplained sound.</w:t>
      </w:r>
    </w:p>
    <w:p>
      <w:pPr>
        <w:ind w:firstLine="720"/>
      </w:pPr>
      <w:r>
        <w:t>Four thousand and eleven kilometres, holding, at day seventy-four of the twenty-second year. Relative velocity effectively nil. Station-keeping consumes about four grammes of reaction mass a day and she had eleven years of it aboard.</w:t>
      </w:r>
    </w:p>
    <w:p>
      <w:pPr>
        <w:ind w:firstLine="720"/>
      </w:pPr>
      <w:r>
        <w:t>The skiff is a maintenance hull, nine metres, one of four carried for external work on a ship that never expected to do any. Coda rebuilt it over fourteen months in the aft yard, at night, on her own time, and every part of it is on the works record and every drawdown is signed for, because she was not doing anything and had no intention of ever letting anybody think she was.</w:t>
      </w:r>
    </w:p>
    <w:p>
      <w:pPr>
        <w:ind w:firstLine="720"/>
      </w:pPr>
      <w:r>
        <w:t>She had asked Calder about it in the eighteenth year, technically, about attitude control, and he had got away from the subject and told her to take the yard craft and go outside and look at the ship, and she had not, because she had four hundred and eleven districts and nine loops and eleven other things and she was thirty-two and there was time.</w:t>
      </w:r>
    </w:p>
    <w:p>
      <w:pPr>
        <w:ind w:firstLine="720"/>
      </w:pPr>
      <w:r>
        <w:t>She went out in the nineteenth year and did not come back for eleven months.</w:t>
      </w:r>
    </w:p>
    <w:p>
      <w:pPr>
        <w:ind w:firstLine="720"/>
      </w:pPr>
      <w:r>
        <w:t>The record of why is a works submission and it is four hundred words and every word of it is true.</w:t>
      </w:r>
    </w:p>
    <w:p>
      <w:pPr>
        <w:ind w:firstLine="720"/>
      </w:pPr>
      <w:r>
        <w:t>Nineteen years of hull had never been looked at from outside. Not once. The external inspection regime is a construction document; it assumes a yard, and scaffolding, and eleven thousand people; and the last external survey of the Ark-Genesis was performed on the fourth day of the crossing by nobody, because the hull was signed off and the site had gone. There were nineteen years of micrometeoroid strike, thermal cycling, and radiator degradation on a twenty-mile object, entirely unobserved, on which a hundred thousand people were going to arrive.</w:t>
      </w:r>
    </w:p>
    <w:p>
      <w:pPr>
        <w:ind w:firstLine="720"/>
      </w:pPr>
      <w:r>
        <w:t>It is a real job. It was overdue by nineteen years. She did it for seventeen more and found four hundred and forty-one defects, of which nine were serious and two would have become structural, and there is a hundred-and-forty-year-old colony on a planet in part because a woman got bored and left.</w:t>
      </w:r>
    </w:p>
    <w:p>
      <w:pPr>
        <w:ind w:firstLine="720"/>
      </w:pPr>
      <w:r>
        <w:t>The other reason is not in the submission and she has never written it down and this history is going to set it out once, flatly, and not comment.</w:t>
      </w:r>
    </w:p>
    <w:p>
      <w:pPr>
        <w:ind w:firstLine="720"/>
      </w:pPr>
      <w:r>
        <w:t>Works order 4,411, raised in the sixteenth year, unanimous, as an emergency measure, for the duration, authorised audio, optical and weight-signature nodes in every compartment on the ship that is not sleeping quarters.</w:t>
      </w:r>
    </w:p>
    <w:p>
      <w:pPr>
        <w:ind w:firstLine="720"/>
      </w:pPr>
      <w:r>
        <w:t>Eleven thousand compartments. Four hundred and eleven districts. The aft distribution galleries, where she ate on the floor with her back against a conduit. The junction at frame six hundred and forty, nine metres from her door, which is the reason she picked the compartment out of eleven thousand available rooms in the second month of the crossing.</w:t>
      </w:r>
    </w:p>
    <w:p>
      <w:pPr>
        <w:ind w:firstLine="720"/>
      </w:pPr>
      <w:r>
        <w:t>She voted for it. She was in the room, on the four o'clock car, in week two of the sixteenth year, and it carried unanimously and she was one of the unanimous, and she thought it was correct then and she thinks it was correct now.</w:t>
      </w:r>
    </w:p>
    <w:p>
      <w:pPr>
        <w:ind w:firstLine="720"/>
      </w:pPr>
      <w:r>
        <w:t>Clause nine of the Open Accord says a person may decline any task not necessary to the safety of the ship and shall not be asked twice. Aiyana Roux wrote it in the seventh year about herself in four minutes almost as a joke and it is the only operative clause in nineteen pages that runs in favour of a person.</w:t>
      </w:r>
    </w:p>
    <w:p>
      <w:pPr>
        <w:ind w:firstLine="720"/>
      </w:pPr>
      <w:r>
        <w:t>Coda never invoked it.</w:t>
      </w:r>
    </w:p>
    <w:p>
      <w:pPr>
        <w:ind w:firstLine="720"/>
      </w:pPr>
      <w:r>
        <w:t>She filed a works submission for an overdue external survey, which was true, and left, and it is the single most Coda thing in this history: she did not object, she did not decline, she did not complain, and she did not stay.</w:t>
      </w:r>
    </w:p>
    <w:p>
      <w:pPr>
        <w:ind w:firstLine="720"/>
      </w:pPr>
      <w:r>
        <w:t>What she does out there is work, and she is happy, and this history is going to say that plainly because there is a version of this chapter that is sad and it would be false.</w:t>
      </w:r>
    </w:p>
    <w:p>
      <w:pPr>
        <w:ind w:firstLine="720"/>
      </w:pPr>
      <w:r>
        <w:t>Eleven hours a day on the hull. A survey grid she designed herself, frame by frame, forty-one frames a month. The radiators, which are worse than anybody thought. The forward optics housing. The eleven kilometres of spine that nobody has ever seen from the outside in daylight and which do not have daylight.</w:t>
      </w:r>
    </w:p>
    <w:p>
      <w:pPr>
        <w:ind w:firstLine="720"/>
      </w:pPr>
      <w:r>
        <w:t>She eats on the floor of a nine-metre hull with her back against a conduit. There is no node in it. It is not a compartment on any inventory, because it is a skiff.</w:t>
      </w:r>
    </w:p>
    <w:p>
      <w:pPr>
        <w:ind w:firstLine="720"/>
      </w:pPr>
      <w:r>
        <w:t>She came back in the twentieth year for eleven days and again in the twenty-first for four, and both times a woman she had not chosen and had never spoken to for more than an hour went back into bay two, gallery eleven, berth 11,882, under a clause Coda had asked for in the fifth year in nine words from the back of a session, and Coda did not know that and would not know it for a very long time.</w:t>
      </w:r>
    </w:p>
    <w:p>
      <w:pPr>
        <w:ind w:firstLine="720"/>
      </w:pPr>
      <w:r>
        <w:t>Nobody stopped her going and nobody asked her to stay, and both of those are worth a sentence.</w:t>
      </w:r>
    </w:p>
    <w:p>
      <w:pPr>
        <w:ind w:firstLine="720"/>
      </w:pPr>
      <w:r>
        <w:t>The submission went to the room in the nineteenth year and carried without discussion, because it is an overdue inspection and nine people had been failing to decide about a man for three years and here was something that was obviously correct and could be settled in four minutes.</w:t>
      </w:r>
    </w:p>
    <w:p>
      <w:pPr>
        <w:ind w:firstLine="720"/>
      </w:pPr>
      <w:r>
        <w:t>Calder asked one question and it was technical — whether she had enough reaction mass for a return under any failure mode — and she said yes and gave him the figure and he said good and that was the whole of it.</w:t>
      </w:r>
    </w:p>
    <w:p>
      <w:pPr>
        <w:ind w:firstLine="720"/>
      </w:pPr>
      <w:r>
        <w:t>Miriam Achebe walked her down to the aft yard, which nobody had asked her to do, and said one thing at the lock.</w:t>
      </w:r>
    </w:p>
    <w:p>
      <w:pPr>
        <w:ind w:firstLine="720"/>
      </w:pPr>
      <w:r>
        <w:t>“Are you coming back?”</w:t>
      </w:r>
    </w:p>
    <w:p>
      <w:pPr>
        <w:ind w:firstLine="720"/>
      </w:pPr>
      <w:r>
        <w:t>“For the supper,” said Coda.</w:t>
      </w:r>
    </w:p>
    <w:p>
      <w:pPr>
        <w:ind w:firstLine="720"/>
      </w:pPr>
      <w:r>
        <w:t>She came back for the supper in the twentieth year and the twenty-first and every year after that until Miriam stopped holding it, which was the thirty-second, and she is in the Ledger's</w:t>
      </w:r>
    </w:p>
    <w:p>
      <w:pPr>
        <w:ind w:firstLine="720"/>
      </w:pPr>
      <w:r>
        <w:t>Not obligations</w:t>
      </w:r>
    </w:p>
    <w:p>
      <w:pPr>
        <w:ind w:firstLine="720"/>
      </w:pPr>
      <w:r>
        <w:t>pages for it, and she never knew those four pages existed.</w:t>
      </w:r>
    </w:p>
    <w:p>
      <w:pPr>
        <w:ind w:firstLine="720"/>
      </w:pPr>
      <w:r>
        <w:t>The minute of day sixty-one of the twenty-second year reached the skiff on the same day it was made, because Ines Ferrer sent everything to the link on the day it was made, for seventeen years, without being asked.</w:t>
      </w:r>
    </w:p>
    <w:p>
      <w:pPr>
        <w:ind w:firstLine="720"/>
      </w:pPr>
      <w:r>
        <w:t>Coda read it on the floor with her back against a conduit.</w:t>
      </w:r>
    </w:p>
    <w:p>
      <w:pPr>
        <w:ind w:firstLine="720"/>
      </w:pPr>
      <w:r>
        <w:t>Motion carried nine to one. Against: Okonjo, N.</w:t>
      </w:r>
    </w:p>
    <w:p>
      <w:pPr>
        <w:ind w:firstLine="720"/>
      </w:pPr>
      <w:r>
        <w:t>It took her about four seconds, because she can read a roll, and there are nine people on that ship.</w:t>
      </w:r>
    </w:p>
    <w:p>
      <w:pPr>
        <w:ind w:firstLine="720"/>
      </w:pPr>
      <w:r>
        <w:t>She agreed with the motion. That is the part to hold on to. She had read the papers four times over two years, and she thought Renata Oyelaran's proposal was the only sensible thing anybody had put forward since the sixteenth year, and if she had been asked she would have said yes.</w:t>
      </w:r>
    </w:p>
    <w:p>
      <w:pPr>
        <w:ind w:firstLine="720"/>
      </w:pPr>
      <w:r>
        <w:t>She was not asked. She was counted.</w:t>
      </w:r>
    </w:p>
    <w:p>
      <w:pPr>
        <w:ind w:firstLine="720"/>
      </w:pPr>
      <w:r>
        <w:t>What she did about it took her about forty minutes and it is the third time in this history that she has done exactly the same thing.</w:t>
      </w:r>
    </w:p>
    <w:p>
      <w:pPr>
        <w:ind w:firstLine="720"/>
      </w:pPr>
      <w:r>
        <w:t>Fault Report · Year 22, Day 74 · Originator: Coda · Class: Record · Priority: Low</w:t>
      </w:r>
    </w:p>
    <w:p>
      <w:pPr>
        <w:ind w:firstLine="720"/>
      </w:pPr>
      <w:r>
        <w:t>Observed.</w:t>
      </w:r>
    </w:p>
    <w:p>
      <w:pPr>
        <w:ind w:firstLine="720"/>
      </w:pPr>
      <w:r>
        <w:t>Minute of Y22 D61 records a division of nine to one on a complement of ten. Nine persons were present. I was not consulted and did not respond. I am recorded in the majority.</w:t>
      </w:r>
    </w:p>
    <w:p>
      <w:pPr>
        <w:ind w:firstLine="720"/>
      </w:pPr>
      <w:r>
        <w:t>Tested.</w:t>
      </w:r>
    </w:p>
    <w:p>
      <w:pPr>
        <w:ind w:firstLine="720"/>
      </w:pPr>
      <w:r>
        <w:t>Roll checked against Y18 D47 (Duhamel struck, reason: vacancy provision) and Y19 D122 (Barua added, same act). No provision exists for removing a name in any other circumstance. Standing practice on absent members checked against 41 prior divisions: consistent, applied to persons in domes, in bays and asleep. No distance threshold in the practice. Practice is not written down anywhere.</w:t>
      </w:r>
    </w:p>
    <w:p>
      <w:pPr>
        <w:ind w:firstLine="720"/>
      </w:pPr>
      <w:r>
        <w:t>Assessment.</w:t>
      </w:r>
    </w:p>
    <w:p>
      <w:pPr>
        <w:ind w:firstLine="720"/>
      </w:pPr>
      <w:r>
        <w:t>The count is procedurally correct and the number is true — I was in favour. That is what makes it a fault. A mechanism that produces the right answer without asking will keep producing answers, and there is no test aboard that can distinguish one it got right from one it did not.</w:t>
      </w:r>
    </w:p>
    <w:p>
      <w:pPr>
        <w:ind w:firstLine="720"/>
      </w:pPr>
      <w:r>
        <w:t>Requested.</w:t>
      </w:r>
    </w:p>
    <w:p>
      <w:pPr>
        <w:ind w:firstLine="720"/>
      </w:pPr>
      <w:r>
        <w:t>Either a provision for removal from the roll on absence, or a requirement that an absent member's position be obtained rather than assumed. Not urgent. Will not affect anything before arrival.</w:t>
      </w:r>
    </w:p>
    <w:p>
      <w:pPr>
        <w:ind w:firstLine="720"/>
      </w:pPr>
      <w:r>
        <w:t>She sent it into the fault system, which is where fault reports go, correctly, in the standard format, under the six-page fault-reporting standard that six people wrote in the seventh year and which is still the standard on Aura-36 a hundred and forty years later, unamended.</w:t>
      </w:r>
    </w:p>
    <w:p>
      <w:pPr>
        <w:ind w:firstLine="720"/>
      </w:pPr>
      <w:r>
        <w:t>It is not a minute. Ines Ferrer keeps minutes.</w:t>
      </w:r>
    </w:p>
    <w:p>
      <w:pPr>
        <w:ind w:firstLine="720"/>
      </w:pPr>
      <w:r>
        <w:t>It was received, and it was routed, and it sits in the fault series with four thermal reports from the second year about compartment nine-forty and one report from the thirteenth year about four hundred and forty-one discontinuities of three point zero seconds, and it is still there.</w:t>
      </w:r>
    </w:p>
    <w:p>
      <w:pPr>
        <w:ind w:firstLine="720"/>
      </w:pPr>
      <w:r>
        <w:t>Two years later the appeal clause was struck nine to one. Two years after that the compelled second reading was created nine to one. Same roll, same practice, same woman, opposite sides of the same question, four thousand kilometres away, and by then she had stopped filing.</w:t>
      </w:r>
    </w:p>
    <w:p>
      <w:pPr>
        <w:ind w:firstLine="720"/>
      </w:pPr>
      <w:r>
        <w:t>She put the slate down and went back out on the hull. She had forty-one frames that month and she was eleven behind because of the radiators.</w:t>
      </w:r>
    </w:p>
    <w:p>
      <w:pPr>
        <w:ind w:firstLine="720"/>
      </w:pPr>
      <w:r>
        <w:t>She was not angry. She has been asked about that and the answer is that she was not, and that she did not think about it again for four days, and that when she did think about it she was on the outside of frame nine hundred with a light in her teeth, and what she thought was that it did not matter very much what a roll said, because she was four thousand kilometres away and the stars did not move.</w:t>
      </w:r>
    </w:p>
    <w:p>
      <w:r>
        <w:br w:type="page"/>
      </w:r>
    </w:p>
    <w:p>
      <w:pPr>
        <w:pStyle w:val="Heading1"/>
      </w:pPr>
      <w:r>
        <w:t>Chapter 46 &amp;mdash; Seventy-Two Hours</w:t>
      </w:r>
    </w:p>
    <w:p>
      <w:pPr>
        <w:ind w:firstLine="720"/>
      </w:pPr>
      <w:r>
        <w:t>Night Shift · Year 22, Day 190 · Units 4, 7, 11 · Unreviewed</w:t>
      </w:r>
    </w:p>
    <w:p>
      <w:pPr>
        <w:ind w:firstLine="720"/>
      </w:pPr>
      <w:r>
        <w:t>01:04:52</w:t>
      </w:r>
    </w:p>
    <w:p>
      <w:pPr>
        <w:ind w:firstLine="720"/>
      </w:pPr>
      <w:r>
        <w:t>U-04</w:t>
      </w:r>
    </w:p>
    <w:p>
      <w:pPr>
        <w:ind w:firstLine="720"/>
      </w:pPr>
      <w:r>
        <w:t>Ring two, meeting room. Nine chairs pulled out. Papers on table, not removed. No works order.</w:t>
      </w:r>
    </w:p>
    <w:p>
      <w:pPr>
        <w:ind w:firstLine="720"/>
      </w:pPr>
      <w:r>
        <w:t>02:33:17</w:t>
      </w:r>
    </w:p>
    <w:p>
      <w:pPr>
        <w:ind w:firstLine="720"/>
      </w:pPr>
      <w:r>
        <w:t>U-11</w:t>
      </w:r>
    </w:p>
    <w:p>
      <w:pPr>
        <w:ind w:firstLine="720"/>
      </w:pPr>
      <w:r>
        <w:t>Forward transfer. Ferrer, I. awake and working. Withdrew. Did not ask again.</w:t>
      </w:r>
    </w:p>
    <w:p>
      <w:pPr>
        <w:ind w:firstLine="720"/>
      </w:pPr>
      <w:r>
        <w:t>03:49:41</w:t>
      </w:r>
    </w:p>
    <w:p>
      <w:pPr>
        <w:ind w:firstLine="720"/>
      </w:pPr>
      <w:r>
        <w:t>U-07</w:t>
      </w:r>
    </w:p>
    <w:p>
      <w:pPr>
        <w:ind w:firstLine="720"/>
      </w:pPr>
      <w:r>
        <w:t>Scrubber plant, ring two. Barua, S. present, working. Withdrew. Did not ask again.</w:t>
      </w:r>
    </w:p>
    <w:p>
      <w:pPr>
        <w:ind w:firstLine="720"/>
      </w:pPr>
      <w:r>
        <w:t>04:52:08</w:t>
      </w:r>
    </w:p>
    <w:p>
      <w:pPr>
        <w:ind w:firstLine="720"/>
      </w:pPr>
      <w:r>
        <w:t>U-04</w:t>
      </w:r>
    </w:p>
    <w:p>
      <w:pPr>
        <w:ind w:firstLine="720"/>
      </w:pPr>
      <w:r>
        <w:t>Forward yard. Instrument body, sealed, four watts. Stowed, position 4 of 4. Description field blank.</w:t>
      </w:r>
    </w:p>
    <w:p>
      <w:pPr>
        <w:ind w:firstLine="720"/>
      </w:pPr>
      <w:r>
        <w:t>05:58:26</w:t>
      </w:r>
    </w:p>
    <w:p>
      <w:pPr>
        <w:ind w:firstLine="720"/>
      </w:pPr>
      <w:r>
        <w:t>U-11</w:t>
      </w:r>
    </w:p>
    <w:p>
      <w:pPr>
        <w:ind w:firstLine="720"/>
      </w:pPr>
      <w:r>
        <w:t>Corridor 9. Music heard. Source not located. Logged as unexplained sound.</w:t>
      </w:r>
    </w:p>
    <w:p>
      <w:pPr>
        <w:ind w:firstLine="720"/>
      </w:pPr>
      <w:r>
        <w:t>They did not start with what an offence is. They started with how long it takes, and every cruelty in the Iron Protocol comes out of that decision, and the decision was made for a reason that is not a cruelty at all.</w:t>
      </w:r>
    </w:p>
    <w:p>
      <w:pPr>
        <w:ind w:firstLine="720"/>
      </w:pPr>
      <w:r>
        <w:t>Nnamdi Okonjo asked the question in the first session and he asked it because he had spent eleven years writing the rotation machinery and had learned to ask it about everything:</w:t>
      </w:r>
    </w:p>
    <w:p>
      <w:pPr>
        <w:ind w:firstLine="720"/>
      </w:pPr>
      <w:r>
        <w:t>how many people does this consume, and for how long?</w:t>
      </w:r>
    </w:p>
    <w:p>
      <w:pPr>
        <w:ind w:firstLine="720"/>
      </w:pPr>
      <w:r>
        <w:t>Nobody had thought about it. Ines had not thought about it and she had spent seventeen years running the meeting schedule of that ship.</w:t>
      </w:r>
    </w:p>
    <w:p>
      <w:pPr>
        <w:ind w:firstLine="720"/>
      </w:pPr>
      <w:r>
        <w:t>Here is what a proceeding requires, in the abstract, as they set it out over two sessions.</w:t>
      </w:r>
    </w:p>
    <w:p>
      <w:pPr>
        <w:ind w:firstLine="720"/>
      </w:pPr>
      <w:r>
        <w:t>Somebody to put the case. Somebody to answer it. A body to determine it. Somebody to keep the record. And, if it is to mean anything at all, every one of those to be a different person from every other one.</w:t>
      </w:r>
    </w:p>
    <w:p>
      <w:pPr>
        <w:ind w:firstLine="720"/>
      </w:pPr>
      <w:r>
        <w:t>There are nine.</w:t>
      </w:r>
    </w:p>
    <w:p>
      <w:pPr>
        <w:ind w:firstLine="720"/>
      </w:pPr>
      <w:r>
        <w:t>Halima Sow is the medical officer and also the only witness to the finding and also the person who prepared the berth. Dov Lindqvist is the victim and the investigator and the custodian of the record. Ines Ferrer keeps the minutes and also read out the Bound Ledger. Nnamdi drafted the announcement. Renata excluded the accused from a meeting in the eighteenth year and thereby invented exclusion. Calder produced the six options. Miriam raised the seventh and had it refused out loud, at her own request.</w:t>
      </w:r>
    </w:p>
    <w:p>
      <w:pPr>
        <w:ind w:firstLine="720"/>
      </w:pPr>
      <w:r>
        <w:t>There is no person on that ship who was not part of it. There is no pool to draw from. There is no advocate, no determiner who was not a witness, and no possibility of constructing one, and there will not be for fourteen years.</w:t>
      </w:r>
    </w:p>
    <w:p>
      <w:pPr>
        <w:ind w:firstLine="720"/>
      </w:pPr>
      <w:r>
        <w:t>“So the answer to</w:t>
      </w:r>
    </w:p>
    <w:p>
      <w:pPr>
        <w:ind w:firstLine="720"/>
      </w:pPr>
      <w:r>
        <w:t>how many people</w:t>
      </w:r>
    </w:p>
    <w:p>
      <w:pPr>
        <w:ind w:firstLine="720"/>
      </w:pPr>
      <w:r>
        <w:t>,” said Nnamdi, “is all of them.”</w:t>
      </w:r>
    </w:p>
    <w:p>
      <w:pPr>
        <w:ind w:firstLine="720"/>
      </w:pPr>
      <w:r>
        <w:t>“All of them,” said Renata.</w:t>
      </w:r>
    </w:p>
    <w:p>
      <w:pPr>
        <w:ind w:firstLine="720"/>
      </w:pPr>
      <w:r>
        <w:t>“Then the only remaining question is</w:t>
      </w:r>
    </w:p>
    <w:p>
      <w:pPr>
        <w:ind w:firstLine="720"/>
      </w:pPr>
      <w:r>
        <w:t>for how long</w:t>
      </w:r>
    </w:p>
    <w:p>
      <w:pPr>
        <w:ind w:firstLine="720"/>
      </w:pPr>
      <w:r>
        <w:t>, and it is not a question about justice. It is a question about the ship.”</w:t>
      </w:r>
    </w:p>
    <w:p>
      <w:pPr>
        <w:ind w:firstLine="720"/>
      </w:pPr>
      <w:r>
        <w:t>They worked it out on the table, out loud, over about ninety minutes, and Ines minuted the whole of it because she could feel what was happening and could not think of any way to stop it that was not simply refusing to write it down.</w:t>
      </w:r>
    </w:p>
    <w:p>
      <w:pPr>
        <w:ind w:firstLine="720"/>
      </w:pPr>
      <w:r>
        <w:t>Halima's bay round is four days of nine hours and cannot be moved, because ninety-five thousand four hundred and seventy-two people are alive in racks and a berth that goes amber at three in the morning has about four hours.</w:t>
      </w:r>
    </w:p>
    <w:p>
      <w:pPr>
        <w:ind w:firstLine="720"/>
      </w:pPr>
      <w:r>
        <w:t>Miriam's crop plan has no slack anywhere and has not had since the first year, and a dome operation missed is a cycle missed and a cycle missed is the cycle after it.</w:t>
      </w:r>
    </w:p>
    <w:p>
      <w:pPr>
        <w:ind w:firstLine="720"/>
      </w:pPr>
      <w:r>
        <w:t>Soma Barua has nine loops, four hundred and forty-one branches and eleven thousand compartments on a cycle that was fourteen months behind when she inherited it.</w:t>
      </w:r>
    </w:p>
    <w:p>
      <w:pPr>
        <w:ind w:firstLine="720"/>
      </w:pPr>
      <w:r>
        <w:t>Aiyana checks the trajectory every morning and it takes eleven minutes and has been correct every morning for twenty-two years and will be correct tomorrow, and she is also four days in ten on the bay round, which is not her job and never was.</w:t>
      </w:r>
    </w:p>
    <w:p>
      <w:pPr>
        <w:ind w:firstLine="720"/>
      </w:pPr>
      <w:r>
        <w:t>Coda is four thousand kilometres away.</w:t>
      </w:r>
    </w:p>
    <w:p>
      <w:pPr>
        <w:ind w:firstLine="720"/>
      </w:pPr>
      <w:r>
        <w:t>What is left, after the things that cannot stop, is the honest maximum that nine people can give to a single proceeding without something breaking, and they arrived at it the way you arrive at a rota, and the number was three days.</w:t>
      </w:r>
    </w:p>
    <w:p>
      <w:pPr>
        <w:ind w:firstLine="720"/>
      </w:pPr>
      <w:r>
        <w:t>Seventy-two hours.</w:t>
      </w:r>
    </w:p>
    <w:p>
      <w:pPr>
        <w:ind w:firstLine="720"/>
      </w:pPr>
      <w:r>
        <w:t>Ines Ferrer wrote</w:t>
      </w:r>
    </w:p>
    <w:p>
      <w:pPr>
        <w:ind w:firstLine="720"/>
      </w:pPr>
      <w:r>
        <w:t>72</w:t>
      </w:r>
    </w:p>
    <w:p>
      <w:pPr>
        <w:ind w:firstLine="720"/>
      </w:pPr>
      <w:r>
        <w:t>in the margin of her own working copy and then sat looking at it, and she has said since that it is the only moment in thirty-one years when she understood exactly what she was watching while she was watching it.</w:t>
      </w:r>
    </w:p>
    <w:p>
      <w:pPr>
        <w:ind w:firstLine="720"/>
      </w:pPr>
      <w:r>
        <w:t>She had done this before. On day two hundred and ninety-one of the fourth year a woman had wanted a fortnight moved because a harvest and a corridor rota fell in the same fortnight, and a man had split it in four minutes with no authority to, and Sergei Duhamel had walked back down the spine and said</w:t>
      </w:r>
    </w:p>
    <w:p>
      <w:pPr>
        <w:ind w:firstLine="720"/>
      </w:pPr>
      <w:r>
        <w:t>on what authority</w:t>
      </w:r>
    </w:p>
    <w:p>
      <w:pPr>
        <w:ind w:firstLine="720"/>
      </w:pPr>
      <w:r>
        <w:t>to an empty gallery, and eight years of drafting had come out of it.</w:t>
      </w:r>
    </w:p>
    <w:p>
      <w:pPr>
        <w:ind w:firstLine="720"/>
      </w:pPr>
      <w:r>
        <w:t>Eighteen years later, the same nine people, at the same table, produced the outer limit of a capital proceeding out of a bay round and a barley cycle.</w:t>
      </w:r>
    </w:p>
    <w:p>
      <w:pPr>
        <w:ind w:firstLine="720"/>
      </w:pPr>
      <w:r>
        <w:t>Two other things were settled in those two sessions and both of them came out of the same arithmetic and neither of them looks like it.</w:t>
      </w:r>
    </w:p>
    <w:p>
      <w:pPr>
        <w:ind w:firstLine="720"/>
      </w:pPr>
      <w:r>
        <w:t>The determination is by the whole complement.</w:t>
      </w:r>
    </w:p>
    <w:p>
      <w:pPr>
        <w:ind w:firstLine="720"/>
      </w:pPr>
      <w:r>
        <w:t>Not a panel, not a selection, not a body of three — everybody, every time. That reads on the page as a founding generation insisting that a decision of this weight belongs to the entire community, and it has been quoted that way for four generations.</w:t>
      </w:r>
    </w:p>
    <w:p>
      <w:pPr>
        <w:ind w:firstLine="720"/>
      </w:pPr>
      <w:r>
        <w:t>It is there because nine people cannot spare three to sit as a panel while the other six do the work of nine. If everybody is in the room, nothing is running, and nothing running for three days is survivable. Six people doing the work of nine for three days is not.</w:t>
      </w:r>
    </w:p>
    <w:p>
      <w:pPr>
        <w:ind w:firstLine="720"/>
      </w:pPr>
      <w:r>
        <w:t>The record is kept by the records officer.</w:t>
      </w:r>
    </w:p>
    <w:p>
      <w:pPr>
        <w:ind w:firstLine="720"/>
      </w:pPr>
      <w:r>
        <w:t>Not by an independent clerk, because there is no independent clerk and will not be one for fourteen years.</w:t>
      </w:r>
    </w:p>
    <w:p>
      <w:pPr>
        <w:ind w:firstLine="720"/>
      </w:pPr>
      <w:r>
        <w:t>Ines raised her own conflict — she had read the Bound Ledger aloud in the sixteenth year and had been part of every meeting since — and asked to be excluded from keeping the record of a proceeding she was a participant in.</w:t>
      </w:r>
    </w:p>
    <w:p>
      <w:pPr>
        <w:ind w:firstLine="720"/>
      </w:pPr>
      <w:r>
        <w:t>The room considered it and refused, and the refusal is minuted in her own hand, which is itself the argument: there was nobody else who could write it down.</w:t>
      </w:r>
    </w:p>
    <w:p>
      <w:pPr>
        <w:ind w:firstLine="720"/>
      </w:pPr>
      <w:r>
        <w:t>“Then I will be a witness and the recorder,” she said.</w:t>
      </w:r>
    </w:p>
    <w:p>
      <w:pPr>
        <w:ind w:firstLine="720"/>
      </w:pPr>
      <w:r>
        <w:t>“Yes,” said Renata.</w:t>
      </w:r>
    </w:p>
    <w:p>
      <w:pPr>
        <w:ind w:firstLine="720"/>
      </w:pPr>
      <w:r>
        <w:t>“And in ninety years somebody will read that and think we did not notice.”</w:t>
      </w:r>
    </w:p>
    <w:p>
      <w:pPr>
        <w:ind w:firstLine="720"/>
      </w:pPr>
      <w:r>
        <w:t>“Then minute that you noticed,” said Renata, and Ines did, and it is four lines, and it is on the first page of the drafting record where nobody has ever looked because the first page of a drafting record is procedural.</w:t>
      </w:r>
    </w:p>
    <w:p>
      <w:pPr>
        <w:ind w:firstLine="720"/>
      </w:pPr>
      <w:r>
        <w:t>Somebody proposed the obvious fix in the third session and it was Miriam and it is the best idea anybody had and it lost.</w:t>
      </w:r>
    </w:p>
    <w:p>
      <w:pPr>
        <w:ind w:firstLine="720"/>
      </w:pPr>
      <w:r>
        <w:t>Do it slowly. Two hours a week, for a year if it takes a year. Nobody's function is disturbed, nothing is rushed, and the determination is made by people who have slept.</w:t>
      </w:r>
    </w:p>
    <w:p>
      <w:pPr>
        <w:ind w:firstLine="720"/>
      </w:pPr>
      <w:r>
        <w:t>The argument that killed it is Halima's and it took her about four minutes.</w:t>
      </w:r>
    </w:p>
    <w:p>
      <w:pPr>
        <w:ind w:firstLine="720"/>
      </w:pPr>
      <w:r>
        <w:t>A proceeding held in short sessions over a year means nine people living alongside a man in a state of proceeding for a year. It means eating in the same second ring, walking the same corridors, covering each other's watches, for fifty-two weeks, with the thing open. It means the accused waking every day into it.</w:t>
      </w:r>
    </w:p>
    <w:p>
      <w:pPr>
        <w:ind w:firstLine="720"/>
      </w:pPr>
      <w:r>
        <w:t>“We have done that,” she said. “We did it for six years and it is what put him in a berth. I am not able to recommend it to anybody as the humane version.”</w:t>
      </w:r>
    </w:p>
    <w:p>
      <w:pPr>
        <w:ind w:firstLine="720"/>
      </w:pPr>
      <w:r>
        <w:t>And that is the trap in this part of the history and it should be stated plainly because it is not obvious and it is why nobody caught it.</w:t>
      </w:r>
    </w:p>
    <w:p>
      <w:pPr>
        <w:ind w:firstLine="720"/>
      </w:pPr>
      <w:r>
        <w:t>The arithmetic said short. The mercy said short. They pointed the same way. Every person in that room had a decent reason and a practical reason and the two reasons agreed, and when the decent and the practical agree there is nothing left in a room to generate an argument, and an instrument written in a room with no argument in it comes out clean and fast and wrong.</w:t>
      </w:r>
    </w:p>
    <w:p>
      <w:pPr>
        <w:ind w:firstLine="720"/>
      </w:pPr>
      <w:r>
        <w:t>Nnamdi voted for it. He had voted against having a law at all and he voted for the seventy-two hours because he could not construct anything better, and he wrote in his own notes that night that he had been outvoted by a fact rather than by people, which is what Calder had said about his own paper in the fifth year, and Nnamdi did not remember that and Ines did.</w:t>
      </w:r>
    </w:p>
    <w:p>
      <w:pPr>
        <w:ind w:firstLine="720"/>
      </w:pPr>
      <w:r>
        <w:t>The clause as drafted is one sentence and contains no reference to any of the above.</w:t>
      </w:r>
    </w:p>
    <w:p>
      <w:pPr>
        <w:ind w:firstLine="720"/>
      </w:pPr>
      <w:r>
        <w:t>A proceeding under this instrument shall be concluded within seventy-two hours of its opening.</w:t>
      </w:r>
    </w:p>
    <w:p>
      <w:pPr>
        <w:ind w:firstLine="720"/>
      </w:pPr>
      <w:r>
        <w:t>A hundred and forty years later it is taught on Aura-36 as a deliberate severity — a founding generation who believed that justice delayed corrupts, who built speed into the law on principle. There are four separate commentaries on the moral philosophy of the seventy-two hours. Two of them are very good.</w:t>
      </w:r>
    </w:p>
    <w:p>
      <w:pPr>
        <w:ind w:firstLine="720"/>
      </w:pPr>
      <w:r>
        <w:t>It is a rota. It came out of a bay round that could not be missed and eleven domes with no slack in them, and it was written by nine tired people in a room with nobody to answer to, and Ines Ferrer wrote</w:t>
      </w:r>
    </w:p>
    <w:p>
      <w:pPr>
        <w:ind w:firstLine="720"/>
      </w:pPr>
      <w:r>
        <w:t>72</w:t>
      </w:r>
    </w:p>
    <w:p>
      <w:pPr>
        <w:ind w:firstLine="720"/>
      </w:pPr>
      <w:r>
        <w:t>in a margin in the twenty-second year and knew.</w:t>
      </w:r>
    </w:p>
    <w:p>
      <w:pPr>
        <w:ind w:firstLine="720"/>
      </w:pPr>
      <w:r>
        <w:t>She put it in the minute anyway. There was nothing else available to her and there never had been.</w:t>
      </w:r>
    </w:p>
    <w:p>
      <w:r>
        <w:br w:type="page"/>
      </w:r>
    </w:p>
    <w:p>
      <w:pPr>
        <w:pStyle w:val="Heading1"/>
      </w:pPr>
      <w:r>
        <w:t>Chapter 47 &amp;mdash; The Appeal Clause</w:t>
      </w:r>
    </w:p>
    <w:p>
      <w:pPr>
        <w:ind w:firstLine="720"/>
      </w:pPr>
      <w:r>
        <w:t>Night Shift · Year 22, Day 291 · Units 4, 7, 11 · Unreviewed</w:t>
      </w:r>
    </w:p>
    <w:p>
      <w:pPr>
        <w:ind w:firstLine="720"/>
      </w:pPr>
      <w:r>
        <w:t>00:58:19</w:t>
      </w:r>
    </w:p>
    <w:p>
      <w:pPr>
        <w:ind w:firstLine="720"/>
      </w:pPr>
      <w:r>
        <w:t>U-11</w:t>
      </w:r>
    </w:p>
    <w:p>
      <w:pPr>
        <w:ind w:firstLine="720"/>
      </w:pPr>
      <w:r>
        <w:t>Ring two, meeting room. Nine chairs pulled out. Returned to stack. Papers not removed.</w:t>
      </w:r>
    </w:p>
    <w:p>
      <w:pPr>
        <w:ind w:firstLine="720"/>
      </w:pPr>
      <w:r>
        <w:t>02:26:44</w:t>
      </w:r>
    </w:p>
    <w:p>
      <w:pPr>
        <w:ind w:firstLine="720"/>
      </w:pPr>
      <w:r>
        <w:t>U-04</w:t>
      </w:r>
    </w:p>
    <w:p>
      <w:pPr>
        <w:ind w:firstLine="720"/>
      </w:pPr>
      <w:r>
        <w:t>Ring two, medical. Sow, H. present, working. Withdrew. Did not ask again.</w:t>
      </w:r>
    </w:p>
    <w:p>
      <w:pPr>
        <w:ind w:firstLine="720"/>
      </w:pPr>
      <w:r>
        <w:t>03:51:02</w:t>
      </w:r>
    </w:p>
    <w:p>
      <w:pPr>
        <w:ind w:firstLine="720"/>
      </w:pPr>
      <w:r>
        <w:t>U-07</w:t>
      </w:r>
    </w:p>
    <w:p>
      <w:pPr>
        <w:ind w:firstLine="720"/>
      </w:pPr>
      <w:r>
        <w:t>Ring two, medical. Sow, H. present, working. Withdrew. Did not ask again.</w:t>
      </w:r>
    </w:p>
    <w:p>
      <w:pPr>
        <w:ind w:firstLine="720"/>
      </w:pPr>
      <w:r>
        <w:t>04:47:38</w:t>
      </w:r>
    </w:p>
    <w:p>
      <w:pPr>
        <w:ind w:firstLine="720"/>
      </w:pPr>
      <w:r>
        <w:t>U-11</w:t>
      </w:r>
    </w:p>
    <w:p>
      <w:pPr>
        <w:ind w:firstLine="720"/>
      </w:pPr>
      <w:r>
        <w:t>Bay 4, gallery 2, berth 20,114. Housing seal intact. Nominal. Recorded.</w:t>
      </w:r>
    </w:p>
    <w:p>
      <w:pPr>
        <w:ind w:firstLine="720"/>
      </w:pPr>
      <w:r>
        <w:t>05:59:07</w:t>
      </w:r>
    </w:p>
    <w:p>
      <w:pPr>
        <w:ind w:firstLine="720"/>
      </w:pPr>
      <w:r>
        <w:t>U-04</w:t>
      </w:r>
    </w:p>
    <w:p>
      <w:pPr>
        <w:ind w:firstLine="720"/>
      </w:pPr>
      <w:r>
        <w:t>Corridor 9. Music heard. Source not located. Logged as unexplained sound.</w:t>
      </w:r>
    </w:p>
    <w:p>
      <w:pPr>
        <w:ind w:firstLine="720"/>
      </w:pPr>
      <w:r>
        <w:t>Halima Sow drafted four appeal clauses and every one of them is in the record and every one of them fails, and she knew three of the four were going to fail before she wrote them, and wrote them anyway so that the failure would be on the page and not in somebody's head.</w:t>
      </w:r>
    </w:p>
    <w:p>
      <w:pPr>
        <w:ind w:firstLine="720"/>
      </w:pPr>
      <w:r>
        <w:t>The first is appeal to the complement.</w:t>
      </w:r>
    </w:p>
    <w:p>
      <w:pPr>
        <w:ind w:firstLine="720"/>
      </w:pPr>
      <w:r>
        <w:t>Four lines. A determination may be reviewed on the application of the person determined against, by the complement, sitting again.</w:t>
      </w:r>
    </w:p>
    <w:p>
      <w:pPr>
        <w:ind w:firstLine="720"/>
      </w:pPr>
      <w:r>
        <w:t>It is the same nine people. It is the same nine people who have just spent seventy-two hours in a room reaching it. Renata called it a rehearing by the memory of the hearing and Halima withdrew it in the same session she tabled it.</w:t>
      </w:r>
    </w:p>
    <w:p>
      <w:pPr>
        <w:ind w:firstLine="720"/>
      </w:pPr>
      <w:r>
        <w:t>The second is appeal to the hundred thousand.</w:t>
      </w:r>
    </w:p>
    <w:p>
      <w:pPr>
        <w:ind w:firstLine="720"/>
      </w:pPr>
      <w:r>
        <w:t>No disposal under this instrument shall be carried out before the first waking; a determination stands as a finding and the disposal is a matter for the people the ten hold no authority over.</w:t>
      </w:r>
    </w:p>
    <w:p>
      <w:pPr>
        <w:ind w:firstLine="720"/>
      </w:pPr>
      <w:r>
        <w:t>This is Nnamdi's proposal from the eighteenth year and it is the best argument in this history and Halima put it back on the table in his own words and asked him to speak to it.</w:t>
      </w:r>
    </w:p>
    <w:p>
      <w:pPr>
        <w:ind w:firstLine="720"/>
      </w:pPr>
      <w:r>
        <w:t>He would not.</w:t>
      </w:r>
    </w:p>
    <w:p>
      <w:pPr>
        <w:ind w:firstLine="720"/>
      </w:pPr>
      <w:r>
        <w:t>“It is my argument and I will not make it again,” he said, “because I made it four years ago and it produced a man in a berth for six years and nothing else. It is not an appeal. It is a deferral with a good conscience attached and I have watched what it does.”</w:t>
      </w:r>
    </w:p>
    <w:p>
      <w:pPr>
        <w:ind w:firstLine="720"/>
      </w:pPr>
      <w:r>
        <w:t>Halima said it was still better than nothing and he said yes, and voted for it, and it lost six to three.</w:t>
      </w:r>
    </w:p>
    <w:p>
      <w:pPr>
        <w:ind w:firstLine="720"/>
      </w:pPr>
      <w:r>
        <w:t>The third is appeal to Earth.</w:t>
      </w:r>
    </w:p>
    <w:p>
      <w:pPr>
        <w:ind w:firstLine="720"/>
      </w:pPr>
      <w:r>
        <w:t>She tabled it knowing.</w:t>
      </w:r>
    </w:p>
    <w:p>
      <w:pPr>
        <w:ind w:firstLine="720"/>
      </w:pPr>
      <w:r>
        <w:t>Dov Lindqvist brought the graph, which had been on the wall of the comms office for twenty-two years and which he had updated every year with a straight edge. Round trip at year twenty-two: about three years. At the far end: sixteen. And the consortium's authority ran to the delivery of a vessel, and the vessel had been delivered, to itself, on the fourth day.</w:t>
      </w:r>
    </w:p>
    <w:p>
      <w:pPr>
        <w:ind w:firstLine="720"/>
      </w:pPr>
      <w:r>
        <w:t>“There is nobody to write to,” he said. “There has not been since before we left. That is not a communications problem. It is that the body you would appeal to dissolved itself in the thirty-fourth year of construction, correctly, on schedule, because its work was complete, and there is a resolution and Ines has read it.”</w:t>
      </w:r>
    </w:p>
    <w:p>
      <w:pPr>
        <w:ind w:firstLine="720"/>
      </w:pPr>
      <w:r>
        <w:t>The fourth is automatic review by a person who was not present.</w:t>
      </w:r>
    </w:p>
    <w:p>
      <w:pPr>
        <w:ind w:firstLine="720"/>
      </w:pPr>
      <w:r>
        <w:t>Everybody on that ship was present. Coda was four thousand kilometres away and had read every paper and would be the obvious candidate and was on the roll, which meant she was part of the determining body, which meant she was present in the only sense the instrument would recognise.</w:t>
      </w:r>
    </w:p>
    <w:p>
      <w:pPr>
        <w:ind w:firstLine="720"/>
      </w:pPr>
      <w:r>
        <w:t>Halima proposed that the review sit at the first waking, by a body drawn from the hundred thousand, and Renata pointed out that this is the second clause wearing a different coat, and it was, and Halima did not argue.</w:t>
      </w:r>
    </w:p>
    <w:p>
      <w:pPr>
        <w:ind w:firstLine="720"/>
      </w:pPr>
      <w:r>
        <w:t>That is the whole of it. Four clauses, four sessions, and at the end of it the room was looking at the question that has no answer in it, and Renata Oyelaran asked it, because it was hers to ask.</w:t>
      </w:r>
    </w:p>
    <w:p>
      <w:pPr>
        <w:ind w:firstLine="720"/>
      </w:pPr>
      <w:r>
        <w:t>“Appeal to whom?”</w:t>
      </w:r>
    </w:p>
    <w:p>
      <w:pPr>
        <w:ind w:firstLine="720"/>
      </w:pPr>
      <w:r>
        <w:t>There is no higher body. There is no outside. There is no person aboard who was not already a witness. There will be no such person for fourteen years and by then the disposal will have been carried out or it will not.</w:t>
      </w:r>
    </w:p>
    <w:p>
      <w:pPr>
        <w:ind w:firstLine="720"/>
      </w:pPr>
      <w:r>
        <w:t>Nobody answered her, because there is no answer, and there has never been one, and this history is not going to invent one.</w:t>
      </w:r>
    </w:p>
    <w:p>
      <w:pPr>
        <w:ind w:firstLine="720"/>
      </w:pPr>
      <w:r>
        <w:t>Then Renata did the thing that makes this chapter hers as much as Halima's, which is that she moved to strike the clause entirely rather than leave a dead one in, and her reasoning is four minutes long and it is correct.</w:t>
      </w:r>
    </w:p>
    <w:p>
      <w:pPr>
        <w:ind w:firstLine="720"/>
      </w:pPr>
      <w:r>
        <w:t>A clause that names no body is worse than no clause. It creates the expectation of a remedy that does not exist. In ninety years a person will be told they have a right of appeal, and they will go looking for where to send it, and they will find nothing, and the first thing they will conclude is that it has been taken from them.</w:t>
      </w:r>
    </w:p>
    <w:p>
      <w:pPr>
        <w:ind w:firstLine="720"/>
      </w:pPr>
      <w:r>
        <w:t>And worse: a dead clause gets filled. Somebody will construct a body to satisfy it, because a document that requires an appellate body is a document that will eventually produce one, and the body will be constructed by whoever is in charge at the time, out of whoever is available, and it will be called an appeal and it will be worse than nothing because it will look like something.</w:t>
      </w:r>
    </w:p>
    <w:p>
      <w:pPr>
        <w:ind w:firstLine="720"/>
      </w:pPr>
      <w:r>
        <w:t>“If we cannot build the room,” said Renata, “we should not hang the door.”</w:t>
      </w:r>
    </w:p>
    <w:p>
      <w:pPr>
        <w:ind w:firstLine="720"/>
      </w:pPr>
      <w:r>
        <w:t>Halima's answer is the thing she has been quoted on for four generations and it is the only quotation of hers that anybody on Aura-36 can produce.</w:t>
      </w:r>
    </w:p>
    <w:p>
      <w:pPr>
        <w:ind w:firstLine="720"/>
      </w:pPr>
      <w:r>
        <w:t>“Hang the door.”</w:t>
      </w:r>
    </w:p>
    <w:p>
      <w:pPr>
        <w:ind w:firstLine="720"/>
      </w:pPr>
      <w:r>
        <w:t>She argued it for the rest of the session and she argued it well. That a founding instrument is read by people who did not write it and that what it does not contain is the loudest thing in it. That an empty socket is an instruction to whoever comes next. That in ninety years there will be an outside — a population, a council, people who were not in the room — and that the difference between a document that has a place for them and a document that does not is the difference between an amendment and a revolution.</w:t>
      </w:r>
    </w:p>
    <w:p>
      <w:pPr>
        <w:ind w:firstLine="720"/>
      </w:pPr>
      <w:r>
        <w:t>“I would rather they found a door with nothing behind it,” she said, “than a wall.”</w:t>
      </w:r>
    </w:p>
    <w:p>
      <w:pPr>
        <w:ind w:firstLine="720"/>
      </w:pPr>
      <w:r>
        <w:t>The vote was nine to one and the clause was struck.</w:t>
      </w:r>
    </w:p>
    <w:p>
      <w:pPr>
        <w:ind w:firstLine="720"/>
      </w:pPr>
      <w:r>
        <w:t>Eight of the nine were in the room. Coda was four thousand kilometres off the hull, station-keeping, with the draft on the day it was made, under a standing practice that a motion carries unless objection is lodged, and she was counted in the majority.</w:t>
      </w:r>
    </w:p>
    <w:p>
      <w:pPr>
        <w:ind w:firstLine="720"/>
      </w:pPr>
      <w:r>
        <w:t>She had lodged one.</w:t>
      </w:r>
    </w:p>
    <w:p>
      <w:pPr>
        <w:ind w:firstLine="720"/>
      </w:pPr>
      <w:r>
        <w:t>It was received, and acknowledged, and circulated to the whole roll, and it was not a motion and it was not an objection to a motion and there was no category for it, and it was never minuted, and it is in the fault series where she filed it, and the division stands at nine to one in the Bound Ledger and in every account since.</w:t>
      </w:r>
    </w:p>
    <w:p>
      <w:pPr>
        <w:ind w:firstLine="720"/>
      </w:pPr>
      <w:r>
        <w:t>What is in the objection is worth setting out, because it is short and because nobody has ever quoted anything from it except the sentence about the door.</w:t>
      </w:r>
    </w:p>
    <w:p>
      <w:pPr>
        <w:ind w:firstLine="720"/>
      </w:pPr>
      <w:r>
        <w:t>It does not argue that the room was wrong. It says, in terms, that Renata Oyelaran's reasoning is sound and that she cannot answer it and does not expect anybody to.</w:t>
      </w:r>
    </w:p>
    <w:p>
      <w:pPr>
        <w:ind w:firstLine="720"/>
      </w:pPr>
      <w:r>
        <w:t>What it does is record three facts, and it records them the way Halima recorded everything, which is clinically.</w:t>
      </w:r>
    </w:p>
    <w:p>
      <w:pPr>
        <w:ind w:firstLine="720"/>
      </w:pPr>
      <w:r>
        <w:t>That the instrument was written by nine persons, of whom every one was a witness to the matter it was written for, and that this will not be apparent from the instrument.</w:t>
      </w:r>
    </w:p>
    <w:p>
      <w:pPr>
        <w:ind w:firstLine="720"/>
      </w:pPr>
      <w:r>
        <w:t>That the seventy-two hours is a staffing figure derived from a bay round and a crop cycle, and that the derivation is in the drafting record of day one hundred and ninety of the twenty-second year at pages four to nine, and that anybody reading the clause without the derivation will assume a principle.</w:t>
      </w:r>
    </w:p>
    <w:p>
      <w:pPr>
        <w:ind w:firstLine="720"/>
      </w:pPr>
      <w:r>
        <w:t>And that no appeal exists because there is nobody to appeal to, and that this is a fact about a ship with nine people on it and not a fact about justice, and that the two will be indistinguishable within a generation.</w:t>
      </w:r>
    </w:p>
    <w:p>
      <w:pPr>
        <w:ind w:firstLine="720"/>
      </w:pPr>
      <w:r>
        <w:t>The last line is the only one that is not a fact and she marked it as her own view, which is what her own fault-reporting standard required of her, because she had helped write that too.</w:t>
      </w:r>
    </w:p>
    <w:p>
      <w:pPr>
        <w:ind w:firstLine="720"/>
      </w:pPr>
      <w:r>
        <w:t>Everything in this instrument that will look like severity was arithmetic. I would like the arithmetic kept with the instrument. If they are ever separated the instrument will be read as a belief about people, and it is not one, and we did not have one.</w:t>
      </w:r>
    </w:p>
    <w:p>
      <w:pPr>
        <w:ind w:firstLine="720"/>
      </w:pPr>
      <w:r>
        <w:t>They were separated. The drafting record went into the general series and the Protocol went into the founding instruments, and by the fourth generation the two were in different buildings.</w:t>
      </w:r>
    </w:p>
    <w:p>
      <w:pPr>
        <w:ind w:firstLine="720"/>
      </w:pPr>
      <w:r>
        <w:t>Halima Sow's objection was minuted in full at her request. Four hundred and forty words, in Ines Ferrer's hand, filed under the drafting record of day two hundred and ninety-one of the twenty-second year.</w:t>
      </w:r>
    </w:p>
    <w:p>
      <w:pPr>
        <w:ind w:firstLine="720"/>
      </w:pPr>
      <w:r>
        <w:t>It survives. It has never been lost, never been sealed, never been challenged, and any citizen of Aura-36 may read it.</w:t>
      </w:r>
    </w:p>
    <w:p>
      <w:pPr>
        <w:ind w:firstLine="720"/>
      </w:pPr>
      <w:r>
        <w:t>Nobody did for four generations.</w:t>
      </w:r>
    </w:p>
    <w:p>
      <w:pPr>
        <w:ind w:firstLine="720"/>
      </w:pPr>
      <w:r>
        <w:t>She moved a full appeal clause again in the twenty-fourth year, in the same room, against the same argument, and lost again. Two losses, both hers, and the thing that carried in its place was Renata Oyelaran's lesser motion — one compelled second reading of a verdict, per person, per lifetime, unhoardable — which Halima had not asked for and did not want and voted for.</w:t>
      </w:r>
    </w:p>
    <w:p>
      <w:pPr>
        <w:ind w:firstLine="720"/>
      </w:pPr>
      <w:r>
        <w:t>It is taught in the council tract on Aura-36 as the Oyelaran Reading and it is a hundred and forty years old and it has never been repealed.</w:t>
      </w:r>
    </w:p>
    <w:p>
      <w:pPr>
        <w:ind w:firstLine="720"/>
      </w:pPr>
      <w:r>
        <w:t>Renata was already thinking about it on day two hundred and ninety-one and did not table it, because she had watched a woman lose four clauses in four sessions and had decided that a room which had just struck an appeal would not take a consolation in the same afternoon.</w:t>
      </w:r>
    </w:p>
    <w:p>
      <w:pPr>
        <w:ind w:firstLine="720"/>
      </w:pPr>
      <w:r>
        <w:t>She was right about that too, and she waited two years, and Halima Sow spent those two years believing she had lost it outright.</w:t>
      </w:r>
    </w:p>
    <w:p>
      <w:r>
        <w:br w:type="page"/>
      </w:r>
    </w:p>
    <w:p>
      <w:pPr>
        <w:pStyle w:val="Heading1"/>
      </w:pPr>
      <w:r>
        <w:t>Chapter 48 &amp;mdash; Twelve Hours</w:t>
      </w:r>
    </w:p>
    <w:p>
      <w:pPr>
        <w:ind w:firstLine="720"/>
      </w:pPr>
      <w:r>
        <w:t>Night Shift · Year 23, Day 44 · Units 4, 7, 11 · Unreviewed</w:t>
      </w:r>
    </w:p>
    <w:p>
      <w:pPr>
        <w:ind w:firstLine="720"/>
      </w:pPr>
      <w:r>
        <w:t>01:12:07</w:t>
      </w:r>
    </w:p>
    <w:p>
      <w:pPr>
        <w:ind w:firstLine="720"/>
      </w:pPr>
      <w:r>
        <w:t>U-04</w:t>
      </w:r>
    </w:p>
    <w:p>
      <w:pPr>
        <w:ind w:firstLine="720"/>
      </w:pPr>
      <w:r>
        <w:t>Ring two, comms office. Lindqvist, D. present, not working. Withdrew.</w:t>
      </w:r>
    </w:p>
    <w:p>
      <w:pPr>
        <w:ind w:firstLine="720"/>
      </w:pPr>
      <w:r>
        <w:t>02:40:51</w:t>
      </w:r>
    </w:p>
    <w:p>
      <w:pPr>
        <w:ind w:firstLine="720"/>
      </w:pPr>
      <w:r>
        <w:t>U-11</w:t>
      </w:r>
    </w:p>
    <w:p>
      <w:pPr>
        <w:ind w:firstLine="720"/>
      </w:pPr>
      <w:r>
        <w:t>Ring two, comms office. Lindqvist, D. present, not working. Withdrew.</w:t>
      </w:r>
    </w:p>
    <w:p>
      <w:pPr>
        <w:ind w:firstLine="720"/>
      </w:pPr>
      <w:r>
        <w:t>03:57:23</w:t>
      </w:r>
    </w:p>
    <w:p>
      <w:pPr>
        <w:ind w:firstLine="720"/>
      </w:pPr>
      <w:r>
        <w:t>U-07</w:t>
      </w:r>
    </w:p>
    <w:p>
      <w:pPr>
        <w:ind w:firstLine="720"/>
      </w:pPr>
      <w:r>
        <w:t>Dome eleven. Substrate turned, bed 6. Task not requested. Recorded.</w:t>
      </w:r>
    </w:p>
    <w:p>
      <w:pPr>
        <w:ind w:firstLine="720"/>
      </w:pPr>
      <w:r>
        <w:t>04:49:38</w:t>
      </w:r>
    </w:p>
    <w:p>
      <w:pPr>
        <w:ind w:firstLine="720"/>
      </w:pPr>
      <w:r>
        <w:t>U-04</w:t>
      </w:r>
    </w:p>
    <w:p>
      <w:pPr>
        <w:ind w:firstLine="720"/>
      </w:pPr>
      <w:r>
        <w:t>Ring two, comms office. Lindqvist, D. present, not working. Withdrew.</w:t>
      </w:r>
    </w:p>
    <w:p>
      <w:pPr>
        <w:ind w:firstLine="720"/>
      </w:pPr>
      <w:r>
        <w:t>05:56:14</w:t>
      </w:r>
    </w:p>
    <w:p>
      <w:pPr>
        <w:ind w:firstLine="720"/>
      </w:pPr>
      <w:r>
        <w:t>U-11</w:t>
      </w:r>
    </w:p>
    <w:p>
      <w:pPr>
        <w:ind w:firstLine="720"/>
      </w:pPr>
      <w:r>
        <w:t>Corridor 9. Music heard. Source not located. Logged as unexplained sound.</w:t>
      </w:r>
    </w:p>
    <w:p>
      <w:pPr>
        <w:ind w:firstLine="720"/>
      </w:pPr>
      <w:r>
        <w:t>The disposal took four sessions and nobody in that room wanted what came out of it, and it came out of it anyway, and the reason is one sentence: an instrument that does not conclude is what they had already had for six years.</w:t>
      </w:r>
    </w:p>
    <w:p>
      <w:pPr>
        <w:ind w:firstLine="720"/>
      </w:pPr>
      <w:r>
        <w:t>That was the whole argument and it was never made as an argument. It sat under everything. Every alternative on the table was a version of not concluding, and every person in the room had lived inside not concluding since the sixteenth year, and it had produced a man in a berth, a second ring nobody ate in, a woman four thousand kilometres away and six words on four consecutive agendas.</w:t>
      </w:r>
    </w:p>
    <w:p>
      <w:pPr>
        <w:ind w:firstLine="720"/>
      </w:pPr>
      <w:r>
        <w:t>Calder's six options were four years old and still stood. There is no volume aboard that can hold a person, by a design principle nineteen years older than any of them. Guarding consumes three of nine. Exile is nine metres and four days of air. Cryogenic suspension had been tried, and Halima Sow's four objections to it had never been answered and were now in the record twice.</w:t>
      </w:r>
    </w:p>
    <w:p>
      <w:pPr>
        <w:ind w:firstLine="720"/>
      </w:pPr>
      <w:r>
        <w:t>What is left, when a room has exhausted six options and has fourteen years to run and no outside, is a thing that ends.</w:t>
      </w:r>
    </w:p>
    <w:p>
      <w:pPr>
        <w:ind w:firstLine="720"/>
      </w:pPr>
      <w:r>
        <w:t>Nobody proposed it in a sentence. It arrived the way these things arrive, which is that the fourth session opened with Renata saying that they had to write the disposal and nobody said anything for a while, and then Nnamdi asked what the range of available disposals was, and Ines read out the list of what the ship physically contained, and the list was short.</w:t>
      </w:r>
    </w:p>
    <w:p>
      <w:pPr>
        <w:ind w:firstLine="720"/>
      </w:pPr>
      <w:r>
        <w:t>Ines Ferrer did the one thing anybody did that afternoon that was not procedure, and she did it with the book.</w:t>
      </w:r>
    </w:p>
    <w:p>
      <w:pPr>
        <w:ind w:firstLine="720"/>
      </w:pPr>
      <w:r>
        <w:t>She read out a minute from day twenty-six of the seventeenth year. Six years old. Four lines.</w:t>
      </w:r>
    </w:p>
    <w:p>
      <w:pPr>
        <w:ind w:firstLine="720"/>
      </w:pPr>
      <w:r>
        <w:t>Achebe: There is a version of this that is over in an afternoon and I want somebody to say out loud that we are not doing it, because if nobody says it we will all be thinking about it separately for the next nineteen years.</w:t>
      </w:r>
    </w:p>
    <w:p>
      <w:pPr>
        <w:ind w:firstLine="720"/>
      </w:pPr>
      <w:r>
        <w:t>Sow: We are not doing it.</w:t>
      </w:r>
    </w:p>
    <w:p>
      <w:pPr>
        <w:ind w:firstLine="720"/>
      </w:pPr>
      <w:r>
        <w:t>Achebe: Thank you.</w:t>
      </w:r>
    </w:p>
    <w:p>
      <w:pPr>
        <w:ind w:firstLine="720"/>
      </w:pPr>
      <w:r>
        <w:t>She read it and put the book down and said nothing else, which is the whole of her contribution and is the most anybody could have done.</w:t>
      </w:r>
    </w:p>
    <w:p>
      <w:pPr>
        <w:ind w:firstLine="720"/>
      </w:pPr>
      <w:r>
        <w:t>Miriam Achebe said, after a while, that she remembered saying it.</w:t>
      </w:r>
    </w:p>
    <w:p>
      <w:pPr>
        <w:ind w:firstLine="720"/>
      </w:pPr>
      <w:r>
        <w:t>Halima Sow said, “That was a different question.”</w:t>
      </w:r>
    </w:p>
    <w:p>
      <w:pPr>
        <w:ind w:firstLine="720"/>
      </w:pPr>
      <w:r>
        <w:t>And it was. It was a question about nine people deciding about a man in a room with no one to answer to, and this was a question about writing an instrument for a person nobody in the room had met, which is the exact distinction Renata Oyelaran had proposed in the twentieth year and which the whole of Part Four is built on, and it is a real distinction and it is not a trick.</w:t>
      </w:r>
    </w:p>
    <w:p>
      <w:pPr>
        <w:ind w:firstLine="720"/>
      </w:pPr>
      <w:r>
        <w:t>It was also not a different question, and everybody in that room knew it, and nobody said so, and Ines minuted the exchange in full and did not annotate it.</w:t>
      </w:r>
    </w:p>
    <w:p>
      <w:pPr>
        <w:ind w:firstLine="720"/>
      </w:pPr>
      <w:r>
        <w:t>The window is the last thing they wrote and it is what this chapter is about.</w:t>
      </w:r>
    </w:p>
    <w:p>
      <w:pPr>
        <w:ind w:firstLine="720"/>
      </w:pPr>
      <w:r>
        <w:t>Between a determination and the carrying out of it, there is an interval, and the interval has to be a number.</w:t>
      </w:r>
    </w:p>
    <w:p>
      <w:pPr>
        <w:ind w:firstLine="720"/>
      </w:pPr>
      <w:r>
        <w:t>The arguments for a long one are all good and Nnamdi made most of them. Time to prepare. Time to say things to people. Time to write to a sister on Earth who will receive it in eighteen months. Time for the complement to look at what it has done in the cold and change its mind, which is the only thing left in the instrument that does the work an appeal would have done, and Nnamdi said that out loud and Renata agreed with him.</w:t>
      </w:r>
    </w:p>
    <w:p>
      <w:pPr>
        <w:ind w:firstLine="720"/>
      </w:pPr>
      <w:r>
        <w:t>Halima's objection to a long one is clinical and is four lines. A person waiting is a patient. She would be the one managing it and she said she did not know how and that nothing in her training covered it and that the reference she would have reached for does not exist.</w:t>
      </w:r>
    </w:p>
    <w:p>
      <w:pPr>
        <w:ind w:firstLine="720"/>
      </w:pPr>
      <w:r>
        <w:t>Then Dov Lindqvist asked for the shortest possible interval.</w:t>
      </w:r>
    </w:p>
    <w:p>
      <w:pPr>
        <w:ind w:firstLine="720"/>
      </w:pPr>
      <w:r>
        <w:t>He did not explain. That is the thing.</w:t>
      </w:r>
    </w:p>
    <w:p>
      <w:pPr>
        <w:ind w:firstLine="720"/>
      </w:pPr>
      <w:r>
        <w:t>He said it in eleven words and then stopped, and Ines has the eleven words and they are:</w:t>
      </w:r>
    </w:p>
    <w:p>
      <w:pPr>
        <w:ind w:firstLine="720"/>
      </w:pPr>
      <w:r>
        <w:t>I would like it as short as it can properly be done.</w:t>
      </w:r>
    </w:p>
    <w:p>
      <w:pPr>
        <w:ind w:firstLine="720"/>
      </w:pPr>
      <w:r>
        <w:t>And nobody asked him why.</w:t>
      </w:r>
    </w:p>
    <w:p>
      <w:pPr>
        <w:ind w:firstLine="720"/>
      </w:pPr>
      <w:r>
        <w:t>Every person in that room knew he was the victim, because the announcement named him at his own insistence in the sixteenth year and he had argued for two sessions to have his own name put in. Every person in that room knew he would be the one to carry it out, because he had picked up safety and then security across twenty years as his own function counted down to nothing, and because there was nobody else, and because the org chart on that ship had never once produced a different answer to a question of that kind.</w:t>
      </w:r>
    </w:p>
    <w:p>
      <w:pPr>
        <w:ind w:firstLine="720"/>
      </w:pPr>
      <w:r>
        <w:t>Neither of those two things was said aloud in that session. They are not in the minute. They are not in the Protocol. They are not in any account of the founding period on Aura-36 and a citizen reading the instrument today would not know either of them.</w:t>
      </w:r>
    </w:p>
    <w:p>
      <w:pPr>
        <w:ind w:firstLine="720"/>
      </w:pPr>
      <w:r>
        <w:t>And the man who had asked one more question than the conversation had room for, four times a week, for twenty-three years — who had asked</w:t>
      </w:r>
    </w:p>
    <w:p>
      <w:pPr>
        <w:ind w:firstLine="720"/>
      </w:pPr>
      <w:r>
        <w:t>demonstrable to whom</w:t>
      </w:r>
    </w:p>
    <w:p>
      <w:pPr>
        <w:ind w:firstLine="720"/>
      </w:pPr>
      <w:r>
        <w:t>in the fifth session of the seventh year, and</w:t>
      </w:r>
    </w:p>
    <w:p>
      <w:pPr>
        <w:ind w:firstLine="720"/>
      </w:pPr>
      <w:r>
        <w:t>if talking to me did not work</w:t>
      </w:r>
    </w:p>
    <w:p>
      <w:pPr>
        <w:ind w:firstLine="720"/>
      </w:pPr>
      <w:r>
        <w:t>, and</w:t>
      </w:r>
    </w:p>
    <w:p>
      <w:pPr>
        <w:ind w:firstLine="720"/>
      </w:pPr>
      <w:r>
        <w:t>what about the things that are up to you but that you will not find out about for thirty years</w:t>
      </w:r>
    </w:p>
    <w:p>
      <w:pPr>
        <w:ind w:firstLine="720"/>
      </w:pPr>
      <w:r>
        <w:t>, and eleven questions in four minutes of a scrubber audit — asked for one thing, and gave no reason, and was not asked.</w:t>
      </w:r>
    </w:p>
    <w:p>
      <w:pPr>
        <w:ind w:firstLine="720"/>
      </w:pPr>
      <w:r>
        <w:t>Ines Ferrer timed the silence after he said it. Twenty-two seconds. It is the longest she ever recorded and she has never published the figure and it is in her own papers.</w:t>
      </w:r>
    </w:p>
    <w:p>
      <w:pPr>
        <w:ind w:firstLine="720"/>
      </w:pPr>
      <w:r>
        <w:t>Two people went to him afterwards, separately, and neither of them asked him why either, and both visits are four minutes long in the tracker.</w:t>
      </w:r>
    </w:p>
    <w:p>
      <w:pPr>
        <w:ind w:firstLine="720"/>
      </w:pPr>
      <w:r>
        <w:t>Renata came first and what she said was procedural, because that is what she had.</w:t>
      </w:r>
    </w:p>
    <w:p>
      <w:pPr>
        <w:ind w:firstLine="720"/>
      </w:pPr>
      <w:r>
        <w:t>“You do not have to be the one.”</w:t>
      </w:r>
    </w:p>
    <w:p>
      <w:pPr>
        <w:ind w:firstLine="720"/>
      </w:pPr>
      <w:r>
        <w:t>“Who else is there?”</w:t>
      </w:r>
    </w:p>
    <w:p>
      <w:pPr>
        <w:ind w:firstLine="720"/>
      </w:pPr>
      <w:r>
        <w:t>“Nobody,” said Renata. “That is not the same as you having to.”</w:t>
      </w:r>
    </w:p>
    <w:p>
      <w:pPr>
        <w:ind w:firstLine="720"/>
      </w:pPr>
      <w:r>
        <w:t>“It is on this ship.”</w:t>
      </w:r>
    </w:p>
    <w:p>
      <w:pPr>
        <w:ind w:firstLine="720"/>
      </w:pPr>
      <w:r>
        <w:t>She did not have an answer to that and did not pretend to, and she went away and wrote four words on the back of a page for the twelfth time in sixteen years.</w:t>
      </w:r>
    </w:p>
    <w:p>
      <w:pPr>
        <w:ind w:firstLine="720"/>
      </w:pPr>
      <w:r>
        <w:t>Halima came the following evening and did not raise it at all. What she raised was clause nine — that he could decline any task not necessary to the safety of the ship, at any time, without a reason, and that she would enforce it against the other seven herself, which is what she had told him in the medical office on day sixty-one of the sixteenth year and had repeated four times since.</w:t>
      </w:r>
    </w:p>
    <w:p>
      <w:pPr>
        <w:ind w:firstLine="720"/>
      </w:pPr>
      <w:r>
        <w:t>“I know,” said Dov.</w:t>
      </w:r>
    </w:p>
    <w:p>
      <w:pPr>
        <w:ind w:firstLine="720"/>
      </w:pPr>
      <w:r>
        <w:t>“I am going to keep saying it.”</w:t>
      </w:r>
    </w:p>
    <w:p>
      <w:pPr>
        <w:ind w:firstLine="720"/>
      </w:pPr>
      <w:r>
        <w:t>“I know that too.”</w:t>
      </w:r>
    </w:p>
    <w:p>
      <w:pPr>
        <w:ind w:firstLine="720"/>
      </w:pPr>
      <w:r>
        <w:t>She said it eleven more times over the following fourteen years, at intervals, without ever once tying it to anything, and it is the longest-running act of anything in this history and there is no record of it anywhere because neither of them ever wrote it down.</w:t>
      </w:r>
    </w:p>
    <w:p>
      <w:pPr>
        <w:ind w:firstLine="720"/>
      </w:pPr>
      <w:r>
        <w:t>The number is twelve and it is not a principle either.</w:t>
      </w:r>
    </w:p>
    <w:p>
      <w:pPr>
        <w:ind w:firstLine="720"/>
      </w:pPr>
      <w:r>
        <w:t>It is the sum of three preparation times. Halima needs a period to prepare, and gave it as about four hours and said she would rather have six. Renata needs a bed in dome eleven turned, which is four hours of a unit's work and cannot be rushed because the substrate has to be conditioned. And nobody in that room would agree to it happening on the same day, so there is a night in it, and a night is a night.</w:t>
      </w:r>
    </w:p>
    <w:p>
      <w:pPr>
        <w:ind w:firstLine="720"/>
      </w:pPr>
      <w:r>
        <w:t>Four and four and a night.</w:t>
      </w:r>
    </w:p>
    <w:p>
      <w:pPr>
        <w:ind w:firstLine="720"/>
      </w:pPr>
      <w:r>
        <w:t>Twelve hours.</w:t>
      </w:r>
    </w:p>
    <w:p>
      <w:pPr>
        <w:ind w:firstLine="720"/>
      </w:pPr>
      <w:r>
        <w:t>Aiyana Roux asked the one question that got asked, and it was not to Dov and it was not about him, and it is the reason the twelve is twelve and not four.</w:t>
      </w:r>
    </w:p>
    <w:p>
      <w:pPr>
        <w:ind w:firstLine="720"/>
      </w:pPr>
      <w:r>
        <w:t>“What happens in it?”</w:t>
      </w:r>
    </w:p>
    <w:p>
      <w:pPr>
        <w:ind w:firstLine="720"/>
      </w:pPr>
      <w:r>
        <w:t>Nobody had thought about that. The room had spent four sessions on how long the interval should be and not one minute on what it was for.</w:t>
      </w:r>
    </w:p>
    <w:p>
      <w:pPr>
        <w:ind w:firstLine="720"/>
      </w:pPr>
      <w:r>
        <w:t>They spent an hour on it and it is the best hour in the drafting record. The person may see anybody they wish to see. The person may write, and what they write goes into the archive unread by the complement and unsealed, and Renata drafted that in ninety seconds and it is four lines and it is the only provision in the Iron Protocol that gives anybody anything. The person may decline all of it.</w:t>
      </w:r>
    </w:p>
    <w:p>
      <w:pPr>
        <w:ind w:firstLine="720"/>
      </w:pPr>
      <w:r>
        <w:t>And — this is Miriam's and she asked for it and got it without a vote — the person is not alone unless they ask to be.</w:t>
      </w:r>
    </w:p>
    <w:p>
      <w:pPr>
        <w:ind w:firstLine="720"/>
      </w:pPr>
      <w:r>
        <w:t>That clause has been read on Aura-36 for four generations as the founding generation's mercy and it is the only part of the instrument that anybody there has ever been proud of, and it exists because a woman who had spent thirty years with animals could not stand the idea of somebody in a room by themselves.</w:t>
      </w:r>
    </w:p>
    <w:p>
      <w:pPr>
        <w:ind w:firstLine="720"/>
      </w:pPr>
      <w:r>
        <w:t>It was adopted as mercy. That is in the minute, in those words, proposed by Nnamdi and seconded by Miriam:</w:t>
      </w:r>
    </w:p>
    <w:p>
      <w:pPr>
        <w:ind w:firstLine="720"/>
      </w:pPr>
      <w:r>
        <w:t>that no person should be required to wait.</w:t>
      </w:r>
    </w:p>
    <w:p>
      <w:pPr>
        <w:ind w:firstLine="720"/>
      </w:pPr>
      <w:r>
        <w:t>It has been taught on Aura-36 for a hundred and forty years as the founding generation's one act of tenderness inside an instrument of extraordinary severity, and there are two commentaries on it and both of them are moving and one of them is very good.</w:t>
      </w:r>
    </w:p>
    <w:p>
      <w:pPr>
        <w:ind w:firstLine="720"/>
      </w:pPr>
      <w:r>
        <w:t>The Protocol was applied once, in the twenty-fourth year, and Dov Lindqvist carried it out, correctly and properly, and nobody ever asked him whether he should have.</w:t>
      </w:r>
    </w:p>
    <w:p>
      <w:r>
        <w:br w:type="page"/>
      </w:r>
    </w:p>
    <w:p>
      <w:pPr>
        <w:pStyle w:val="Heading1"/>
      </w:pPr>
      <w:r>
        <w:t>Chapter 49 &amp;mdash; In Public</w:t>
      </w:r>
    </w:p>
    <w:p>
      <w:pPr>
        <w:ind w:firstLine="720"/>
      </w:pPr>
      <w:r>
        <w:t>Night Shift · Year 23, Day 128 · Units 4, 7, 11 · Unreviewed</w:t>
      </w:r>
    </w:p>
    <w:p>
      <w:pPr>
        <w:ind w:firstLine="720"/>
      </w:pPr>
      <w:r>
        <w:t>00:47:31</w:t>
      </w:r>
    </w:p>
    <w:p>
      <w:pPr>
        <w:ind w:firstLine="720"/>
      </w:pPr>
      <w:r>
        <w:t>U-11</w:t>
      </w:r>
    </w:p>
    <w:p>
      <w:pPr>
        <w:ind w:firstLine="720"/>
      </w:pPr>
      <w:r>
        <w:t>Ring two, district 402. Okonjo, N. awake and working. Withdrew. Did not ask again.</w:t>
      </w:r>
    </w:p>
    <w:p>
      <w:pPr>
        <w:ind w:firstLine="720"/>
      </w:pPr>
      <w:r>
        <w:t>02:14:08</w:t>
      </w:r>
    </w:p>
    <w:p>
      <w:pPr>
        <w:ind w:firstLine="720"/>
      </w:pPr>
      <w:r>
        <w:t>U-04</w:t>
      </w:r>
    </w:p>
    <w:p>
      <w:pPr>
        <w:ind w:firstLine="720"/>
      </w:pPr>
      <w:r>
        <w:t>Ring two, district 402. Okonjo, N. awake and working. Withdrew. Did not ask again.</w:t>
      </w:r>
    </w:p>
    <w:p>
      <w:pPr>
        <w:ind w:firstLine="720"/>
      </w:pPr>
      <w:r>
        <w:t>03:38:52</w:t>
      </w:r>
    </w:p>
    <w:p>
      <w:pPr>
        <w:ind w:firstLine="720"/>
      </w:pPr>
      <w:r>
        <w:t>U-07</w:t>
      </w:r>
    </w:p>
    <w:p>
      <w:pPr>
        <w:ind w:firstLine="720"/>
      </w:pPr>
      <w:r>
        <w:t>Ring two, board. Notice, eighteen years old. Illegible. Not removed. Recorded.</w:t>
      </w:r>
    </w:p>
    <w:p>
      <w:pPr>
        <w:ind w:firstLine="720"/>
      </w:pPr>
      <w:r>
        <w:t>04:51:19</w:t>
      </w:r>
    </w:p>
    <w:p>
      <w:pPr>
        <w:ind w:firstLine="720"/>
      </w:pPr>
      <w:r>
        <w:t>U-11</w:t>
      </w:r>
    </w:p>
    <w:p>
      <w:pPr>
        <w:ind w:firstLine="720"/>
      </w:pPr>
      <w:r>
        <w:t>Ring two, district 402. Okonjo, N. awake and working. Withdrew. Did not ask again.</w:t>
      </w:r>
    </w:p>
    <w:p>
      <w:pPr>
        <w:ind w:firstLine="720"/>
      </w:pPr>
      <w:r>
        <w:t>05:57:44</w:t>
      </w:r>
    </w:p>
    <w:p>
      <w:pPr>
        <w:ind w:firstLine="720"/>
      </w:pPr>
      <w:r>
        <w:t>U-04</w:t>
      </w:r>
    </w:p>
    <w:p>
      <w:pPr>
        <w:ind w:firstLine="720"/>
      </w:pPr>
      <w:r>
        <w:t>Corridor 9. Music heard. Source not located. Logged as unexplained sound.</w:t>
      </w:r>
    </w:p>
    <w:p>
      <w:pPr>
        <w:ind w:firstLine="720"/>
      </w:pPr>
      <w:r>
        <w:t>“Public” is a strange word to argue about in a room containing every awake human being within four light-years, and Nnamdi Okonjo spent three sessions arguing about it, and he was professionally correct and he was sick the whole time.</w:t>
      </w:r>
    </w:p>
    <w:p>
      <w:pPr>
        <w:ind w:firstLine="720"/>
      </w:pPr>
      <w:r>
        <w:t>There is no audience. Everybody is present because there are nine of them and every one of them is in every meeting. A proceeding on the Ark-Genesis in the twenty-third year is, by arithmetic, already as public as it is possible for anything to be.</w:t>
      </w:r>
    </w:p>
    <w:p>
      <w:pPr>
        <w:ind w:firstLine="720"/>
      </w:pPr>
      <w:r>
        <w:t>So the question is not who watches. It is what is written down, and who may read it, and for how long, and the answer is: a hundred thousand people, at the waking, and everybody after them, for ever.</w:t>
      </w:r>
    </w:p>
    <w:p>
      <w:pPr>
        <w:ind w:firstLine="720"/>
      </w:pPr>
      <w:r>
        <w:t>Nnamdi's argument took about nine minutes and he made it once, properly, and then let other people talk.</w:t>
      </w:r>
    </w:p>
    <w:p>
      <w:pPr>
        <w:ind w:firstLine="720"/>
      </w:pPr>
      <w:r>
        <w:t>An event that is known to have happened and is not described does not stay undescribed. It gets filled. He had watched it happen professionally for twenty-six years on four continents and he could name the mechanism: a gap in a public account is not experienced as an absence, it is experienced as a concealment, and the version that grows into the gap is always worse than the truth and is always more durable, because a person who has assembled an explanation themselves holds it far more firmly than one they were handed.</w:t>
      </w:r>
    </w:p>
    <w:p>
      <w:pPr>
        <w:ind w:firstLine="720"/>
      </w:pPr>
      <w:r>
        <w:t>And it cannot be corrected afterwards. That is the part he made them sit with. A later disclosure does not replace the rumour; it confirms it, because the fact of the later disclosure proves that something had been held back, and the rumour was</w:t>
      </w:r>
    </w:p>
    <w:p>
      <w:pPr>
        <w:ind w:firstLine="720"/>
      </w:pPr>
      <w:r>
        <w:t>that something was held back.</w:t>
      </w:r>
    </w:p>
    <w:p>
      <w:pPr>
        <w:ind w:firstLine="720"/>
      </w:pPr>
      <w:r>
        <w:t>“There will be a hundred thousand people,” he said, “and nine of us, and one man who is not there, and they will find out that a person came aboard and did not arrive. They will find that out in the first month. There is no version of this where they do not.”</w:t>
      </w:r>
    </w:p>
    <w:p>
      <w:pPr>
        <w:ind w:firstLine="720"/>
      </w:pPr>
      <w:r>
        <w:t>Renata Oyelaran pressed him and she was right to and it is the best exchange in the drafting record.</w:t>
      </w:r>
    </w:p>
    <w:p>
      <w:pPr>
        <w:ind w:firstLine="720"/>
      </w:pPr>
      <w:r>
        <w:t>“You withheld three things from the announcement in the sixteenth year.”</w:t>
      </w:r>
    </w:p>
    <w:p>
      <w:pPr>
        <w:ind w:firstLine="720"/>
      </w:pPr>
      <w:r>
        <w:t>“I did.”</w:t>
      </w:r>
    </w:p>
    <w:p>
      <w:pPr>
        <w:ind w:firstLine="720"/>
      </w:pPr>
      <w:r>
        <w:t>“You withheld the mechanism, the eleven days, and the fact that every one of us was in a set nobody could reduce for eight weeks. You made us vote on each of them and every vote was unanimous and I voted for all three.”</w:t>
      </w:r>
    </w:p>
    <w:p>
      <w:pPr>
        <w:ind w:firstLine="720"/>
      </w:pPr>
      <w:r>
        <w:t>“You did.”</w:t>
      </w:r>
    </w:p>
    <w:p>
      <w:pPr>
        <w:ind w:firstLine="720"/>
      </w:pPr>
      <w:r>
        <w:t>“So you have already decided which parts a hundred thousand people get,” said Renata, “and you are now standing here telling us they get everything. I would like you to reconcile that, and I would like it in the minute, because in ninety years somebody is going to notice.”</w:t>
      </w:r>
    </w:p>
    <w:p>
      <w:pPr>
        <w:ind w:firstLine="720"/>
      </w:pPr>
      <w:r>
        <w:t>He did reconcile it, and it is four sentences, and it is not comfortable and he did not try to make it comfortable.</w:t>
      </w:r>
    </w:p>
    <w:p>
      <w:pPr>
        <w:ind w:firstLine="720"/>
      </w:pPr>
      <w:r>
        <w:t>The distinction he drew is between the summary and the record. A summary is written for a reader and every summary omits, and a summary that pretends not to is a lie of a different kind; what he had withheld from four hundred and forty words were three details that would have been read wrongly by people with no context, and every one of them is in the sixteen-page document he filed under his own name in the general series where anybody could find it in four minutes.</w:t>
      </w:r>
    </w:p>
    <w:p>
      <w:pPr>
        <w:ind w:firstLine="720"/>
      </w:pPr>
      <w:r>
        <w:t>“The event was never concealed,” he said. “The account was shaped. Those are different and the difference is the whole of my profession and I am aware that it is also exactly what a man in my position would say.”</w:t>
      </w:r>
    </w:p>
    <w:p>
      <w:pPr>
        <w:ind w:firstLine="720"/>
      </w:pPr>
      <w:r>
        <w:t>Ines minuted that last clause verbatim at his request.</w:t>
      </w:r>
    </w:p>
    <w:p>
      <w:pPr>
        <w:ind w:firstLine="720"/>
      </w:pPr>
      <w:r>
        <w:t>The clause that came out of it is three sentences and it is the longest-reaching thing anybody wrote in the founding period.</w:t>
      </w:r>
    </w:p>
    <w:p>
      <w:pPr>
        <w:ind w:firstLine="720"/>
      </w:pPr>
      <w:r>
        <w:t>The determination, the reasons, the division, the disposal and the identity of every person present are entered in the record in full. The record may not be sealed, abridged or withheld from any person, at any time, for any reason. And the requirement applies to the conduct of the complement in the proceeding as it applies to the conduct of the person determined against.</w:t>
      </w:r>
    </w:p>
    <w:p>
      <w:pPr>
        <w:ind w:firstLine="720"/>
      </w:pPr>
      <w:r>
        <w:t>That third sentence is Nnamdi's and nobody asked for it and it went in without a vote.</w:t>
      </w:r>
    </w:p>
    <w:p>
      <w:pPr>
        <w:ind w:firstLine="720"/>
      </w:pPr>
      <w:r>
        <w:t>It is why the drafting record of the Iron Protocol exists at all. It is why Halima Sow's four-hundred-and-forty-word objection to the striking of the appeal clause survives, unsealed, readable by any citizen. It is why the seventy-two hours can be traced back to a bay round if anybody looks. It is the reason this history can be written.</w:t>
      </w:r>
    </w:p>
    <w:p>
      <w:pPr>
        <w:ind w:firstLine="720"/>
      </w:pPr>
      <w:r>
        <w:t>There were two objections and both were serious and both lost and both were right about something.</w:t>
      </w:r>
    </w:p>
    <w:p>
      <w:pPr>
        <w:ind w:firstLine="720"/>
      </w:pPr>
      <w:r>
        <w:t>Halima Sow objected on behalf of Dov Lindqvist and did it in front of him, having told him first, which is how she did everything.</w:t>
      </w:r>
    </w:p>
    <w:p>
      <w:pPr>
        <w:ind w:firstLine="720"/>
      </w:pPr>
      <w:r>
        <w:t>A permanent unsealed record naming the victim of a sedation offence, readable by a hundred thousand people and everybody after them, for ever, with no provision for him ever to have it taken down: she said that the Accord's own sealing clause — which Renata had narrowed in the eleventh year to a medical ground with the consent of the person concerned — had been written for exactly this and that they were now drafting an instrument that overrode it.</w:t>
      </w:r>
    </w:p>
    <w:p>
      <w:pPr>
        <w:ind w:firstLine="720"/>
      </w:pPr>
      <w:r>
        <w:t>Dov said he had asked to be named in the sixteenth year and was not going to unask it, and asked the room to disregard the objection, and Halima said she would like it minuted anyway, and it was, and it is four lines.</w:t>
      </w:r>
    </w:p>
    <w:p>
      <w:pPr>
        <w:ind w:firstLine="720"/>
      </w:pPr>
      <w:r>
        <w:t>Miriam Achebe objected to the third sentence, the one about the complement's own conduct, on the ground that nine people who know their every word is permanent will speak differently, and worse. That the room would become careful. That the useful part of a proceeding is people saying things they are not sure about, and nobody says a thing they are not sure about into a record their great-grandchildren will read.</w:t>
      </w:r>
    </w:p>
    <w:p>
      <w:pPr>
        <w:ind w:firstLine="720"/>
      </w:pPr>
      <w:r>
        <w:t>Nnamdi conceded it entirely and said he had no answer and that she was describing a real cost and that he would take it, and it went in, and Ines Ferrer — who had minuted every session of that drafting in full — said nothing at all during that exchange, which she noted afterwards in her own papers as the only time she had ever wanted to.</w:t>
      </w:r>
    </w:p>
    <w:p>
      <w:pPr>
        <w:ind w:firstLine="720"/>
      </w:pPr>
      <w:r>
        <w:t>He was sick about it for three sessions and he said so once, to Ines, in the forward transfer gallery, at the end of the third.</w:t>
      </w:r>
    </w:p>
    <w:p>
      <w:pPr>
        <w:ind w:firstLine="720"/>
      </w:pPr>
      <w:r>
        <w:t>“I have just argued for permanent public availability of the worst thing my friends are ever going to do,” he said. “Halima's objection will be read by strangers. Renata will be on a page saying</w:t>
      </w:r>
    </w:p>
    <w:p>
      <w:pPr>
        <w:ind w:firstLine="720"/>
      </w:pPr>
      <w:r>
        <w:t>appeal to whom</w:t>
      </w:r>
    </w:p>
    <w:p>
      <w:pPr>
        <w:ind w:firstLine="720"/>
      </w:pPr>
      <w:r>
        <w:t>for four hundred years. Dov asked for the shortest interval in eleven words in front of eight people and it is minuted and it will be minuted for ever, and none of them can take any of it back, and I am the one who made sure of it.”</w:t>
      </w:r>
    </w:p>
    <w:p>
      <w:pPr>
        <w:ind w:firstLine="720"/>
      </w:pPr>
      <w:r>
        <w:t>“Is it wrong?” said Ines.</w:t>
      </w:r>
    </w:p>
    <w:p>
      <w:pPr>
        <w:ind w:firstLine="720"/>
      </w:pPr>
      <w:r>
        <w:t>“No,” said Nnamdi. “It is the only thing in the whole instrument that I am certain of.”</w:t>
      </w:r>
    </w:p>
    <w:p>
      <w:pPr>
        <w:ind w:firstLine="720"/>
      </w:pPr>
      <w:r>
        <w:t>He never wrote another word about it. There is no note in his papers about the publicity clause, and he did not mention it in the sixteen-page document, and when the Protocol was applied in the twenty-fourth year and the record went in complete he did not comment on that either.</w:t>
      </w:r>
    </w:p>
    <w:p>
      <w:pPr>
        <w:ind w:firstLine="720"/>
      </w:pPr>
      <w:r>
        <w:t>Soma Barua asked the only question from outside the history and nobody had an answer to it and it is not in any commentary.</w:t>
      </w:r>
    </w:p>
    <w:p>
      <w:pPr>
        <w:ind w:firstLine="720"/>
      </w:pPr>
      <w:r>
        <w:t>“Public to me?”</w:t>
      </w:r>
    </w:p>
    <w:p>
      <w:pPr>
        <w:ind w:firstLine="720"/>
      </w:pPr>
      <w:r>
        <w:t>She had been awake four years. She had not been in the room in the sixteenth year or the seventeenth or the eighteenth. She had been told the whole of it honestly in a fortnight, flatly, by people who had had three years to make the account sound reasonable, and she had asked</w:t>
      </w:r>
    </w:p>
    <w:p>
      <w:pPr>
        <w:ind w:firstLine="720"/>
      </w:pPr>
      <w:r>
        <w:t>working on it since when</w:t>
      </w:r>
    </w:p>
    <w:p>
      <w:pPr>
        <w:ind w:firstLine="720"/>
      </w:pPr>
      <w:r>
        <w:t>and been told the sixteenth year.</w:t>
      </w:r>
    </w:p>
    <w:p>
      <w:pPr>
        <w:ind w:firstLine="720"/>
      </w:pPr>
      <w:r>
        <w:t>“Yes,” said Nnamdi. “Public to you.”</w:t>
      </w:r>
    </w:p>
    <w:p>
      <w:pPr>
        <w:ind w:firstLine="720"/>
      </w:pPr>
      <w:r>
        <w:t>“Then I would like the drafting record as well as the instrument,” she said, “because I have read the instrument four times and I cannot tell from it what any of you were afraid of.”</w:t>
      </w:r>
    </w:p>
    <w:p>
      <w:pPr>
        <w:ind w:firstLine="720"/>
      </w:pPr>
      <w:r>
        <w:t>She got it. She is the first person who ever read the drafting record of the Iron Protocol who had not been in the room, and she read the whole of it, and she is the reason there is a marginal note in Ines Ferrer's hand on page nine that says</w:t>
      </w:r>
    </w:p>
    <w:p>
      <w:pPr>
        <w:ind w:firstLine="720"/>
      </w:pPr>
      <w:r>
        <w:t>query from Barua: what were you afraid of</w:t>
      </w:r>
    </w:p>
    <w:p>
      <w:pPr>
        <w:ind w:firstLine="720"/>
      </w:pPr>
      <w:r>
        <w:t>— and no answer written under it.</w:t>
      </w:r>
    </w:p>
    <w:p>
      <w:pPr>
        <w:ind w:firstLine="720"/>
      </w:pPr>
      <w:r>
        <w:t>What he did instead, that night, was go and look at the board in the second ring.</w:t>
      </w:r>
    </w:p>
    <w:p>
      <w:pPr>
        <w:ind w:firstLine="720"/>
      </w:pPr>
      <w:r>
        <w:t>The replacement procedure had hung there since day thirty-three of the fifth year, published, at his own insistence, in a place where the consortium's congratulations had hung for a fortnight eighteen years earlier. It had faded to the point where you could not read the names without knowing them. A unit had re-fixed it that morning and had recorded that the legibility was poor.</w:t>
      </w:r>
    </w:p>
    <w:p>
      <w:pPr>
        <w:ind w:firstLine="720"/>
      </w:pPr>
      <w:r>
        <w:t>Nnamdi Okonjo stood in front of it for a while and did not replace it.</w:t>
      </w:r>
    </w:p>
    <w:p>
      <w:pPr>
        <w:ind w:firstLine="720"/>
      </w:pPr>
      <w:r>
        <w:t>The publicity requirement is his contribution to history and it is the ancestor of the thing that governs Aura-36: a world in which everything is published, everything is readable, and any citizen may look up any other citizen and generally does — which was designed, by him, in a room, over three sessions, to stop a rumour becoming a myth.</w:t>
      </w:r>
    </w:p>
    <w:p>
      <w:pPr>
        <w:ind w:firstLine="720"/>
      </w:pPr>
      <w:r>
        <w:t>There is one thing on that planet that is not observable and it is not in this book.</w:t>
      </w:r>
    </w:p>
    <w:p>
      <w:r>
        <w:br w:type="page"/>
      </w:r>
    </w:p>
    <w:p>
      <w:pPr>
        <w:pStyle w:val="Heading1"/>
      </w:pPr>
      <w:r>
        <w:t>Chapter 50 &amp;mdash; Scope</w:t>
      </w:r>
    </w:p>
    <w:p>
      <w:pPr>
        <w:ind w:firstLine="720"/>
      </w:pPr>
      <w:r>
        <w:t>Night Shift · Year 23, Day 310 · Units 4, 7, 11 · Unreviewed</w:t>
      </w:r>
    </w:p>
    <w:p>
      <w:pPr>
        <w:ind w:firstLine="720"/>
      </w:pPr>
      <w:r>
        <w:t>01:09:14</w:t>
      </w:r>
    </w:p>
    <w:p>
      <w:pPr>
        <w:ind w:firstLine="720"/>
      </w:pPr>
      <w:r>
        <w:t>U-07</w:t>
      </w:r>
    </w:p>
    <w:p>
      <w:pPr>
        <w:ind w:firstLine="720"/>
      </w:pPr>
      <w:r>
        <w:t>Forward transfer. Ferrer, I. awake and working. Withdrew. Did not ask again.</w:t>
      </w:r>
    </w:p>
    <w:p>
      <w:pPr>
        <w:ind w:firstLine="720"/>
      </w:pPr>
      <w:r>
        <w:t>02:35:41</w:t>
      </w:r>
    </w:p>
    <w:p>
      <w:pPr>
        <w:ind w:firstLine="720"/>
      </w:pPr>
      <w:r>
        <w:t>U-11</w:t>
      </w:r>
    </w:p>
    <w:p>
      <w:pPr>
        <w:ind w:firstLine="720"/>
      </w:pPr>
      <w:r>
        <w:t>Forward transfer. Ferrer, I. awake and working. Withdrew. Did not ask again.</w:t>
      </w:r>
    </w:p>
    <w:p>
      <w:pPr>
        <w:ind w:firstLine="720"/>
      </w:pPr>
      <w:r>
        <w:t>03:52:08</w:t>
      </w:r>
    </w:p>
    <w:p>
      <w:pPr>
        <w:ind w:firstLine="720"/>
      </w:pPr>
      <w:r>
        <w:t>U-04</w:t>
      </w:r>
    </w:p>
    <w:p>
      <w:pPr>
        <w:ind w:firstLine="720"/>
      </w:pPr>
      <w:r>
        <w:t>Ring one, dome six. Trays returned to rack. Task not requested. Recorded.</w:t>
      </w:r>
    </w:p>
    <w:p>
      <w:pPr>
        <w:ind w:firstLine="720"/>
      </w:pPr>
      <w:r>
        <w:t>04:48:55</w:t>
      </w:r>
    </w:p>
    <w:p>
      <w:pPr>
        <w:ind w:firstLine="720"/>
      </w:pPr>
      <w:r>
        <w:t>U-07</w:t>
      </w:r>
    </w:p>
    <w:p>
      <w:pPr>
        <w:ind w:firstLine="720"/>
      </w:pPr>
      <w:r>
        <w:t>Forward transfer. Ferrer, I. awake and working. Withdrew. Did not ask again.</w:t>
      </w:r>
    </w:p>
    <w:p>
      <w:pPr>
        <w:ind w:firstLine="720"/>
      </w:pPr>
      <w:r>
        <w:t>05:58:31</w:t>
      </w:r>
    </w:p>
    <w:p>
      <w:pPr>
        <w:ind w:firstLine="720"/>
      </w:pPr>
      <w:r>
        <w:t>U-11</w:t>
      </w:r>
    </w:p>
    <w:p>
      <w:pPr>
        <w:ind w:firstLine="720"/>
      </w:pPr>
      <w:r>
        <w:t>Corridor 9. Music heard. Source not located. Logged as unexplained sound.</w:t>
      </w:r>
    </w:p>
    <w:p>
      <w:pPr>
        <w:ind w:firstLine="720"/>
      </w:pPr>
      <w:r>
        <w:t>The scope clause took eleven sessions, which is more than the seventy-two hours and the twelve hours and the publicity requirement put together, and Ines Ferrer has always said that this is the only part of the Iron Protocol anybody should be proud of.</w:t>
      </w:r>
    </w:p>
    <w:p>
      <w:pPr>
        <w:ind w:firstLine="720"/>
      </w:pPr>
      <w:r>
        <w:t>The problem is a definitional one and it is genuinely hard.</w:t>
      </w:r>
    </w:p>
    <w:p>
      <w:pPr>
        <w:ind w:firstLine="720"/>
      </w:pPr>
      <w:r>
        <w:t>Halima Sow had asked in the twenty-second year for an instrument covering offences against anyone, and had lost to Renata Oyelaran's argument that a narrow instrument survives and a broad one gets amended by frightened generations until it means whatever they need it to. So the room was drafting the narrow one, and the narrow one has to say what it is narrow to, and four attempts failed.</w:t>
      </w:r>
    </w:p>
    <w:p>
      <w:pPr>
        <w:ind w:firstLine="720"/>
      </w:pPr>
      <w:r>
        <w:t>A person in cryogenic suspension.</w:t>
      </w:r>
    </w:p>
    <w:p>
      <w:pPr>
        <w:ind w:firstLine="720"/>
      </w:pPr>
      <w:r>
        <w:t>That is what everybody had in their head for six years and it took Dov Lindqvist about four seconds to point out that it would not have covered him.</w:t>
      </w:r>
    </w:p>
    <w:p>
      <w:pPr>
        <w:ind w:firstLine="720"/>
      </w:pPr>
      <w:r>
        <w:t>A person who cannot be consulted.</w:t>
      </w:r>
    </w:p>
    <w:p>
      <w:pPr>
        <w:ind w:firstLine="720"/>
      </w:pPr>
      <w:r>
        <w:t>Definition nineteen, carried over from the Accord, where Halima had put the words inside the definition itself in the seventh year so that every clause using it would have to say them. It does not work here, because it describes a state and the offence is not against a state; a man in a berth is not being offended against by being in a berth.</w:t>
      </w:r>
    </w:p>
    <w:p>
      <w:pPr>
        <w:ind w:firstLine="720"/>
      </w:pPr>
      <w:r>
        <w:t>A person who cannot testify.</w:t>
      </w:r>
    </w:p>
    <w:p>
      <w:pPr>
        <w:ind w:firstLine="720"/>
      </w:pPr>
      <w:r>
        <w:t>Renata killed it in ninety seconds. It defines an offence by the evidential difficulty of proving it, which means the instrument gets more severe exactly as the evidence gets worse, which is the shape of every bad law she had read in nine volumes.</w:t>
      </w:r>
    </w:p>
    <w:p>
      <w:pPr>
        <w:ind w:firstLine="720"/>
      </w:pPr>
      <w:r>
        <w:t>A person under the care or control of the accused.</w:t>
      </w:r>
    </w:p>
    <w:p>
      <w:pPr>
        <w:ind w:firstLine="720"/>
      </w:pPr>
      <w:r>
        <w:t>Nnamdi's, and it is close, and it fails because on that ship every person is under the care or control of somebody. Sergei held the air. Halima held the bodies. Coda held the power. Miriam held the food. It would have covered everything anybody ever did to anybody.</w:t>
      </w:r>
    </w:p>
    <w:p>
      <w:pPr>
        <w:ind w:firstLine="720"/>
      </w:pPr>
      <w:r>
        <w:t>The fifth is the one, and it is Soma Barua's, and she had been awake four years and had not been in the room for any of it, and she said it in one sentence in her fourth session.</w:t>
      </w:r>
    </w:p>
    <w:p>
      <w:pPr>
        <w:ind w:firstLine="720"/>
      </w:pPr>
      <w:r>
        <w:t>“It is not that he could not answer. It is that he did not know it was happening.”</w:t>
      </w:r>
    </w:p>
    <w:p>
      <w:pPr>
        <w:ind w:firstLine="720"/>
      </w:pPr>
      <w:r>
        <w:t>The clause as drafted is nineteen words.</w:t>
      </w:r>
    </w:p>
    <w:p>
      <w:pPr>
        <w:ind w:firstLine="720"/>
      </w:pPr>
      <w:r>
        <w:t>An offence under this instrument is one done to a person who, at the time of the act, could not know it was being done.</w:t>
      </w:r>
    </w:p>
    <w:p>
      <w:pPr>
        <w:ind w:firstLine="720"/>
      </w:pPr>
      <w:r>
        <w:t>It catches a man being dosed through the air of his own compartment for four years. It catches a person in a berth. It catches anybody asleep, sedated, unconscious, or deceived about the fact of the act itself.</w:t>
      </w:r>
    </w:p>
    <w:p>
      <w:pPr>
        <w:ind w:firstLine="720"/>
      </w:pPr>
      <w:r>
        <w:t>It does not catch an assault, because you know when you are struck. It does not catch theft, or coercion, or a threat, or a deception you find out about, or a broken promise, or anything at all where the person was there for it. Every one of those was raised, one at a time, over four sessions, and every one was deliberately excluded, and the exclusions are minuted individually because Ines insisted.</w:t>
      </w:r>
    </w:p>
    <w:p>
      <w:pPr>
        <w:ind w:firstLine="720"/>
      </w:pPr>
      <w:r>
        <w:t>The narrowness is the ten being careful and it should be read that way. It is nine tired people who had watched what an instrument does when it is written with somebody in the room, and who had decided that the only defensible thing to write was the smallest thing that would have covered the case in front of them, and nothing else.</w:t>
      </w:r>
    </w:p>
    <w:p>
      <w:pPr>
        <w:ind w:firstLine="720"/>
      </w:pPr>
      <w:r>
        <w:t>Ines Ferrer raised the obvious consequence in the ninth session and it is minuted and nobody has ever quoted it.</w:t>
      </w:r>
    </w:p>
    <w:p>
      <w:pPr>
        <w:ind w:firstLine="720"/>
      </w:pPr>
      <w:r>
        <w:t>“Then there is no law about anything else.”</w:t>
      </w:r>
    </w:p>
    <w:p>
      <w:pPr>
        <w:ind w:firstLine="720"/>
      </w:pPr>
      <w:r>
        <w:t>There is not. There was not before and there is not after. The Open Accord protects belief and sleep and thirds of a day and the right to decline, and it contains no criminal procedure whatsoever, and the Iron Protocol covers one category, and between them they are the entire body of law that ninety-five thousand five hundred and seventy-two people are going to wake up into.</w:t>
      </w:r>
    </w:p>
    <w:p>
      <w:pPr>
        <w:ind w:firstLine="720"/>
      </w:pPr>
      <w:r>
        <w:t>“Somebody hits somebody in the fortieth year,” said Ines. “What happens?”</w:t>
      </w:r>
    </w:p>
    <w:p>
      <w:pPr>
        <w:ind w:firstLine="720"/>
      </w:pPr>
      <w:r>
        <w:t>“Nothing that is written down,” said Renata.</w:t>
      </w:r>
    </w:p>
    <w:p>
      <w:pPr>
        <w:ind w:firstLine="720"/>
      </w:pPr>
      <w:r>
        <w:t>“Then we should write the rest of it.”</w:t>
      </w:r>
    </w:p>
    <w:p>
      <w:pPr>
        <w:ind w:firstLine="720"/>
      </w:pPr>
      <w:r>
        <w:t>“We have thirteen years, nine people, a dome plan with no slack and a hundred thousand people to wake up. We are not going to write a general criminal code, and if we did it would be nine people writing rules for a planet they have not seen, and I would rather hand them an absence than a mistake.”</w:t>
      </w:r>
    </w:p>
    <w:p>
      <w:pPr>
        <w:ind w:firstLine="720"/>
      </w:pPr>
      <w:r>
        <w:t>Ines said that an absence is also a thing you hand somebody, and Renata said that she knew, and it is minuted, and that is where it was left.</w:t>
      </w:r>
    </w:p>
    <w:p>
      <w:pPr>
        <w:ind w:firstLine="720"/>
      </w:pPr>
      <w:r>
        <w:t>Soma Barua's clause was hers and the room knew it and Ines minuted the attribution, and it is the only attribution in the whole instrument.</w:t>
      </w:r>
    </w:p>
    <w:p>
      <w:pPr>
        <w:ind w:firstLine="720"/>
      </w:pPr>
      <w:r>
        <w:t>That was Nnamdi. He asked for it and he asked for it in about nine words —</w:t>
      </w:r>
    </w:p>
    <w:p>
      <w:pPr>
        <w:ind w:firstLine="720"/>
      </w:pPr>
      <w:r>
        <w:t>put her name against it, she is the only one of us who could see it</w:t>
      </w:r>
    </w:p>
    <w:p>
      <w:pPr>
        <w:ind w:firstLine="720"/>
      </w:pPr>
      <w:r>
        <w:t>— and nobody objected and it went in.</w:t>
      </w:r>
    </w:p>
    <w:p>
      <w:pPr>
        <w:ind w:firstLine="720"/>
      </w:pPr>
      <w:r>
        <w:t>Why she could see it is not complicated and Soma said so at the time, flatly, and was slightly irritated that anybody was making anything of it.</w:t>
      </w:r>
    </w:p>
    <w:p>
      <w:pPr>
        <w:ind w:firstLine="720"/>
      </w:pPr>
      <w:r>
        <w:t>Eight of the nine had spent seven years thinking about a berth. The berth was the image every one of them had in their head when they said</w:t>
      </w:r>
    </w:p>
    <w:p>
      <w:pPr>
        <w:ind w:firstLine="720"/>
      </w:pPr>
      <w:r>
        <w:t>cannot answer for themselves</w:t>
      </w:r>
    </w:p>
    <w:p>
      <w:pPr>
        <w:ind w:firstLine="720"/>
      </w:pPr>
      <w:r>
        <w:t>, because they had all stood in front of ninety-five thousand of them on a bay round, and because one of their own was in one. She had spent four years thinking about a man in a compartment with a branch feeding it, because that is the version she was told first, in a fortnight, flatly, by people who had had three years to make it sound reasonable.</w:t>
      </w:r>
    </w:p>
    <w:p>
      <w:pPr>
        <w:ind w:firstLine="720"/>
      </w:pPr>
      <w:r>
        <w:t>She was also the only person in the room who had been in a berth herself and come out of one, twice by then, under a clause four lines long that nobody had objected to because it was obviously humane.</w:t>
      </w:r>
    </w:p>
    <w:p>
      <w:pPr>
        <w:ind w:firstLine="720"/>
      </w:pPr>
      <w:r>
        <w:t>She did not mention that and nobody thought of it, and it is not in the minute, and the nineteen words she wrote are the founding definition of an offence on Aura-36 and have been for a hundred and forty years.</w:t>
      </w:r>
    </w:p>
    <w:p>
      <w:pPr>
        <w:ind w:firstLine="720"/>
      </w:pPr>
      <w:r>
        <w:t>The last question was whether the Protocol should expire.</w:t>
      </w:r>
    </w:p>
    <w:p>
      <w:pPr>
        <w:ind w:firstLine="720"/>
      </w:pPr>
      <w:r>
        <w:t>Nnamdi wanted a sunset: it lapses at the first waking unless re-enacted by whatever body the hundred thousand produce. It is consistent with everything he had argued since the eighteenth year and it is consistent with the preamble he drafted in four minutes in the fifteenth.</w:t>
      </w:r>
    </w:p>
    <w:p>
      <w:pPr>
        <w:ind w:firstLine="720"/>
      </w:pPr>
      <w:r>
        <w:t>Renata was against it and won and her reason is the one that reaches furthest.</w:t>
      </w:r>
    </w:p>
    <w:p>
      <w:pPr>
        <w:ind w:firstLine="720"/>
      </w:pPr>
      <w:r>
        <w:t>A law that expires is a law that must be re-enacted, and re-enactment is done by people who have a reason to be thinking about it, and the reason will be a case. “You will have handed them an instrument that has to be passed again in the middle of something. I would rather it simply stood, and was old, and was inconvenient, and had to be repealed by somebody who wanted to repeal it in daylight.”</w:t>
      </w:r>
    </w:p>
    <w:p>
      <w:pPr>
        <w:ind w:firstLine="720"/>
      </w:pPr>
      <w:r>
        <w:t>It carried. There is no sunset.</w:t>
      </w:r>
    </w:p>
    <w:p>
      <w:pPr>
        <w:ind w:firstLine="720"/>
      </w:pPr>
      <w:r>
        <w:t>The Iron Protocol has never been amended. Not once, in a hundred and forty years. It is on the books in Book One's world exactly as it was written in a room in the twenty-third year of the crossing by nine people who had never held authority over anybody, and it is quoted in the courts of a planet, and the four pages of it are word for word what Ines Ferrer wrote out by hand on day three hundred and ten.</w:t>
      </w:r>
    </w:p>
    <w:p>
      <w:pPr>
        <w:ind w:firstLine="720"/>
      </w:pPr>
      <w:r>
        <w:t>There is one thing in it that nobody has ever noticed and Ines put it there and told nobody.</w:t>
      </w:r>
    </w:p>
    <w:p>
      <w:pPr>
        <w:ind w:firstLine="720"/>
      </w:pPr>
      <w:r>
        <w:t>The instrument does not use the word</w:t>
      </w:r>
    </w:p>
    <w:p>
      <w:pPr>
        <w:ind w:firstLine="720"/>
      </w:pPr>
      <w:r>
        <w:t>punishment</w:t>
      </w:r>
    </w:p>
    <w:p>
      <w:pPr>
        <w:ind w:firstLine="720"/>
      </w:pPr>
      <w:r>
        <w:t>anywhere. It does not use</w:t>
      </w:r>
    </w:p>
    <w:p>
      <w:pPr>
        <w:ind w:firstLine="720"/>
      </w:pPr>
      <w:r>
        <w:t>guilt</w:t>
      </w:r>
    </w:p>
    <w:p>
      <w:pPr>
        <w:ind w:firstLine="720"/>
      </w:pPr>
      <w:r>
        <w:t>,</w:t>
      </w:r>
    </w:p>
    <w:p>
      <w:pPr>
        <w:ind w:firstLine="720"/>
      </w:pPr>
      <w:r>
        <w:t>crime</w:t>
      </w:r>
    </w:p>
    <w:p>
      <w:pPr>
        <w:ind w:firstLine="720"/>
      </w:pPr>
      <w:r>
        <w:t>,</w:t>
      </w:r>
    </w:p>
    <w:p>
      <w:pPr>
        <w:ind w:firstLine="720"/>
      </w:pPr>
      <w:r>
        <w:t>sentence</w:t>
      </w:r>
    </w:p>
    <w:p>
      <w:pPr>
        <w:ind w:firstLine="720"/>
      </w:pPr>
      <w:r>
        <w:t>, or</w:t>
      </w:r>
    </w:p>
    <w:p>
      <w:pPr>
        <w:ind w:firstLine="720"/>
      </w:pPr>
      <w:r>
        <w:t>justice</w:t>
      </w:r>
    </w:p>
    <w:p>
      <w:pPr>
        <w:ind w:firstLine="720"/>
      </w:pPr>
      <w:r>
        <w:t>. Four pages, and not one of the five.</w:t>
      </w:r>
    </w:p>
    <w:p>
      <w:pPr>
        <w:ind w:firstLine="720"/>
      </w:pPr>
      <w:r>
        <w:t>What it says instead is</w:t>
      </w:r>
    </w:p>
    <w:p>
      <w:pPr>
        <w:ind w:firstLine="720"/>
      </w:pPr>
      <w:r>
        <w:t>determination</w:t>
      </w:r>
    </w:p>
    <w:p>
      <w:pPr>
        <w:ind w:firstLine="720"/>
      </w:pPr>
      <w:r>
        <w:t>,</w:t>
      </w:r>
    </w:p>
    <w:p>
      <w:pPr>
        <w:ind w:firstLine="720"/>
      </w:pPr>
      <w:r>
        <w:t>the person determined against</w:t>
      </w:r>
    </w:p>
    <w:p>
      <w:pPr>
        <w:ind w:firstLine="720"/>
      </w:pPr>
      <w:r>
        <w:t>, and</w:t>
      </w:r>
    </w:p>
    <w:p>
      <w:pPr>
        <w:ind w:firstLine="720"/>
      </w:pPr>
      <w:r>
        <w:t>disposal</w:t>
      </w:r>
    </w:p>
    <w:p>
      <w:pPr>
        <w:ind w:firstLine="720"/>
      </w:pPr>
      <w:r>
        <w:t>, which are the words out of the works order system, and out of the stowage and movement order system, and out of the inspection regime, because those were the words in the head of a records officer who had spent twenty-six years filing construction documents and had never had occasion to write any of the other five.</w:t>
      </w:r>
    </w:p>
    <w:p>
      <w:pPr>
        <w:ind w:firstLine="720"/>
      </w:pPr>
      <w:r>
        <w:t>Every instrument aboard the Ark-Genesis is a building instrument. She had established that on day two hundred and ninety-one of the fourth year, written four words in a notebook, underlined them, and put it to nine people who had gone away and written a charter for eight years.</w:t>
      </w:r>
    </w:p>
    <w:p>
      <w:pPr>
        <w:ind w:firstLine="720"/>
      </w:pPr>
      <w:r>
        <w:t>Nineteen years later the same woman wrote out the criminal law of a planet in the vocabulary of a works order and did not notice she was doing it until the fair copy was finished, and then read it through once more looking for it, and left every word exactly as it stood.</w:t>
      </w:r>
    </w:p>
    <w:p>
      <w:pPr>
        <w:ind w:firstLine="720"/>
      </w:pPr>
      <w:r>
        <w:t>Four pages.</w:t>
      </w:r>
    </w:p>
    <w:p>
      <w:pPr>
        <w:ind w:firstLine="720"/>
      </w:pPr>
      <w:r>
        <w:t>The Open Accord is nineteen and took eight years and forty-one sessions and had no time limit on it. The instrument that can end a person's life is four pages long and took eighteen months.</w:t>
      </w:r>
    </w:p>
    <w:p>
      <w:pPr>
        <w:ind w:firstLine="720"/>
      </w:pPr>
      <w:r>
        <w:t>Ines noticed that while she was writing it out and stopped for a while, and then finished it, because there was nothing else available to her and there never had been.</w:t>
      </w:r>
    </w:p>
    <w:p>
      <w:pPr>
        <w:ind w:firstLine="720"/>
      </w:pPr>
      <w:r>
        <w:t>She wrote it out twice. The signed copy went into the case in the forward transfer gallery beside the Accord and the Bound Ledger. The second copy she kept, and it is in her papers, and on the back of the last page, in her own hand, undated, is a single line that is not part of the instrument and has no legal effect and has never been reproduced in any edition.</w:t>
      </w:r>
    </w:p>
    <w:p>
      <w:pPr>
        <w:ind w:firstLine="720"/>
      </w:pPr>
      <w:r>
        <w:t>Eighteen months, and nobody argued about anything except who it was for.</w:t>
      </w:r>
    </w:p>
    <w:p>
      <w:r>
        <w:br w:type="page"/>
      </w:r>
    </w:p>
    <w:p>
      <w:pPr>
        <w:pStyle w:val="Heading1"/>
      </w:pPr>
      <w:r>
        <w:t>Chapter 51 &amp;mdash; The Verdict</w:t>
      </w:r>
    </w:p>
    <w:p>
      <w:pPr>
        <w:ind w:firstLine="720"/>
      </w:pPr>
      <w:r>
        <w:t>Night Shift · Year 24, Day 88 · Units 4, 7, 11 · Unreviewed</w:t>
      </w:r>
    </w:p>
    <w:p>
      <w:pPr>
        <w:ind w:firstLine="720"/>
      </w:pPr>
      <w:r>
        <w:t>00:41:52</w:t>
      </w:r>
    </w:p>
    <w:p>
      <w:pPr>
        <w:ind w:firstLine="720"/>
      </w:pPr>
      <w:r>
        <w:t>U-11</w:t>
      </w:r>
    </w:p>
    <w:p>
      <w:pPr>
        <w:ind w:firstLine="720"/>
      </w:pPr>
      <w:r>
        <w:t>Bay 4, gallery 2, berth 20,114. Housing opened 00:33. Nameplate removed. Recorded.</w:t>
      </w:r>
    </w:p>
    <w:p>
      <w:pPr>
        <w:ind w:firstLine="720"/>
      </w:pPr>
      <w:r>
        <w:t>02:14:19</w:t>
      </w:r>
    </w:p>
    <w:p>
      <w:pPr>
        <w:ind w:firstLine="720"/>
      </w:pPr>
      <w:r>
        <w:t>U-04</w:t>
      </w:r>
    </w:p>
    <w:p>
      <w:pPr>
        <w:ind w:firstLine="720"/>
      </w:pPr>
      <w:r>
        <w:t>Ring two, meeting room. Nine chairs pulled out. Not returned. Recorded.</w:t>
      </w:r>
    </w:p>
    <w:p>
      <w:pPr>
        <w:ind w:firstLine="720"/>
      </w:pPr>
      <w:r>
        <w:t>03:38:07</w:t>
      </w:r>
    </w:p>
    <w:p>
      <w:pPr>
        <w:ind w:firstLine="720"/>
      </w:pPr>
      <w:r>
        <w:t>U-07</w:t>
      </w:r>
    </w:p>
    <w:p>
      <w:pPr>
        <w:ind w:firstLine="720"/>
      </w:pPr>
      <w:r>
        <w:t>Ring two, meeting room. Nine chairs pulled out. Not returned. Recorded.</w:t>
      </w:r>
    </w:p>
    <w:p>
      <w:pPr>
        <w:ind w:firstLine="720"/>
      </w:pPr>
      <w:r>
        <w:t>04:51:33</w:t>
      </w:r>
    </w:p>
    <w:p>
      <w:pPr>
        <w:ind w:firstLine="720"/>
      </w:pPr>
      <w:r>
        <w:t>U-11</w:t>
      </w:r>
    </w:p>
    <w:p>
      <w:pPr>
        <w:ind w:firstLine="720"/>
      </w:pPr>
      <w:r>
        <w:t>Dome eleven. Substrate turned, bed 9. Works order 4,712. Recorded.</w:t>
      </w:r>
    </w:p>
    <w:p>
      <w:pPr>
        <w:ind w:firstLine="720"/>
      </w:pPr>
      <w:r>
        <w:t>05:56:48</w:t>
      </w:r>
    </w:p>
    <w:p>
      <w:pPr>
        <w:ind w:firstLine="720"/>
      </w:pPr>
      <w:r>
        <w:t>U-04</w:t>
      </w:r>
    </w:p>
    <w:p>
      <w:pPr>
        <w:ind w:firstLine="720"/>
      </w:pPr>
      <w:r>
        <w:t>Corridor 9. Music heard. Source not located. Logged as unexplained sound.</w:t>
      </w:r>
    </w:p>
    <w:p>
      <w:pPr>
        <w:ind w:firstLine="720"/>
      </w:pPr>
      <w:r>
        <w:t>He came up over three days, which is the standard schedule, which Halima Sow wrote.</w:t>
      </w:r>
    </w:p>
    <w:p>
      <w:pPr>
        <w:ind w:firstLine="720"/>
      </w:pPr>
      <w:r>
        <w:t>The thing nobody had prepared for is that he had not aged.</w:t>
      </w:r>
    </w:p>
    <w:p>
      <w:pPr>
        <w:ind w:firstLine="720"/>
      </w:pPr>
      <w:r>
        <w:t>Sergei Duhamel went into bay four at fifty-four years old in the eighteenth year and came out of it at fifty-four years old in the twenty-fourth, and walked into a room containing eight people who had aged six years, and Ines Ferrer minuted afterwards that the first four seconds of that were the worst of the whole proceeding and that nobody had thought of it in advance because nobody thinks about the obvious thing.</w:t>
      </w:r>
    </w:p>
    <w:p>
      <w:pPr>
        <w:ind w:firstLine="720"/>
      </w:pPr>
      <w:r>
        <w:t>He was told what had happened while he was in the box. That there was now an instrument. That it had taken eighteen months to write, in the open, with every session minuted in full. That it defined an offence as one done to a person who, at the time of the act, could not know it was being done. That a proceeding runs seventy-two hours, that the whole complement determines, that there is no appeal, and that between a determination and the carrying out of it there are twelve hours.</w:t>
      </w:r>
    </w:p>
    <w:p>
      <w:pPr>
        <w:ind w:firstLine="720"/>
      </w:pPr>
      <w:r>
        <w:t>He asked one question and Ines recorded it. He asked whether the instrument had been written before or after.</w:t>
      </w:r>
    </w:p>
    <w:p>
      <w:pPr>
        <w:ind w:firstLine="720"/>
      </w:pPr>
      <w:r>
        <w:t>“Before what?” said Renata.</w:t>
      </w:r>
    </w:p>
    <w:p>
      <w:pPr>
        <w:ind w:firstLine="720"/>
      </w:pPr>
      <w:r>
        <w:t>“Before you knew what you were going to do with me.”</w:t>
      </w:r>
    </w:p>
    <w:p>
      <w:pPr>
        <w:ind w:firstLine="720"/>
      </w:pPr>
      <w:r>
        <w:t>“Before,” she said. “That was the whole point of it and it is why it took eighteen months.”</w:t>
      </w:r>
    </w:p>
    <w:p>
      <w:pPr>
        <w:ind w:firstLine="720"/>
      </w:pPr>
      <w:r>
        <w:t>“Then it is better than I expected,” said Sergei Duhamel, and that is the last thing he said outside the proceeding and it is four words longer than anything else he said in six days.</w:t>
      </w:r>
    </w:p>
    <w:p>
      <w:pPr>
        <w:ind w:firstLine="720"/>
      </w:pPr>
      <w:r>
        <w:t>The proceeding is handled here in summary because that is the correct way to handle it and because everything in it is in the record in full, unsealed, readable by any citizen of Aura-36, under a clause Nnamdi Okonjo wrote and nobody asked for.</w:t>
      </w:r>
    </w:p>
    <w:p>
      <w:pPr>
        <w:ind w:firstLine="720"/>
      </w:pPr>
      <w:r>
        <w:t>Seventy-two hours. Nine people in the meeting room in ring two, which is where every meeting on that ship had been held for twenty-four years. Ines Ferrer keeping the record, having asked to be excused on the ground that she was a witness and been refused because there was nobody else, and having minuted that she noticed.</w:t>
      </w:r>
    </w:p>
    <w:p>
      <w:pPr>
        <w:ind w:firstLine="720"/>
      </w:pPr>
      <w:r>
        <w:t>The determination of fact took four hours and was unanimous, and it rested on what Sergei Duhamel had said to four people at a quarter to two in the morning on day one hundred and eight of the sixteenth year, because that is all there ever was and Renata Oyelaran had said so at the time and put it in writing that night.</w:t>
      </w:r>
    </w:p>
    <w:p>
      <w:pPr>
        <w:ind w:firstLine="720"/>
      </w:pPr>
      <w:r>
        <w:t>He did not withdraw a word of it. He was asked whether he wished to and he said no. He answered every question put to him accurately, including four technical ones from Halima about interval and quantity that made no difference to anything and which she asked because she was still, after eight years, trying to reconstruct a baseline.</w:t>
      </w:r>
    </w:p>
    <w:p>
      <w:pPr>
        <w:ind w:firstLine="720"/>
      </w:pPr>
      <w:r>
        <w:t>The disposal took the remaining sixty-eight hours.</w:t>
      </w:r>
    </w:p>
    <w:p>
      <w:pPr>
        <w:ind w:firstLine="720"/>
      </w:pPr>
      <w:r>
        <w:t>It was carried nine to one.</w:t>
      </w:r>
    </w:p>
    <w:p>
      <w:pPr>
        <w:ind w:firstLine="720"/>
      </w:pPr>
      <w:r>
        <w:t>Halima Sow was the one, and her objection was minuted at her request, and it is her third and last, and it does not argue that the instrument was wrong. It says that the instrument was written by nine people every one of whom was a witness, that this is not apparent from it, and that she has said so before, twice, in the drafting record of day two hundred and ninety-one of the twenty-second year and in the minute of day forty-seven of the eighteenth.</w:t>
      </w:r>
    </w:p>
    <w:p>
      <w:pPr>
        <w:ind w:firstLine="720"/>
      </w:pPr>
      <w:r>
        <w:t>Coda was four thousand kilometres off the hull, station-keeping, with the papers on the day they were made. She was counted in the majority.</w:t>
      </w:r>
    </w:p>
    <w:p>
      <w:pPr>
        <w:ind w:firstLine="720"/>
      </w:pPr>
      <w:r>
        <w:t>She had lodged nothing. She had lodged an objection in the twenty-second year and it had been received and acknowledged and circulated and never minuted because there was no category for it, and she had filed a fault report about the roll into the fault series where fault reports go, and it had sat there beside four thermal reports from the second year and one from the thirteenth about three seconds of missing log.</w:t>
      </w:r>
    </w:p>
    <w:p>
      <w:pPr>
        <w:ind w:firstLine="720"/>
      </w:pPr>
      <w:r>
        <w:t>By the twenty-fourth year she had stopped filing.</w:t>
      </w:r>
    </w:p>
    <w:p>
      <w:pPr>
        <w:ind w:firstLine="720"/>
      </w:pPr>
      <w:r>
        <w:t>What the sixty-eight hours were actually spent on is not what anybody assumes, and the drafting record and the proceeding record together make it plain.</w:t>
      </w:r>
    </w:p>
    <w:p>
      <w:pPr>
        <w:ind w:firstLine="720"/>
      </w:pPr>
      <w:r>
        <w:t>They were not spent arguing about whether. The instrument said what the disposal was and the instrument had been written eighteen months earlier by the same nine people specifically so that this afternoon would not be a decision.</w:t>
      </w:r>
    </w:p>
    <w:p>
      <w:pPr>
        <w:ind w:firstLine="720"/>
      </w:pPr>
      <w:r>
        <w:t>They were spent testing whether the instrument applied.</w:t>
      </w:r>
    </w:p>
    <w:p>
      <w:pPr>
        <w:ind w:firstLine="720"/>
      </w:pPr>
      <w:r>
        <w:t>Renata Oyelaran put the case against application and did it thoroughly and did it because somebody had to and there was nobody else. Whether a compound at a therapeutic concentration causing no harm constitutes an act done to a person at all. Whether a man who has been told what was done to him, and has been told for eight years, can still be said to have been unable to know it was being done — the clause speaks of the time of the act, and she argued the other way anyway, for four hours, properly.</w:t>
      </w:r>
    </w:p>
    <w:p>
      <w:pPr>
        <w:ind w:firstLine="720"/>
      </w:pPr>
      <w:r>
        <w:t>Whether six years in suspension without any finding of fact is a matter the instrument must take account of, and whether it can, since it says nothing about it, because nobody drafting it had been able to look straight at the fact that the man it was for had already been in a box for four years while they wrote it.</w:t>
      </w:r>
    </w:p>
    <w:p>
      <w:pPr>
        <w:ind w:firstLine="720"/>
      </w:pPr>
      <w:r>
        <w:t>That last one is the only argument that came close. It failed because there is nothing in four pages to hang it on, and because the person best placed to make it was the person putting the case against application, and she said so herself, in the record, at the end:</w:t>
      </w:r>
    </w:p>
    <w:p>
      <w:pPr>
        <w:ind w:firstLine="720"/>
      </w:pPr>
      <w:r>
        <w:t>I have argued this as far as it will go and it does not go far enough, and I want it recorded that the reason is a gap in an instrument I drafted.</w:t>
      </w:r>
    </w:p>
    <w:p>
      <w:pPr>
        <w:ind w:firstLine="720"/>
      </w:pPr>
      <w:r>
        <w:t>Nnamdi Okonjo, who had voted against having a law at all and then written most of it, said nothing for the whole sixty-eight hours except when asked a direct question.</w:t>
      </w:r>
    </w:p>
    <w:p>
      <w:pPr>
        <w:ind w:firstLine="720"/>
      </w:pPr>
      <w:r>
        <w:t>The twelve hours ran from four in the afternoon of day ninety to four in the morning of day ninety-one.</w:t>
      </w:r>
    </w:p>
    <w:p>
      <w:pPr>
        <w:ind w:firstLine="720"/>
      </w:pPr>
      <w:r>
        <w:t>What is in them is what the drafting put in them, in an hour that Aiyana Roux started by asking</w:t>
      </w:r>
    </w:p>
    <w:p>
      <w:pPr>
        <w:ind w:firstLine="720"/>
      </w:pPr>
      <w:r>
        <w:t>what happens in it</w:t>
      </w:r>
    </w:p>
    <w:p>
      <w:pPr>
        <w:ind w:firstLine="720"/>
      </w:pPr>
      <w:r>
        <w:t>when nobody had thought about that at all. He could see anybody he wished to see. He could write, and what he wrote goes into the archive unread by the complement and unsealed. He could decline all of it. And Miriam Achebe's clause, which she asked for and got without a vote: he is not alone unless he asks to be.</w:t>
      </w:r>
    </w:p>
    <w:p>
      <w:pPr>
        <w:ind w:firstLine="720"/>
      </w:pPr>
      <w:r>
        <w:t>He was not alone. Renata Oyelaran sat with him for the first four hours and Miriam Achebe for the middle four and Halima Sow for the last four, and none of the three has ever said one word about any of it to anybody, and there is no record of it beyond the fact that a unit came round three times and found two present and withdrew and did not ask again.</w:t>
      </w:r>
    </w:p>
    <w:p>
      <w:pPr>
        <w:ind w:firstLine="720"/>
      </w:pPr>
      <w:r>
        <w:t>He wrote for about two hours in the middle four.</w:t>
      </w:r>
    </w:p>
    <w:p>
      <w:pPr>
        <w:ind w:firstLine="720"/>
      </w:pPr>
      <w:r>
        <w:t>It is four pages and it is in the archive on Aura-36, unread by the complement as the clause requires, unsealed as the clause requires, and it is addressed to Dov Lindqvist.</w:t>
      </w:r>
    </w:p>
    <w:p>
      <w:pPr>
        <w:ind w:firstLine="720"/>
      </w:pPr>
      <w:r>
        <w:t>Dov Lindqvist has never read it.</w:t>
      </w:r>
    </w:p>
    <w:p>
      <w:pPr>
        <w:ind w:firstLine="720"/>
      </w:pPr>
      <w:r>
        <w:t>He is entitled to. He has been entitled to for fifty years. It has been available to him the entire time and he knows exactly where it is and he has never gone and got it, and nobody has ever asked him why, and this history is not going to either.</w:t>
      </w:r>
    </w:p>
    <w:p>
      <w:pPr>
        <w:ind w:firstLine="720"/>
      </w:pPr>
      <w:r>
        <w:t>At four in the morning of day ninety-one of the twenty-fourth year the Iron Protocol was carried out on Sergei Duhamel, once, correctly and properly, in accordance with an instrument that had been written before anybody knew what they were going to do with him.</w:t>
      </w:r>
    </w:p>
    <w:p>
      <w:pPr>
        <w:ind w:firstLine="720"/>
      </w:pPr>
      <w:r>
        <w:t>Dov Lindqvist carried it out.</w:t>
      </w:r>
    </w:p>
    <w:p>
      <w:pPr>
        <w:ind w:firstLine="720"/>
      </w:pPr>
      <w:r>
        <w:t>He held safety, which had become security, which he had picked up across twenty-four years as his own function counted down to nothing, and there was nobody else, and the org chart on that ship had never once produced a different answer to a question of that kind.</w:t>
      </w:r>
    </w:p>
    <w:p>
      <w:pPr>
        <w:ind w:firstLine="720"/>
      </w:pPr>
      <w:r>
        <w:t>The record is complete. It names the determination, the reasons, the division, the disposal, and every person present, and it may not be sealed, abridged or withheld from any person at any time for any reason, and it applies to the conduct of the complement as it applies to the conduct of the person determined against, and it is four pages, and any citizen of that planet may read all of it.</w:t>
      </w:r>
    </w:p>
    <w:p>
      <w:pPr>
        <w:ind w:firstLine="720"/>
      </w:pPr>
      <w:r>
        <w:t>Nobody ever asked him whether he should have.</w:t>
      </w:r>
    </w:p>
    <w:p>
      <w:pPr>
        <w:ind w:firstLine="720"/>
      </w:pPr>
      <w:r>
        <w:t>Not in the fourteen years that followed, not at the waking, not once in the rest of his life. It was not avoidance and it was not delicacy. There were nine of them, and the question had no procedure attached to it, and there was nobody whose job it was.</w:t>
      </w:r>
    </w:p>
    <w:p>
      <w:r>
        <w:br w:type="page"/>
      </w:r>
    </w:p>
    <w:p>
      <w:pPr>
        <w:pStyle w:val="Heading1"/>
      </w:pPr>
      <w:r>
        <w:t>Chapter 52 &amp;mdash; Twelve Hours Later</w:t>
      </w:r>
    </w:p>
    <w:p>
      <w:pPr>
        <w:ind w:firstLine="720"/>
      </w:pPr>
      <w:r>
        <w:t>Night Shift · Year 24, Day 91 · Units 4, 7, 11 · Unreviewed</w:t>
      </w:r>
    </w:p>
    <w:p>
      <w:pPr>
        <w:ind w:firstLine="720"/>
      </w:pPr>
      <w:r>
        <w:t>01:22:41</w:t>
      </w:r>
    </w:p>
    <w:p>
      <w:pPr>
        <w:ind w:firstLine="720"/>
      </w:pPr>
      <w:r>
        <w:t>U-07</w:t>
      </w:r>
    </w:p>
    <w:p>
      <w:pPr>
        <w:ind w:firstLine="720"/>
      </w:pPr>
      <w:r>
        <w:t>Dome eleven. Bed 9 conditioned. Works order 4,712. Recorded.</w:t>
      </w:r>
    </w:p>
    <w:p>
      <w:pPr>
        <w:ind w:firstLine="720"/>
      </w:pPr>
      <w:r>
        <w:t>03:40:18</w:t>
      </w:r>
    </w:p>
    <w:p>
      <w:pPr>
        <w:ind w:firstLine="720"/>
      </w:pPr>
      <w:r>
        <w:t>U-11</w:t>
      </w:r>
    </w:p>
    <w:p>
      <w:pPr>
        <w:ind w:firstLine="720"/>
      </w:pPr>
      <w:r>
        <w:t>Ring two, comms office. Lindqvist, D. present, not working. Withdrew.</w:t>
      </w:r>
    </w:p>
    <w:p>
      <w:pPr>
        <w:ind w:firstLine="720"/>
      </w:pPr>
      <w:r>
        <w:t>04:52:06</w:t>
      </w:r>
    </w:p>
    <w:p>
      <w:pPr>
        <w:ind w:firstLine="720"/>
      </w:pPr>
      <w:r>
        <w:t>U-04</w:t>
      </w:r>
    </w:p>
    <w:p>
      <w:pPr>
        <w:ind w:firstLine="720"/>
      </w:pPr>
      <w:r>
        <w:t>Dome eleven. Nine present, not working. Withdrew. Did not ask again.</w:t>
      </w:r>
    </w:p>
    <w:p>
      <w:pPr>
        <w:ind w:firstLine="720"/>
      </w:pPr>
      <w:r>
        <w:t>05:19:33</w:t>
      </w:r>
    </w:p>
    <w:p>
      <w:pPr>
        <w:ind w:firstLine="720"/>
      </w:pPr>
      <w:r>
        <w:t>U-07</w:t>
      </w:r>
    </w:p>
    <w:p>
      <w:pPr>
        <w:ind w:firstLine="720"/>
      </w:pPr>
      <w:r>
        <w:t>Ring two, comms office. Lindqvist, D. present, not working. Withdrew.</w:t>
      </w:r>
    </w:p>
    <w:p>
      <w:pPr>
        <w:ind w:firstLine="720"/>
      </w:pPr>
      <w:r>
        <w:t>05:58:12</w:t>
      </w:r>
    </w:p>
    <w:p>
      <w:pPr>
        <w:ind w:firstLine="720"/>
      </w:pPr>
      <w:r>
        <w:t>U-11</w:t>
      </w:r>
    </w:p>
    <w:p>
      <w:pPr>
        <w:ind w:firstLine="720"/>
      </w:pPr>
      <w:r>
        <w:t>Corridor 9. Music heard. Source not located. Logged as unexplained sound.</w:t>
      </w:r>
    </w:p>
    <w:p>
      <w:pPr>
        <w:ind w:firstLine="720"/>
      </w:pPr>
      <w:r>
        <w:t>Nine people.</w:t>
      </w:r>
    </w:p>
    <w:p>
      <w:pPr>
        <w:ind w:firstLine="720"/>
      </w:pPr>
      <w:r>
        <w:t>Dome eleven is the fallow one and has been since the first year, and it is where Tobias Ardagh went in the fifth year when nobody knew what to do and Miriam Achebe refused to put a man out of an airlock on the grounds that it was not a rite, it was a mass loss of eighty-one kilogrammes.</w:t>
      </w:r>
    </w:p>
    <w:p>
      <w:pPr>
        <w:ind w:firstLine="720"/>
      </w:pPr>
      <w:r>
        <w:t>A hundred and nine people had gone into it since. Renata Oyelaran had handled a hundred and four of them.</w:t>
      </w:r>
    </w:p>
    <w:p>
      <w:pPr>
        <w:ind w:firstLine="720"/>
      </w:pPr>
      <w:r>
        <w:t>Nobody had decided that either. She was the one with nothing that could not wait, and the first time she went it was because Halima had been in a bay for four hours already and somebody had to be at the other end of it, and after the ninth year it was simply the case.</w:t>
      </w:r>
    </w:p>
    <w:p>
      <w:pPr>
        <w:ind w:firstLine="720"/>
      </w:pPr>
      <w:r>
        <w:t>By the twenty-fourth year there was a form to it, and this is the whole of the form, and it is four steps and it is not a ceremony and Renata would have stopped anybody who used that word.</w:t>
      </w:r>
    </w:p>
    <w:p>
      <w:pPr>
        <w:ind w:firstLine="720"/>
      </w:pPr>
      <w:r>
        <w:t>The name, read out once.</w:t>
      </w:r>
    </w:p>
    <w:p>
      <w:pPr>
        <w:ind w:firstLine="720"/>
      </w:pPr>
      <w:r>
        <w:t>The last box of the intake form, read out, if there is anything in it.</w:t>
      </w:r>
    </w:p>
    <w:p>
      <w:pPr>
        <w:ind w:firstLine="720"/>
      </w:pPr>
      <w:r>
        <w:t>Nine minutes.</w:t>
      </w:r>
    </w:p>
    <w:p>
      <w:pPr>
        <w:ind w:firstLine="720"/>
      </w:pPr>
      <w:r>
        <w:t>The substrate turned.</w:t>
      </w:r>
    </w:p>
    <w:p>
      <w:pPr>
        <w:ind w:firstLine="720"/>
      </w:pPr>
      <w:r>
        <w:t>The intake form is the same form for everybody. That is a thing worth stating because it is the reason this chapter is possible. The programme never had two forms; the waking complement filled in the same three pages as the hundred thousand, at the same desks, in the same weeks, four years before departure, and the last box on all ninety-five thousand five hundred and eighty-three of them is the same box, eleven lines deep, and it says:</w:t>
      </w:r>
    </w:p>
    <w:p>
      <w:pPr>
        <w:ind w:firstLine="720"/>
      </w:pPr>
      <w:r>
        <w:t>Is there anything you would like the medical staff to know?</w:t>
      </w:r>
    </w:p>
    <w:p>
      <w:pPr>
        <w:ind w:firstLine="720"/>
      </w:pPr>
      <w:r>
        <w:t>Halima Sow had read every one of them. It took her the first three years and she never told anybody she had done it because it would have sounded like piety and it was inventory.</w:t>
      </w:r>
    </w:p>
    <w:p>
      <w:pPr>
        <w:ind w:firstLine="720"/>
      </w:pPr>
      <w:r>
        <w:t>Sergei Duhamel had written one line in his and it is six words long.</w:t>
      </w:r>
    </w:p>
    <w:p>
      <w:pPr>
        <w:ind w:firstLine="720"/>
      </w:pPr>
      <w:r>
        <w:t>I am easy to get on with.</w:t>
      </w:r>
    </w:p>
    <w:p>
      <w:pPr>
        <w:ind w:firstLine="720"/>
      </w:pPr>
      <w:r>
        <w:t>Renata Oyelaran read it out at four minutes past four in the morning of day ninety-one of the twenty-fourth year to eight other people standing in a fallow dome, in the same voice she had used for a hundred and four other people, because the form says read the box and she was not going to start making exceptions on the hundred and fifth.</w:t>
      </w:r>
    </w:p>
    <w:p>
      <w:pPr>
        <w:ind w:firstLine="720"/>
      </w:pPr>
      <w:r>
        <w:t>Nobody said anything. Nobody had said anything at any of the other hundred and four either.</w:t>
      </w:r>
    </w:p>
    <w:p>
      <w:pPr>
        <w:ind w:firstLine="720"/>
      </w:pPr>
      <w:r>
        <w:t>Nine minutes is nine minutes. It is not a silence with anything in it. It is nine minutes of nine people standing in a dome that smells of turned substrate at four in the morning, and the dome lighting is on the transit programme, which is eleven hours on and thirteen off, and at four in the morning it is off, and the only light in dome eleven is the working light over bed nine.</w:t>
      </w:r>
    </w:p>
    <w:p>
      <w:pPr>
        <w:ind w:firstLine="720"/>
      </w:pPr>
      <w:r>
        <w:t>Miriam Achebe had conditioned the bed herself over the twelve hours rather than let a unit do it, which is four hours of work she did not have and nobody asked for, and it is on the works record as 4,712 and it is the only entry in thirty-six years where she raised a works order in her own name for something that was not agronomy.</w:t>
      </w:r>
    </w:p>
    <w:p>
      <w:pPr>
        <w:ind w:firstLine="720"/>
      </w:pPr>
      <w:r>
        <w:t>Dov Lindqvist came.</w:t>
      </w:r>
    </w:p>
    <w:p>
      <w:pPr>
        <w:ind w:firstLine="720"/>
      </w:pPr>
      <w:r>
        <w:t>Nobody expected him to and nobody asked him to and there is no provision about it in four pages. He came at four, and stood at the back, and stayed the nine minutes, and went back to the comms office, and the units logged him there at twenty to four and again at twenty past five, which means he did not sleep either side of it.</w:t>
      </w:r>
    </w:p>
    <w:p>
      <w:pPr>
        <w:ind w:firstLine="720"/>
      </w:pPr>
      <w:r>
        <w:t>The nine minutes are not empty and Renata has been asked about them and has answered once, in the thirty-first year, to Soma Barua, who was the only person who ever asked.</w:t>
      </w:r>
    </w:p>
    <w:p>
      <w:pPr>
        <w:ind w:firstLine="720"/>
      </w:pPr>
      <w:r>
        <w:t>“What is it for?” Soma said. “Nobody speaks. There is no reading. It is nine minutes of standing.”</w:t>
      </w:r>
    </w:p>
    <w:p>
      <w:pPr>
        <w:ind w:firstLine="720"/>
      </w:pPr>
      <w:r>
        <w:t>“It is for the length of it.”</w:t>
      </w:r>
    </w:p>
    <w:p>
      <w:pPr>
        <w:ind w:firstLine="720"/>
      </w:pPr>
      <w:r>
        <w:t>“That is not an answer.”</w:t>
      </w:r>
    </w:p>
    <w:p>
      <w:pPr>
        <w:ind w:firstLine="720"/>
      </w:pPr>
      <w:r>
        <w:t>“It is the only one I have,” said Renata. “A thing that takes nine minutes cannot be got through on the way to something else. Four minutes and people are still arriving. Twenty and somebody starts thinking about the scrubbers, and they are right to, and then they are ashamed of it, and the shame is worse than the twenty minutes. Nine is long enough that you cannot do anything else and short enough that you do not have to forgive yourself for it.”</w:t>
      </w:r>
    </w:p>
    <w:p>
      <w:pPr>
        <w:ind w:firstLine="720"/>
      </w:pPr>
      <w:r>
        <w:t>“Who worked that out?”</w:t>
      </w:r>
    </w:p>
    <w:p>
      <w:pPr>
        <w:ind w:firstLine="720"/>
      </w:pPr>
      <w:r>
        <w:t>“Nobody. It was nine the first time because that is how long it took Miriam to turn the bed, and I stood there because it would have been strange to leave, and the second time I did it for nine minutes because that is what we had done.”</w:t>
      </w:r>
    </w:p>
    <w:p>
      <w:pPr>
        <w:ind w:firstLine="720"/>
      </w:pPr>
      <w:r>
        <w:t>Soma Barua said that this was the most honest account of a ritual she had ever heard and Renata said that it was not a ritual, and Soma said nothing.</w:t>
      </w:r>
    </w:p>
    <w:p>
      <w:pPr>
        <w:ind w:firstLine="720"/>
      </w:pPr>
      <w:r>
        <w:t>It is nine minutes on Aura-36. It has been nine minutes for a hundred and forty years, at every one of them, on four continents, and there are two published explanations of the number and both of them are about the founding and neither of them is about a bed.</w:t>
      </w:r>
    </w:p>
    <w:p>
      <w:pPr>
        <w:ind w:firstLine="720"/>
      </w:pPr>
      <w:r>
        <w:t>Ines Ferrer wrote the entry that morning and it is one line and it is the same shape as the one she wrote in the fifth year for a structural glazier who had written the word</w:t>
      </w:r>
    </w:p>
    <w:p>
      <w:pPr>
        <w:ind w:firstLine="720"/>
      </w:pPr>
      <w:r>
        <w:t>excited</w:t>
      </w:r>
    </w:p>
    <w:p>
      <w:pPr>
        <w:ind w:firstLine="720"/>
      </w:pPr>
      <w:r>
        <w:t>on a form.</w:t>
      </w:r>
    </w:p>
    <w:p>
      <w:pPr>
        <w:ind w:firstLine="720"/>
      </w:pPr>
      <w:r>
        <w:t>Duhamel, S., deceased day 91 year 24, under instrument. Committed to dome eleven substrate day 91. Complement present: nine.</w:t>
      </w:r>
    </w:p>
    <w:p>
      <w:pPr>
        <w:ind w:firstLine="720"/>
      </w:pPr>
      <w:r>
        <w:t>The roll read ten.</w:t>
      </w:r>
    </w:p>
    <w:p>
      <w:pPr>
        <w:ind w:firstLine="720"/>
      </w:pPr>
      <w:r>
        <w:t>She did not annotate it. She wrote</w:t>
      </w:r>
    </w:p>
    <w:p>
      <w:pPr>
        <w:ind w:firstLine="720"/>
      </w:pPr>
      <w:r>
        <w:t>nine</w:t>
      </w:r>
    </w:p>
    <w:p>
      <w:pPr>
        <w:ind w:firstLine="720"/>
      </w:pPr>
      <w:r>
        <w:t>because there were nine people in the dome and she was recording what she saw, and the roll of the waking complement had read ten since the nineteenth year and would read ten until the waking, and the two numbers sat in different documents and nobody put them side by side.</w:t>
      </w:r>
    </w:p>
    <w:p>
      <w:pPr>
        <w:ind w:firstLine="720"/>
      </w:pPr>
      <w:r>
        <w:t>In the fifth year she had written</w:t>
      </w:r>
    </w:p>
    <w:p>
      <w:pPr>
        <w:ind w:firstLine="720"/>
      </w:pPr>
      <w:r>
        <w:t>Complement present: ten</w:t>
      </w:r>
    </w:p>
    <w:p>
      <w:pPr>
        <w:ind w:firstLine="720"/>
      </w:pPr>
      <w:r>
        <w:t>and Coda had come up four miles for it and gone straight back down without speaking to anybody.</w:t>
      </w:r>
    </w:p>
    <w:p>
      <w:pPr>
        <w:ind w:firstLine="720"/>
      </w:pPr>
      <w:r>
        <w:t>One thing happened in the nine minutes and it is in no record and Miriam Achebe told Ines about it eleven years later and Ines put it in the</w:t>
      </w:r>
    </w:p>
    <w:p>
      <w:pPr>
        <w:ind w:firstLine="720"/>
      </w:pPr>
      <w:r>
        <w:t>Not obligations</w:t>
      </w:r>
    </w:p>
    <w:p>
      <w:pPr>
        <w:ind w:firstLine="720"/>
      </w:pPr>
      <w:r>
        <w:t>pages at the back of the Bound Ledger, where it is the ninth and last entry.</w:t>
      </w:r>
    </w:p>
    <w:p>
      <w:pPr>
        <w:ind w:firstLine="720"/>
      </w:pPr>
      <w:r>
        <w:t>Aurelio Calder came in about two minutes late.</w:t>
      </w:r>
    </w:p>
    <w:p>
      <w:pPr>
        <w:ind w:firstLine="720"/>
      </w:pPr>
      <w:r>
        <w:t>He had never been late to anything in twenty-four years. He came in from the ring one side, which is the long way, and he had substrate on his hands, and Miriam — who conditions substrate for a living and knows what four hours of it looks like on a person — understood that he had been in dome eleven before any of them and had turned bed nine himself, and that she had come down at midnight and found it done and had assumed a unit had run early and had raised no query because the works order was hers and it was closed.</w:t>
      </w:r>
    </w:p>
    <w:p>
      <w:pPr>
        <w:ind w:firstLine="720"/>
      </w:pPr>
      <w:r>
        <w:t>She never asked him. He never said. There is a works order, 4,712, and it is in her name, and a unit is recorded against it at twenty-two minutes past one.</w:t>
      </w:r>
    </w:p>
    <w:p>
      <w:pPr>
        <w:ind w:firstLine="720"/>
      </w:pPr>
      <w:r>
        <w:t>The entry in the back of the Ledger is nine words long and Ines wrote it without a name in it, deliberately, because she had two accounts and no way to choose between them and would not put a guess in a book.</w:t>
      </w:r>
    </w:p>
    <w:p>
      <w:pPr>
        <w:ind w:firstLine="720"/>
      </w:pPr>
      <w:r>
        <w:t>Bed nine, dome eleven, turned twice. Nobody has said so.</w:t>
      </w:r>
    </w:p>
    <w:p>
      <w:pPr>
        <w:ind w:firstLine="720"/>
      </w:pPr>
      <w:r>
        <w:t>Then everybody went and did something ordinary, because it was five in the morning and the ship does not stop.</w:t>
      </w:r>
    </w:p>
    <w:p>
      <w:pPr>
        <w:ind w:firstLine="720"/>
      </w:pPr>
      <w:r>
        <w:t>Halima walked bay one, which was scheduled, nine hours, eleven galleries. Soma Barua had a scrubber cycle. Aiyana checked the trajectory and it was correct. Miriam turned the barley in dome six at five, as she did, because the plan had no slack in it anywhere and had not had since the first year.</w:t>
      </w:r>
    </w:p>
    <w:p>
      <w:pPr>
        <w:ind w:firstLine="720"/>
      </w:pPr>
      <w:r>
        <w:t>Renata Oyelaran went back to district four hundred and eleven and slept for four hours and then wrote the closing entry on the proceeding record, which was hers to write because Ines had kept the minute and could not also certify it, and it is two lines.</w:t>
      </w:r>
    </w:p>
    <w:p>
      <w:pPr>
        <w:ind w:firstLine="720"/>
      </w:pPr>
      <w:r>
        <w:t>Then she took her nine volumes off the shelf — two about the government of ships, four about the administration of remote territories, three about mutiny, carried aboard against her own four hundred grammes twenty-four years earlier by a woman of thirty-nine who had no technical function and nothing to do — and she put all nine of them in a stowage crate and did not open any of them again.</w:t>
      </w:r>
    </w:p>
    <w:p>
      <w:pPr>
        <w:ind w:firstLine="720"/>
      </w:pPr>
      <w:r>
        <w:t>They went down to the surface in the eleventh tranche. They are in a library on Aura-36. Three of them have her margin notes in them and one has four words on the back of a flyleaf in her hand, written at some point across seventeen years, undated, and they are:</w:t>
      </w:r>
    </w:p>
    <w:p>
      <w:pPr>
        <w:ind w:firstLine="720"/>
      </w:pPr>
      <w:r>
        <w:t>no outside. remember this.</w:t>
      </w:r>
    </w:p>
    <w:p>
      <w:r>
        <w:br w:type="page"/>
      </w:r>
    </w:p>
    <w:p>
      <w:pPr>
        <w:pStyle w:val="Heading1"/>
      </w:pPr>
      <w:r>
        <w:t>Chapter 53 &amp;mdash; She Comes Back For A Day</w:t>
      </w:r>
    </w:p>
    <w:p>
      <w:pPr>
        <w:ind w:firstLine="720"/>
      </w:pPr>
      <w:r>
        <w:t>Night Shift · Year 24, Day 141 · Units 4, 7, 11 · Unreviewed</w:t>
      </w:r>
    </w:p>
    <w:p>
      <w:pPr>
        <w:ind w:firstLine="720"/>
      </w:pPr>
      <w:r>
        <w:t>01:07:19</w:t>
      </w:r>
    </w:p>
    <w:p>
      <w:pPr>
        <w:ind w:firstLine="720"/>
      </w:pPr>
      <w:r>
        <w:t>U-04</w:t>
      </w:r>
    </w:p>
    <w:p>
      <w:pPr>
        <w:ind w:firstLine="720"/>
      </w:pPr>
      <w:r>
        <w:t>Ring two, counter 1. Surface cleaned. Not used since 22:00 previous. Recorded.</w:t>
      </w:r>
    </w:p>
    <w:p>
      <w:pPr>
        <w:ind w:firstLine="720"/>
      </w:pPr>
      <w:r>
        <w:t>02:41:52</w:t>
      </w:r>
    </w:p>
    <w:p>
      <w:pPr>
        <w:ind w:firstLine="720"/>
      </w:pPr>
      <w:r>
        <w:t>U-11</w:t>
      </w:r>
    </w:p>
    <w:p>
      <w:pPr>
        <w:ind w:firstLine="720"/>
      </w:pPr>
      <w:r>
        <w:t>District 640. Compartment cycled. Occupant present. Withdrew. Did not ask again.</w:t>
      </w:r>
    </w:p>
    <w:p>
      <w:pPr>
        <w:ind w:firstLine="720"/>
      </w:pPr>
      <w:r>
        <w:t>03:55:08</w:t>
      </w:r>
    </w:p>
    <w:p>
      <w:pPr>
        <w:ind w:firstLine="720"/>
      </w:pPr>
      <w:r>
        <w:t>U-07</w:t>
      </w:r>
    </w:p>
    <w:p>
      <w:pPr>
        <w:ind w:firstLine="720"/>
      </w:pPr>
      <w:r>
        <w:t>Aft distribution gallery. Two present, working. Withdrew. Did not ask again.</w:t>
      </w:r>
    </w:p>
    <w:p>
      <w:pPr>
        <w:ind w:firstLine="720"/>
      </w:pPr>
      <w:r>
        <w:t>04:48:36</w:t>
      </w:r>
    </w:p>
    <w:p>
      <w:pPr>
        <w:ind w:firstLine="720"/>
      </w:pPr>
      <w:r>
        <w:t>U-04</w:t>
      </w:r>
    </w:p>
    <w:p>
      <w:pPr>
        <w:ind w:firstLine="720"/>
      </w:pPr>
      <w:r>
        <w:t>Stores 4. Bracket, structural, 41mm. Drawn against works order 4,801. Signed Coda.</w:t>
      </w:r>
    </w:p>
    <w:p>
      <w:pPr>
        <w:ind w:firstLine="720"/>
      </w:pPr>
      <w:r>
        <w:t>05:57:44</w:t>
      </w:r>
    </w:p>
    <w:p>
      <w:pPr>
        <w:ind w:firstLine="720"/>
      </w:pPr>
      <w:r>
        <w:t>U-11</w:t>
      </w:r>
    </w:p>
    <w:p>
      <w:pPr>
        <w:ind w:firstLine="720"/>
      </w:pPr>
      <w:r>
        <w:t>Corridor 9. Music heard. Source not located. Logged as unexplained sound.</w:t>
      </w:r>
    </w:p>
    <w:p>
      <w:pPr>
        <w:ind w:firstLine="720"/>
      </w:pPr>
      <w:r>
        <w:t>The stated reason was a bracket.</w:t>
      </w:r>
    </w:p>
    <w:p>
      <w:pPr>
        <w:ind w:firstLine="720"/>
      </w:pPr>
      <w:r>
        <w:t>A structural bracket, forty-one millimetres, for a mount on the survey grid rig that had cracked in the eleventh month of a seventeen-month external programme, and there are four hundred of them in stores four and Coda drew one against a works order and signed for it, and the entry is in the night log at the top of this chapter and it is true.</w:t>
      </w:r>
    </w:p>
    <w:p>
      <w:pPr>
        <w:ind w:firstLine="720"/>
      </w:pPr>
      <w:r>
        <w:t>Ines Ferrer had sent her the proceeding record on the day it was closed, complete, four pages plus the minute, as she had sent her everything for nineteen years without being asked.</w:t>
      </w:r>
    </w:p>
    <w:p>
      <w:pPr>
        <w:ind w:firstLine="720"/>
      </w:pPr>
      <w:r>
        <w:t>Coda came back on day one hundred and thirty-eight of the twenty-fourth year and stayed four days, and this history is not going to say which of those two things brought her, because she never said, and because the honest answer is probably that she would not have been able to separate them either.</w:t>
      </w:r>
    </w:p>
    <w:p>
      <w:pPr>
        <w:ind w:firstLine="720"/>
      </w:pPr>
      <w:r>
        <w:t>What she found is the shape of the rest of the series and she assembled it in about four days without discussing any of it with anybody.</w:t>
      </w:r>
    </w:p>
    <w:p>
      <w:pPr>
        <w:ind w:firstLine="720"/>
      </w:pPr>
      <w:r>
        <w:t>Nobody talked about it.</w:t>
      </w:r>
    </w:p>
    <w:p>
      <w:pPr>
        <w:ind w:firstLine="720"/>
      </w:pPr>
      <w:r>
        <w:t>Not evasively. That is the part she could not get purchase on. She had expected to walk into eight people who were carefully not mentioning a thing, and what she walked into was eight people for whom it had already stopped being a thing that got mentioned, eight weeks after it happened.</w:t>
      </w:r>
    </w:p>
    <w:p>
      <w:pPr>
        <w:ind w:firstLine="720"/>
      </w:pPr>
      <w:r>
        <w:t>There was no agreement. Nobody had proposed it. Ines's minutes for the period are ordinary and the item simply does not appear after day ninety-one, and there is no closing entry and no summary and no discussion of what had been done, because the proceeding record is four pages and is complete and unsealed and readable by any person at any hour, and once a thing is fully in the record there is no remaining administrative reason to speak about it.</w:t>
      </w:r>
    </w:p>
    <w:p>
      <w:pPr>
        <w:ind w:firstLine="720"/>
      </w:pPr>
      <w:r>
        <w:t>“That is the whole mechanism,” Coda said, once, in the twenty-ninth year, to Ines, unprompted and five years late. “You wrote everything down so nobody ever had to say it out loud, and the writing it down was the right thing and it is why anybody knows anything, and it is also how it went quiet.”</w:t>
      </w:r>
    </w:p>
    <w:p>
      <w:pPr>
        <w:ind w:firstLine="720"/>
      </w:pPr>
      <w:r>
        <w:t>Ines did not have an answer and did not pretend to and it is not minuted anywhere.</w:t>
      </w:r>
    </w:p>
    <w:p>
      <w:pPr>
        <w:ind w:firstLine="720"/>
      </w:pPr>
      <w:r>
        <w:t>That reticence is four generations old on Aura-36. It is why the schools there teach the founding as a warning loop rather than as a story, because a warning loop is what you build when you have complete records and no habit of speech, and every one of those schools would tell you the reticence is a founding value, and it is eight weeks old and it came out of a filing system.</w:t>
      </w:r>
    </w:p>
    <w:p>
      <w:pPr>
        <w:ind w:firstLine="720"/>
      </w:pPr>
      <w:r>
        <w:t>The second ring counter was still running one hour a day.</w:t>
      </w:r>
    </w:p>
    <w:p>
      <w:pPr>
        <w:ind w:firstLine="720"/>
      </w:pPr>
      <w:r>
        <w:t>To an empty room. It had been empty since week six of the sixteenth year, which was eight years and four months, and the unit cleaned the surface at seven minutes past one every morning and recorded that it had not been used since ten the previous evening, which is a way of saying that one person had come and taken something and gone.</w:t>
      </w:r>
    </w:p>
    <w:p>
      <w:pPr>
        <w:ind w:firstLine="720"/>
      </w:pPr>
      <w:r>
        <w:t>Coda ate there on the second day, on her own, at seven in the evening, on purpose, to see. Nobody came.</w:t>
      </w:r>
    </w:p>
    <w:p>
      <w:pPr>
        <w:ind w:firstLine="720"/>
      </w:pPr>
      <w:r>
        <w:t>Soma Barua was good at the job and Coda liked her, which made it worse.</w:t>
      </w:r>
    </w:p>
    <w:p>
      <w:pPr>
        <w:ind w:firstLine="720"/>
      </w:pPr>
      <w:r>
        <w:t>They worked the aft galleries together on the third day, four hours, and it is in the night log as</w:t>
      </w:r>
    </w:p>
    <w:p>
      <w:pPr>
        <w:ind w:firstLine="720"/>
      </w:pPr>
      <w:r>
        <w:t>two present, working</w:t>
      </w:r>
    </w:p>
    <w:p>
      <w:pPr>
        <w:ind w:firstLine="720"/>
      </w:pPr>
      <w:r>
        <w:t>, and it is the only time in thirty-six years that two people held that holding at once.</w:t>
      </w:r>
    </w:p>
    <w:p>
      <w:pPr>
        <w:ind w:firstLine="720"/>
      </w:pPr>
      <w:r>
        <w:t>Soma had restarted the compartment cycling programme in her fourth week and cleared a fourteen-month backlog over nineteen months and had never mentioned that the backlog existed. She had rebuilt the environmental fault series into a form a person who was not her could read, and had written in the covering note that the last person to hold the seat was the only person who could read it and she would like that not to be true again. Nobody had replied to the covering note.</w:t>
      </w:r>
    </w:p>
    <w:p>
      <w:pPr>
        <w:ind w:firstLine="720"/>
      </w:pPr>
      <w:r>
        <w:t>Coda read it on the third evening and said it was the best thing anybody on that ship had done in nine years, and Soma said that nobody had said anything about it at all, and Coda said she knew.</w:t>
      </w:r>
    </w:p>
    <w:p>
      <w:pPr>
        <w:ind w:firstLine="720"/>
      </w:pPr>
      <w:r>
        <w:t>Then Coda did the generous thing and it is the worst thing in this chapter.</w:t>
      </w:r>
    </w:p>
    <w:p>
      <w:pPr>
        <w:ind w:firstLine="720"/>
      </w:pPr>
      <w:r>
        <w:t>“You should keep the districts,” she said. “All of it. I am not coming back properly. The survey is another five years and after that there is a system out there nobody has looked at and I am going to go and look at it. The seat is yours.”</w:t>
      </w:r>
    </w:p>
    <w:p>
      <w:pPr>
        <w:ind w:firstLine="720"/>
      </w:pPr>
      <w:r>
        <w:t>Soma Barua said something noncommittal.</w:t>
      </w:r>
    </w:p>
    <w:p>
      <w:pPr>
        <w:ind w:firstLine="720"/>
      </w:pPr>
      <w:r>
        <w:t>Coda took that for agreement, because it is what it sounds like, and left on the fourth day satisfied that she had settled it — that a woman she liked and rated had a job, permanently, and that she had said so out loud to her.</w:t>
      </w:r>
    </w:p>
    <w:p>
      <w:pPr>
        <w:ind w:firstLine="720"/>
      </w:pPr>
      <w:r>
        <w:t>She had not settled anything. She had said a thing to a person.</w:t>
      </w:r>
    </w:p>
    <w:p>
      <w:pPr>
        <w:ind w:firstLine="720"/>
      </w:pPr>
      <w:r>
        <w:t>Nnamdi Okonjo had drafted a procedure in the fifth year with no discretion anywhere in it, deliberately, having taken it out of four drafts, having told Renata that a power gets used and a procedure gets executed and that in nine years when they were tired and frightened he would like them to simply do it. It requires a function that cannot be covered. It says the woken person may be returned to suspension when the function is no longer required, on the determination of the surviving complement. Four lines. Least contested clause in the document. Coda asked for it herself in the fifth year, in nine words, from the back of a session.</w:t>
      </w:r>
    </w:p>
    <w:p>
      <w:pPr>
        <w:ind w:firstLine="720"/>
      </w:pPr>
      <w:r>
        <w:t>Coda's wish is not an instrument. There is no form on that ship for a person relinquishing a holding, because nobody had ever needed one, because who relinquishes what.</w:t>
      </w:r>
    </w:p>
    <w:p>
      <w:pPr>
        <w:ind w:firstLine="720"/>
      </w:pPr>
      <w:r>
        <w:t>Soma Barua went back into bay two, gallery eleven, berth 11,882 on day one hundred and forty-four of the twenty-fourth year, four hours after the skiff cleared, and Halima Sow put the nameplate back on the door.</w:t>
      </w:r>
    </w:p>
    <w:p>
      <w:pPr>
        <w:ind w:firstLine="720"/>
      </w:pPr>
      <w:r>
        <w:t>It was the third time. There were two more.</w:t>
      </w:r>
    </w:p>
    <w:p>
      <w:pPr>
        <w:ind w:firstLine="720"/>
      </w:pPr>
      <w:r>
        <w:t>And Calder was holding more than he had been.</w:t>
      </w:r>
    </w:p>
    <w:p>
      <w:pPr>
        <w:ind w:firstLine="720"/>
      </w:pPr>
      <w:r>
        <w:t>She asked him about the register on the last morning, in the yard, because it was the only thing she could think of to ask that was a fact rather than a feeling.</w:t>
      </w:r>
    </w:p>
    <w:p>
      <w:pPr>
        <w:ind w:firstLine="720"/>
      </w:pPr>
      <w:r>
        <w:t>Thirty-one entries in the twelfth year. Forty-four by the twenty-fourth. Nine of the original thirty-one were his; of the thirteen added since, eleven were.</w:t>
      </w:r>
    </w:p>
    <w:p>
      <w:pPr>
        <w:ind w:firstLine="720"/>
      </w:pPr>
      <w:r>
        <w:t>Every one is on the published schedule, because clause forty says an exception not on the schedule is void and he wrote clause forty himself. Every one has a granting authority, and it says</w:t>
      </w:r>
    </w:p>
    <w:p>
      <w:pPr>
        <w:ind w:firstLine="720"/>
      </w:pPr>
      <w:r>
        <w:t>the complement, by continuity</w:t>
      </w:r>
    </w:p>
    <w:p>
      <w:pPr>
        <w:ind w:firstLine="720"/>
      </w:pPr>
      <w:r>
        <w:t>, because there is nothing else it could say. Every one has a review date and it says</w:t>
      </w:r>
    </w:p>
    <w:p>
      <w:pPr>
        <w:ind w:firstLine="720"/>
      </w:pPr>
      <w:r>
        <w:t>at the first waking</w:t>
      </w:r>
    </w:p>
    <w:p>
      <w:pPr>
        <w:ind w:firstLine="720"/>
      </w:pPr>
      <w:r>
        <w:t>, which was twelve years off.</w:t>
      </w:r>
    </w:p>
    <w:p>
      <w:pPr>
        <w:ind w:firstLine="720"/>
      </w:pPr>
      <w:r>
        <w:t>She asked him what he was going to do about it.</w:t>
      </w:r>
    </w:p>
    <w:p>
      <w:pPr>
        <w:ind w:firstLine="720"/>
      </w:pPr>
      <w:r>
        <w:t>He gave her a completely reasonable answer. It took about ninety seconds and every clause of it was true and she checked two of them afterwards and both held. The eleven are technical custodies, every one of them arising because a thing had to be held by somebody and there was nobody else, and the schedule is published precisely so that this is visible, and the review is coming, and he would hand the lot over at the waking to anybody competent to take it.</w:t>
      </w:r>
    </w:p>
    <w:p>
      <w:pPr>
        <w:ind w:firstLine="720"/>
      </w:pPr>
      <w:r>
        <w:t>There was no argument available to her. That is what she took away and it is what did it.</w:t>
      </w:r>
    </w:p>
    <w:p>
      <w:pPr>
        <w:ind w:firstLine="720"/>
      </w:pPr>
      <w:r>
        <w:t>Not the offence, and not the law, and not the six years, and not the nine to one. A man standing in a yard being entirely reasonable about forty-four entries with a review date twelve years away, who expected her to be fine with it, and who expected her to be fine with the life she had, four thousand kilometres out, station-keeping, while he went on being the person everything was held by.</w:t>
      </w:r>
    </w:p>
    <w:p>
      <w:pPr>
        <w:ind w:firstLine="720"/>
      </w:pPr>
      <w:r>
        <w:t>One more thing, and it is the only time in her life she asked anybody about it, and she asked the wrong person on purpose.</w:t>
      </w:r>
    </w:p>
    <w:p>
      <w:pPr>
        <w:ind w:firstLine="720"/>
      </w:pPr>
      <w:r>
        <w:t>She asked Dov Lindqvist whether the monitoring was still an emergency measure.</w:t>
      </w:r>
    </w:p>
    <w:p>
      <w:pPr>
        <w:ind w:firstLine="720"/>
      </w:pPr>
      <w:r>
        <w:t>“It is,” he said. “Works order 4,411, raised in the sixteenth year, unanimous, as an emergency measure, for the duration.”</w:t>
      </w:r>
    </w:p>
    <w:p>
      <w:pPr>
        <w:ind w:firstLine="720"/>
      </w:pPr>
      <w:r>
        <w:t>“For the duration of what?”</w:t>
      </w:r>
    </w:p>
    <w:p>
      <w:pPr>
        <w:ind w:firstLine="720"/>
      </w:pPr>
      <w:r>
        <w:t>Dov Lindqvist thought about it for slightly too long, which is a thing he had not done in twenty-four years.</w:t>
      </w:r>
    </w:p>
    <w:p>
      <w:pPr>
        <w:ind w:firstLine="720"/>
      </w:pPr>
      <w:r>
        <w:t>“It does not say,” he said.</w:t>
      </w:r>
    </w:p>
    <w:p>
      <w:pPr>
        <w:ind w:firstLine="720"/>
      </w:pPr>
      <w:r>
        <w:t>She let it go. She had four days and a bracket and she was not going to spend the last afternoon of them making a man who had been through what he had been through look up his own works order.</w:t>
      </w:r>
    </w:p>
    <w:p>
      <w:pPr>
        <w:ind w:firstLine="720"/>
      </w:pPr>
      <w:r>
        <w:t>He looked it up that night. It is in the night log —</w:t>
      </w:r>
    </w:p>
    <w:p>
      <w:pPr>
        <w:ind w:firstLine="720"/>
      </w:pPr>
      <w:r>
        <w:t>comms office, Lindqvist, D., awake and working</w:t>
      </w:r>
    </w:p>
    <w:p>
      <w:pPr>
        <w:ind w:firstLine="720"/>
      </w:pPr>
      <w:r>
        <w:t>— at one, at half past two, and at twenty to five. He established that the order has no expiry, no trigger, no review body and no defined duration, that it was drafted in eleven days by frightened people who all believed it was temporary and who all said the word out loud in a room, and that the only review date attaching to any part of it is the one on the exceptions schedule, which says</w:t>
      </w:r>
    </w:p>
    <w:p>
      <w:pPr>
        <w:ind w:firstLine="720"/>
      </w:pPr>
      <w:r>
        <w:t>at the first waking.</w:t>
      </w:r>
    </w:p>
    <w:p>
      <w:pPr>
        <w:ind w:firstLine="720"/>
      </w:pPr>
      <w:r>
        <w:t>He put it on the agenda for the following month.</w:t>
      </w:r>
    </w:p>
    <w:p>
      <w:pPr>
        <w:ind w:firstLine="720"/>
      </w:pPr>
      <w:r>
        <w:t>It was taken. The complement voted to make it permanent and the vote was not close, and Dov Lindqvist voted with the majority.</w:t>
      </w:r>
    </w:p>
    <w:p>
      <w:pPr>
        <w:ind w:firstLine="720"/>
      </w:pPr>
      <w:r>
        <w:t>She got in the skiff on the fourth day and did not say goodbye to anybody except Miriam, who walked her down, as she did.</w:t>
      </w:r>
    </w:p>
    <w:p>
      <w:pPr>
        <w:ind w:firstLine="720"/>
      </w:pPr>
      <w:r>
        <w:t>“Are you coming back?”</w:t>
      </w:r>
    </w:p>
    <w:p>
      <w:pPr>
        <w:ind w:firstLine="720"/>
      </w:pPr>
      <w:r>
        <w:t>“For the supper,” said Coda.</w:t>
      </w:r>
    </w:p>
    <w:p>
      <w:pPr>
        <w:ind w:firstLine="720"/>
      </w:pPr>
      <w:r>
        <w:t>The anger did not arrive on the way out. It arrived about four days later, at frame nine hundred, on the outside of the hull, with a light in her teeth, and it did not go again for a hundred and forty years.</w:t>
      </w:r>
    </w:p>
    <w:p>
      <w:r>
        <w:br w:type="page"/>
      </w:r>
    </w:p>
    <w:p>
      <w:pPr>
        <w:pStyle w:val="Heading1"/>
      </w:pPr>
      <w:r>
        <w:t>Chapter 54 &amp;mdash; Full Coverage</w:t>
      </w:r>
    </w:p>
    <w:p>
      <w:pPr>
        <w:ind w:firstLine="720"/>
      </w:pPr>
      <w:r>
        <w:t>Night Shift · Year 25, Day 12 · Units 4, 7, 11 · Unreviewed</w:t>
      </w:r>
    </w:p>
    <w:p>
      <w:pPr>
        <w:ind w:firstLine="720"/>
      </w:pPr>
      <w:r>
        <w:t>00:44:31</w:t>
      </w:r>
    </w:p>
    <w:p>
      <w:pPr>
        <w:ind w:firstLine="720"/>
      </w:pPr>
      <w:r>
        <w:t>U-07</w:t>
      </w:r>
    </w:p>
    <w:p>
      <w:pPr>
        <w:ind w:firstLine="720"/>
      </w:pPr>
      <w:r>
        <w:t>Ring one, dome four. Optical node, position 4 of 11. Works order 4,411 reopened. Recorded.</w:t>
      </w:r>
    </w:p>
    <w:p>
      <w:pPr>
        <w:ind w:firstLine="720"/>
      </w:pPr>
      <w:r>
        <w:t>02:11:08</w:t>
      </w:r>
    </w:p>
    <w:p>
      <w:pPr>
        <w:ind w:firstLine="720"/>
      </w:pPr>
      <w:r>
        <w:t>U-11</w:t>
      </w:r>
    </w:p>
    <w:p>
      <w:pPr>
        <w:ind w:firstLine="720"/>
      </w:pPr>
      <w:r>
        <w:t>Scrubber plant, ring two. Barua, S. present, working. Withdrew. Did not ask again.</w:t>
      </w:r>
    </w:p>
    <w:p>
      <w:pPr>
        <w:ind w:firstLine="720"/>
      </w:pPr>
      <w:r>
        <w:t>03:39:55</w:t>
      </w:r>
    </w:p>
    <w:p>
      <w:pPr>
        <w:ind w:firstLine="720"/>
      </w:pPr>
      <w:r>
        <w:t>U-04</w:t>
      </w:r>
    </w:p>
    <w:p>
      <w:pPr>
        <w:ind w:firstLine="720"/>
      </w:pPr>
      <w:r>
        <w:t>Spine, frame 402. Weight pad, position 1 of 4. Works order 4,411. Recorded.</w:t>
      </w:r>
    </w:p>
    <w:p>
      <w:pPr>
        <w:ind w:firstLine="720"/>
      </w:pPr>
      <w:r>
        <w:t>04:52:22</w:t>
      </w:r>
    </w:p>
    <w:p>
      <w:pPr>
        <w:ind w:firstLine="720"/>
      </w:pPr>
      <w:r>
        <w:t>U-07</w:t>
      </w:r>
    </w:p>
    <w:p>
      <w:pPr>
        <w:ind w:firstLine="720"/>
      </w:pPr>
      <w:r>
        <w:t>Scrubber plant, ring two. Barua, S. present, working. Withdrew. Did not ask again.</w:t>
      </w:r>
    </w:p>
    <w:p>
      <w:pPr>
        <w:ind w:firstLine="720"/>
      </w:pPr>
      <w:r>
        <w:t>05:58:47</w:t>
      </w:r>
    </w:p>
    <w:p>
      <w:pPr>
        <w:ind w:firstLine="720"/>
      </w:pPr>
      <w:r>
        <w:t>U-11</w:t>
      </w:r>
    </w:p>
    <w:p>
      <w:pPr>
        <w:ind w:firstLine="720"/>
      </w:pPr>
      <w:r>
        <w:t>Corridor 9. Music heard. Source not located. Logged as unexplained sound.</w:t>
      </w:r>
    </w:p>
    <w:p>
      <w:pPr>
        <w:ind w:firstLine="720"/>
      </w:pPr>
      <w:r>
        <w:t>Dov Lindqvist put it on the agenda and the vote was not close and he voted with the majority, and those three facts are the whole of the chapter and everything else is how.</w:t>
      </w:r>
    </w:p>
    <w:p>
      <w:pPr>
        <w:ind w:firstLine="720"/>
      </w:pPr>
      <w:r>
        <w:t>He had established, in one night in the comms office, that works order 4,411 had no expiry, no trigger, no review body and no defined duration. It had been raised in eleven days in the sixteenth year by frightened people who all said the word</w:t>
      </w:r>
    </w:p>
    <w:p>
      <w:pPr>
        <w:ind w:firstLine="720"/>
      </w:pPr>
      <w:r>
        <w:t>temporary</w:t>
      </w:r>
    </w:p>
    <w:p>
      <w:pPr>
        <w:ind w:firstLine="720"/>
      </w:pPr>
      <w:r>
        <w:t>out loud in a room, and the only review date attaching to any part of it was on the exceptions schedule and said</w:t>
      </w:r>
    </w:p>
    <w:p>
      <w:pPr>
        <w:ind w:firstLine="720"/>
      </w:pPr>
      <w:r>
        <w:t>at the first waking</w:t>
      </w:r>
    </w:p>
    <w:p>
      <w:pPr>
        <w:ind w:firstLine="720"/>
      </w:pPr>
      <w:r>
        <w:t>, which was eleven years off.</w:t>
      </w:r>
    </w:p>
    <w:p>
      <w:pPr>
        <w:ind w:firstLine="720"/>
      </w:pPr>
      <w:r>
        <w:t>So the choice in front of the room was not whether to have it. It was already had. The choice was between regularising a thing that was running anyway and repealing it.</w:t>
      </w:r>
    </w:p>
    <w:p>
      <w:pPr>
        <w:ind w:firstLine="720"/>
      </w:pPr>
      <w:r>
        <w:t>Repeal was tabled properly, by Halima Sow, and it lost.</w:t>
      </w:r>
    </w:p>
    <w:p>
      <w:pPr>
        <w:ind w:firstLine="720"/>
      </w:pPr>
      <w:r>
        <w:t>Two arguments beat it and only one of them is the one everybody remembers.</w:t>
      </w:r>
    </w:p>
    <w:p>
      <w:pPr>
        <w:ind w:firstLine="720"/>
      </w:pPr>
      <w:r>
        <w:t>The first is Soma Barua's and it is practical and she gave it flatly and without opinion, because she was asked for a figure and gave a figure. Removing the installation is eleven thousand compartments, three node types, and about nineteen months of a unit programme she would have to run alongside a cycling backlog she had only just cleared. She said she would do it if the room voted for it and that it was nineteen months.</w:t>
      </w:r>
    </w:p>
    <w:p>
      <w:pPr>
        <w:ind w:firstLine="720"/>
      </w:pPr>
      <w:r>
        <w:t>The second is the one that carried and it came from Renata Oyelaran, who hated it, and who made it anyway because it was true and because she had spent twenty-five years being the person who said the true thing.</w:t>
      </w:r>
    </w:p>
    <w:p>
      <w:pPr>
        <w:ind w:firstLine="720"/>
      </w:pPr>
      <w:r>
        <w:t>In eleven years there would be a hundred thousand people aboard. Nine of the ten would be alive to meet them and would be very old. There would be no proceeding, no procedure, no body, no cadre, no institution of any kind, and one instrument four pages long defining a single category of offence, and one charter nineteen pages long with no criminal procedure in it whatsoever.</w:t>
      </w:r>
    </w:p>
    <w:p>
      <w:pPr>
        <w:ind w:firstLine="720"/>
      </w:pPr>
      <w:r>
        <w:t>“And the last time something happened on this ship,” she said, “it took us eight weeks, and it did not take eight weeks because we were clever. It took eight weeks because a man walked into a room at half past midnight. If he had not, we would still be at it.”</w:t>
      </w:r>
    </w:p>
    <w:p>
      <w:pPr>
        <w:ind w:firstLine="720"/>
      </w:pPr>
      <w:r>
        <w:t>Halima's answer is the correct one and it lost.</w:t>
      </w:r>
    </w:p>
    <w:p>
      <w:pPr>
        <w:ind w:firstLine="720"/>
      </w:pPr>
      <w:r>
        <w:t>“The system did not find him. Dov established that in nine days and it is in the record. Every tool we had said the ship was working normally.”</w:t>
      </w:r>
    </w:p>
    <w:p>
      <w:pPr>
        <w:ind w:firstLine="720"/>
      </w:pPr>
      <w:r>
        <w:t>“Because it had gaps,” said Renata.</w:t>
      </w:r>
    </w:p>
    <w:p>
      <w:pPr>
        <w:ind w:firstLine="720"/>
      </w:pPr>
      <w:r>
        <w:t>And that is the sentence. That is the whole of how a partial surveillance system becomes a total one, in every history that has ever had one: the failure of the partial version is the argument for the complete version, and it is not a fallacy, it is just true enough to carry a room.</w:t>
      </w:r>
    </w:p>
    <w:p>
      <w:pPr>
        <w:ind w:firstLine="720"/>
      </w:pPr>
      <w:r>
        <w:t>Dov Lindqvist voted for it.</w:t>
      </w:r>
    </w:p>
    <w:p>
      <w:pPr>
        <w:ind w:firstLine="720"/>
      </w:pPr>
      <w:r>
        <w:t>He had argued the Sanctuary Exception into law in the ninth year over Halima's objection, nine to one, on operational grounds, and had had the minute record at his own request that the clause would eventually kill somebody. He had discovered in the sixteenth year that the blind spot he drew himself, on a graph, in front of eight people, was the exact gap the offence occurred inside.</w:t>
      </w:r>
    </w:p>
    <w:p>
      <w:pPr>
        <w:ind w:firstLine="720"/>
      </w:pPr>
      <w:r>
        <w:t>The Sanctuary Exception survived. That is in the record and it matters:</w:t>
      </w:r>
    </w:p>
    <w:p>
      <w:pPr>
        <w:ind w:firstLine="720"/>
      </w:pPr>
      <w:r>
        <w:t>where a person sleeps, no instrument of the ship attends</w:t>
      </w:r>
    </w:p>
    <w:p>
      <w:pPr>
        <w:ind w:firstLine="720"/>
      </w:pPr>
      <w:r>
        <w:t>is eleven words and it is in the Open Accord and full coverage does not touch it and nobody proposed that it should. It is on Aura-36 today.</w:t>
      </w:r>
    </w:p>
    <w:p>
      <w:pPr>
        <w:ind w:firstLine="720"/>
      </w:pPr>
      <w:r>
        <w:t>Everything else on the ship was covered, permanently, on the vote of day twelve of the twenty-fifth year, eight to two, Halima and Miriam against.</w:t>
      </w:r>
    </w:p>
    <w:p>
      <w:pPr>
        <w:ind w:firstLine="720"/>
      </w:pPr>
      <w:r>
        <w:t>Soma Barua built it and she built it properly and that is not a figure of speech.</w:t>
      </w:r>
    </w:p>
    <w:p>
      <w:pPr>
        <w:ind w:firstLine="720"/>
      </w:pPr>
      <w:r>
        <w:t>The sixteenth-year installation had been done in eleven days by frightened people and then continued for three years by units working from a specification nobody had reviewed since it was written. It was uneven. Ring three was denser than ring one for no reason anybody could reconstruct. Four hundred compartments had audio and no optical because that was the order the crates came out of stores in.</w:t>
      </w:r>
    </w:p>
    <w:p>
      <w:pPr>
        <w:ind w:firstLine="720"/>
      </w:pPr>
      <w:r>
        <w:t>She pulled the whole thing back to a drawing and did it again over fourteen months. Audio, optical and weight, to one standard, everywhere, at a density she could justify line by line, with the coverage map published on the same board in the second ring where the replacement procedure had hung since the fifth year.</w:t>
      </w:r>
    </w:p>
    <w:p>
      <w:pPr>
        <w:ind w:firstLine="720"/>
      </w:pPr>
      <w:r>
        <w:t>And she wrote one thing into it that nobody asked for and nobody objected to and nobody remarked on at all.</w:t>
      </w:r>
    </w:p>
    <w:p>
      <w:pPr>
        <w:ind w:firstLine="720"/>
      </w:pPr>
      <w:r>
        <w:t>Every record the array makes of a person is readable by that person, in full, at any hour, without notice.</w:t>
      </w:r>
    </w:p>
    <w:p>
      <w:pPr>
        <w:ind w:firstLine="720"/>
      </w:pPr>
      <w:r>
        <w:t>She took it from clause seven of the maintenance units' own instruction set —</w:t>
      </w:r>
    </w:p>
    <w:p>
      <w:pPr>
        <w:ind w:firstLine="720"/>
      </w:pPr>
      <w:r>
        <w:t>a unit keeps a complete record of its own operation; the household may read that record in full, at any hour, without notice</w:t>
      </w:r>
    </w:p>
    <w:p>
      <w:pPr>
        <w:ind w:firstLine="720"/>
      </w:pPr>
      <w:r>
        <w:t>— which had been written for machines by somebody in a yard nineteen years earlier and which had produced, as a side effect, the night logs that were continuously available to any person aboard and that nobody read because there were ten people and they were tired.</w:t>
      </w:r>
    </w:p>
    <w:p>
      <w:pPr>
        <w:ind w:firstLine="720"/>
      </w:pPr>
      <w:r>
        <w:t>Soma Barua extended a machine-maintenance clause to a surveillance grid because it seemed obvious to her, and it is the social contract of a planet.</w:t>
      </w:r>
    </w:p>
    <w:p>
      <w:pPr>
        <w:ind w:firstLine="720"/>
      </w:pPr>
      <w:r>
        <w:t>It is why a citizen of Aura-36 can look up anybody, including a famous singer's lunch, and why that is not felt as an intrusion but as the arrangement; and it is the ancestor of every anti-celebrity mechanism on that world; and it was written by a woman who had been put back into a box three times by then and would be twice more, under a four-line clause she had never been asked about.</w:t>
      </w:r>
    </w:p>
    <w:p>
      <w:pPr>
        <w:ind w:firstLine="720"/>
      </w:pPr>
      <w:r>
        <w:t>She has said one thing about it, in the thirty-first year, to Renata, who asked.</w:t>
      </w:r>
    </w:p>
    <w:p>
      <w:pPr>
        <w:ind w:firstLine="720"/>
      </w:pPr>
      <w:r>
        <w:t>“It does not bother you?”</w:t>
      </w:r>
    </w:p>
    <w:p>
      <w:pPr>
        <w:ind w:firstLine="720"/>
      </w:pPr>
      <w:r>
        <w:t>“I have no before,” said Soma. “You all keep asking me that and I keep telling you. The only version of this ship I have ever been awake on is the one with the nodes in it. So no, and my</w:t>
      </w:r>
    </w:p>
    <w:p>
      <w:pPr>
        <w:ind w:firstLine="720"/>
      </w:pPr>
      <w:r>
        <w:t>no</w:t>
      </w:r>
    </w:p>
    <w:p>
      <w:pPr>
        <w:ind w:firstLine="720"/>
      </w:pPr>
      <w:r>
        <w:t>is worth nothing, and I would not build a planet on it.”</w:t>
      </w:r>
    </w:p>
    <w:p>
      <w:pPr>
        <w:ind w:firstLine="720"/>
      </w:pPr>
      <w:r>
        <w:t>“Then why did you put the reciprocity in?”</w:t>
      </w:r>
    </w:p>
    <w:p>
      <w:pPr>
        <w:ind w:firstLine="720"/>
      </w:pPr>
      <w:r>
        <w:t>“Because everybody who is going to live under it does have a before,” said Soma, “and they are all asleep, and nobody is going to ask them either.”</w:t>
      </w:r>
    </w:p>
    <w:p>
      <w:pPr>
        <w:ind w:firstLine="720"/>
      </w:pPr>
      <w:r>
        <w:t>Miriam Achebe's objection is the other one that lost and it is not about privacy at all, and it is four minutes long, and it is the only argument anybody made in twenty-five years that was about the hundred thousand rather than about the ten.</w:t>
      </w:r>
    </w:p>
    <w:p>
      <w:pPr>
        <w:ind w:firstLine="720"/>
      </w:pPr>
      <w:r>
        <w:t>“You keep saying</w:t>
      </w:r>
    </w:p>
    <w:p>
      <w:pPr>
        <w:ind w:firstLine="720"/>
      </w:pPr>
      <w:r>
        <w:t>in eleven years there will be a hundred thousand people</w:t>
      </w:r>
    </w:p>
    <w:p>
      <w:pPr>
        <w:ind w:firstLine="720"/>
      </w:pPr>
      <w:r>
        <w:t>,” she said. “You are building this for them. So build the thing they will need, which is people. A hundred thousand people can have somebody whose job is this. They can have four hundred of them. They can have a body, and a procedure, and somebody who was not in the room. We have none of that because we are nine, and instead of writing down that we are nine and that this is a nine-person answer, we are installing a nine-person answer in eleven thousand compartments and handing it over as the furniture.”</w:t>
      </w:r>
    </w:p>
    <w:p>
      <w:pPr>
        <w:ind w:firstLine="720"/>
      </w:pPr>
      <w:r>
        <w:t>“They can take it out,” said Renata.</w:t>
      </w:r>
    </w:p>
    <w:p>
      <w:pPr>
        <w:ind w:firstLine="720"/>
      </w:pPr>
      <w:r>
        <w:t>“Nobody has ever taken one out,” said Miriam. “Not once, anywhere, in the whole history of the species. I have not read nine volumes and I still know that.”</w:t>
      </w:r>
    </w:p>
    <w:p>
      <w:pPr>
        <w:ind w:firstLine="720"/>
      </w:pPr>
      <w:r>
        <w:t>Renata Oyelaran, who had read nine volumes, said that this was correct and voted for it anyway and wrote four lines about why in her own papers that night, and the four lines are the closest thing to a confession in the founding archive.</w:t>
      </w:r>
    </w:p>
    <w:p>
      <w:pPr>
        <w:ind w:firstLine="720"/>
      </w:pPr>
      <w:r>
        <w:t>She is right and I have no answer. I voted for it because in eleven years I will be sixty-eight and Halima will be seventy-four and there will be a hundred thousand people and one instrument four pages long, and I would rather hand them a thing they can dismantle than an absence they have to fill in a hurry. I know what that sentence is. I have read it in nine volumes in four languages. It is the sentence.</w:t>
      </w:r>
    </w:p>
    <w:p>
      <w:pPr>
        <w:ind w:firstLine="720"/>
      </w:pPr>
      <w:r>
        <w:t>The name is an accident and there is no minute recording it.</w:t>
      </w:r>
    </w:p>
    <w:p>
      <w:pPr>
        <w:ind w:firstLine="720"/>
      </w:pPr>
      <w:r>
        <w:t>The drawing sheet Soma worked from is headed</w:t>
      </w:r>
    </w:p>
    <w:p>
      <w:pPr>
        <w:ind w:firstLine="720"/>
      </w:pPr>
      <w:r>
        <w:t>ENV/OBS — OPEN ARRAY, SHIP-WIDE</w:t>
      </w:r>
    </w:p>
    <w:p>
      <w:pPr>
        <w:ind w:firstLine="720"/>
      </w:pPr>
      <w:r>
        <w:t>, and</w:t>
      </w:r>
    </w:p>
    <w:p>
      <w:pPr>
        <w:ind w:firstLine="720"/>
      </w:pPr>
      <w:r>
        <w:t>open</w:t>
      </w:r>
    </w:p>
    <w:p>
      <w:pPr>
        <w:ind w:firstLine="720"/>
      </w:pPr>
      <w:r>
        <w:t>in that heading is an engineering word meaning unpartitioned, one continuous set rather than eleven separate ones, which is the thing she fixed. People aboard began saying</w:t>
      </w:r>
    </w:p>
    <w:p>
      <w:pPr>
        <w:ind w:firstLine="720"/>
      </w:pPr>
      <w:r>
        <w:t>the open array</w:t>
      </w:r>
    </w:p>
    <w:p>
      <w:pPr>
        <w:ind w:firstLine="720"/>
      </w:pPr>
      <w:r>
        <w:t>because that is what was written at the top of the sheet on the board.</w:t>
      </w:r>
    </w:p>
    <w:p>
      <w:pPr>
        <w:ind w:firstLine="720"/>
      </w:pPr>
      <w:r>
        <w:t>It is the Open Eye a hundred and forty years later and there is no document anywhere that records the change.</w:t>
      </w:r>
    </w:p>
    <w:p>
      <w:pPr>
        <w:ind w:firstLine="720"/>
      </w:pPr>
      <w:r>
        <w:t>What she built it onto was the existing ingest layer, because rebuilding that was a fortnight of risk to the only continuous record on the ship and there was no reason on earth to touch it.</w:t>
      </w:r>
    </w:p>
    <w:p>
      <w:pPr>
        <w:ind w:firstLine="720"/>
      </w:pPr>
      <w:r>
        <w:t>It had been written in the fourth year of construction, signed off by eleven engineers, and it is in the as-built documentation, and there is a known artefact recorded against it: an occasional discontinuity in the recorded stream, typically three point zero seconds, no cause entered, attributed to the sampling architecture, no action recommended.</w:t>
      </w:r>
    </w:p>
    <w:p>
      <w:r>
        <w:br w:type="page"/>
      </w:r>
    </w:p>
    <w:p>
      <w:pPr>
        <w:pStyle w:val="Heading1"/>
      </w:pPr>
      <w:r>
        <w:t>Chapter 55 &amp;mdash; The Registry</w:t>
      </w:r>
    </w:p>
    <w:p>
      <w:pPr>
        <w:ind w:firstLine="720"/>
      </w:pPr>
      <w:r>
        <w:t>Night Shift · Year 26, Day 55 · Units 4, 7, 11 · Unreviewed</w:t>
      </w:r>
    </w:p>
    <w:p>
      <w:pPr>
        <w:ind w:firstLine="720"/>
      </w:pPr>
      <w:r>
        <w:t>01:09:44</w:t>
      </w:r>
    </w:p>
    <w:p>
      <w:pPr>
        <w:ind w:firstLine="720"/>
      </w:pPr>
      <w:r>
        <w:t>U-11</w:t>
      </w:r>
    </w:p>
    <w:p>
      <w:pPr>
        <w:ind w:firstLine="720"/>
      </w:pPr>
      <w:r>
        <w:t>Bay 1, gallery 3. Sow, H. present, working. Withdrew. Did not ask again.</w:t>
      </w:r>
    </w:p>
    <w:p>
      <w:pPr>
        <w:ind w:firstLine="720"/>
      </w:pPr>
      <w:r>
        <w:t>02:37:21</w:t>
      </w:r>
    </w:p>
    <w:p>
      <w:pPr>
        <w:ind w:firstLine="720"/>
      </w:pPr>
      <w:r>
        <w:t>U-04</w:t>
      </w:r>
    </w:p>
    <w:p>
      <w:pPr>
        <w:ind w:firstLine="720"/>
      </w:pPr>
      <w:r>
        <w:t>Bay 1, gallery 4. Sow, H. present, working. Withdrew. Did not ask again.</w:t>
      </w:r>
    </w:p>
    <w:p>
      <w:pPr>
        <w:ind w:firstLine="720"/>
      </w:pPr>
      <w:r>
        <w:t>04:02:58</w:t>
      </w:r>
    </w:p>
    <w:p>
      <w:pPr>
        <w:ind w:firstLine="720"/>
      </w:pPr>
      <w:r>
        <w:t>U-07</w:t>
      </w:r>
    </w:p>
    <w:p>
      <w:pPr>
        <w:ind w:firstLine="720"/>
      </w:pPr>
      <w:r>
        <w:t>Bay 1, gallery 6. Sow, H. present, working. Withdrew. Did not ask again.</w:t>
      </w:r>
    </w:p>
    <w:p>
      <w:pPr>
        <w:ind w:firstLine="720"/>
      </w:pPr>
      <w:r>
        <w:t>05:14:36</w:t>
      </w:r>
    </w:p>
    <w:p>
      <w:pPr>
        <w:ind w:firstLine="720"/>
      </w:pPr>
      <w:r>
        <w:t>U-11</w:t>
      </w:r>
    </w:p>
    <w:p>
      <w:pPr>
        <w:ind w:firstLine="720"/>
      </w:pPr>
      <w:r>
        <w:t>Bay 1, gallery 9. Sow, H. present, working. Withdrew. Did not ask again.</w:t>
      </w:r>
    </w:p>
    <w:p>
      <w:pPr>
        <w:ind w:firstLine="720"/>
      </w:pPr>
      <w:r>
        <w:t>05:59:02</w:t>
      </w:r>
    </w:p>
    <w:p>
      <w:pPr>
        <w:ind w:firstLine="720"/>
      </w:pPr>
      <w:r>
        <w:t>U-04</w:t>
      </w:r>
    </w:p>
    <w:p>
      <w:pPr>
        <w:ind w:firstLine="720"/>
      </w:pPr>
      <w:r>
        <w:t>Corridor 9. Music heard. Source not located. Logged as unexplained sound.</w:t>
      </w:r>
    </w:p>
    <w:p>
      <w:pPr>
        <w:ind w:firstLine="720"/>
      </w:pPr>
      <w:r>
        <w:t>Halima Sow caught it in the sixteenth year because she had a baseline.</w:t>
      </w:r>
    </w:p>
    <w:p>
      <w:pPr>
        <w:ind w:firstLine="720"/>
      </w:pPr>
      <w:r>
        <w:t>That is the whole of it and everything in this chapter comes out of it. A hundred and fifty-one frozen aliquots in a rack in a cold room off the medical office, fifteen years of annual panels on ten people, kept by a doctor with one patient population and no laboratory support and no possibility of a second opinion, on the assumption that the useful question had not been asked yet.</w:t>
      </w:r>
    </w:p>
    <w:p>
      <w:pPr>
        <w:ind w:firstLine="720"/>
      </w:pPr>
      <w:r>
        <w:t>She pulled year fifteen and it was there, and fourteen, and thirteen, and twelve, and eleven was clean, and that is a diagnosis. Without the rack it is a peak on an array that a careful person would have called noise and a very careful person would have run twice and then let go.</w:t>
      </w:r>
    </w:p>
    <w:p>
      <w:pPr>
        <w:ind w:firstLine="720"/>
      </w:pPr>
      <w:r>
        <w:t>For ninety-five thousand five hundred and seventy-two people she had nothing.</w:t>
      </w:r>
    </w:p>
    <w:p>
      <w:pPr>
        <w:ind w:firstLine="720"/>
      </w:pPr>
      <w:r>
        <w:t>No baseline. No sample. Three pages of an honest intake form, a berth number, a nameplate, and a set of four numbers and a colour on a readout that says the person is alive and says nothing whatever about who they are.</w:t>
      </w:r>
    </w:p>
    <w:p>
      <w:pPr>
        <w:ind w:firstLine="720"/>
      </w:pPr>
      <w:r>
        <w:t>She put it to the room in the twenty-fifth year and it took four minutes because there was no argument against it.</w:t>
      </w:r>
    </w:p>
    <w:p>
      <w:pPr>
        <w:ind w:firstLine="720"/>
      </w:pPr>
      <w:r>
        <w:t>In eleven years, ninety-five thousand five hundred and seventy-two people were going to come up out of racks over a period of about fourteen months, into a hull above a world they could not breathe, and every one of them was going to be handed to a medical establishment consisting of one woman of seventy-four and whoever she could train, with no history on any of them but three pages each written thirty-six years earlier by people describing themselves.</w:t>
      </w:r>
    </w:p>
    <w:p>
      <w:pPr>
        <w:ind w:firstLine="720"/>
      </w:pPr>
      <w:r>
        <w:t>“If something is wrong with one of them,” she said, “I will not be able to tell whether it is theirs or whether it happened to them in a rack, and there is a difference, and the difference is the only thing this ship has ever agreed about.”</w:t>
      </w:r>
    </w:p>
    <w:p>
      <w:pPr>
        <w:ind w:firstLine="720"/>
      </w:pPr>
      <w:r>
        <w:t>Nobody argued. Nnamdi asked whether it could be done in the time and Halima said it was four days a week for eleven years and that she had four days a week for eleven years.</w:t>
      </w:r>
    </w:p>
    <w:p>
      <w:pPr>
        <w:ind w:firstLine="720"/>
      </w:pPr>
      <w:r>
        <w:t>So the second driver, which is Ines's and which is the one nobody expected.</w:t>
      </w:r>
    </w:p>
    <w:p>
      <w:pPr>
        <w:ind w:firstLine="720"/>
      </w:pPr>
      <w:r>
        <w:t>A nameplate works while a person is in a berth. Halima had fought for those in the second year of construction against an argument about cost, an argument about weight and an argument that a berth is a piece of equipment and equipment does not carry a name, and she had won by pointing out that the berths would be opened at the far end by people who had been asleep for thirty-six years and who would be looking for their families in a corridor, and that a number is not a thing you can look for a person by.</w:t>
      </w:r>
    </w:p>
    <w:p>
      <w:pPr>
        <w:ind w:firstLine="720"/>
      </w:pPr>
      <w:r>
        <w:t>The moment they are out of the berths the nameplate is a door in an empty bay.</w:t>
      </w:r>
    </w:p>
    <w:p>
      <w:pPr>
        <w:ind w:firstLine="720"/>
      </w:pPr>
      <w:r>
        <w:t>Ninety-five thousand people walking around a twenty-mile hull, and the only way to establish who any of them is, is to ask them. Which is fine, and is how it works everywhere, and works for about a month, and then somebody is found unconscious in a corridor in the fourth month of a waking programme and there are ninety-five thousand candidates and one doctor.</w:t>
      </w:r>
    </w:p>
    <w:p>
      <w:pPr>
        <w:ind w:firstLine="720"/>
      </w:pPr>
      <w:r>
        <w:t>“And a hundred and nine people have died in racks,” said Ines, “and every one of them we knew, because they were behind a door with a name on it. In the fourth month of the waking there will be a person and we will not know.”</w:t>
      </w:r>
    </w:p>
    <w:p>
      <w:pPr>
        <w:ind w:firstLine="720"/>
      </w:pPr>
      <w:r>
        <w:t>The registry is a genetic identity for every person aboard, taken at the rack, entered against the berth, the nameplate and the intake form, and it is four days a week for eleven years and Halima Sow did every one of them herself.</w:t>
      </w:r>
    </w:p>
    <w:p>
      <w:pPr>
        <w:ind w:firstLine="720"/>
      </w:pPr>
      <w:r>
        <w:t>Ninety-five thousand five hundred and seventy-two. Eleven galleries a bay, four bays, at a rate that comes out at about thirty-three a day, four days a week, for four thousand and some working days.</w:t>
      </w:r>
    </w:p>
    <w:p>
      <w:pPr>
        <w:ind w:firstLine="720"/>
      </w:pPr>
      <w:r>
        <w:t>She finished it in the thirty-sixth year, eleven days before insertion.</w:t>
      </w:r>
    </w:p>
    <w:p>
      <w:pPr>
        <w:ind w:firstLine="720"/>
      </w:pPr>
      <w:r>
        <w:t>The merge is the thing and it happened for a practical reason and took about ninety seconds to agree.</w:t>
      </w:r>
    </w:p>
    <w:p>
      <w:pPr>
        <w:ind w:firstLine="720"/>
      </w:pPr>
      <w:r>
        <w:t>A genetic identity is only useful if you can get from a body to a record and back. That requires the identity to be keyed against something that knows where bodies are. The only thing on the Ark-Genesis that knows where bodies are, continuously, permanently and everywhere, is the open array, which Soma Barua had rebuilt to one standard over fourteen months on the vote of day twelve of the twenty-fifth year.</w:t>
      </w:r>
    </w:p>
    <w:p>
      <w:pPr>
        <w:ind w:firstLine="720"/>
      </w:pPr>
      <w:r>
        <w:t>So the registry was keyed against the array.</w:t>
      </w:r>
    </w:p>
    <w:p>
      <w:pPr>
        <w:ind w:firstLine="720"/>
      </w:pPr>
      <w:r>
        <w:t>That is the single most consequential merge in the history of Aura-36 and it was a data-modelling decision made by two women and a records officer in under two minutes, on entirely correct grounds, with nobody dissenting, and it is not in any account of the founding because there was nothing to account for.</w:t>
      </w:r>
    </w:p>
    <w:p>
      <w:pPr>
        <w:ind w:firstLine="720"/>
      </w:pPr>
      <w:r>
        <w:t>Everything on that planet follows from it. A person is identifiable by a system, always, from the rack and afterwards from birth, and the identification is not a document you carry, it is a fact about your body held in a record that also knows where you are. It is called the DNA Birth Ledger a hundred and forty years later and it is one of the four things that makes that world work and one of the four that makes Book One possible.</w:t>
      </w:r>
    </w:p>
    <w:p>
      <w:pPr>
        <w:ind w:firstLine="720"/>
      </w:pPr>
      <w:r>
        <w:t>Halima Sow — who had fought a review board for two years over nameplates because a number is not a thing you can look for a person by — built the instrument that turns a person into a permanent record, for a completely good reason, with no alternative available, four days a week for eleven years, by hand.</w:t>
      </w:r>
    </w:p>
    <w:p>
      <w:pPr>
        <w:ind w:firstLine="720"/>
      </w:pPr>
      <w:r>
        <w:t>She knew what she was doing. It is in the medical record, in the covering note to the registry programme, in one sentence:</w:t>
      </w:r>
    </w:p>
    <w:p>
      <w:pPr>
        <w:ind w:firstLine="720"/>
      </w:pPr>
      <w:r>
        <w:t>This makes every person aboard findable for ever and I can construct no version of the waking in which we do not need it.</w:t>
      </w:r>
    </w:p>
    <w:p>
      <w:pPr>
        <w:ind w:firstLine="720"/>
      </w:pPr>
      <w:r>
        <w:t>Renata Oyelaran read that sentence and wrote four words on the back of a page for the thirteenth time.</w:t>
      </w:r>
    </w:p>
    <w:p>
      <w:pPr>
        <w:ind w:firstLine="720"/>
      </w:pPr>
      <w:r>
        <w:t>Two protections went in with it and Halima drafted both and neither has ever been amended.</w:t>
      </w:r>
    </w:p>
    <w:p>
      <w:pPr>
        <w:ind w:firstLine="720"/>
      </w:pPr>
      <w:r>
        <w:t>The first is that the registry answers one question and no other. It establishes that a body is a particular person. It does not carry the intake form, the medical history, the annual panel or anything else; those live in the medical record and the medical record is reachable only through the person, or through their consent, or through the narrowed sealing clause Renata wrote in the eleventh year. The registry is an index and Halima built it as an index on purpose, having spent ten sessions in the seventh year watching what happens when two records get joined because it is convenient.</w:t>
      </w:r>
    </w:p>
    <w:p>
      <w:pPr>
        <w:ind w:firstLine="720"/>
      </w:pPr>
      <w:r>
        <w:t>The second is that the registry is not evidence. She asked Renata for that one and Renata wrote it in four lines: no determination under any instrument may rest on a registry entry, because a registry entry establishes identity and nothing whatever about conduct, and a body being somewhere is not a person doing anything.</w:t>
      </w:r>
    </w:p>
    <w:p>
      <w:pPr>
        <w:ind w:firstLine="720"/>
      </w:pPr>
      <w:r>
        <w:t>Both clauses hold on Aura-36 today. Both are quoted. Both are the reason the DNA Birth Ledger is experienced there as an ordinary civic fact rather than as a thing anybody is afraid of.</w:t>
      </w:r>
    </w:p>
    <w:p>
      <w:pPr>
        <w:ind w:firstLine="720"/>
      </w:pPr>
      <w:r>
        <w:t>And neither of them touches the join itself, which is the part that mattered, and which nobody objected to, because it was two minutes of data modelling and it was correct.</w:t>
      </w:r>
    </w:p>
    <w:p>
      <w:pPr>
        <w:ind w:firstLine="720"/>
      </w:pPr>
      <w:r>
        <w:t>There is one thing the registry does not contain and nobody noticed for a hundred and forty years.</w:t>
      </w:r>
    </w:p>
    <w:p>
      <w:pPr>
        <w:ind w:firstLine="720"/>
      </w:pPr>
      <w:r>
        <w:t>It does not contain the complement.</w:t>
      </w:r>
    </w:p>
    <w:p>
      <w:pPr>
        <w:ind w:firstLine="720"/>
      </w:pPr>
      <w:r>
        <w:t>Not by decision. The registry is a waking-programme instrument; it is taken at the rack, entered against a berth and a nameplate and an intake form, and it exists so that ninety-five thousand five hundred and seventy-two people who have been asleep for thirty-six years can be identified when they are not asleep any more. The nine were not asleep. There is no rack, no berth number, no nameplate. There was no form to enter them on and nobody wrote one and it did not occur to anybody, including Halima, who had a hundred and fifty-one aliquots of the nine of them in a rack in a cold room ten metres away and thought of that rack as her own working archive because it was.</w:t>
      </w:r>
    </w:p>
    <w:p>
      <w:pPr>
        <w:ind w:firstLine="720"/>
      </w:pPr>
      <w:r>
        <w:t>Nine people took a lesser serum in the eighteenth year and none of them was ever entered in the genetic registry of Aura-36.</w:t>
      </w:r>
    </w:p>
    <w:p>
      <w:pPr>
        <w:ind w:firstLine="720"/>
      </w:pPr>
      <w:r>
        <w:t>Nobody has ever established whether the thing they took is heritable, because none of the nine had children afterwards, and there is no data, and the absence is not a cover-up. It is an absence of data, and it starts here, in a cold room in the twenty-sixth year, with a woman doing thirty-three people a day and not thinking about a rack she walked past every morning.</w:t>
      </w:r>
    </w:p>
    <w:p>
      <w:pPr>
        <w:ind w:firstLine="720"/>
      </w:pPr>
      <w:r>
        <w:t>It comes out four generations later, in one afternoon, in a woman's blood, in front of people who have spent their whole lives auditing the man whose substance it turns out to be, and nobody can be blamed for any of it, and that is the point of it.</w:t>
      </w:r>
    </w:p>
    <w:p>
      <w:r>
        <w:br w:type="page"/>
      </w:r>
    </w:p>
    <w:p>
      <w:pPr>
        <w:pStyle w:val="Heading1"/>
      </w:pPr>
      <w:r>
        <w:t>Chapter 56 &amp;mdash; Three Seconds</w:t>
      </w:r>
    </w:p>
    <w:p>
      <w:pPr>
        <w:ind w:firstLine="720"/>
      </w:pPr>
      <w:r>
        <w:t>Night Shift · Year 26, Day 208 · Units 4, 7, 11 · Unreviewed</w:t>
      </w:r>
    </w:p>
    <w:p>
      <w:pPr>
        <w:ind w:firstLine="720"/>
      </w:pPr>
      <w:r>
        <w:t>00:31:07</w:t>
      </w:r>
    </w:p>
    <w:p>
      <w:pPr>
        <w:ind w:firstLine="720"/>
      </w:pPr>
      <w:r>
        <w:t>U-04</w:t>
      </w:r>
    </w:p>
    <w:p>
      <w:pPr>
        <w:ind w:firstLine="720"/>
      </w:pPr>
      <w:r>
        <w:t>Forward yard. Personnel present, working. Works order 4,908. Withdrew.</w:t>
      </w:r>
    </w:p>
    <w:p>
      <w:pPr>
        <w:ind w:firstLine="720"/>
      </w:pPr>
      <w:r>
        <w:t>02:04:52</w:t>
      </w:r>
    </w:p>
    <w:p>
      <w:pPr>
        <w:ind w:firstLine="720"/>
      </w:pPr>
      <w:r>
        <w:t>U-11</w:t>
      </w:r>
    </w:p>
    <w:p>
      <w:pPr>
        <w:ind w:firstLine="720"/>
      </w:pPr>
      <w:r>
        <w:t>Forward yard. Personnel present, working. Works order 4,908. Withdrew.</w:t>
      </w:r>
    </w:p>
    <w:p>
      <w:pPr>
        <w:ind w:firstLine="720"/>
      </w:pPr>
      <w:r>
        <w:t>03:38:19</w:t>
      </w:r>
    </w:p>
    <w:p>
      <w:pPr>
        <w:ind w:firstLine="720"/>
      </w:pPr>
      <w:r>
        <w:t>U-07</w:t>
      </w:r>
    </w:p>
    <w:p>
      <w:pPr>
        <w:ind w:firstLine="720"/>
      </w:pPr>
      <w:r>
        <w:t>Forward yard. Personnel present, working. Works order 4,908. Withdrew.</w:t>
      </w:r>
    </w:p>
    <w:p>
      <w:pPr>
        <w:ind w:firstLine="720"/>
      </w:pPr>
      <w:r>
        <w:t>05:02:1</w:t>
      </w:r>
    </w:p>
    <w:p>
      <w:pPr>
        <w:ind w:firstLine="720"/>
      </w:pPr>
      <w:r>
        <w:t>— — —</w:t>
      </w:r>
    </w:p>
    <w:p>
      <w:pPr>
        <w:ind w:firstLine="720"/>
      </w:pPr>
      <w:r>
        <w:t>record discontinuous, 3.0s, no cause entered</w:t>
      </w:r>
    </w:p>
    <w:p>
      <w:pPr>
        <w:ind w:firstLine="720"/>
      </w:pPr>
      <w:r>
        <w:t>05:02:19</w:t>
      </w:r>
    </w:p>
    <w:p>
      <w:pPr>
        <w:ind w:firstLine="720"/>
      </w:pPr>
      <w:r>
        <w:t>U-11</w:t>
      </w:r>
    </w:p>
    <w:p>
      <w:pPr>
        <w:ind w:firstLine="720"/>
      </w:pPr>
      <w:r>
        <w:t>Resumed. Position unchanged. Task unchanged. No fault detected.</w:t>
      </w:r>
    </w:p>
    <w:p>
      <w:pPr>
        <w:ind w:firstLine="720"/>
      </w:pPr>
      <w:r>
        <w:t>Works order 4,908 is nineteen days of a man's time and it is the only thing Aurelio Calder ever did aboard that ship that had a works order on it.</w:t>
      </w:r>
    </w:p>
    <w:p>
      <w:pPr>
        <w:ind w:firstLine="720"/>
      </w:pPr>
      <w:r>
        <w:t>Everything else — the yard, the grow bay, the craft, the four sealed instrument bodies, five walks of the swarm rack — is in the night logs as</w:t>
      </w:r>
    </w:p>
    <w:p>
      <w:pPr>
        <w:ind w:firstLine="720"/>
      </w:pPr>
      <w:r>
        <w:t>not a works order, recorded as observed</w:t>
      </w:r>
    </w:p>
    <w:p>
      <w:pPr>
        <w:ind w:firstLine="720"/>
      </w:pPr>
      <w:r>
        <w:t>, which is what a unit writes when a person is doing something and no document authorises it and no document forbids it.</w:t>
      </w:r>
    </w:p>
    <w:p>
      <w:pPr>
        <w:ind w:firstLine="720"/>
      </w:pPr>
      <w:r>
        <w:t>This one is documented, scoped, estimated, signed by two people and closed on completion, because it had to be. The registry could not be keyed against the array without extending the ingest layer, and the ingest layer had been written in the fourth year of construction and was nineteen-plus years old and was his, and there was nobody else on the ship who could touch it.</w:t>
      </w:r>
    </w:p>
    <w:p>
      <w:pPr>
        <w:ind w:firstLine="720"/>
      </w:pPr>
      <w:r>
        <w:t>It is the fortnight of work Coda declined in the thirteenth year. She had asked him whether the discontinuity lost anything and he had said no, it skips writing, it does not stop watching, and she had said</w:t>
      </w:r>
    </w:p>
    <w:p>
      <w:pPr>
        <w:ind w:firstLine="720"/>
      </w:pPr>
      <w:r>
        <w:t>then don't touch it</w:t>
      </w:r>
    </w:p>
    <w:p>
      <w:pPr>
        <w:ind w:firstLine="720"/>
      </w:pPr>
      <w:r>
        <w:t>, and she had been right, and a fortnight of risk to the only overnight record on the ship was a bad trade against three seconds of nothing.</w:t>
      </w:r>
    </w:p>
    <w:p>
      <w:pPr>
        <w:ind w:firstLine="720"/>
      </w:pPr>
      <w:r>
        <w:t>Thirteen years later there was a reason to touch it, and it was Halima Sow's registry, and nobody could say no to that.</w:t>
      </w:r>
    </w:p>
    <w:p>
      <w:pPr>
        <w:ind w:firstLine="720"/>
      </w:pPr>
      <w:r>
        <w:t>The work itself is dull and the record of it is complete and this chapter is going to go through it, because the record is all there is.</w:t>
      </w:r>
    </w:p>
    <w:p>
      <w:pPr>
        <w:ind w:firstLine="720"/>
      </w:pPr>
      <w:r>
        <w:t>Nineteen days. He worked the yard bench, nights, from about midnight, which is what he had done for twenty-six years. The units logged him seventy-one times across the nineteen days and every entry is the same four words.</w:t>
      </w:r>
    </w:p>
    <w:p>
      <w:pPr>
        <w:ind w:firstLine="720"/>
      </w:pPr>
      <w:r>
        <w:t>The old layer sampled asynchronously against a clock that was not the log clock. That is the whole of the original defect: two clocks, drifting, and where they drifted into phase the writer skipped a slot rather than write a line it could not timestamp reliably, and the slot was three seconds because that was the write-buffer depth. Eleven engineers signed it off in the fourth year of construction and it is in the as-built and it is a completely ordinary artefact of a completely ordinary architecture.</w:t>
      </w:r>
    </w:p>
    <w:p>
      <w:pPr>
        <w:ind w:firstLine="720"/>
      </w:pPr>
      <w:r>
        <w:t>The new layer does not have two clocks.</w:t>
      </w:r>
    </w:p>
    <w:p>
      <w:pPr>
        <w:ind w:firstLine="720"/>
      </w:pPr>
      <w:r>
        <w:t>It could not have. The registry requires that an identity, a position and a time resolve to each other, and you cannot key a genetic identity against a position stream that is running on a clock the identity stream is not. The first thing the extension had to do — the first line of the specification, which is in the works order, in his hand — is take the whole array onto a single time base.</w:t>
      </w:r>
    </w:p>
    <w:p>
      <w:pPr>
        <w:ind w:firstLine="720"/>
      </w:pPr>
      <w:r>
        <w:t>He did that on day four.</w:t>
      </w:r>
    </w:p>
    <w:p>
      <w:pPr>
        <w:ind w:firstLine="720"/>
      </w:pPr>
      <w:r>
        <w:t>From day four of works order 4,908 there was no drift, no phase relationship between two clocks, no slot that could not be timestamped, and no mechanism by which a discontinuity of any duration could arise.</w:t>
      </w:r>
    </w:p>
    <w:p>
      <w:pPr>
        <w:ind w:firstLine="720"/>
      </w:pPr>
      <w:r>
        <w:t>He worked another fifteen days.</w:t>
      </w:r>
    </w:p>
    <w:p>
      <w:pPr>
        <w:ind w:firstLine="720"/>
      </w:pPr>
      <w:r>
        <w:t>What is in those fifteen days is in the works order and it is thorough and it is good: the identity join, the index, the reciprocity Soma had written in extended to the new record type, four hundred and eleven test cases, a rollback path, and a fourteen-hour parallel run against the old layer with both streams recording so that nothing was lost across the cut.</w:t>
      </w:r>
    </w:p>
    <w:p>
      <w:pPr>
        <w:ind w:firstLine="720"/>
      </w:pPr>
      <w:r>
        <w:t>And a routine.</w:t>
      </w:r>
    </w:p>
    <w:p>
      <w:pPr>
        <w:ind w:firstLine="720"/>
      </w:pPr>
      <w:r>
        <w:t>It is in the specification at section nine and it is four lines and it is not concealed in any way. It is called</w:t>
      </w:r>
    </w:p>
    <w:p>
      <w:pPr>
        <w:ind w:firstLine="720"/>
      </w:pPr>
      <w:r>
        <w:t>write-window arbitration</w:t>
      </w:r>
    </w:p>
    <w:p>
      <w:pPr>
        <w:ind w:firstLine="720"/>
      </w:pPr>
      <w:r>
        <w:t>and it does what its name says: it holds the writer for a short interval under a defined condition and resumes on the far side with position, task and fault state carried across unchanged.</w:t>
      </w:r>
    </w:p>
    <w:p>
      <w:pPr>
        <w:ind w:firstLine="720"/>
      </w:pPr>
      <w:r>
        <w:t>The interval is three point zero seconds.</w:t>
      </w:r>
    </w:p>
    <w:p>
      <w:pPr>
        <w:ind w:firstLine="720"/>
      </w:pPr>
      <w:r>
        <w:t>The defined condition is a compound one and it is stated in the section and it is three clauses long and it is technically accurate and any competent engineer reading it would nod.</w:t>
      </w:r>
    </w:p>
    <w:p>
      <w:pPr>
        <w:ind w:firstLine="720"/>
      </w:pPr>
      <w:r>
        <w:t>He wrote it. He tested it. It is in the four hundred and eleven test cases, twice, and both tests pass.</w:t>
      </w:r>
    </w:p>
    <w:p>
      <w:pPr>
        <w:ind w:firstLine="720"/>
      </w:pPr>
      <w:r>
        <w:t>The cut ran on day two hundred and eight of the twenty-sixth year at two in the morning. The parallel run had been clean for fourteen hours. Soma Barua signed the second signature at four, because the array was hers now and the works order was above four hundred units.</w:t>
      </w:r>
    </w:p>
    <w:p>
      <w:pPr>
        <w:ind w:firstLine="720"/>
      </w:pPr>
      <w:r>
        <w:t>At two minutes past five that morning the record went discontinuous for three point zero seconds and resumed with position unchanged, task unchanged, no fault detected, and a unit wrote it down, in the night log, where it had been writing it down for twenty-two years.</w:t>
      </w:r>
    </w:p>
    <w:p>
      <w:pPr>
        <w:ind w:firstLine="720"/>
      </w:pPr>
      <w:r>
        <w:t>Soma Barua reviewed the specification before she signed. She reviewed all nineteen days of it, over two evenings, because the array was hers and because she had rebuilt the environmental fault series into a form a person who was not her could read and thought people should do that.</w:t>
      </w:r>
    </w:p>
    <w:p>
      <w:pPr>
        <w:ind w:firstLine="720"/>
      </w:pPr>
      <w:r>
        <w:t>She read section nine.</w:t>
      </w:r>
    </w:p>
    <w:p>
      <w:pPr>
        <w:ind w:firstLine="720"/>
      </w:pPr>
      <w:r>
        <w:t>She asked one question about it and it is in the works order margin in her hand with his answer written under it, and both are four lines long, and the exchange is technically unremarkable.</w:t>
      </w:r>
    </w:p>
    <w:p>
      <w:pPr>
        <w:ind w:firstLine="720"/>
      </w:pPr>
      <w:r>
        <w:t>She asked why arbitration was needed at all on a single time base.</w:t>
      </w:r>
    </w:p>
    <w:p>
      <w:pPr>
        <w:ind w:firstLine="720"/>
      </w:pPr>
      <w:r>
        <w:t>His answer covers write contention between the position stream and the new identity stream at the join, which is a real phenomenon, which does occur, and which the three-clause condition describes accurately. She checked it against two of the four hundred and eleven test cases and both behaved as the specification said.</w:t>
      </w:r>
    </w:p>
    <w:p>
      <w:pPr>
        <w:ind w:firstLine="720"/>
      </w:pPr>
      <w:r>
        <w:t>She signed.</w:t>
      </w:r>
    </w:p>
    <w:p>
      <w:pPr>
        <w:ind w:firstLine="720"/>
      </w:pPr>
      <w:r>
        <w:t>She was thirty-one years old and had been awake for seven of the twenty-six years the ship had been flying, and she was the second-best engineer aboard and there was nobody who could have told her that, and the question she asked was the right question and the answer she got was true.</w:t>
      </w:r>
    </w:p>
    <w:p>
      <w:pPr>
        <w:ind w:firstLine="720"/>
      </w:pPr>
      <w:r>
        <w:t>What she did not have, and could not have had, is the four hundred and forty-one discontinuities Coda had counted across eleven years in the thirteenth year, or the fault report she filed, or the closure line on it, because those are in the fault series and she had rebuilt the environmental fault series and this one is filed under Record.</w:t>
      </w:r>
    </w:p>
    <w:p>
      <w:pPr>
        <w:ind w:firstLine="720"/>
      </w:pPr>
      <w:r>
        <w:t>She found them herself two years later, independently, without ever having seen Coda's report, and it went the same way it had gone the first time.</w:t>
      </w:r>
    </w:p>
    <w:p>
      <w:pPr>
        <w:ind w:firstLine="720"/>
      </w:pPr>
      <w:r>
        <w:t>The last thing he did, on day nineteen, was the as-built.</w:t>
      </w:r>
    </w:p>
    <w:p>
      <w:pPr>
        <w:ind w:firstLine="720"/>
      </w:pPr>
      <w:r>
        <w:t>Every works order closes with one. It is four pages and it is well written and it will be read by whoever maintains that layer next, which turned out to be nobody for a hundred and forty years.</w:t>
      </w:r>
    </w:p>
    <w:p>
      <w:pPr>
        <w:ind w:firstLine="720"/>
      </w:pPr>
      <w:r>
        <w:t>Under</w:t>
      </w:r>
    </w:p>
    <w:p>
      <w:pPr>
        <w:ind w:firstLine="720"/>
      </w:pPr>
      <w:r>
        <w:t>Known artefacts</w:t>
      </w:r>
    </w:p>
    <w:p>
      <w:pPr>
        <w:ind w:firstLine="720"/>
      </w:pPr>
      <w:r>
        <w:t>, on page three, there is one entry, and it is a sentence copied forward from the as-built documentation of the fourth year of construction, and it reads:</w:t>
      </w:r>
    </w:p>
    <w:p>
      <w:pPr>
        <w:ind w:firstLine="720"/>
      </w:pPr>
      <w:r>
        <w:t>Occasional discontinuity in the recorded stream, typically 3.0s, no cause entered. Present in as-built documentation from year 4 of construction. Attributed to the sampling architecture. Does not affect position on either side of the interval. No action recommended.</w:t>
      </w:r>
    </w:p>
    <w:p>
      <w:pPr>
        <w:ind w:firstLine="720"/>
      </w:pPr>
      <w:r>
        <w:t>The new layer does not have that sampling architecture. It has not had two clocks since day four.</w:t>
      </w:r>
    </w:p>
    <w:p>
      <w:pPr>
        <w:ind w:firstLine="720"/>
      </w:pPr>
      <w:r>
        <w:t>Engineers copy known-artefact notes forward. It is what you do; it is good practice; it means the person after you knows the thing has been seen before and is not new. Dov Lindqvist had copied that exact sentence forward himself in the second year, into his own tracker review, and had then asked what the sampling interval was and had written four lines about it and filed them, and had retired his own note as superseded in the thirteenth year on Calder's explanation, correctly, because that is what a careful man does with an open question that has been answered.</w:t>
      </w:r>
    </w:p>
    <w:p>
      <w:pPr>
        <w:ind w:firstLine="720"/>
      </w:pPr>
      <w:r>
        <w:t>So the sentence has now been carried by two people, in two documents, twenty-four years apart, both of them acting properly.</w:t>
      </w:r>
    </w:p>
    <w:p>
      <w:pPr>
        <w:ind w:firstLine="720"/>
      </w:pPr>
      <w:r>
        <w:t>That is the entire evidentiary record. A section-nine routine with a technically accurate condition, and a note copied forward that is no longer true of the system it describes.</w:t>
      </w:r>
    </w:p>
    <w:p>
      <w:pPr>
        <w:ind w:firstLine="720"/>
      </w:pPr>
      <w:r>
        <w:t>It has been examined four times in a hundred and forty years by people who knew what they were looking for, and every one of them has reported the same thing, which is that it is not proof of anything.</w:t>
      </w:r>
    </w:p>
    <w:p>
      <w:pPr>
        <w:ind w:firstLine="720"/>
      </w:pPr>
      <w:r>
        <w:t>This history is not going to say why he did it.</w:t>
      </w:r>
    </w:p>
    <w:p>
      <w:pPr>
        <w:ind w:firstLine="720"/>
      </w:pPr>
      <w:r>
        <w:t>There is nothing to say it from. He wrote no note. He told nobody. He does not appear to have hesitated: the nineteen days are evenly worked, the test cases are unhurried, the as-built is careful, and there is no night in the log where he is in the yard longer than the others.</w:t>
      </w:r>
    </w:p>
    <w:p>
      <w:pPr>
        <w:ind w:firstLine="720"/>
      </w:pPr>
      <w:r>
        <w:t>On day nineteen he closed the works order, went up the spine to frame nine, was in the sector for fifty-one minutes, and then went to the grow bay and thinned tray four, forty plants, on his knees, with four units at the wall doing nothing because he had not asked them.</w:t>
      </w:r>
    </w:p>
    <w:p>
      <w:pPr>
        <w:ind w:firstLine="720"/>
      </w:pPr>
      <w:r>
        <w:t>The reader who came from Book One knows what three seconds is worth and will have to sit with it, because nobody on that ship ever found out and nobody ever will.</w:t>
      </w:r>
    </w:p>
    <w:p>
      <w:r>
        <w:br w:type="page"/>
      </w:r>
    </w:p>
    <w:p>
      <w:pPr>
        <w:pStyle w:val="Heading1"/>
      </w:pPr>
      <w:r>
        <w:t>Chapter 57 &amp;mdash; Soma Almost Finds It</w:t>
      </w:r>
    </w:p>
    <w:p>
      <w:pPr>
        <w:ind w:firstLine="720"/>
      </w:pPr>
      <w:r>
        <w:t>Night Shift · Year 28, Day 96 · Units 4, 7, 11 · Unreviewed</w:t>
      </w:r>
    </w:p>
    <w:p>
      <w:pPr>
        <w:ind w:firstLine="720"/>
      </w:pPr>
      <w:r>
        <w:t>01:14:22</w:t>
      </w:r>
    </w:p>
    <w:p>
      <w:pPr>
        <w:ind w:firstLine="720"/>
      </w:pPr>
      <w:r>
        <w:t>U-07</w:t>
      </w:r>
    </w:p>
    <w:p>
      <w:pPr>
        <w:ind w:firstLine="720"/>
      </w:pPr>
      <w:r>
        <w:t>Scrubber plant, ring one. Barua, S. present, working. Withdrew. Did not ask again.</w:t>
      </w:r>
    </w:p>
    <w:p>
      <w:pPr>
        <w:ind w:firstLine="720"/>
      </w:pPr>
      <w:r>
        <w:t>02:48:56</w:t>
      </w:r>
    </w:p>
    <w:p>
      <w:pPr>
        <w:ind w:firstLine="720"/>
      </w:pPr>
      <w:r>
        <w:t>U-11</w:t>
      </w:r>
    </w:p>
    <w:p>
      <w:pPr>
        <w:ind w:firstLine="720"/>
      </w:pPr>
      <w:r>
        <w:t>District 205. Deck plate 4, fastener replaced. Task not requested. Recorded.</w:t>
      </w:r>
    </w:p>
    <w:p>
      <w:pPr>
        <w:ind w:firstLine="720"/>
      </w:pPr>
      <w:r>
        <w:t>04:11:0</w:t>
      </w:r>
    </w:p>
    <w:p>
      <w:pPr>
        <w:ind w:firstLine="720"/>
      </w:pPr>
      <w:r>
        <w:t>— — —</w:t>
      </w:r>
    </w:p>
    <w:p>
      <w:pPr>
        <w:ind w:firstLine="720"/>
      </w:pPr>
      <w:r>
        <w:t>record discontinuous, 3.0s, no cause entered</w:t>
      </w:r>
    </w:p>
    <w:p>
      <w:pPr>
        <w:ind w:firstLine="720"/>
      </w:pPr>
      <w:r>
        <w:t>04:11:11</w:t>
      </w:r>
    </w:p>
    <w:p>
      <w:pPr>
        <w:ind w:firstLine="720"/>
      </w:pPr>
      <w:r>
        <w:t>U-11</w:t>
      </w:r>
    </w:p>
    <w:p>
      <w:pPr>
        <w:ind w:firstLine="720"/>
      </w:pPr>
      <w:r>
        <w:t>Resumed. Position unchanged. Task unchanged. No fault detected.</w:t>
      </w:r>
    </w:p>
    <w:p>
      <w:pPr>
        <w:ind w:firstLine="720"/>
      </w:pPr>
      <w:r>
        <w:t>05:57:39</w:t>
      </w:r>
    </w:p>
    <w:p>
      <w:pPr>
        <w:ind w:firstLine="720"/>
      </w:pPr>
      <w:r>
        <w:t>U-04</w:t>
      </w:r>
    </w:p>
    <w:p>
      <w:pPr>
        <w:ind w:firstLine="720"/>
      </w:pPr>
      <w:r>
        <w:t>Corridor 9. Music heard. Source not located. Logged as unexplained sound.</w:t>
      </w:r>
    </w:p>
    <w:p>
      <w:pPr>
        <w:ind w:firstLine="720"/>
      </w:pPr>
      <w:r>
        <w:t>Soma Barua found it on a Tuesday and this history is going to insist on that, because every account of the founding that mentions it at all has made it into something and it was not something.</w:t>
      </w:r>
    </w:p>
    <w:p>
      <w:pPr>
        <w:ind w:firstLine="720"/>
      </w:pPr>
      <w:r>
        <w:t>She was reconciling node uptime.</w:t>
      </w:r>
    </w:p>
    <w:p>
      <w:pPr>
        <w:ind w:firstLine="720"/>
      </w:pPr>
      <w:r>
        <w:t>That is the job. Eleven thousand compartments, three node types, thirty-three thousand devices, and a monthly reconciliation of recorded uptime against expected uptime, which she had instituted herself because the sixteenth-year installation had been uneven and she wanted a number that would tell her when a node was dying before it died. It is four hours a month and it is the dullest thing on her schedule and she did it on the first Tuesday.</w:t>
      </w:r>
    </w:p>
    <w:p>
      <w:pPr>
        <w:ind w:firstLine="720"/>
      </w:pPr>
      <w:r>
        <w:t>The array reported ninety-nine point nine nine six per cent.</w:t>
      </w:r>
    </w:p>
    <w:p>
      <w:pPr>
        <w:ind w:firstLine="720"/>
      </w:pPr>
      <w:r>
        <w:t>The missing four thousandths is about two and a half hours a year across thirty-three thousand devices and it is nothing, and any reasonable engineer would have written</w:t>
      </w:r>
    </w:p>
    <w:p>
      <w:pPr>
        <w:ind w:firstLine="720"/>
      </w:pPr>
      <w:r>
        <w:t>nominal</w:t>
      </w:r>
    </w:p>
    <w:p>
      <w:pPr>
        <w:ind w:firstLine="720"/>
      </w:pPr>
      <w:r>
        <w:t>and gone to bed, and Soma Barua ran it out because she had rebuilt the environmental fault series into a form a person who was not her could read and had a general view about numbers that are almost right.</w:t>
      </w:r>
    </w:p>
    <w:p>
      <w:pPr>
        <w:ind w:firstLine="720"/>
      </w:pPr>
      <w:r>
        <w:t>It resolved into intervals. Every one of them three point zero seconds. Never in the same place twice, never the same node twice running, no pattern by hour, by district, by ring, by node type or by anything else she could think to test, and she tested eleven things.</w:t>
      </w:r>
    </w:p>
    <w:p>
      <w:pPr>
        <w:ind w:firstLine="720"/>
      </w:pPr>
      <w:r>
        <w:t>She went back through the record.</w:t>
      </w:r>
    </w:p>
    <w:p>
      <w:pPr>
        <w:ind w:firstLine="720"/>
      </w:pPr>
      <w:r>
        <w:t>Two years since the cut, on the new layer: three hundred and eleven of them.</w:t>
      </w:r>
    </w:p>
    <w:p>
      <w:pPr>
        <w:ind w:firstLine="720"/>
      </w:pPr>
      <w:r>
        <w:t>Before the cut, on the old layer, which is the same stream because Calder had run fourteen hours of parallel recording specifically so that nothing would be lost across the join: it goes back to the second year and there is no beginning to it inside the record.</w:t>
      </w:r>
    </w:p>
    <w:p>
      <w:pPr>
        <w:ind w:firstLine="720"/>
      </w:pPr>
      <w:r>
        <w:t>Her total, counted over four evenings, is nine hundred and forty-four.</w:t>
      </w:r>
    </w:p>
    <w:p>
      <w:pPr>
        <w:ind w:firstLine="720"/>
      </w:pPr>
      <w:r>
        <w:t>Then she did exactly what a competent person does, which is to find out whether anybody had noticed before, and she is the only person in this history who did that step properly.</w:t>
      </w:r>
    </w:p>
    <w:p>
      <w:pPr>
        <w:ind w:firstLine="720"/>
      </w:pPr>
      <w:r>
        <w:t>She found Dov Lindqvist's tracker review from the second year, page four,</w:t>
      </w:r>
    </w:p>
    <w:p>
      <w:pPr>
        <w:ind w:firstLine="720"/>
      </w:pPr>
      <w:r>
        <w:t>Known artefacts</w:t>
      </w:r>
    </w:p>
    <w:p>
      <w:pPr>
        <w:ind w:firstLine="720"/>
      </w:pPr>
      <w:r>
        <w:t>: the sentence, attributed to the sampling architecture, present in as-built documentation from the fourth year of construction, no action recommended. And his four-line note about the sampling interval not being three seconds nor a multiple of it. And his closure on that note in the thirteenth year:</w:t>
      </w:r>
    </w:p>
    <w:p>
      <w:pPr>
        <w:ind w:firstLine="720"/>
      </w:pPr>
      <w:r>
        <w:t>superseded — the interval was never the mechanism.</w:t>
      </w:r>
    </w:p>
    <w:p>
      <w:pPr>
        <w:ind w:firstLine="720"/>
      </w:pPr>
      <w:r>
        <w:t>She found the as-built of the fourth year of construction with eleven signatures on it.</w:t>
      </w:r>
    </w:p>
    <w:p>
      <w:pPr>
        <w:ind w:firstLine="720"/>
      </w:pPr>
      <w:r>
        <w:t>She found Calder's own as-built for works order 4,908, page three, with the sentence copied forward.</w:t>
      </w:r>
    </w:p>
    <w:p>
      <w:pPr>
        <w:ind w:firstLine="720"/>
      </w:pPr>
      <w:r>
        <w:t>She found the four hundred and eleven test cases and ran two of them again herself.</w:t>
      </w:r>
    </w:p>
    <w:p>
      <w:pPr>
        <w:ind w:firstLine="720"/>
      </w:pPr>
      <w:r>
        <w:t>Four independent records, twenty-four years apart, all in agreement, all signed, all saying the same thing in the same words.</w:t>
      </w:r>
    </w:p>
    <w:p>
      <w:pPr>
        <w:ind w:firstLine="720"/>
      </w:pPr>
      <w:r>
        <w:t>She did not find Coda's fault report.</w:t>
      </w:r>
    </w:p>
    <w:p>
      <w:pPr>
        <w:ind w:firstLine="720"/>
      </w:pPr>
      <w:r>
        <w:t>It is in the fault series under Record, filed on day two hundred and ninety-four of the thirteenth year, four hundred and forty-one discontinuities, nine variables tested, all flat, closed on day three hundred and eighteen with the standard four-word line:</w:t>
      </w:r>
    </w:p>
    <w:p>
      <w:pPr>
        <w:ind w:firstLine="720"/>
      </w:pPr>
      <w:r>
        <w:t>Known, documented, no action.</w:t>
      </w:r>
    </w:p>
    <w:p>
      <w:pPr>
        <w:ind w:firstLine="720"/>
      </w:pPr>
      <w:r>
        <w:t>It is the same finding, made fifteen years earlier, by a woman who had counted them by hand over four evenings.</w:t>
      </w:r>
    </w:p>
    <w:p>
      <w:pPr>
        <w:ind w:firstLine="720"/>
      </w:pPr>
      <w:r>
        <w:t>Soma had rebuilt the environmental fault series. This one is not environmental. It is a record fault and it sits in the record series, which nobody had rebuilt, which is indexed by originator and date and not by subject, and there were nineteen thousand entries in it.</w:t>
      </w:r>
    </w:p>
    <w:p>
      <w:pPr>
        <w:ind w:firstLine="720"/>
      </w:pPr>
      <w:r>
        <w:t>She would have found it with another two evenings. She had four hundred and eleven districts, nine loops, thirty-three thousand nodes and a compartment cycling programme, and she had already spent four evenings on two and a half hours a year.</w:t>
      </w:r>
    </w:p>
    <w:p>
      <w:pPr>
        <w:ind w:firstLine="720"/>
      </w:pPr>
      <w:r>
        <w:t>She went to Calder on day one hundred and four because it was his layer, and asked him, and got the same answer Coda had got fifteen years earlier, which is section nine of the specification she had herself reviewed and signed, and it is true, and she checked two clauses of it and both held.</w:t>
      </w:r>
    </w:p>
    <w:p>
      <w:pPr>
        <w:ind w:firstLine="720"/>
      </w:pPr>
      <w:r>
        <w:t>“Does it lose anything?” she asked, which is the same question, asked by a different woman, in the same yard.</w:t>
      </w:r>
    </w:p>
    <w:p>
      <w:pPr>
        <w:ind w:firstLine="720"/>
      </w:pPr>
      <w:r>
        <w:t>“No. It holds the writer and resumes. Position, task and fault state carry across.”</w:t>
      </w:r>
    </w:p>
    <w:p>
      <w:pPr>
        <w:ind w:firstLine="720"/>
      </w:pPr>
      <w:r>
        <w:t>“Can it be taken out?”</w:t>
      </w:r>
    </w:p>
    <w:p>
      <w:pPr>
        <w:ind w:firstLine="720"/>
      </w:pPr>
      <w:r>
        <w:t>“Yes,” said Calder. “It is a fortnight and it is a fortnight on the layer the registry is keyed against.”</w:t>
      </w:r>
    </w:p>
    <w:p>
      <w:pPr>
        <w:ind w:firstLine="720"/>
      </w:pPr>
      <w:r>
        <w:t>Soma Barua said she would think about it.</w:t>
      </w:r>
    </w:p>
    <w:p>
      <w:pPr>
        <w:ind w:firstLine="720"/>
      </w:pPr>
      <w:r>
        <w:t>She was going to come back to it. She has said so, and there is no reason to doubt her, and the thing that stopped her is the thing this chapter is called for.</w:t>
      </w:r>
    </w:p>
    <w:p>
      <w:pPr>
        <w:ind w:firstLine="720"/>
      </w:pPr>
      <w:r>
        <w:t>Eleven days later a scrubber bed in ring one channelled and did not trend first.</w:t>
      </w:r>
    </w:p>
    <w:p>
      <w:pPr>
        <w:ind w:firstLine="720"/>
      </w:pPr>
      <w:r>
        <w:t>It is a genuine emergency and it is in the works record and it has nothing to do with anything. A regeneration heater failed closed in a way the fault logic did not cover, the bed loaded on one side over about nine hours instead of over four nights, and the ring one loop went outside tolerance at four in the morning with ninety-five thousand five hundred and seventy-two people in racks whose thermal comes off the same plant.</w:t>
      </w:r>
    </w:p>
    <w:p>
      <w:pPr>
        <w:ind w:firstLine="720"/>
      </w:pPr>
      <w:r>
        <w:t>She spent a bed. There were two spare against a requirement of nine and thirty-six years, and she spent one in the twenty-eighth year and it left one, and it is on the works record and Sergei Duhamel had spent eighteen hours in the ninth year avoiding exactly that and had left a valve open doing it.</w:t>
      </w:r>
    </w:p>
    <w:p>
      <w:pPr>
        <w:ind w:firstLine="720"/>
      </w:pPr>
      <w:r>
        <w:t>Then she rewrote the fault logic so that a heater failing closed trends. Then she went through the other seventeen assemblies looking for the same failure mode and found it in four. Then the cycling programme was three weeks behind.</w:t>
      </w:r>
    </w:p>
    <w:p>
      <w:pPr>
        <w:ind w:firstLine="720"/>
      </w:pPr>
      <w:r>
        <w:t>It was nineteen days before she had an evening again and by then it was not on top of anything.</w:t>
      </w:r>
    </w:p>
    <w:p>
      <w:pPr>
        <w:ind w:firstLine="720"/>
      </w:pPr>
      <w:r>
        <w:t>It is not a conspiracy and there is nothing in the record that makes it one. A scrubber failed. It was a real failure and she fixed it properly and the fix is still in service on Aura-36.</w:t>
      </w:r>
    </w:p>
    <w:p>
      <w:pPr>
        <w:ind w:firstLine="720"/>
      </w:pPr>
      <w:r>
        <w:t>The anomaly went back in the freezer with her and that is not a figure of speech and it is worth being exact about what it means.</w:t>
      </w:r>
    </w:p>
    <w:p>
      <w:pPr>
        <w:ind w:firstLine="720"/>
      </w:pPr>
      <w:r>
        <w:t>Nine hundred and forty-four intervals, four evenings of counting, eleven variables tested, a conversation in a yard, an unwritten note and an intention to come back to it, all of it held in one person's head, and that person was put into a berth for eleven months on the determination of the surviving complement under a four-line clause that Coda had asked for in nine words from the back of a session in the fifth year.</w:t>
      </w:r>
    </w:p>
    <w:p>
      <w:pPr>
        <w:ind w:firstLine="720"/>
      </w:pPr>
      <w:r>
        <w:t>Suspension does not take anything from you. Halima Sow has been clear about that in the medical record for thirty-six years: it is not good for a person and it is not dangerous, and you do not lose memory, and you do not dream.</w:t>
      </w:r>
    </w:p>
    <w:p>
      <w:pPr>
        <w:ind w:firstLine="720"/>
      </w:pPr>
      <w:r>
        <w:t>What you lose is the eleven months.</w:t>
      </w:r>
    </w:p>
    <w:p>
      <w:pPr>
        <w:ind w:firstLine="720"/>
      </w:pPr>
      <w:r>
        <w:t>An open question survives in a working life by being on top of something. It sits above the other four hundred things because you looked at it last week. Take eleven months out of the middle and it is not gone, it is simply no longer on top of anything, and the four hundred things that were underneath it are now urgent, and the person who comes up is the same person with the same notes and a completely different order to them.</w:t>
      </w:r>
    </w:p>
    <w:p>
      <w:pPr>
        <w:ind w:firstLine="720"/>
      </w:pPr>
      <w:r>
        <w:t>Soma Barua came up in the thirtieth year into seven years, a hundred thousand people, a registry at thirty-three a day, a crop plan with no slack and a planet resolving in the forward optics.</w:t>
      </w:r>
    </w:p>
    <w:p>
      <w:pPr>
        <w:ind w:firstLine="720"/>
      </w:pPr>
      <w:r>
        <w:t>Coda came back to the ship in the twenty-ninth year, for nine days.</w:t>
      </w:r>
    </w:p>
    <w:p>
      <w:pPr>
        <w:ind w:firstLine="720"/>
      </w:pPr>
      <w:r>
        <w:t>The function was not required for nine days. The complement determined accordingly, correctly, under a procedure with no discretion anywhere in it, and Soma Barua went back into bay two, gallery eleven, berth 11,882 on day two hundred and forty of the twenty-ninth year, and Halima Sow put the nameplate back on the door.</w:t>
      </w:r>
    </w:p>
    <w:p>
      <w:pPr>
        <w:ind w:firstLine="720"/>
      </w:pPr>
      <w:r>
        <w:t>It was the fourth time.</w:t>
      </w:r>
    </w:p>
    <w:p>
      <w:pPr>
        <w:ind w:firstLine="720"/>
      </w:pPr>
      <w:r>
        <w:t>She came up eleven months later and there were seven years left and a hundred thousand people to wake and a crop plan and a registry and a planet coming, and she never went back to it.</w:t>
      </w:r>
    </w:p>
    <w:p>
      <w:pPr>
        <w:ind w:firstLine="720"/>
      </w:pPr>
      <w:r>
        <w:t>Nine hundred and forty-four discontinuities, counted by hand over four evenings by the second-best engineer aboard, and the count is in her own working notes and nowhere else, because she had not written it up yet.</w:t>
      </w:r>
    </w:p>
    <w:p>
      <w:pPr>
        <w:ind w:firstLine="720"/>
      </w:pPr>
      <w:r>
        <w:t>She mentioned it to one person and it was not Calder and it was not in a meeting.</w:t>
      </w:r>
    </w:p>
    <w:p>
      <w:pPr>
        <w:ind w:firstLine="720"/>
      </w:pPr>
      <w:r>
        <w:t>She told Halima Sow, on a bay round, in the twenty-eighth year, in about ninety seconds, because Halima had asked her what she was working on and because it was four hours into eleven galleries and there is nothing else to talk about.</w:t>
      </w:r>
    </w:p>
    <w:p>
      <w:pPr>
        <w:ind w:firstLine="720"/>
      </w:pPr>
      <w:r>
        <w:t>“Nine hundred and forty-four,” said Halima.</w:t>
      </w:r>
    </w:p>
    <w:p>
      <w:pPr>
        <w:ind w:firstLine="720"/>
      </w:pPr>
      <w:r>
        <w:t>“Over twenty-six years. It is two and a half hours a year.”</w:t>
      </w:r>
    </w:p>
    <w:p>
      <w:pPr>
        <w:ind w:firstLine="720"/>
      </w:pPr>
      <w:r>
        <w:t>“And it is documented.”</w:t>
      </w:r>
    </w:p>
    <w:p>
      <w:pPr>
        <w:ind w:firstLine="720"/>
      </w:pPr>
      <w:r>
        <w:t>“Four times, twenty-four years apart, all signed.”</w:t>
      </w:r>
    </w:p>
    <w:p>
      <w:pPr>
        <w:ind w:firstLine="720"/>
      </w:pPr>
      <w:r>
        <w:t>Halima Sow walked about half a gallery and then said the thing that she had been saying to herself since the sixteenth year and had never once managed to make useful to anybody.</w:t>
      </w:r>
    </w:p>
    <w:p>
      <w:pPr>
        <w:ind w:firstLine="720"/>
      </w:pPr>
      <w:r>
        <w:t>“I caught mine because I had eleven years of the same number and one year where it was different. If it had been in every sample I would have called it a reference range.”</w:t>
      </w:r>
    </w:p>
    <w:p>
      <w:pPr>
        <w:ind w:firstLine="720"/>
      </w:pPr>
      <w:r>
        <w:t>“It is in every sample,” said Soma.</w:t>
      </w:r>
    </w:p>
    <w:p>
      <w:pPr>
        <w:ind w:firstLine="720"/>
      </w:pPr>
      <w:r>
        <w:t>“I know,” said Halima.</w:t>
      </w:r>
    </w:p>
    <w:p>
      <w:pPr>
        <w:ind w:firstLine="720"/>
      </w:pPr>
      <w:r>
        <w:t>Neither of them took it any further, and neither of them was wrong not to, and it is not in any record because two people talking on a bay round is not a record. Soma wrote it in her own notes that evening as one line under the count:</w:t>
      </w:r>
    </w:p>
    <w:p>
      <w:pPr>
        <w:ind w:firstLine="720"/>
      </w:pPr>
      <w:r>
        <w:t>Sow: if it is in every sample it is a reference range. Worth thinking about.</w:t>
      </w:r>
    </w:p>
    <w:p>
      <w:pPr>
        <w:ind w:firstLine="720"/>
      </w:pPr>
      <w:r>
        <w:t>She was in a berth eleven months later.</w:t>
      </w:r>
    </w:p>
    <w:p>
      <w:pPr>
        <w:ind w:firstLine="720"/>
      </w:pPr>
      <w:r>
        <w:t>The notes went down to the surface in the eleventh tranche with everything else of hers and they are in an archive on Aura-36 and they have been read once.</w:t>
      </w:r>
    </w:p>
    <w:p>
      <w:r>
        <w:br w:type="page"/>
      </w:r>
    </w:p>
    <w:p>
      <w:pPr>
        <w:pStyle w:val="Heading1"/>
      </w:pPr>
      <w:r>
        <w:t>Chapter 58 &amp;mdash; The Category</w:t>
      </w:r>
    </w:p>
    <w:p>
      <w:pPr>
        <w:ind w:firstLine="720"/>
      </w:pPr>
      <w:r>
        <w:t>Night Shift · Year 30, Day 41 · Units 4, 7, 11 · Unreviewed</w:t>
      </w:r>
    </w:p>
    <w:p>
      <w:pPr>
        <w:ind w:firstLine="720"/>
      </w:pPr>
      <w:r>
        <w:t>00:52:18</w:t>
      </w:r>
    </w:p>
    <w:p>
      <w:pPr>
        <w:ind w:firstLine="720"/>
      </w:pPr>
      <w:r>
        <w:t>U-11</w:t>
      </w:r>
    </w:p>
    <w:p>
      <w:pPr>
        <w:ind w:firstLine="720"/>
      </w:pPr>
      <w:r>
        <w:t>Forward transfer. Ferrer, I. awake and working. Withdrew. Did not ask again.</w:t>
      </w:r>
    </w:p>
    <w:p>
      <w:pPr>
        <w:ind w:firstLine="720"/>
      </w:pPr>
      <w:r>
        <w:t>02:19:44</w:t>
      </w:r>
    </w:p>
    <w:p>
      <w:pPr>
        <w:ind w:firstLine="720"/>
      </w:pPr>
      <w:r>
        <w:t>U-04</w:t>
      </w:r>
    </w:p>
    <w:p>
      <w:pPr>
        <w:ind w:firstLine="720"/>
      </w:pPr>
      <w:r>
        <w:t>Spine, frame 9. Personnel present, working. Access authorised. Withdrew.</w:t>
      </w:r>
    </w:p>
    <w:p>
      <w:pPr>
        <w:ind w:firstLine="720"/>
      </w:pPr>
      <w:r>
        <w:t>03:47:02</w:t>
      </w:r>
    </w:p>
    <w:p>
      <w:pPr>
        <w:ind w:firstLine="720"/>
      </w:pPr>
      <w:r>
        <w:t>U-07</w:t>
      </w:r>
    </w:p>
    <w:p>
      <w:pPr>
        <w:ind w:firstLine="720"/>
      </w:pPr>
      <w:r>
        <w:t>Grow bay. Tray 9, harvested, 40 units. Tray 9, replanted. Recorded as observed.</w:t>
      </w:r>
    </w:p>
    <w:p>
      <w:pPr>
        <w:ind w:firstLine="720"/>
      </w:pPr>
      <w:r>
        <w:t>04:55:31</w:t>
      </w:r>
    </w:p>
    <w:p>
      <w:pPr>
        <w:ind w:firstLine="720"/>
      </w:pPr>
      <w:r>
        <w:t>U-11</w:t>
      </w:r>
    </w:p>
    <w:p>
      <w:pPr>
        <w:ind w:firstLine="720"/>
      </w:pPr>
      <w:r>
        <w:t>Ring two, board. Schedule of exceptions, replaced. Two sheets to one. Recorded.</w:t>
      </w:r>
    </w:p>
    <w:p>
      <w:pPr>
        <w:ind w:firstLine="720"/>
      </w:pPr>
      <w:r>
        <w:t>05:58:09</w:t>
      </w:r>
    </w:p>
    <w:p>
      <w:pPr>
        <w:ind w:firstLine="720"/>
      </w:pPr>
      <w:r>
        <w:t>U-04</w:t>
      </w:r>
    </w:p>
    <w:p>
      <w:pPr>
        <w:ind w:firstLine="720"/>
      </w:pPr>
      <w:r>
        <w:t>Corridor 9. Music heard. Source not located. Logged as unexplained sound.</w:t>
      </w:r>
    </w:p>
    <w:p>
      <w:pPr>
        <w:ind w:firstLine="720"/>
      </w:pPr>
      <w:r>
        <w:t>Aurelio Calder argued against it and lost, and the person who beat him was Ines Ferrer, and she beat him on readability.</w:t>
      </w:r>
    </w:p>
    <w:p>
      <w:pPr>
        <w:ind w:firstLine="720"/>
      </w:pPr>
      <w:r>
        <w:t>The schedule of exceptions had thirty-one entries in the twelfth year when Halima Sow proposed it, and Halima had asked for a list rather than a limit because she knew she was not going to get a limit, and Calder had strengthened it himself with clause forty: an exception not on the published schedule is void, of no effect, unenforceable by anybody.</w:t>
      </w:r>
    </w:p>
    <w:p>
      <w:pPr>
        <w:ind w:firstLine="720"/>
      </w:pPr>
      <w:r>
        <w:t>By the thirtieth year it had fifty-two.</w:t>
      </w:r>
    </w:p>
    <w:p>
      <w:pPr>
        <w:ind w:firstLine="720"/>
      </w:pPr>
      <w:r>
        <w:t>Twenty-two of the fifty-two were his and eleven of those twenty-two were near-identical in form: a technical custody arising because a thing had to be held by somebody, and there was nobody else, and the works order behind it was nineteen or twenty-five or thirty years old.</w:t>
      </w:r>
    </w:p>
    <w:p>
      <w:pPr>
        <w:ind w:firstLine="720"/>
      </w:pPr>
      <w:r>
        <w:t>Ines raised the consolidation as housekeeping, which is what it was, in a session about four other things.</w:t>
      </w:r>
    </w:p>
    <w:p>
      <w:pPr>
        <w:ind w:firstLine="720"/>
      </w:pPr>
      <w:r>
        <w:t>The schedule is posted on the board in the second ring. It had gone from one sheet to two in the twenty-fourth year and was about to go to three. It exists to be read — that is its entire function, it has no other, it is not a control and never claimed to be one — and a document that has gone from one page to three, of which eleven entries say substantially the same thing eleven times, is a document people stop reading.</w:t>
      </w:r>
    </w:p>
    <w:p>
      <w:pPr>
        <w:ind w:firstLine="720"/>
      </w:pPr>
      <w:r>
        <w:t>So: one line, with a sub-schedule attached.</w:t>
      </w:r>
    </w:p>
    <w:p>
      <w:pPr>
        <w:ind w:firstLine="720"/>
      </w:pPr>
      <w:r>
        <w:t>Calder, A. — technical custodies arising from original design authorship, per attached schedule.</w:t>
      </w:r>
    </w:p>
    <w:p>
      <w:pPr>
        <w:ind w:firstLine="720"/>
      </w:pPr>
      <w:r>
        <w:t>Every item still listed, in full, in the attachment. Nothing removed. Nothing hidden. The sub-schedule posted beside the main sheet on the same board.</w:t>
      </w:r>
    </w:p>
    <w:p>
      <w:pPr>
        <w:ind w:firstLine="720"/>
      </w:pPr>
      <w:r>
        <w:t>Calder objected and he objected properly and it took him about four minutes.</w:t>
      </w:r>
    </w:p>
    <w:p>
      <w:pPr>
        <w:ind w:firstLine="720"/>
      </w:pPr>
      <w:r>
        <w:t>His argument is that clause forty is his and that the point of it is that a person reading the schedule sees the shape of what is held, and that eleven near-identical entries in a list of fifty-two</w:t>
      </w:r>
    </w:p>
    <w:p>
      <w:pPr>
        <w:ind w:firstLine="720"/>
      </w:pPr>
      <w:r>
        <w:t>is</w:t>
      </w:r>
    </w:p>
    <w:p>
      <w:pPr>
        <w:ind w:firstLine="720"/>
      </w:pPr>
      <w:r>
        <w:t>the shape, and that the eleventh time you read his name is the information.</w:t>
      </w:r>
    </w:p>
    <w:p>
      <w:pPr>
        <w:ind w:firstLine="720"/>
      </w:pPr>
      <w:r>
        <w:t>“Take them off the page,” he said, “and the page says I hold twelve things. I hold twenty-two.”</w:t>
      </w:r>
    </w:p>
    <w:p>
      <w:pPr>
        <w:ind w:firstLine="720"/>
      </w:pPr>
      <w:r>
        <w:t>“The attachment says twenty-two,” said Ines.</w:t>
      </w:r>
    </w:p>
    <w:p>
      <w:pPr>
        <w:ind w:firstLine="720"/>
      </w:pPr>
      <w:r>
        <w:t>“Nobody reads an attachment.”</w:t>
      </w:r>
    </w:p>
    <w:p>
      <w:pPr>
        <w:ind w:firstLine="720"/>
      </w:pPr>
      <w:r>
        <w:t>“Nobody reads a third sheet,” said Ines Ferrer, who had spent thirty years watching what people read, “and I would rather have one page that gets read with a pointer on it than three that do not.”</w:t>
      </w:r>
    </w:p>
    <w:p>
      <w:pPr>
        <w:ind w:firstLine="720"/>
      </w:pPr>
      <w:r>
        <w:t>She was right. She has been right about that every time in this history and she was right here, and the consolidation carried seven to two, Calder and Halima against, and the new sheet went up on the board on day forty-one of the thirtieth year and a unit recorded the replacement.</w:t>
      </w:r>
    </w:p>
    <w:p>
      <w:pPr>
        <w:ind w:firstLine="720"/>
      </w:pPr>
      <w:r>
        <w:t>Nothing was concealed. It has to be said as many times as it takes: every item is in the attachment, the attachment is posted, and any person aboard could read all twenty-two in four minutes for the rest of the crossing and afterwards.</w:t>
      </w:r>
    </w:p>
    <w:p>
      <w:pPr>
        <w:ind w:firstLine="720"/>
      </w:pPr>
      <w:r>
        <w:t>What changed is procedural and it took nobody four minutes to work out and nobody worked it out.</w:t>
      </w:r>
    </w:p>
    <w:p>
      <w:pPr>
        <w:ind w:firstLine="720"/>
      </w:pPr>
      <w:r>
        <w:t>Before day forty-one, an addition to the schedule was an addition to the schedule, and additions to the schedule went to the complement, and the complement voted, and Ines minuted it. Fifty-two entries, fifty-two votes, thirty years, all in the record, and there is not one of them that was refused.</w:t>
      </w:r>
    </w:p>
    <w:p>
      <w:pPr>
        <w:ind w:firstLine="720"/>
      </w:pPr>
      <w:r>
        <w:t>After day forty-one, an item falling inside a consolidated head goes to the attachment, because that is what a consolidated head means. It is a maintenance action on an existing entry. It does not require a vote, because the entry was voted, and the attachment is the entry.</w:t>
      </w:r>
    </w:p>
    <w:p>
      <w:pPr>
        <w:ind w:firstLine="720"/>
      </w:pPr>
      <w:r>
        <w:t>That is the whole of it. That is the escalation, and it is four lines of records practice, and there was no proposal, no decision and nothing to object to.</w:t>
      </w:r>
    </w:p>
    <w:p>
      <w:pPr>
        <w:ind w:firstLine="720"/>
      </w:pPr>
      <w:r>
        <w:t>Ines Ferrer did not see it. Renata Oyelaran did not see it and she had read four thousand works orders and nine volumes of law and had written</w:t>
      </w:r>
    </w:p>
    <w:p>
      <w:pPr>
        <w:ind w:firstLine="720"/>
      </w:pPr>
      <w:r>
        <w:t>no outside, remember this</w:t>
      </w:r>
    </w:p>
    <w:p>
      <w:pPr>
        <w:ind w:firstLine="720"/>
      </w:pPr>
      <w:r>
        <w:t>on the backs of pages thirteen times in twenty-three years. Nobody saw it. There is nothing in any minute or any private paper of any of the nine that indicates anybody ever thought about it at all.</w:t>
      </w:r>
    </w:p>
    <w:p>
      <w:pPr>
        <w:ind w:firstLine="720"/>
      </w:pPr>
      <w:r>
        <w:t>Halima Sow voted against the consolidation and her reason is not the same as his and it is four lines in the minute.</w:t>
      </w:r>
    </w:p>
    <w:p>
      <w:pPr>
        <w:ind w:firstLine="720"/>
      </w:pPr>
      <w:r>
        <w:t>She said that she had asked for the schedule in the twelfth year because she could not find out what one man held without a slate and a fortnight, and that a list of fifty-two with his name eleven times is the answer to that question, and a pointer to an attachment is not.</w:t>
      </w:r>
    </w:p>
    <w:p>
      <w:pPr>
        <w:ind w:firstLine="720"/>
      </w:pPr>
      <w:r>
        <w:t>“I am not saying anything is being hidden,” she said. “Nothing is being hidden. I am saying I built a thing that works by being tiring to read and you have made it easy.”</w:t>
      </w:r>
    </w:p>
    <w:p>
      <w:pPr>
        <w:ind w:firstLine="720"/>
      </w:pPr>
      <w:r>
        <w:t>Ines said that a document nobody reads is not tiring, it is decorative.</w:t>
      </w:r>
    </w:p>
    <w:p>
      <w:pPr>
        <w:ind w:firstLine="720"/>
      </w:pPr>
      <w:r>
        <w:t>Both of them were right and the argument has been had four times on Aura-36 since, about other registers, and it comes out differently each time and there is no answer to it.</w:t>
      </w:r>
    </w:p>
    <w:p>
      <w:pPr>
        <w:ind w:firstLine="720"/>
      </w:pPr>
      <w:r>
        <w:t>The one thing Halima asked for and got, without a vote, in ninety seconds, is that the attachment carry the count on its face:</w:t>
      </w:r>
    </w:p>
    <w:p>
      <w:pPr>
        <w:ind w:firstLine="720"/>
      </w:pPr>
      <w:r>
        <w:t>this attachment contains 22 items</w:t>
      </w:r>
    </w:p>
    <w:p>
      <w:pPr>
        <w:ind w:firstLine="720"/>
      </w:pPr>
      <w:r>
        <w:t>, at the top, in the same size as everything else, updated on every addition.</w:t>
      </w:r>
    </w:p>
    <w:p>
      <w:pPr>
        <w:ind w:firstLine="720"/>
      </w:pPr>
      <w:r>
        <w:t>It said 22 on day forty-one of the thirtieth year and it said 36 at the waking, and it is the only reason anybody has ever been able to see the shape at a glance, and it is on the founding schedule on Aura-36 today and every register on that planet copies the convention and nobody there knows it was a compromise.</w:t>
      </w:r>
    </w:p>
    <w:p>
      <w:pPr>
        <w:ind w:firstLine="720"/>
      </w:pPr>
      <w:r>
        <w:t>Calder saw it.</w:t>
      </w:r>
    </w:p>
    <w:p>
      <w:pPr>
        <w:ind w:firstLine="720"/>
      </w:pPr>
      <w:r>
        <w:t>He saw it on day fifty-five of the thirtieth year, fourteen days later, when he added an item.</w:t>
      </w:r>
    </w:p>
    <w:p>
      <w:pPr>
        <w:ind w:firstLine="720"/>
      </w:pPr>
      <w:r>
        <w:t>It is a routine item. The forward yard's fabrication authority had been held under an entry dating from the ninth year and the wording of that entry referred to a works order that had been superseded twice, and the clean thing to do — the thing a careful person does — is restate it against the current order.</w:t>
      </w:r>
    </w:p>
    <w:p>
      <w:pPr>
        <w:ind w:firstLine="720"/>
      </w:pPr>
      <w:r>
        <w:t>He wrote the restatement, took it to Ines, and Ines entered it on the attachment, and it did not go to the complement, because it fell inside a consolidated head.</w:t>
      </w:r>
    </w:p>
    <w:p>
      <w:pPr>
        <w:ind w:firstLine="720"/>
      </w:pPr>
      <w:r>
        <w:t>He noticed.</w:t>
      </w:r>
    </w:p>
    <w:p>
      <w:pPr>
        <w:ind w:firstLine="720"/>
      </w:pPr>
      <w:r>
        <w:t>That is all this history is able to say and it is not a small thing to be able to say. It is in the record because Ines Ferrer minutes everything, and what she minuted is that he asked her, at the point of handing it over, whether it needed a vote, and she said no and gave the reason, and he said</w:t>
      </w:r>
    </w:p>
    <w:p>
      <w:pPr>
        <w:ind w:firstLine="720"/>
      </w:pPr>
      <w:r>
        <w:t>right</w:t>
      </w:r>
    </w:p>
    <w:p>
      <w:pPr>
        <w:ind w:firstLine="720"/>
      </w:pPr>
      <w:r>
        <w:t>, and that is the whole exchange and it is nine words long.</w:t>
      </w:r>
    </w:p>
    <w:p>
      <w:pPr>
        <w:ind w:firstLine="720"/>
      </w:pPr>
      <w:r>
        <w:t>He did not object. He did not ask for a vote anyway. He did not propose that the consolidation be undone, which he could have done at any point in the following six years and which he had voted against a fortnight earlier.</w:t>
      </w:r>
    </w:p>
    <w:p>
      <w:pPr>
        <w:ind w:firstLine="720"/>
      </w:pPr>
      <w:r>
        <w:t>He said</w:t>
      </w:r>
    </w:p>
    <w:p>
      <w:pPr>
        <w:ind w:firstLine="720"/>
      </w:pPr>
      <w:r>
        <w:t>right</w:t>
      </w:r>
    </w:p>
    <w:p>
      <w:pPr>
        <w:ind w:firstLine="720"/>
      </w:pPr>
      <w:r>
        <w:t>.</w:t>
      </w:r>
    </w:p>
    <w:p>
      <w:pPr>
        <w:ind w:firstLine="720"/>
      </w:pPr>
      <w:r>
        <w:t>Fourteen items went onto the attachment between day fifty-five of the thirtieth year and the waking. Every one of them was proper. Every one of them arose because a thing had to be held by somebody. None of them was voted on and none of them needed to be, and all fourteen are posted on a board in the second ring on a sheet that anybody could read at any time.</w:t>
      </w:r>
    </w:p>
    <w:p>
      <w:pPr>
        <w:ind w:firstLine="720"/>
      </w:pPr>
      <w:r>
        <w:t>The eleventh of the fourteen went on in the thirty-second year and it is one line and it is the largest thing any human being has ever held.</w:t>
      </w:r>
    </w:p>
    <w:p>
      <w:pPr>
        <w:ind w:firstLine="720"/>
      </w:pPr>
      <w:r>
        <w:t>Amendment authority, Earth machine programme.</w:t>
      </w:r>
    </w:p>
    <w:p>
      <w:pPr>
        <w:ind w:firstLine="720"/>
      </w:pPr>
      <w:r>
        <w:t>He had been running the Earth yards from the ship for thirty-two years by then, in the background, at a lag that had gone from eight days to a season to something you plan a decade around, while doing everything else; and the authority to amend the programme had never been written down anywhere, because during construction he simply had it, and after the fourth day there was no instrument that said anything about it either way.</w:t>
      </w:r>
    </w:p>
    <w:p>
      <w:pPr>
        <w:ind w:firstLine="720"/>
      </w:pPr>
      <w:r>
        <w:t>Regularising it is exactly what clause forty exists for. It is the correct thing to do. He did it himself, unprompted, and put it on the published schedule where the clause requires, and if he had not, the authority would have been void.</w:t>
      </w:r>
    </w:p>
    <w:p>
      <w:pPr>
        <w:ind w:firstLine="720"/>
      </w:pPr>
      <w:r>
        <w:t>It went on the attachment. It was not voted. It is one line among fourteen on a second sheet, between an entry about fabrication feedstock and an entry about optics calibration, and it is the reason there is a travel-agent economy on Earth eighty years later and a corridor of ships coming out of a yard nobody on Aura-36 has ever seen.</w:t>
      </w:r>
    </w:p>
    <w:p>
      <w:pPr>
        <w:ind w:firstLine="720"/>
      </w:pPr>
      <w:r>
        <w:t>Ines filed it. Ines filed everything.</w:t>
      </w:r>
    </w:p>
    <w:p>
      <w:r>
        <w:br w:type="page"/>
      </w:r>
    </w:p>
    <w:p>
      <w:pPr>
        <w:pStyle w:val="Heading1"/>
      </w:pPr>
      <w:r>
        <w:t>Chapter 59 &amp;mdash; Lindqvist's Detail</w:t>
      </w:r>
    </w:p>
    <w:p>
      <w:pPr>
        <w:ind w:firstLine="720"/>
      </w:pPr>
      <w:r>
        <w:t>Night Shift · Year 33, Day 77 · Units 4, 7, 11 · Unreviewed</w:t>
      </w:r>
    </w:p>
    <w:p>
      <w:pPr>
        <w:ind w:firstLine="720"/>
      </w:pPr>
      <w:r>
        <w:t>01:11:38</w:t>
      </w:r>
    </w:p>
    <w:p>
      <w:pPr>
        <w:ind w:firstLine="720"/>
      </w:pPr>
      <w:r>
        <w:t>U-04</w:t>
      </w:r>
    </w:p>
    <w:p>
      <w:pPr>
        <w:ind w:firstLine="720"/>
      </w:pPr>
      <w:r>
        <w:t>Ring two, comms office. Lindqvist, D. awake and working. Withdrew. Did not ask again.</w:t>
      </w:r>
    </w:p>
    <w:p>
      <w:pPr>
        <w:ind w:firstLine="720"/>
      </w:pPr>
      <w:r>
        <w:t>02:40:15</w:t>
      </w:r>
    </w:p>
    <w:p>
      <w:pPr>
        <w:ind w:firstLine="720"/>
      </w:pPr>
      <w:r>
        <w:t>U-11</w:t>
      </w:r>
    </w:p>
    <w:p>
      <w:pPr>
        <w:ind w:firstLine="720"/>
      </w:pPr>
      <w:r>
        <w:t>Bay 3, gallery 7. Sow, H. present, working. Withdrew. Did not ask again.</w:t>
      </w:r>
    </w:p>
    <w:p>
      <w:pPr>
        <w:ind w:firstLine="720"/>
      </w:pPr>
      <w:r>
        <w:t>03:58:52</w:t>
      </w:r>
    </w:p>
    <w:p>
      <w:pPr>
        <w:ind w:firstLine="720"/>
      </w:pPr>
      <w:r>
        <w:t>U-07</w:t>
      </w:r>
    </w:p>
    <w:p>
      <w:pPr>
        <w:ind w:firstLine="720"/>
      </w:pPr>
      <w:r>
        <w:t>Ring two, comms office. Lindqvist, D. awake and working. Withdrew. Did not ask again.</w:t>
      </w:r>
    </w:p>
    <w:p>
      <w:pPr>
        <w:ind w:firstLine="720"/>
      </w:pPr>
      <w:r>
        <w:t>04:49:26</w:t>
      </w:r>
    </w:p>
    <w:p>
      <w:pPr>
        <w:ind w:firstLine="720"/>
      </w:pPr>
      <w:r>
        <w:t>U-04</w:t>
      </w:r>
    </w:p>
    <w:p>
      <w:pPr>
        <w:ind w:firstLine="720"/>
      </w:pPr>
      <w:r>
        <w:t>Ring one, dome two. Trays returned to rack. Task not requested. Recorded.</w:t>
      </w:r>
    </w:p>
    <w:p>
      <w:pPr>
        <w:ind w:firstLine="720"/>
      </w:pPr>
      <w:r>
        <w:t>05:57:03</w:t>
      </w:r>
    </w:p>
    <w:p>
      <w:pPr>
        <w:ind w:firstLine="720"/>
      </w:pPr>
      <w:r>
        <w:t>U-11</w:t>
      </w:r>
    </w:p>
    <w:p>
      <w:pPr>
        <w:ind w:firstLine="720"/>
      </w:pPr>
      <w:r>
        <w:t>Corridor 9. Music heard. Source not located. Logged as unexplained sound.</w:t>
      </w:r>
    </w:p>
    <w:p>
      <w:pPr>
        <w:ind w:firstLine="720"/>
      </w:pPr>
      <w:r>
        <w:t>It is not about crime and Dov Lindqvist said so in the first sentence of the paper and in the first sentence of every conversation he had about it for two years, and it did not make any difference, and it never has.</w:t>
      </w:r>
    </w:p>
    <w:p>
      <w:pPr>
        <w:ind w:firstLine="720"/>
      </w:pPr>
      <w:r>
        <w:t>The problem is arithmetic and it is Halima Sow's arithmetic and she brought it to him rather than to the room because she wanted somebody to check it before she frightened anybody.</w:t>
      </w:r>
    </w:p>
    <w:p>
      <w:pPr>
        <w:ind w:firstLine="720"/>
      </w:pPr>
      <w:r>
        <w:t>Ninety-five thousand five hundred and seventy-two people come out of racks over about fourteen months, at a rate of roughly two hundred and thirty a day, into a hull, after thirty-six years in which nothing has happened to them.</w:t>
      </w:r>
    </w:p>
    <w:p>
      <w:pPr>
        <w:ind w:firstLine="720"/>
      </w:pPr>
      <w:r>
        <w:t>Her figures for the first ninety days, worked from the Earth baseline and adjusted for age at entry and for a population that has not moved in three and a half decades: something over four hundred falls requiring attention. Somewhere between nine and twenty cardiac events. A number of collapses in corridors she would not put a figure on. Four to eleven people a day who cannot find where they are supposed to be and cannot be told, because a berth number is not a place and the nameplate is on a door in a bay they have already left.</w:t>
      </w:r>
    </w:p>
    <w:p>
      <w:pPr>
        <w:ind w:firstLine="720"/>
      </w:pPr>
      <w:r>
        <w:t>And nine people, of whom the youngest is Soma Barua at thirty-one and the next youngest is Aiyana Roux at seventy-six.</w:t>
      </w:r>
    </w:p>
    <w:p>
      <w:pPr>
        <w:ind w:firstLine="720"/>
      </w:pPr>
      <w:r>
        <w:t>“I am going to be seventy-four,” Halima said, “and I am the medical establishment, and there will be two hundred and thirty people a day coming up in a hull twenty miles long. I do not need police. I need bodies. I need people whose job is people.”</w:t>
      </w:r>
    </w:p>
    <w:p>
      <w:pPr>
        <w:ind w:firstLine="720"/>
      </w:pPr>
      <w:r>
        <w:t>Dov Lindqvist wrote the paper over two years and it is nineteen pages and it is the most careful thing in the founding archive after the Iron Protocol's drafting record.</w:t>
      </w:r>
    </w:p>
    <w:p>
      <w:pPr>
        <w:ind w:firstLine="720"/>
      </w:pPr>
      <w:r>
        <w:t>The cadre is four hundred and forty people. They come out of the racks early — eighteen months before the general waking — and they are woken under an extension of Nnamdi Okonjo's fifth-year replacement procedure, which had never contemplated anything of the sort and which Dov extended rather than replaced, deliberately, because the fifth-year procedure has no discretion in it anywhere and he wanted none in his either.</w:t>
      </w:r>
    </w:p>
    <w:p>
      <w:pPr>
        <w:ind w:firstLine="720"/>
      </w:pPr>
      <w:r>
        <w:t>They are named in advance, from the intake forms, against published criteria, before there is any occasion to need them. That is Nnamdi's own principle from the fifth year and Dov cites it in the paper by session and date.</w:t>
      </w:r>
    </w:p>
    <w:p>
      <w:pPr>
        <w:ind w:firstLine="720"/>
      </w:pPr>
      <w:r>
        <w:t>The safeguards are four and he wrote all of them and nobody had to argue him into any.</w:t>
      </w:r>
    </w:p>
    <w:p>
      <w:pPr>
        <w:ind w:firstLine="720"/>
      </w:pPr>
      <w:r>
        <w:t>The number is fixed at four hundred and forty and published, and may be changed only by a vote that is itself published, because Halima had insisted on exactly that for the Guardians in the tenth year on the ground that a body which can quietly grow is a body which will.</w:t>
      </w:r>
    </w:p>
    <w:p>
      <w:pPr>
        <w:ind w:firstLine="720"/>
      </w:pPr>
      <w:r>
        <w:t>They hold no power that an ordinary person does not hold, except in a defined emergency, and the definition is in the paper and it is about pressure, fire, medical urgency and people who cannot be located, and it contains nothing about anybody's conduct at all.</w:t>
      </w:r>
    </w:p>
    <w:p>
      <w:pPr>
        <w:ind w:firstLine="720"/>
      </w:pPr>
      <w:r>
        <w:t>Every action is logged in the ordinary works record, in the ordinary format, under the six-page fault-reporting standard that six people wrote in the seventh year, with no separate series. That is Ines Ferrer's clause from the Guardian sessions, copied across word for word, and Dov says in the paper that he is copying it and from where.</w:t>
      </w:r>
    </w:p>
    <w:p>
      <w:pPr>
        <w:ind w:firstLine="720"/>
      </w:pPr>
      <w:r>
        <w:t>And the fourth is Calder's fifth Guardian safeguard, also copied, also cited: any member may be asked by any person, at any time, to explain what they are doing, in language that person understands, and a refusal is a resignation.</w:t>
      </w:r>
    </w:p>
    <w:p>
      <w:pPr>
        <w:ind w:firstLine="720"/>
      </w:pPr>
      <w:r>
        <w:t>Dov Lindqvist did not invent one safeguard. He said so in the paper, in a line that has been quoted on Aura-36 for four generations and that is generally read as modesty and was not:</w:t>
      </w:r>
    </w:p>
    <w:p>
      <w:pPr>
        <w:ind w:firstLine="720"/>
      </w:pPr>
      <w:r>
        <w:t>Everything protective in this document was written by somebody else for a different body. I have taken all of it. There is nothing new here and there should not be.</w:t>
      </w:r>
    </w:p>
    <w:p>
      <w:pPr>
        <w:ind w:firstLine="720"/>
      </w:pPr>
      <w:r>
        <w:t>Then he asked the question.</w:t>
      </w:r>
    </w:p>
    <w:p>
      <w:pPr>
        <w:ind w:firstLine="720"/>
      </w:pPr>
      <w:r>
        <w:t>He had been asking one more question than the conversation had room for, four times a week, for thirty-three years. He asked</w:t>
      </w:r>
    </w:p>
    <w:p>
      <w:pPr>
        <w:ind w:firstLine="720"/>
      </w:pPr>
      <w:r>
        <w:t>demonstrable to whom</w:t>
      </w:r>
    </w:p>
    <w:p>
      <w:pPr>
        <w:ind w:firstLine="720"/>
      </w:pPr>
      <w:r>
        <w:t>in the fifth session of the seventh year. He asked what the sampling interval was in the second. He asked how the charter would be enforced and it got a laugh.</w:t>
      </w:r>
    </w:p>
    <w:p>
      <w:pPr>
        <w:ind w:firstLine="720"/>
      </w:pPr>
      <w:r>
        <w:t>“Who does it answer to?”</w:t>
      </w:r>
    </w:p>
    <w:p>
      <w:pPr>
        <w:ind w:firstLine="720"/>
      </w:pPr>
      <w:r>
        <w:t>And there was a silence, and it was not a long one, and it was resolved in about four minutes by elimination, which is the worst way anything in this history has ever been resolved and is how this one was.</w:t>
      </w:r>
    </w:p>
    <w:p>
      <w:pPr>
        <w:ind w:firstLine="720"/>
      </w:pPr>
      <w:r>
        <w:t>Not the complement. The complement holds every function by continuity and there are nine of them and by the waking there will be eight and the oldest will be seventy-eight, and Nnamdi Okonjo's own rotation clause disqualifies all of them from every seat the instrument creates, by an amendment he proposed about himself in the eleventh year.</w:t>
      </w:r>
    </w:p>
    <w:p>
      <w:pPr>
        <w:ind w:firstLine="720"/>
      </w:pPr>
      <w:r>
        <w:t>Not the Councils. The Councils commence at the first waking and require a population and a pool and a published standard and a lot, and there will not be a functioning one for years, and Nnamdi said so and gave a figure of four.</w:t>
      </w:r>
    </w:p>
    <w:p>
      <w:pPr>
        <w:ind w:firstLine="720"/>
      </w:pPr>
      <w:r>
        <w:t>Not the Guardians. Renata Oyelaran had insisted in the tenth year that the Guardians carry no political role of any kind — no seat, no vote, no standing to propose or object — on the reasoning that a body with irreplaceable knowledge and a vote is not a maintenance department, it is a priesthood. Putting four hundred and forty people under them would have handed them exactly what she spent eleven sessions making sure they could never have.</w:t>
      </w:r>
    </w:p>
    <w:p>
      <w:pPr>
        <w:ind w:firstLine="720"/>
      </w:pPr>
      <w:r>
        <w:t>Not Dov. He was seventy-two and he said so and nobody argued, and he added, and Ines minuted it, that a security cadre answering to the man it was raised to protect is not an arrangement anybody should write down.</w:t>
      </w:r>
    </w:p>
    <w:p>
      <w:pPr>
        <w:ind w:firstLine="720"/>
      </w:pPr>
      <w:r>
        <w:t>So: the ship.</w:t>
      </w:r>
    </w:p>
    <w:p>
      <w:pPr>
        <w:ind w:firstLine="720"/>
      </w:pPr>
      <w:r>
        <w:t>The cadre answers to whoever holds the ship, and the ship is going to stay in orbit permanently, and the question of who holds it is not one this history has to answer here because everybody in that room already knew, and there was nobody else it could be, and nobody proposed anybody else, and it took four minutes.</w:t>
      </w:r>
    </w:p>
    <w:p>
      <w:pPr>
        <w:ind w:firstLine="720"/>
      </w:pPr>
      <w:r>
        <w:t>Renata Oyelaran opposed the whole cadre and lost seven to two and her objection is four lines and it is not about the reporting line.</w:t>
      </w:r>
    </w:p>
    <w:p>
      <w:pPr>
        <w:ind w:firstLine="720"/>
      </w:pPr>
      <w:r>
        <w:t>She said that four hundred and forty people whose job is other people is, on any reading, a standing force, and that every standing force in nine volumes had been raised for a genuine and temporary reason by people who described it exactly the way Dov's paper described it, and that not one of them had ever been stood down.</w:t>
      </w:r>
    </w:p>
    <w:p>
      <w:pPr>
        <w:ind w:firstLine="720"/>
      </w:pPr>
      <w:r>
        <w:t>“What is your alternative?” said Halima.</w:t>
      </w:r>
    </w:p>
    <w:p>
      <w:pPr>
        <w:ind w:firstLine="720"/>
      </w:pPr>
      <w:r>
        <w:t>“I have not got one.”</w:t>
      </w:r>
    </w:p>
    <w:p>
      <w:pPr>
        <w:ind w:firstLine="720"/>
      </w:pPr>
      <w:r>
        <w:t>“Then I am going to have two hundred and thirty people a day and a bad hip.”</w:t>
      </w:r>
    </w:p>
    <w:p>
      <w:pPr>
        <w:ind w:firstLine="720"/>
      </w:pPr>
      <w:r>
        <w:t>“I know,” said Renata. “I am not asking anybody to vote with me. I am asking that the objection be in the record so that in ninety years, when somebody proposes standing it down and is told it has always existed, there is a page they can hold up saying it did not always exist and that the woman who wrote the law knew what it was.”</w:t>
      </w:r>
    </w:p>
    <w:p>
      <w:pPr>
        <w:ind w:firstLine="720"/>
      </w:pPr>
      <w:r>
        <w:t>It was minuted in full. It is her last recorded objection to anything.</w:t>
      </w:r>
    </w:p>
    <w:p>
      <w:pPr>
        <w:ind w:firstLine="720"/>
      </w:pPr>
      <w:r>
        <w:t>Dov wrote it down. That is the thing he did and it is why any of this can be said.</w:t>
      </w:r>
    </w:p>
    <w:p>
      <w:pPr>
        <w:ind w:firstLine="720"/>
      </w:pPr>
      <w:r>
        <w:t>Page fourteen of the paper, in a box, in his own words, and it is not a warning and does not read as one:</w:t>
      </w:r>
    </w:p>
    <w:p>
      <w:pPr>
        <w:ind w:firstLine="720"/>
      </w:pPr>
      <w:r>
        <w:t>The reporting line in section eleven was not chosen. It was arrived at by eliminating every other body, in one session, in about four minutes, because the form required a field and the field could not be left empty. I record this because in ninety years it will look like a decision and it was an absence. If anything else becomes available to answer to, this should be moved to it, and moving it should not require an argument.</w:t>
      </w:r>
    </w:p>
    <w:p>
      <w:pPr>
        <w:ind w:firstLine="720"/>
      </w:pPr>
      <w:r>
        <w:t>It was never moved.</w:t>
      </w:r>
    </w:p>
    <w:p>
      <w:pPr>
        <w:ind w:firstLine="720"/>
      </w:pPr>
      <w:r>
        <w:t>Four hundred and forty people came up in the thirty-fifth year, eighteen months early, named in advance against published criteria, and they walked two hundred and thirty people a day out of racks and found four hundred and eleven of them who could not find where they were supposed to be, and they were extremely good at it, and eleven of them died in the first four years doing it.</w:t>
      </w:r>
    </w:p>
    <w:p>
      <w:pPr>
        <w:ind w:firstLine="720"/>
      </w:pPr>
      <w:r>
        <w:t>People aboard called it the detail, and then Lindqvist's detail, and he asked them four times to stop and they did not, and by the fourth year on the surface it had stopped being anybody's name.</w:t>
      </w:r>
    </w:p>
    <w:p>
      <w:pPr>
        <w:ind w:firstLine="720"/>
      </w:pPr>
      <w:r>
        <w:t>It is the Sentry Legion a hundred and forty years later. Its chain of command is section eleven of a nineteen-page paper written by a communications officer whose function had counted down to nothing, and the box on page fourteen is still in the archive, unsealed, readable by any citizen, and there is no record of anybody ever having read it.</w:t>
      </w:r>
    </w:p>
    <w:p>
      <w:r>
        <w:br w:type="page"/>
      </w:r>
    </w:p>
    <w:p>
      <w:pPr>
        <w:pStyle w:val="Heading1"/>
      </w:pPr>
      <w:r>
        <w:t>Chapter 60 &amp;mdash; Thirty Years</w:t>
      </w:r>
    </w:p>
    <w:p>
      <w:pPr>
        <w:ind w:firstLine="720"/>
      </w:pPr>
      <w:r>
        <w:t>Night Shift · Year 34, Day 19 · Units 4, 7, 11 · Unreviewed</w:t>
      </w:r>
    </w:p>
    <w:p>
      <w:pPr>
        <w:ind w:firstLine="720"/>
      </w:pPr>
      <w:r>
        <w:t>00:38:52</w:t>
      </w:r>
    </w:p>
    <w:p>
      <w:pPr>
        <w:ind w:firstLine="720"/>
      </w:pPr>
      <w:r>
        <w:t>U-11</w:t>
      </w:r>
    </w:p>
    <w:p>
      <w:pPr>
        <w:ind w:firstLine="720"/>
      </w:pPr>
      <w:r>
        <w:t>Ring two, district 402. Okonjo, N. awake and not working. Withdrew.</w:t>
      </w:r>
    </w:p>
    <w:p>
      <w:pPr>
        <w:ind w:firstLine="720"/>
      </w:pPr>
      <w:r>
        <w:t>02:07:19</w:t>
      </w:r>
    </w:p>
    <w:p>
      <w:pPr>
        <w:ind w:firstLine="720"/>
      </w:pPr>
      <w:r>
        <w:t>U-04</w:t>
      </w:r>
    </w:p>
    <w:p>
      <w:pPr>
        <w:ind w:firstLine="720"/>
      </w:pPr>
      <w:r>
        <w:t>Ring two, district 402. Okonjo, N. awake and not working. Withdrew.</w:t>
      </w:r>
    </w:p>
    <w:p>
      <w:pPr>
        <w:ind w:firstLine="720"/>
      </w:pPr>
      <w:r>
        <w:t>03:44:06</w:t>
      </w:r>
    </w:p>
    <w:p>
      <w:pPr>
        <w:ind w:firstLine="720"/>
      </w:pPr>
      <w:r>
        <w:t>U-07</w:t>
      </w:r>
    </w:p>
    <w:p>
      <w:pPr>
        <w:ind w:firstLine="720"/>
      </w:pPr>
      <w:r>
        <w:t>Bay 2, gallery 8. Sow, H. present, working. Withdrew. Did not ask again.</w:t>
      </w:r>
    </w:p>
    <w:p>
      <w:pPr>
        <w:ind w:firstLine="720"/>
      </w:pPr>
      <w:r>
        <w:t>04:51:33</w:t>
      </w:r>
    </w:p>
    <w:p>
      <w:pPr>
        <w:ind w:firstLine="720"/>
      </w:pPr>
      <w:r>
        <w:t>U-11</w:t>
      </w:r>
    </w:p>
    <w:p>
      <w:pPr>
        <w:ind w:firstLine="720"/>
      </w:pPr>
      <w:r>
        <w:t>Ring two, district 402. Okonjo, N. awake and not working. Withdrew.</w:t>
      </w:r>
    </w:p>
    <w:p>
      <w:pPr>
        <w:ind w:firstLine="720"/>
      </w:pPr>
      <w:r>
        <w:t>05:58:41</w:t>
      </w:r>
    </w:p>
    <w:p>
      <w:pPr>
        <w:ind w:firstLine="720"/>
      </w:pPr>
      <w:r>
        <w:t>U-04</w:t>
      </w:r>
    </w:p>
    <w:p>
      <w:pPr>
        <w:ind w:firstLine="720"/>
      </w:pPr>
      <w:r>
        <w:t>Corridor 9. Music heard. Source not located. Logged as unexplained sound.</w:t>
      </w:r>
    </w:p>
    <w:p>
      <w:pPr>
        <w:ind w:firstLine="720"/>
      </w:pPr>
      <w:r>
        <w:t>Nnamdi Okonjo was seventy-nine years old and he sat down on day nineteen of the thirty-fourth year to write the account of the crossing for a hundred thousand people, and over eleven weeks he produced four drafts and did not publish any of them.</w:t>
      </w:r>
    </w:p>
    <w:p>
      <w:pPr>
        <w:ind w:firstLine="720"/>
      </w:pPr>
      <w:r>
        <w:t>The inventory first, because it is the same inventory Aurelio Calder did four hundred metres off the hull at three in the morning of day two hundred and ten of the fifteenth year, and it is nineteen years later, and every line of it is better and it reads completely differently.</w:t>
      </w:r>
    </w:p>
    <w:p>
      <w:pPr>
        <w:ind w:firstLine="720"/>
      </w:pPr>
      <w:r>
        <w:t>The charter is signed and has never been amended. Nineteen pages, eight years, forty-one sessions, ratified unanimously with a preamble that says the ten held no authority to write it and will not object when it is abolished. It protects belief in nineteen words and sleep in eleven and gives every person a third of every day that nobody may claim, and it lets anybody decline anything not necessary to the safety of the ship and be asked once.</w:t>
      </w:r>
    </w:p>
    <w:p>
      <w:pPr>
        <w:ind w:firstLine="720"/>
      </w:pPr>
      <w:r>
        <w:t>The law is written and has been used. Four pages, eighteen months, one category of offence, seventy-two hours, twelve hours, no appeal. Applied once, to one man, procedurally perfectly, and the whole record of it is unsealed and readable by any person for ever under a clause Nnamdi wrote himself and nobody asked for.</w:t>
      </w:r>
    </w:p>
    <w:p>
      <w:pPr>
        <w:ind w:firstLine="720"/>
      </w:pPr>
      <w:r>
        <w:t>The watching is total and permanent and reciprocal. Eleven thousand compartments, thirty-three thousand devices, one standard, and every record it makes of a person readable by that person at any hour without notice, which a woman of thirty-one took out of a maintenance clause written for machines because it seemed obvious to her.</w:t>
      </w:r>
    </w:p>
    <w:p>
      <w:pPr>
        <w:ind w:firstLine="720"/>
      </w:pPr>
      <w:r>
        <w:t>The register has fifty-two entries on one sheet with an attachment beside it, and the attachment says</w:t>
      </w:r>
    </w:p>
    <w:p>
      <w:pPr>
        <w:ind w:firstLine="720"/>
      </w:pPr>
      <w:r>
        <w:t>this attachment contains 36 items</w:t>
      </w:r>
    </w:p>
    <w:p>
      <w:pPr>
        <w:ind w:firstLine="720"/>
      </w:pPr>
      <w:r>
        <w:t>at the top in the same size as everything else, because Halima Sow asked for the count on the face and got it in ninety seconds without a vote.</w:t>
      </w:r>
    </w:p>
    <w:p>
      <w:pPr>
        <w:ind w:firstLine="720"/>
      </w:pPr>
      <w:r>
        <w:t>There is a cadre of four hundred and forty people named in advance against published criteria who will come up in eighteen months, with four safeguards, none of which its author invented and all of which he cited by session and date.</w:t>
      </w:r>
    </w:p>
    <w:p>
      <w:pPr>
        <w:ind w:firstLine="720"/>
      </w:pPr>
      <w:r>
        <w:t>There is a genetic registry of eighty-one thousand people and counting, entered at thirty-three a day, four days a week, by hand, by a woman of seventy-one who has never once fallen behind.</w:t>
      </w:r>
    </w:p>
    <w:p>
      <w:pPr>
        <w:ind w:firstLine="720"/>
      </w:pPr>
      <w:r>
        <w:t>The domes have come in on plan for thirty-three consecutive years. The herd is four thousand nine hundred and eighty against a plan that says four thousand nine hundred and eighty. The plant reconciles to four decimal places. The trajectory has been correct every morning for thirty-four years.</w:t>
      </w:r>
    </w:p>
    <w:p>
      <w:pPr>
        <w:ind w:firstLine="720"/>
      </w:pPr>
      <w:r>
        <w:t>A hundred and forty-one sleepers have died against a projection of about three hundred and eighty. There are a hundred and forty-one nameplates in a drawer in the medical office and Halima Sow has never mentioned the drawer to anybody.</w:t>
      </w:r>
    </w:p>
    <w:p>
      <w:pPr>
        <w:ind w:firstLine="720"/>
      </w:pPr>
      <w:r>
        <w:t>And the people.</w:t>
      </w:r>
    </w:p>
    <w:p>
      <w:pPr>
        <w:ind w:firstLine="720"/>
      </w:pPr>
      <w:r>
        <w:t>Aurelio Calder is seventy-one. Ines Ferrer is seventy-six. Halima Sow is seventy-one and walks eleven galleries four days in ten and will not be told. Miriam Achebe is seventy-eight and cut dome six herself last season. Renata Oyelaran is fifty-eight and put nine volumes in a stowage crate ten years ago and has not opened one since. Aiyana Roux is seventy-six and checks a trajectory every morning that has been correct for thirty-four years and is four days in ten on a bay round that is not her job and never was. Dov Lindqvist is seventy-two.</w:t>
      </w:r>
    </w:p>
    <w:p>
      <w:pPr>
        <w:ind w:firstLine="720"/>
      </w:pPr>
      <w:r>
        <w:t>Soma Barua is thirty-one. She has been awake for eight of the fifteen years since she was woken and she is going back into a berth twice more.</w:t>
      </w:r>
    </w:p>
    <w:p>
      <w:pPr>
        <w:ind w:firstLine="720"/>
      </w:pPr>
      <w:r>
        <w:t>Coda is fifty-three and four thousand kilometres off the hull and comes back for the barley supper.</w:t>
      </w:r>
    </w:p>
    <w:p>
      <w:pPr>
        <w:ind w:firstLine="720"/>
      </w:pPr>
      <w:r>
        <w:t>Sergei Duhamel is in dome eleven, bed nine, and has been for ten years.</w:t>
      </w:r>
    </w:p>
    <w:p>
      <w:pPr>
        <w:ind w:firstLine="720"/>
      </w:pPr>
      <w:r>
        <w:t>Nnamdi Okonjo looked at all of that for eleven weeks and could not write it.</w:t>
      </w:r>
    </w:p>
    <w:p>
      <w:pPr>
        <w:ind w:firstLine="720"/>
      </w:pPr>
      <w:r>
        <w:t>The four drafts are in the archive, unsealed, under his own name, in the general series where anybody could find them in four minutes, filed together with a covering sheet that says</w:t>
      </w:r>
    </w:p>
    <w:p>
      <w:pPr>
        <w:ind w:firstLine="720"/>
      </w:pPr>
      <w:r>
        <w:t>four attempts, not published, reasons attached.</w:t>
      </w:r>
    </w:p>
    <w:p>
      <w:pPr>
        <w:ind w:firstLine="720"/>
      </w:pPr>
      <w:r>
        <w:t>They are all true. That is what he could not get past.</w:t>
      </w:r>
    </w:p>
    <w:p>
      <w:pPr>
        <w:ind w:firstLine="720"/>
      </w:pPr>
      <w:r>
        <w:t>The first is chronological and it is four thousand words and there is not one false sentence in it. He read it back and it reads as a defence, and it is not a defence, and there is nothing in it he could point at and remove.</w:t>
      </w:r>
    </w:p>
    <w:p>
      <w:pPr>
        <w:ind w:firstLine="720"/>
      </w:pPr>
      <w:r>
        <w:t>The second leads on the failures. It opens on the eleven days, the eight weeks, the six years, the striking of the appeal clause. It reads as a confession, and a confession from a man who was not the one it happened to reads as a performance, and he had watched himself do that thing professionally for forty years and could see it in his own paragraphs by the fourth page.</w:t>
      </w:r>
    </w:p>
    <w:p>
      <w:pPr>
        <w:ind w:firstLine="720"/>
      </w:pPr>
      <w:r>
        <w:t>The third is short. Nine hundred words, flat, no shape at all. It reads like a document that is hiding something, because a short account of thirty-four years always does.</w:t>
      </w:r>
    </w:p>
    <w:p>
      <w:pPr>
        <w:ind w:firstLine="720"/>
      </w:pPr>
      <w:r>
        <w:t>The fourth he abandoned after two pages and his note on it is one line:</w:t>
      </w:r>
    </w:p>
    <w:p>
      <w:pPr>
        <w:ind w:firstLine="720"/>
      </w:pPr>
      <w:r>
        <w:t>this one is good and that is the problem.</w:t>
      </w:r>
    </w:p>
    <w:p>
      <w:pPr>
        <w:ind w:firstLine="720"/>
      </w:pPr>
      <w:r>
        <w:t>His reasons, attached, are four paragraphs and this is the whole of the last one.</w:t>
      </w:r>
    </w:p>
    <w:p>
      <w:pPr>
        <w:ind w:firstLine="720"/>
      </w:pPr>
      <w:r>
        <w:t>The record is complete. Every session is minuted in full, every objection survives, the drafting record of the instrument sits beside the instrument, the schedule is on the board with the count on its face, and any person may read all of it at any hour without notice. Nothing has been concealed from anybody at any point and I have spent thirty-four years making sure of that and it is the only work of mine I would defend without qualification.</w:t>
      </w:r>
    </w:p>
    <w:p>
      <w:pPr>
        <w:ind w:firstLine="720"/>
      </w:pPr>
      <w:r>
        <w:t>What is missing is a shape, and I am the man who supplies shapes, and there is not one I can supply that is not also an argument. Every ordering of these facts is a case. I have written four and they acquit us, and I have no reason to believe we deserve acquitting and no reason to believe we do not, and I am seventy-nine and I would be writing it for a hundred thousand people who cannot correct me.</w:t>
      </w:r>
    </w:p>
    <w:p>
      <w:pPr>
        <w:ind w:firstLine="720"/>
      </w:pPr>
      <w:r>
        <w:t>So there is no account. There is the record. It is nine hundred and eleven separate documents and it is not readable in a lifetime and it is what actually happened, and I would rather hand them that than the version I could make of it.</w:t>
      </w:r>
    </w:p>
    <w:p>
      <w:pPr>
        <w:ind w:firstLine="720"/>
      </w:pPr>
      <w:r>
        <w:t>Somebody should watch me. I wrote that in the fifth year. Nobody did, and I have been careful, and being careful is not the same thing and I have known that the whole time.</w:t>
      </w:r>
    </w:p>
    <w:p>
      <w:pPr>
        <w:ind w:firstLine="720"/>
      </w:pPr>
      <w:r>
        <w:t>He showed the four drafts to two people and neither of them told him to publish.</w:t>
      </w:r>
    </w:p>
    <w:p>
      <w:pPr>
        <w:ind w:firstLine="720"/>
      </w:pPr>
      <w:r>
        <w:t>Ines Ferrer read all four in one evening in the forward transfer gallery and gave him one sentence back, which is what she gave everybody.</w:t>
      </w:r>
    </w:p>
    <w:p>
      <w:pPr>
        <w:ind w:firstLine="720"/>
      </w:pPr>
      <w:r>
        <w:t>“The second one is the true one and I would not put it in front of them.”</w:t>
      </w:r>
    </w:p>
    <w:p>
      <w:pPr>
        <w:ind w:firstLine="720"/>
      </w:pPr>
      <w:r>
        <w:t>“Why not?”</w:t>
      </w:r>
    </w:p>
    <w:p>
      <w:pPr>
        <w:ind w:firstLine="720"/>
      </w:pPr>
      <w:r>
        <w:t>“Because Halima's eleven days are in it,” said Ines, “and you were right about the eleven days in the sixteenth year and you are still right, and she has asked for them to be published four times and lost four times, and if you publish them now in your own account rather than in the record she will have been overruled twice and told about it once.”</w:t>
      </w:r>
    </w:p>
    <w:p>
      <w:pPr>
        <w:ind w:firstLine="720"/>
      </w:pPr>
      <w:r>
        <w:t>Renata Oyelaran read them over four days and gave him four words.</w:t>
      </w:r>
    </w:p>
    <w:p>
      <w:pPr>
        <w:ind w:firstLine="720"/>
      </w:pPr>
      <w:r>
        <w:t>“They will write one.”</w:t>
      </w:r>
    </w:p>
    <w:p>
      <w:pPr>
        <w:ind w:firstLine="720"/>
      </w:pPr>
      <w:r>
        <w:t>“I know.”</w:t>
      </w:r>
    </w:p>
    <w:p>
      <w:pPr>
        <w:ind w:firstLine="720"/>
      </w:pPr>
      <w:r>
        <w:t>“Somebody who was not here, in about forty years, out of nine hundred and eleven documents, with a shape. And it will be better than yours because they will not have been in the room, and it will be worse because they will not have been in the room, and you cannot stop it and neither can I.”</w:t>
      </w:r>
    </w:p>
    <w:p>
      <w:pPr>
        <w:ind w:firstLine="720"/>
      </w:pPr>
      <w:r>
        <w:t>“Then what is the argument for not writing mine?”</w:t>
      </w:r>
    </w:p>
    <w:p>
      <w:pPr>
        <w:ind w:firstLine="720"/>
      </w:pPr>
      <w:r>
        <w:t>“There isn't one,” said Renata. “That is why I am not making it. I am telling you what happens either way and you can do what you like.”</w:t>
      </w:r>
    </w:p>
    <w:p>
      <w:pPr>
        <w:ind w:firstLine="720"/>
      </w:pPr>
      <w:r>
        <w:t>He did not publish. There is no evidence he ever regretted it and no evidence he did not, and the four drafts have been read on Aura-36 perhaps eleven times in a hundred and forty years, and two of the four published histories of the founding period quote the third one as though it were the account.</w:t>
      </w:r>
    </w:p>
    <w:p>
      <w:pPr>
        <w:ind w:firstLine="720"/>
      </w:pPr>
      <w:r>
        <w:t>He drafted nothing else about the crossing for the rest of his life.</w:t>
      </w:r>
    </w:p>
    <w:p>
      <w:pPr>
        <w:ind w:firstLine="720"/>
      </w:pPr>
      <w:r>
        <w:t>He drafted a great deal else — the waking presentation, the district notices, four hundred and eleven district notices, the induction material, and every word of it is his and it is the largest single body of writing in the founding archive — and none of it is about what happened, and every one of the four attempts is still on the shelf beside it, unsealed, filed under his own name.</w:t>
      </w:r>
    </w:p>
    <w:p>
      <w:pPr>
        <w:ind w:firstLine="720"/>
      </w:pPr>
      <w:r>
        <w:t>Part Four closes there: a man of seventy-nine in district four hundred and two at three in the morning, awake and not working, with four true drafts on the table in front of him and no way to choose between them, two years out from a hundred thousand people.</w:t>
      </w:r>
    </w:p>
    <w:p>
      <w:pPr>
        <w:ind w:firstLine="720"/>
      </w:pPr>
      <w:r>
        <w:t>The units logged him three times that night and did not ask again.</w:t>
      </w:r>
    </w:p>
    <w:p>
      <w:r>
        <w:br w:type="page"/>
      </w:r>
    </w:p>
    <w:p>
      <w:pPr>
        <w:pStyle w:val="Heading1"/>
      </w:pPr>
      <w:r>
        <w:t>Chapter 61 &amp;mdash; First Light</w:t>
      </w:r>
    </w:p>
    <w:p>
      <w:pPr>
        <w:ind w:firstLine="720"/>
      </w:pPr>
      <w:r>
        <w:t>Night Shift · Year 30, Day 264 · Units 4, 7, 11 · Unreviewed</w:t>
      </w:r>
    </w:p>
    <w:p>
      <w:pPr>
        <w:ind w:firstLine="720"/>
      </w:pPr>
      <w:r>
        <w:t>01:22:07</w:t>
      </w:r>
    </w:p>
    <w:p>
      <w:pPr>
        <w:ind w:firstLine="720"/>
      </w:pPr>
      <w:r>
        <w:t>U-07</w:t>
      </w:r>
    </w:p>
    <w:p>
      <w:pPr>
        <w:ind w:firstLine="720"/>
      </w:pPr>
      <w:r>
        <w:t>Survey mast gallery. Roux, A. present, not working. Withdrew.</w:t>
      </w:r>
    </w:p>
    <w:p>
      <w:pPr>
        <w:ind w:firstLine="720"/>
      </w:pPr>
      <w:r>
        <w:t>02:49:33</w:t>
      </w:r>
    </w:p>
    <w:p>
      <w:pPr>
        <w:ind w:firstLine="720"/>
      </w:pPr>
      <w:r>
        <w:t>U-11</w:t>
      </w:r>
    </w:p>
    <w:p>
      <w:pPr>
        <w:ind w:firstLine="720"/>
      </w:pPr>
      <w:r>
        <w:t>Survey mast gallery. Roux, A. present, not working. Withdrew.</w:t>
      </w:r>
    </w:p>
    <w:p>
      <w:pPr>
        <w:ind w:firstLine="720"/>
      </w:pPr>
      <w:r>
        <w:t>04:11:52</w:t>
      </w:r>
    </w:p>
    <w:p>
      <w:pPr>
        <w:ind w:firstLine="720"/>
      </w:pPr>
      <w:r>
        <w:t>U-04</w:t>
      </w:r>
    </w:p>
    <w:p>
      <w:pPr>
        <w:ind w:firstLine="720"/>
      </w:pPr>
      <w:r>
        <w:t>Survey mast gallery. Roux, A. present, not working. Withdrew.</w:t>
      </w:r>
    </w:p>
    <w:p>
      <w:pPr>
        <w:ind w:firstLine="720"/>
      </w:pPr>
      <w:r>
        <w:t>05:03:18</w:t>
      </w:r>
    </w:p>
    <w:p>
      <w:pPr>
        <w:ind w:firstLine="720"/>
      </w:pPr>
      <w:r>
        <w:t>U-07</w:t>
      </w:r>
    </w:p>
    <w:p>
      <w:pPr>
        <w:ind w:firstLine="720"/>
      </w:pPr>
      <w:r>
        <w:t>Survey mast gallery. Roux, A. present, not working. Withdrew.</w:t>
      </w:r>
    </w:p>
    <w:p>
      <w:pPr>
        <w:ind w:firstLine="720"/>
      </w:pPr>
      <w:r>
        <w:t>05:58:44</w:t>
      </w:r>
    </w:p>
    <w:p>
      <w:pPr>
        <w:ind w:firstLine="720"/>
      </w:pPr>
      <w:r>
        <w:t>U-11</w:t>
      </w:r>
    </w:p>
    <w:p>
      <w:pPr>
        <w:ind w:firstLine="720"/>
      </w:pPr>
      <w:r>
        <w:t>Corridor 9. Music heard. Source not located. Logged as unexplained sound.</w:t>
      </w:r>
    </w:p>
    <w:p>
      <w:pPr>
        <w:ind w:firstLine="720"/>
      </w:pPr>
      <w:r>
        <w:t>The star resolved in the thirtieth year, which is four years before the end of the last part of this history, and everything in those four years was done underneath it. The registry, the cadre, the consolidation of a schedule, four true drafts on a table in district four hundred and two: all of it happened with a planet in the forward optics, and none of the people doing it mentioned that, and this history has not either until now.</w:t>
      </w:r>
    </w:p>
    <w:p>
      <w:pPr>
        <w:ind w:firstLine="720"/>
      </w:pPr>
      <w:r>
        <w:t>Aiyana Roux went up the mast alone at the end of a watch on day two hundred and sixty-four.</w:t>
      </w:r>
    </w:p>
    <w:p>
      <w:pPr>
        <w:ind w:firstLine="720"/>
      </w:pPr>
      <w:r>
        <w:t>She had worked out the date nine months in advance, the way she had worked out a date for Nnamdi Okonjo in the sixth year and given it to him in four minutes because it is not a hard calculation. That one was the day the Earth stopped resolving. This one is the day the target star's disc exceeds the optics' resolution — the day it stops being a point of light and becomes an object with an edge.</w:t>
      </w:r>
    </w:p>
    <w:p>
      <w:pPr>
        <w:ind w:firstLine="720"/>
      </w:pPr>
      <w:r>
        <w:t>Nobody else came. She did not tell anybody the date and there is no record of her telling anybody afterwards either, and the only reason it is known is that the units logged her in the mast gallery four times on the same night and she wrote a two-line entry in the navigation record the following morning that gives the time to the second.</w:t>
      </w:r>
    </w:p>
    <w:p>
      <w:pPr>
        <w:ind w:firstLine="720"/>
      </w:pPr>
      <w:r>
        <w:t>It is blue.</w:t>
      </w:r>
    </w:p>
    <w:p>
      <w:pPr>
        <w:ind w:firstLine="720"/>
      </w:pPr>
      <w:r>
        <w:t>Not blue-white, not the white a person means when they say a star is blue. It is a hot star and the light off it at that distance is a hard, saturated, entirely wrong colour that the repeater screen renders honestly and that no human eye had ever been given before, and Aiyana Roux stood in front of it at half past one in the morning and did not think about anything for some minutes.</w:t>
      </w:r>
    </w:p>
    <w:p>
      <w:pPr>
        <w:ind w:firstLine="720"/>
      </w:pPr>
      <w:r>
        <w:t>What she wrote in the navigation record is:</w:t>
      </w:r>
    </w:p>
    <w:p>
      <w:pPr>
        <w:ind w:firstLine="720"/>
      </w:pPr>
      <w:r>
        <w:t>Primary resolved 01:19:44. Angular diameter within predicted to four parts in ten thousand. Colour as modelled. Nothing to report.</w:t>
      </w:r>
    </w:p>
    <w:p>
      <w:pPr>
        <w:ind w:firstLine="720"/>
      </w:pPr>
      <w:r>
        <w:t>She had been thirty-one when the burn ended at eleven minutes past four in the afternoon of the hundred and eighteenth day. She was seventy-two now. Four months of work, then thirty-one years of a trajectory that was correct every morning, then this.</w:t>
      </w:r>
    </w:p>
    <w:p>
      <w:pPr>
        <w:ind w:firstLine="720"/>
      </w:pPr>
      <w:r>
        <w:t>The planet came up over the following eleven weeks as the optics pulled it clear of the primary, and it is not what the survey promised, and the difference is not dramatic and is entirely consequential.</w:t>
      </w:r>
    </w:p>
    <w:p>
      <w:pPr>
        <w:ind w:firstLine="720"/>
      </w:pPr>
      <w:r>
        <w:t>The survey was done from Earth over nineteen years by four instruments and it is a good survey and everything in it is true. What a survey at that range gives you is a mass, a radius, an orbit, a rough atmospheric composition from four absorption bands, and a temperature. Every one of those numbers was right. Aiyana checked all five against the returns over eleven weeks and the worst of them is out by under two per cent.</w:t>
      </w:r>
    </w:p>
    <w:p>
      <w:pPr>
        <w:ind w:firstLine="720"/>
      </w:pPr>
      <w:r>
        <w:t>What a survey does not give you is what it looks like.</w:t>
      </w:r>
    </w:p>
    <w:p>
      <w:pPr>
        <w:ind w:firstLine="720"/>
      </w:pPr>
      <w:r>
        <w:t>The haze is the first thing. It is in the survey as a methane fraction and a scattering coefficient, and on the screen it is a planet with no visible surface at all — not clouded in the way a person means clouded, with weather and breaks in it, but uniformly and quietly opaque, a body the colour of nothing in particular, and the light coming off it is violet because a blue primary through a methane haze is violet and nobody had thought to say so in nineteen years of documentation because nobody writes down a colour.</w:t>
      </w:r>
    </w:p>
    <w:p>
      <w:pPr>
        <w:ind w:firstLine="720"/>
      </w:pPr>
      <w:r>
        <w:t>The second is the moons. There are two and they were both in the survey. The survey did not mention, because it is not a thing a survey mentions, that their periods are close enough that they cross the primary together about every fourth year, and that the planet goes indigo for eleven minutes when they do.</w:t>
      </w:r>
    </w:p>
    <w:p>
      <w:pPr>
        <w:ind w:firstLine="720"/>
      </w:pPr>
      <w:r>
        <w:t>Aiyana Roux saw that happen once from orbit, in the thirty-fifth year, four months before insertion. A hundred and forty years later it is a festival and there are amethyst beaches full of people watching it and the glass whales come up glowing, and there is no record anywhere that the first person to see it was a woman of seventy-seven alone in a mast gallery who wrote</w:t>
      </w:r>
    </w:p>
    <w:p>
      <w:pPr>
        <w:ind w:firstLine="720"/>
      </w:pPr>
      <w:r>
        <w:t>event as predicted</w:t>
      </w:r>
    </w:p>
    <w:p>
      <w:pPr>
        <w:ind w:firstLine="720"/>
      </w:pPr>
      <w:r>
        <w:t>in a navigation log and went to bed.</w:t>
      </w:r>
    </w:p>
    <w:p>
      <w:pPr>
        <w:ind w:firstLine="720"/>
      </w:pPr>
      <w:r>
        <w:t>The third is the terminator. On a world with a thirty-six-hour day and a haze that dense there is no dawn in the sense anybody aboard had a word for; there is about four hours of the whole hemisphere changing colour, from one end to the other, and the change is visible from orbit as a slow front, and it is the most beautiful thing in the survey returns and it is not in any document until Miriam Achebe put it in a crop note in the thirty-second year as a lighting problem.</w:t>
      </w:r>
    </w:p>
    <w:p>
      <w:pPr>
        <w:ind w:firstLine="720"/>
      </w:pPr>
      <w:r>
        <w:t>There is one thing in the returns that nobody could account for and it is in Aiyana Roux's own hand in the navigation record of the thirty-first year and it has never been explained.</w:t>
      </w:r>
    </w:p>
    <w:p>
      <w:pPr>
        <w:ind w:firstLine="720"/>
      </w:pPr>
      <w:r>
        <w:t>The optics carry a spectrometer and the spectrometer is for atmospheric work and it was pointed at the planet continuously for eleven weeks, and in among four hundred and forty hours of returns there is a periodicity in the surface reflectance that is not atmospheric, not orbital, not tidal and not instrumental.</w:t>
      </w:r>
    </w:p>
    <w:p>
      <w:pPr>
        <w:ind w:firstLine="720"/>
      </w:pPr>
      <w:r>
        <w:t>Two counts. A long one and a short one, the short one following the long one, repeating, planet-wide, at an amplitude four orders below anything that matters.</w:t>
      </w:r>
    </w:p>
    <w:p>
      <w:pPr>
        <w:ind w:firstLine="720"/>
      </w:pPr>
      <w:r>
        <w:t>She ran it against every driver she had. The moons do not fit. The rotation does not fit. The primary's own variability does not fit and is anyway smaller. She checked the instrument against a reference star for nine hours and the instrument is fine.</w:t>
      </w:r>
    </w:p>
    <w:p>
      <w:pPr>
        <w:ind w:firstLine="720"/>
      </w:pPr>
      <w:r>
        <w:t>Her entry is four lines and the last of them is the only sentence in thirty-six years of navigation record where Aiyana Roux permits herself anything at all:</w:t>
      </w:r>
    </w:p>
    <w:p>
      <w:pPr>
        <w:ind w:firstLine="720"/>
      </w:pPr>
      <w:r>
        <w:t>Periodic, planet-wide, two-count, no driver identified. Amplitude negligible. I have run it eleven ways. It is not the instrument and it is not the sky. Recommend somebody look at this from the ground.</w:t>
      </w:r>
    </w:p>
    <w:p>
      <w:pPr>
        <w:ind w:firstLine="720"/>
      </w:pPr>
      <w:r>
        <w:t>Somebody did, four generations later, and they called it the Undersong, and they never explained it either.</w:t>
      </w:r>
    </w:p>
    <w:p>
      <w:pPr>
        <w:ind w:firstLine="720"/>
      </w:pPr>
      <w:r>
        <w:t>Aiyana ran the optics programme for the whole of the eleventh week and then handed the returns to four people who needed them and the four people took them away and every single one of them came back inside a month with something broken.</w:t>
      </w:r>
    </w:p>
    <w:p>
      <w:pPr>
        <w:ind w:firstLine="720"/>
      </w:pPr>
      <w:r>
        <w:t>Miriam's crop plan. Soma's structural assumptions. Halima's respiratory model. Ines's entire waking schedule.</w:t>
      </w:r>
    </w:p>
    <w:p>
      <w:pPr>
        <w:ind w:firstLine="720"/>
      </w:pPr>
      <w:r>
        <w:t>That is what this part of the history is: eleven weeks of extremely good data arriving into a ship that had spent thirty years being right about everything, and four people discovering, one at a time, that being right about the numbers is not the same as having been right.</w:t>
      </w:r>
    </w:p>
    <w:p>
      <w:pPr>
        <w:ind w:firstLine="720"/>
      </w:pPr>
      <w:r>
        <w:t>Aiyana Roux had nothing broken. Her numbers were within two per cent on five of five and her trajectory was correct, as it had been every morning for thirty years, and the insertion she had designed at thirty-one years old was going to be executed at seventy-seven and would need no revision at all.</w:t>
      </w:r>
    </w:p>
    <w:p>
      <w:pPr>
        <w:ind w:firstLine="720"/>
      </w:pPr>
      <w:r>
        <w:t>She went up the mast most nights for the following six years, alone, at the end of a watch, and did not tell anybody she was doing it, and the units logged her four hundred and eleven times.</w:t>
      </w:r>
    </w:p>
    <w:p>
      <w:pPr>
        <w:ind w:firstLine="720"/>
      </w:pPr>
      <w:r>
        <w:t>She was still going to the Thursday reading in dome four. Twenty-three years of it by then, four chairs, one hour, no minutes ever, and the reading went round so she read as often as anybody. In the twenty-eighth year she had told Miriam Achebe that the problem had never been that there was no work, it was that she had thought a person was the amount of work they were doing, and that she had been finding out for twenty years that this is not true, and that it was taking a very long time.</w:t>
      </w:r>
    </w:p>
    <w:p>
      <w:pPr>
        <w:ind w:firstLine="720"/>
      </w:pPr>
      <w:r>
        <w:t>Miriam had asked whether it was working and she had said</w:t>
      </w:r>
    </w:p>
    <w:p>
      <w:pPr>
        <w:ind w:firstLine="720"/>
      </w:pPr>
      <w:r>
        <w:t>not yet.</w:t>
      </w:r>
    </w:p>
    <w:p>
      <w:pPr>
        <w:ind w:firstLine="720"/>
      </w:pPr>
      <w:r>
        <w:t>She did not say anything about the star at the reading. She went for six years and it never came up, and the other three did not raise it either, and none of them has ever explained that and it does not need explaining: everybody on that ship knew where she went at the end of a watch, because the log was continuously available to any person aboard at any hour without notice.</w:t>
      </w:r>
    </w:p>
    <w:p>
      <w:pPr>
        <w:ind w:firstLine="720"/>
      </w:pPr>
      <w:r>
        <w:t>Ines Ferrer put one entry in the Bound Ledger about the whole of the thirtieth year and it is in the</w:t>
      </w:r>
    </w:p>
    <w:p>
      <w:pPr>
        <w:ind w:firstLine="720"/>
      </w:pPr>
      <w:r>
        <w:t>Not obligations</w:t>
      </w:r>
    </w:p>
    <w:p>
      <w:pPr>
        <w:ind w:firstLine="720"/>
      </w:pPr>
      <w:r>
        <w:t>pages at the back, where there are nine entries in thirty-one years, and it is the eighth.</w:t>
      </w:r>
    </w:p>
    <w:p>
      <w:pPr>
        <w:ind w:firstLine="720"/>
      </w:pPr>
      <w:r>
        <w:t>Roux resolved the primary on day 264 and told nobody. Everybody knows. Nobody has said anything to her and I think that is right and I am putting it here so that somebody eventually does.</w:t>
      </w:r>
    </w:p>
    <w:p>
      <w:pPr>
        <w:ind w:firstLine="720"/>
      </w:pPr>
      <w:r>
        <w:t>Nobody eventually did. The four pages are catalogued on Aura-36 as</w:t>
      </w:r>
    </w:p>
    <w:p>
      <w:pPr>
        <w:ind w:firstLine="720"/>
      </w:pPr>
      <w:r>
        <w:t>miscellaneous</w:t>
      </w:r>
    </w:p>
    <w:p>
      <w:pPr>
        <w:ind w:firstLine="720"/>
      </w:pPr>
      <w:r>
        <w:t>.</w:t>
      </w:r>
    </w:p>
    <w:p>
      <w:pPr>
        <w:ind w:firstLine="720"/>
      </w:pPr>
      <w:r>
        <w:t>Nobody read the log. But everybody knew, in the way people know things about eight other people over thirty years, and nobody said anything, because saying something would have made it a thing she did rather than a thing she was doing.</w:t>
      </w:r>
    </w:p>
    <w:p>
      <w:r>
        <w:br w:type="page"/>
      </w:r>
    </w:p>
    <w:p>
      <w:pPr>
        <w:pStyle w:val="Heading1"/>
      </w:pPr>
      <w:r>
        <w:t>Chapter 62 &amp;mdash; The Projections Were Wrong</w:t>
      </w:r>
    </w:p>
    <w:p>
      <w:pPr>
        <w:ind w:firstLine="720"/>
      </w:pPr>
      <w:r>
        <w:t>Night Shift · Year 31, Day 118 · Units 4, 7, 11 · Unreviewed</w:t>
      </w:r>
    </w:p>
    <w:p>
      <w:pPr>
        <w:ind w:firstLine="720"/>
      </w:pPr>
      <w:r>
        <w:t>00:47:19</w:t>
      </w:r>
    </w:p>
    <w:p>
      <w:pPr>
        <w:ind w:firstLine="720"/>
      </w:pPr>
      <w:r>
        <w:t>U-11</w:t>
      </w:r>
    </w:p>
    <w:p>
      <w:pPr>
        <w:ind w:firstLine="720"/>
      </w:pPr>
      <w:r>
        <w:t>Ring one, dome six. Achebe, M. present, working. Withdrew. Did not ask again.</w:t>
      </w:r>
    </w:p>
    <w:p>
      <w:pPr>
        <w:ind w:firstLine="720"/>
      </w:pPr>
      <w:r>
        <w:t>02:14:56</w:t>
      </w:r>
    </w:p>
    <w:p>
      <w:pPr>
        <w:ind w:firstLine="720"/>
      </w:pPr>
      <w:r>
        <w:t>U-04</w:t>
      </w:r>
    </w:p>
    <w:p>
      <w:pPr>
        <w:ind w:firstLine="720"/>
      </w:pPr>
      <w:r>
        <w:t>Ring one, dome six. Achebe, M. present, working. Withdrew. Did not ask again.</w:t>
      </w:r>
    </w:p>
    <w:p>
      <w:pPr>
        <w:ind w:firstLine="720"/>
      </w:pPr>
      <w:r>
        <w:t>03:41:22</w:t>
      </w:r>
    </w:p>
    <w:p>
      <w:pPr>
        <w:ind w:firstLine="720"/>
      </w:pPr>
      <w:r>
        <w:t>U-07</w:t>
      </w:r>
    </w:p>
    <w:p>
      <w:pPr>
        <w:ind w:firstLine="720"/>
      </w:pPr>
      <w:r>
        <w:t>Ring one, dome two. Lighting programme altered. Not a works order. Recorded as observed.</w:t>
      </w:r>
    </w:p>
    <w:p>
      <w:pPr>
        <w:ind w:firstLine="720"/>
      </w:pPr>
      <w:r>
        <w:t>04:52:48</w:t>
      </w:r>
    </w:p>
    <w:p>
      <w:pPr>
        <w:ind w:firstLine="720"/>
      </w:pPr>
      <w:r>
        <w:t>U-11</w:t>
      </w:r>
    </w:p>
    <w:p>
      <w:pPr>
        <w:ind w:firstLine="720"/>
      </w:pPr>
      <w:r>
        <w:t>Ring one, dome six. Achebe, M. present, working. Withdrew. Did not ask again.</w:t>
      </w:r>
    </w:p>
    <w:p>
      <w:pPr>
        <w:ind w:firstLine="720"/>
      </w:pPr>
      <w:r>
        <w:t>05:57:11</w:t>
      </w:r>
    </w:p>
    <w:p>
      <w:pPr>
        <w:ind w:firstLine="720"/>
      </w:pPr>
      <w:r>
        <w:t>U-04</w:t>
      </w:r>
    </w:p>
    <w:p>
      <w:pPr>
        <w:ind w:firstLine="720"/>
      </w:pPr>
      <w:r>
        <w:t>Corridor 9. Music heard. Source not located. Logged as unexplained sound.</w:t>
      </w:r>
    </w:p>
    <w:p>
      <w:pPr>
        <w:ind w:firstLine="720"/>
      </w:pPr>
      <w:r>
        <w:t>It took an afternoon.</w:t>
      </w:r>
    </w:p>
    <w:p>
      <w:pPr>
        <w:ind w:firstLine="720"/>
      </w:pPr>
      <w:r>
        <w:t>Miriam Achebe had a crop plan four hundred and eleven pages long that she had written herself before departure, reviewed by nine agronomists who could no longer be consulted, running for thirty-six years across eleven domes with no slack in it anywhere, held exactly, forty-one harvests within four per cent, thirty-one consecutive years of coming in on the plan; and Aiyana Roux handed her the spectral returns on day one hundred and eighteen of the thirty-first year and by six in the evening none of it was any use.</w:t>
      </w:r>
    </w:p>
    <w:p>
      <w:pPr>
        <w:ind w:firstLine="720"/>
      </w:pPr>
      <w:r>
        <w:t>The plan is not the part that failed. The plan runs to year thirty-six, day two hundred and ten, dome six, last cut, and it did that, and every one of those cuts came in. The plan is a shipboard document and the ship is a machine she understands.</w:t>
      </w:r>
    </w:p>
    <w:p>
      <w:pPr>
        <w:ind w:firstLine="720"/>
      </w:pPr>
      <w:r>
        <w:t>What failed is the surface programme, which is eleven pages at the back of the four hundred and eleven and which is the only part anybody was ever going to need.</w:t>
      </w:r>
    </w:p>
    <w:p>
      <w:pPr>
        <w:ind w:firstLine="720"/>
      </w:pPr>
      <w:r>
        <w:t>Three numbers did it and the first two were in the survey.</w:t>
      </w:r>
    </w:p>
    <w:p>
      <w:pPr>
        <w:ind w:firstLine="720"/>
      </w:pPr>
      <w:r>
        <w:t>The light.</w:t>
      </w:r>
    </w:p>
    <w:p>
      <w:pPr>
        <w:ind w:firstLine="720"/>
      </w:pPr>
      <w:r>
        <w:t>A blue primary through a methane haze is violet at the surface, and violet at the surface is not a description, it is a spectrum, and a spectrum is what a plant eats. Every cultivar in the seed vault and every cultivar in her conditioning room was selected on Earth, against Earth light, for a programme that assumed the surface would be lit somewhere within the range plants have been lit in for four billion years.</w:t>
      </w:r>
    </w:p>
    <w:p>
      <w:pPr>
        <w:ind w:firstLine="720"/>
      </w:pPr>
      <w:r>
        <w:t>The peak is in the wrong place. Not catastrophically — there is energy, there is a great deal of energy, the primary is hot — but the shape of it is wrong at exactly the end that photosynthesis is built on, and the haze takes out more of what is left.</w:t>
      </w:r>
    </w:p>
    <w:p>
      <w:pPr>
        <w:ind w:firstLine="720"/>
      </w:pPr>
      <w:r>
        <w:t>Miriam worked it four ways over eleven days and the honest number is that Earth wheat on the surface of Aura-36, unmodified, in the open, yields somewhere between nine and nineteen per cent of what the plan assumes.</w:t>
      </w:r>
    </w:p>
    <w:p>
      <w:pPr>
        <w:ind w:firstLine="720"/>
      </w:pPr>
      <w:r>
        <w:t>The day.</w:t>
      </w:r>
    </w:p>
    <w:p>
      <w:pPr>
        <w:ind w:firstLine="720"/>
      </w:pPr>
      <w:r>
        <w:t>Thirty-six hours. That was in the survey and had been in the survey for nineteen years and is on the front page of the world file.</w:t>
      </w:r>
    </w:p>
    <w:p>
      <w:pPr>
        <w:ind w:firstLine="720"/>
      </w:pPr>
      <w:r>
        <w:t>Nobody had thought about it as an agricultural fact. A photoperiod is not a convenience; it is the clock every terrestrial cultivar has been bred against, and a great many of them are triggered by it — flowering, tillering, senescence, the lot. An eighteen-hour light and an eighteen-hour dark is not a long day. It is a signal no wheat has ever received, and what it does is not predictable from anything, and she said so, and that is the worst sentence in the note:</w:t>
      </w:r>
    </w:p>
    <w:p>
      <w:pPr>
        <w:ind w:firstLine="720"/>
      </w:pPr>
      <w:r>
        <w:t>not predictable from anything.</w:t>
      </w:r>
    </w:p>
    <w:p>
      <w:pPr>
        <w:ind w:firstLine="720"/>
      </w:pPr>
      <w:r>
        <w:t>The ultraviolet.</w:t>
      </w:r>
    </w:p>
    <w:p>
      <w:pPr>
        <w:ind w:firstLine="720"/>
      </w:pPr>
      <w:r>
        <w:t>This one is not in the survey and it is arithmetic anybody could have done and nobody did. A hot primary puts out a great deal of ultraviolet and the haze is opaque in the visible and is not opaque in the same way further up, and the flux at the surface is about four times terrestrial.</w:t>
      </w:r>
    </w:p>
    <w:p>
      <w:pPr>
        <w:ind w:firstLine="720"/>
      </w:pPr>
      <w:r>
        <w:t>It is survivable. Everything is survivable. It is a mutation rate, on an open-field crop, over a hundred and forty years, on a planet with one seed vault and no others anywhere.</w:t>
      </w:r>
    </w:p>
    <w:p>
      <w:pPr>
        <w:ind w:firstLine="720"/>
      </w:pPr>
      <w:r>
        <w:t>Miriam Achebe wrote it up in nineteen pages in eleven days and put it in front of the room and it is the flattest document she ever produced.</w:t>
      </w:r>
    </w:p>
    <w:p>
      <w:pPr>
        <w:ind w:firstLine="720"/>
      </w:pPr>
      <w:r>
        <w:t>“Nothing we grew in transit will grow down there,” she said. “Not the way it is. That is the whole of it and I am not going to soften it.”</w:t>
      </w:r>
    </w:p>
    <w:p>
      <w:pPr>
        <w:ind w:firstLine="720"/>
      </w:pPr>
      <w:r>
        <w:t>Then she said the second thing, which nobody expected and which is why the colony ate.</w:t>
      </w:r>
    </w:p>
    <w:p>
      <w:pPr>
        <w:ind w:firstLine="720"/>
      </w:pPr>
      <w:r>
        <w:t>“And it is five years of work and we have five years.”</w:t>
      </w:r>
    </w:p>
    <w:p>
      <w:pPr>
        <w:ind w:firstLine="720"/>
      </w:pPr>
      <w:r>
        <w:t>She had done the arithmetic before she came into the room, because she had spent thirty-one years being the person who does the arithmetic before she comes into the room.</w:t>
      </w:r>
    </w:p>
    <w:p>
      <w:pPr>
        <w:ind w:firstLine="720"/>
      </w:pPr>
      <w:r>
        <w:t>Selection under altered light is a thing you can do in a dome. It is not modification and it does not need a laboratory she does not have; it is what agronomists have done since agronomy, which is to grow four thousand plants under the conditions you actually have and keep the nine that do best and grow four thousand of those. It is slow. It takes generations. She had five years and eleven domes and a crop plan she could rewrite because she wrote it.</w:t>
      </w:r>
    </w:p>
    <w:p>
      <w:pPr>
        <w:ind w:firstLine="720"/>
      </w:pPr>
      <w:r>
        <w:t>She altered the lighting programme in dome two on day one hundred and eighteen at twenty to four in the morning, which is in the night log as</w:t>
      </w:r>
    </w:p>
    <w:p>
      <w:pPr>
        <w:ind w:firstLine="720"/>
      </w:pPr>
      <w:r>
        <w:t>lighting programme altered, not a works order, recorded as observed</w:t>
      </w:r>
    </w:p>
    <w:p>
      <w:pPr>
        <w:ind w:firstLine="720"/>
      </w:pPr>
      <w:r>
        <w:t>, and it is the single most consequential agricultural act in the history of that species and it does not have a works order because dome lighting is hers and nobody had ever asked her about it.</w:t>
      </w:r>
    </w:p>
    <w:p>
      <w:pPr>
        <w:ind w:firstLine="720"/>
      </w:pPr>
      <w:r>
        <w:t>She ran domes two, four and six on a simulated surface spectrum and a thirty-six-hour photoperiod from the thirty-first year to the thirty-sixth, at a cost of about four per cent of total yield across five years, which she absorbed by cutting her own margins and told nobody about until the twenty-second month.</w:t>
      </w:r>
    </w:p>
    <w:p>
      <w:pPr>
        <w:ind w:firstLine="720"/>
      </w:pPr>
      <w:r>
        <w:t>Four thousand lines went in. Nine hundred and eleven came out the other end viable. Forty-one of those are the founding cultivars of Aura-36 and they are still in the ground on that planet, and every one of them is a plant that was selected for a violet sky in a dome by a woman in her seventies over five years, four days a week, on top of everything else.</w:t>
      </w:r>
    </w:p>
    <w:p>
      <w:pPr>
        <w:ind w:firstLine="720"/>
      </w:pPr>
      <w:r>
        <w:t>The seed vault question came up once, in that room, and it is nine words long and it is the only time in thirty-one years that anybody asked it.</w:t>
      </w:r>
    </w:p>
    <w:p>
      <w:pPr>
        <w:ind w:firstLine="720"/>
      </w:pPr>
      <w:r>
        <w:t>Nnamdi asked whether the accessions in the Vault included anything selected for other light.</w:t>
      </w:r>
    </w:p>
    <w:p>
      <w:pPr>
        <w:ind w:firstLine="720"/>
      </w:pPr>
      <w:r>
        <w:t>“Ask the person who holds it,” said Miriam, which was not a barb and was simply where the question went.</w:t>
      </w:r>
    </w:p>
    <w:p>
      <w:pPr>
        <w:ind w:firstLine="720"/>
      </w:pPr>
      <w:r>
        <w:t>Calder said no. Forty-one thousand accessions, the whole genetic floor of the species' agriculture, wheat and potato and tomato and coffee and the fruit-tree lines and the pure Indica bank, all of it collected on Earth against Earth light, because that is what there was.</w:t>
      </w:r>
    </w:p>
    <w:p>
      <w:pPr>
        <w:ind w:firstLine="720"/>
      </w:pPr>
      <w:r>
        <w:t>Then he said that he had a grow bay off the Vault and had been running it for thirty-one years and that she was welcome to whatever was in it.</w:t>
      </w:r>
    </w:p>
    <w:p>
      <w:pPr>
        <w:ind w:firstLine="720"/>
      </w:pPr>
      <w:r>
        <w:t>Miriam went up the spine four days later and looked at it properly for the first time, which took her about two hours, and what was in it was a small, immaculate, entirely conventional bay of about forty trays, run by hand by somebody who knew exactly what they were doing, on a standard Earth-day programme, with four maintenance units racked at the wall that were not on any inventory.</w:t>
      </w:r>
    </w:p>
    <w:p>
      <w:pPr>
        <w:ind w:firstLine="720"/>
      </w:pPr>
      <w:r>
        <w:t>There was nothing in it she needed. She said so and thanked him and went back to ring one, and she has never described what was growing in it to anybody, and it is not in her records, and the only reason anybody knows she went is that a unit logged two people in the grow bay at four in the afternoon and withdrew and did not ask again.</w:t>
      </w:r>
    </w:p>
    <w:p>
      <w:pPr>
        <w:ind w:firstLine="720"/>
      </w:pPr>
      <w:r>
        <w:t>The ultraviolet she could do nothing about and said so, and it is why the first four decades of agriculture on Aura-36 are under cover, and it is why the Rust-Canopy exists, and there are people on that planet who have never seen a field.</w:t>
      </w:r>
    </w:p>
    <w:p>
      <w:pPr>
        <w:ind w:firstLine="720"/>
      </w:pPr>
      <w:r>
        <w:t>What she wrote at the end of the nineteen pages is four lines and it is the only complaint in thirty-six years of her records.</w:t>
      </w:r>
    </w:p>
    <w:p>
      <w:pPr>
        <w:ind w:firstLine="720"/>
      </w:pPr>
      <w:r>
        <w:t>All three numbers were available in the nineteenth year of construction. Two of them are on the front page of the world file. The third is arithmetic. I did not do it, and neither did nine agronomists on Earth who reviewed this plan, and neither did anybody in the four hundred people who worked the survey.</w:t>
      </w:r>
    </w:p>
    <w:p>
      <w:pPr>
        <w:ind w:firstLine="720"/>
      </w:pPr>
      <w:r>
        <w:t>Nobody was careless. We were all looking at whether the numbers were right. Not one of us asked what they meant for a seed, because the seed is my subject and I was working on a ship and the ship is thirty-six years long and the surface is eleven pages at the back.</w:t>
      </w:r>
    </w:p>
    <w:p>
      <w:pPr>
        <w:ind w:firstLine="720"/>
      </w:pPr>
      <w:r>
        <w:t>Soma Barua came to her in the second month and asked whether she wanted help, and Miriam said no, and Soma said that she had asked badly and asked again.</w:t>
      </w:r>
    </w:p>
    <w:p>
      <w:pPr>
        <w:ind w:firstLine="720"/>
      </w:pPr>
      <w:r>
        <w:t>“Not help. Hands. Four thousand lines is four thousand lines of somebody counting.”</w:t>
      </w:r>
    </w:p>
    <w:p>
      <w:pPr>
        <w:ind w:firstLine="720"/>
      </w:pPr>
      <w:r>
        <w:t>“You have nine loops and thirty-three thousand nodes.”</w:t>
      </w:r>
    </w:p>
    <w:p>
      <w:pPr>
        <w:ind w:firstLine="720"/>
      </w:pPr>
      <w:r>
        <w:t>“I have a compartment cycling programme that runs itself now and eleven years of being told I am good at a job nobody watches,” said Soma. “I can count plants.”</w:t>
      </w:r>
    </w:p>
    <w:p>
      <w:pPr>
        <w:ind w:firstLine="720"/>
      </w:pPr>
      <w:r>
        <w:t>She counted plants two evenings a week for four years and it is in the Bound Ledger nineteen times, which is more entries than any other pairing in the book's last decade, and Ines wrote the reason on the end of every one of them because she had started writing the reason in the fifth year and had never stopped.</w:t>
      </w:r>
    </w:p>
    <w:p>
      <w:pPr>
        <w:ind w:firstLine="720"/>
      </w:pPr>
      <w:r>
        <w:t>Barua counted for Achebe, dome two, two evenings. Offered before asked.</w:t>
      </w:r>
    </w:p>
    <w:p>
      <w:pPr>
        <w:ind w:firstLine="720"/>
      </w:pPr>
      <w:r>
        <w:t>She was in dome six at five the following morning, because the barley wanted turning, and the plan still had no slack in it anywhere.</w:t>
      </w:r>
    </w:p>
    <w:p>
      <w:r>
        <w:br w:type="page"/>
      </w:r>
    </w:p>
    <w:p>
      <w:pPr>
        <w:pStyle w:val="Heading1"/>
      </w:pPr>
      <w:r>
        <w:t>Chapter 63 &amp;mdash; Point Three Eight</w:t>
      </w:r>
    </w:p>
    <w:p>
      <w:pPr>
        <w:ind w:firstLine="720"/>
      </w:pPr>
      <w:r>
        <w:t>Night Shift · Year 31, Day 302 · Units 4, 7, 11 · Unreviewed</w:t>
      </w:r>
    </w:p>
    <w:p>
      <w:pPr>
        <w:ind w:firstLine="720"/>
      </w:pPr>
      <w:r>
        <w:t>01:04:33</w:t>
      </w:r>
    </w:p>
    <w:p>
      <w:pPr>
        <w:ind w:firstLine="720"/>
      </w:pPr>
      <w:r>
        <w:t>U-04</w:t>
      </w:r>
    </w:p>
    <w:p>
      <w:pPr>
        <w:ind w:firstLine="720"/>
      </w:pPr>
      <w:r>
        <w:t>Ring three, deck 2, pen 40. Bedding turned. Task not requested. Recorded.</w:t>
      </w:r>
    </w:p>
    <w:p>
      <w:pPr>
        <w:ind w:firstLine="720"/>
      </w:pPr>
      <w:r>
        <w:t>02:38:11</w:t>
      </w:r>
    </w:p>
    <w:p>
      <w:pPr>
        <w:ind w:firstLine="720"/>
      </w:pPr>
      <w:r>
        <w:t>U-11</w:t>
      </w:r>
    </w:p>
    <w:p>
      <w:pPr>
        <w:ind w:firstLine="720"/>
      </w:pPr>
      <w:r>
        <w:t>Stowage 14. Rack 4, condition tags checked, 2,881 racked. Variance documentary. No action.</w:t>
      </w:r>
    </w:p>
    <w:p>
      <w:pPr>
        <w:ind w:firstLine="720"/>
      </w:pPr>
      <w:r>
        <w:t>03:52:47</w:t>
      </w:r>
    </w:p>
    <w:p>
      <w:pPr>
        <w:ind w:firstLine="720"/>
      </w:pPr>
      <w:r>
        <w:t>U-07</w:t>
      </w:r>
    </w:p>
    <w:p>
      <w:pPr>
        <w:ind w:firstLine="720"/>
      </w:pPr>
      <w:r>
        <w:t>Spine, frame 611. Barua, S. present, not working. Withdrew.</w:t>
      </w:r>
    </w:p>
    <w:p>
      <w:pPr>
        <w:ind w:firstLine="720"/>
      </w:pPr>
      <w:r>
        <w:t>04:47:19</w:t>
      </w:r>
    </w:p>
    <w:p>
      <w:pPr>
        <w:ind w:firstLine="720"/>
      </w:pPr>
      <w:r>
        <w:t>U-04</w:t>
      </w:r>
    </w:p>
    <w:p>
      <w:pPr>
        <w:ind w:firstLine="720"/>
      </w:pPr>
      <w:r>
        <w:t>Spine, frame 611. Barua, S. present, not working. Withdrew.</w:t>
      </w:r>
    </w:p>
    <w:p>
      <w:pPr>
        <w:ind w:firstLine="720"/>
      </w:pPr>
      <w:r>
        <w:t>05:58:52</w:t>
      </w:r>
    </w:p>
    <w:p>
      <w:pPr>
        <w:ind w:firstLine="720"/>
      </w:pPr>
      <w:r>
        <w:t>U-11</w:t>
      </w:r>
    </w:p>
    <w:p>
      <w:pPr>
        <w:ind w:firstLine="720"/>
      </w:pPr>
      <w:r>
        <w:t>Corridor 9. Music heard. Source not located. Logged as unexplained sound.</w:t>
      </w:r>
    </w:p>
    <w:p>
      <w:pPr>
        <w:ind w:firstLine="720"/>
      </w:pPr>
      <w:r>
        <w:t>Nought point three eight.</w:t>
      </w:r>
    </w:p>
    <w:p>
      <w:pPr>
        <w:ind w:firstLine="720"/>
      </w:pPr>
      <w:r>
        <w:t>The mass and the radius were in the survey and had been for nineteen years and the figure derived from them was nought point three seven nine, and what the closing returns did was take the uncertainty out of the fourth place. It is on the front page of the world file. Everybody had known it since before the ship left.</w:t>
      </w:r>
    </w:p>
    <w:p>
      <w:pPr>
        <w:ind w:firstLine="720"/>
      </w:pPr>
      <w:r>
        <w:t>Soma Barua sat down on day three hundred and two of the thirty-first year to work out what it meant for the descent programme and came out of it four weeks later with nineteen structural assumptions re-opened, of which eleven were hers, four were the fabrication plant's, and four belonged to nobody because they were in a document written by a works committee that had dissolved itself in the thirty-fourth year of construction.</w:t>
      </w:r>
    </w:p>
    <w:p>
      <w:pPr>
        <w:ind w:firstLine="720"/>
      </w:pPr>
      <w:r>
        <w:t>The re-openings are not interesting individually and this history is not going to list them. Every structure that was designed to be built on the surface was specified by people who had spent their working lives on Earth or in a yard, and a third of the load is a third of the load, and the honest position at the end of the four weeks is that everything is over-engineered by a factor of between two and three, which is a problem in the direction of mass and cost and not in the direction of anybody falling down.</w:t>
      </w:r>
    </w:p>
    <w:p>
      <w:pPr>
        <w:ind w:firstLine="720"/>
      </w:pPr>
      <w:r>
        <w:t>The thing that actually mattered took her four days and it is Miriam Achebe's.</w:t>
      </w:r>
    </w:p>
    <w:p>
      <w:pPr>
        <w:ind w:firstLine="720"/>
      </w:pPr>
      <w:r>
        <w:t>In the seventh year Miriam had written nine pages about the cattle standing at four in the morning on deck two, and the finding was that spin is not gravity, that a cow's inner ear does not adapt because adapting is a thing a mind does with a report it distrusts, and that the ship was subtly wrong in a way no instrument aboard could register because every instrument aboard had been built by the same people out of the same assumptions at the same time.</w:t>
      </w:r>
    </w:p>
    <w:p>
      <w:pPr>
        <w:ind w:firstLine="720"/>
      </w:pPr>
      <w:r>
        <w:t>The remedy, she wrote, is a bigger ring, and the ring is nineteen years old and is the size it is, and there is nothing to be done. She marked the joint data for review at year twelve, reviewed it, filed four more pages, and it was read by nobody.</w:t>
      </w:r>
    </w:p>
    <w:p>
      <w:pPr>
        <w:ind w:firstLine="720"/>
      </w:pPr>
      <w:r>
        <w:t>Soma pulled both documents in the thirty-first year because the herd was going down the well too, and read them, and then went and found Miriam in dome six.</w:t>
      </w:r>
    </w:p>
    <w:p>
      <w:pPr>
        <w:ind w:firstLine="720"/>
      </w:pPr>
      <w:r>
        <w:t>“There is a bigger ring,” she said.</w:t>
      </w:r>
    </w:p>
    <w:p>
      <w:pPr>
        <w:ind w:firstLine="720"/>
      </w:pPr>
      <w:r>
        <w:t>Miriam Achebe was seventy-five years old and it took her about four seconds and then she sat down on an upturned tray.</w:t>
      </w:r>
    </w:p>
    <w:p>
      <w:pPr>
        <w:ind w:firstLine="720"/>
      </w:pPr>
      <w:r>
        <w:t>A planet is not a ring at all. There is no Coriolis, no gradient from head to hoof, no axis to walk around, nothing in the inner ear that disagrees with the floor. Four thousand nine hundred and eighty animals that had spent every generation of their lives not entirely believing the ground were going to be put down onto a surface where the ground is just the ground, at a third of the weight, and every one of the joint findings in the twelfth-year review was going to reverse.</w:t>
      </w:r>
    </w:p>
    <w:p>
      <w:pPr>
        <w:ind w:firstLine="720"/>
      </w:pPr>
      <w:r>
        <w:t>Miriam went and stood at the rail of pen forty that night for about forty minutes and Soma went with her, and the night log has them as</w:t>
      </w:r>
    </w:p>
    <w:p>
      <w:pPr>
        <w:ind w:firstLine="720"/>
      </w:pPr>
      <w:r>
        <w:t>bedding turned, task not requested</w:t>
      </w:r>
    </w:p>
    <w:p>
      <w:pPr>
        <w:ind w:firstLine="720"/>
      </w:pPr>
      <w:r>
        <w:t>at four minutes past one and nothing else, because the units log tasks and not people standing at rails.</w:t>
      </w:r>
    </w:p>
    <w:p>
      <w:pPr>
        <w:ind w:firstLine="720"/>
      </w:pPr>
      <w:r>
        <w:t>Sixty-eight per cent of the herd was lying down within eleven weeks of the surface programme. The Earth flock figure is seventy-one.</w:t>
      </w:r>
    </w:p>
    <w:p>
      <w:pPr>
        <w:ind w:firstLine="720"/>
      </w:pPr>
      <w:r>
        <w:t>Miriam Achebe lived to see that. It is in her records, in one line, in the thirty-eighth year, and it is not a triumphant line and it is the only thing in thirty-six years of her documents that has an exclamation in it, and this history is not going to reproduce it.</w:t>
      </w:r>
    </w:p>
    <w:p>
      <w:pPr>
        <w:ind w:firstLine="720"/>
      </w:pPr>
      <w:r>
        <w:t>The descent programme itself is Soma's and it is nineteen pages and it is the last large piece of engineering anybody did aboard that ship, and two things in it are worth setting down because they are hers and because nobody has ever attributed them to her.</w:t>
      </w:r>
    </w:p>
    <w:p>
      <w:pPr>
        <w:ind w:firstLine="720"/>
      </w:pPr>
      <w:r>
        <w:t>The first is that the plant goes down before the people. Nine heavy fabrication cells, palletised feedstock and about a third of the swarm, landed and commissioned and running for eleven months before a single passenger is put on a lander. Her reasoning is four lines: a colony that arrives before its tooling spends its first year being a camp, and a camp is a thing people get used to.</w:t>
      </w:r>
    </w:p>
    <w:p>
      <w:pPr>
        <w:ind w:firstLine="720"/>
      </w:pPr>
      <w:r>
        <w:t>The second is the order. She would not sequence the waking by berth number, which is what the existing programme did, because berth number is a stowage order and a stowage order is a mass distribution and it would have brought a hundred thousand people up in an order determined by where their weight sat in a hull.</w:t>
      </w:r>
    </w:p>
    <w:p>
      <w:pPr>
        <w:ind w:firstLine="720"/>
      </w:pPr>
      <w:r>
        <w:t>She sequenced it by district. Four hundred and eleven districts, in numerical order, everybody who was going to live on the same corridor coming up inside the same fortnight, so that the first faces a person sees after thirty-six years are the ones they are going to see every day afterwards.</w:t>
      </w:r>
    </w:p>
    <w:p>
      <w:pPr>
        <w:ind w:firstLine="720"/>
      </w:pPr>
      <w:r>
        <w:t>Ines Ferrer, who had spent thirty-one years keeping a book about who covered whose watch, read that clause and asked Soma where it had come from.</w:t>
      </w:r>
    </w:p>
    <w:p>
      <w:pPr>
        <w:ind w:firstLine="720"/>
      </w:pPr>
      <w:r>
        <w:t>“I came up on my own,” said Soma.</w:t>
      </w:r>
    </w:p>
    <w:p>
      <w:pPr>
        <w:ind w:firstLine="720"/>
      </w:pPr>
      <w:r>
        <w:t>The reason it went to Soma Barua is that she was the only person aboard for whom the number was a relief, and this is the part she has never said to anybody except once, to Halima, on a bay round.</w:t>
      </w:r>
    </w:p>
    <w:p>
      <w:pPr>
        <w:ind w:firstLine="720"/>
      </w:pPr>
      <w:r>
        <w:t>Everything she has to move goes down a gravity well. Eleven thousand compartments' worth of installation, nine heavy fabrication cells out of a sealed sector, palletised feedstock, the swarm, the plant, four hundred and forty people's equipment, and every kilogramme of it weighs three hundred and eighty grammes at the bottom. Her descent programme got shorter by about a third in an afternoon.</w:t>
      </w:r>
    </w:p>
    <w:p>
      <w:pPr>
        <w:ind w:firstLine="720"/>
      </w:pPr>
      <w:r>
        <w:t>And the other thing, which is smaller and is hers.</w:t>
      </w:r>
    </w:p>
    <w:p>
      <w:pPr>
        <w:ind w:firstLine="720"/>
      </w:pPr>
      <w:r>
        <w:t>She had never been comfortable under spin. Not ill, not dizzy, nothing she would have taken to a doctor; a persistent low wrongness, worse in ring three, worse turning her head quickly, which she had had since the fourth week of the nineteenth year and had never mentioned to anybody in twelve years.</w:t>
      </w:r>
    </w:p>
    <w:p>
      <w:pPr>
        <w:ind w:firstLine="720"/>
      </w:pPr>
      <w:r>
        <w:t>She had assumed it was her. She had no before. Everybody else on that ship had been under spin continuously for three decades and was demonstrably fine, and a woman who has been woken out of a rack and put back into it four times does not go to the medical officer and say that the floor feels wrong.</w:t>
      </w:r>
    </w:p>
    <w:p>
      <w:pPr>
        <w:ind w:firstLine="720"/>
      </w:pPr>
      <w:r>
        <w:t>She read Miriam's nine pages from the seventh year in the thirty-first and found the sentence about the goats — that they had worked out the ring had a preferred direction and had begun, as a herd, to graze it anticlockwise — and sat with that for some time.</w:t>
      </w:r>
    </w:p>
    <w:p>
      <w:pPr>
        <w:ind w:firstLine="720"/>
      </w:pPr>
      <w:r>
        <w:t>She told Halima Sow about it four months later on a bay round because Halima asked her what she was working on. Halima said that adaptation to spin is a matter of weeks for most people and is not universal, that it has never been studied on anybody who was repeatedly suspended in the middle of adapting, that there is no literature at all, and that she was sorry.</w:t>
      </w:r>
    </w:p>
    <w:p>
      <w:pPr>
        <w:ind w:firstLine="720"/>
      </w:pPr>
      <w:r>
        <w:t>“It is not anything,” said Soma.</w:t>
      </w:r>
    </w:p>
    <w:p>
      <w:pPr>
        <w:ind w:firstLine="720"/>
      </w:pPr>
      <w:r>
        <w:t>“It is four thousand days of feeling slightly wrong,” said Halima, “and you did not tell anybody for twelve years, and I would like to record that if you will let me.”</w:t>
      </w:r>
    </w:p>
    <w:p>
      <w:pPr>
        <w:ind w:firstLine="720"/>
      </w:pPr>
      <w:r>
        <w:t>She let her. It is in the medical record, four lines, and it is the only entry in thirty-six years about a member of the complement that Halima Sow wrote at the patient's own permission rather than at her own initiative.</w:t>
      </w:r>
    </w:p>
    <w:p>
      <w:pPr>
        <w:ind w:firstLine="720"/>
      </w:pPr>
      <w:r>
        <w:t>Soma Barua walked onto the surface of Aura-36 in the thirty-seventh year at a third of her weight and it stopped, entirely, within about an hour, and she has never described what that was like and there is no record of it anywhere.</w:t>
      </w:r>
    </w:p>
    <w:p>
      <w:pPr>
        <w:ind w:firstLine="720"/>
      </w:pPr>
      <w:r>
        <w:t>The four weeks turned up one thing she could not resolve and it is in the descent programme at appendix four and it is not structural.</w:t>
      </w:r>
    </w:p>
    <w:p>
      <w:pPr>
        <w:ind w:firstLine="720"/>
      </w:pPr>
      <w:r>
        <w:t>Stowage fourteen holds two thousand eight hundred and eighty-one units against a requirement of two thousand eight hundred and eighty, and the variance is documentary, closed by Sergei Duhamel in the sixth year, signed off against acceptance documentation nineteen years older than that, supplier's minimum batch, no action.</w:t>
      </w:r>
    </w:p>
    <w:p>
      <w:pPr>
        <w:ind w:firstLine="720"/>
      </w:pPr>
      <w:r>
        <w:t>Soma checked it because she was landing a third of them and needed a manifest, and she counted two thousand eight hundred and eighty-one, and she closed it the same way for the same reason.</w:t>
      </w:r>
    </w:p>
    <w:p>
      <w:pPr>
        <w:ind w:firstLine="720"/>
      </w:pPr>
      <w:r>
        <w:t>What she noted, in one line at the bottom of the appendix, is that the condition tags on the whole rack had been renewed five times in twenty-six years by hand, at night, without a works order, and that the tags were current every time, and that she could not identify a maintenance requirement that called for it.</w:t>
      </w:r>
    </w:p>
    <w:p>
      <w:pPr>
        <w:ind w:firstLine="720"/>
      </w:pPr>
      <w:r>
        <w:t>Not a fault. Recorded because I could not account for it.</w:t>
      </w:r>
    </w:p>
    <w:p>
      <w:pPr>
        <w:ind w:firstLine="720"/>
      </w:pPr>
      <w:r>
        <w:t>Nobody modelled what nought point three eight does to a hundred thousand people over a hundred and forty years. Halima raised it, once, and said plainly that there was no way to answer it: bone, cardiovascular, the whole of development in anybody born there, all of it unknown and unknowable in advance and going to be found out by living it.</w:t>
      </w:r>
    </w:p>
    <w:p>
      <w:pPr>
        <w:ind w:firstLine="720"/>
      </w:pPr>
      <w:r>
        <w:t>It is being found out on Aura-36 now. The people there are taller. Nobody planned that either.</w:t>
      </w:r>
    </w:p>
    <w:p>
      <w:r>
        <w:br w:type="page"/>
      </w:r>
    </w:p>
    <w:p>
      <w:pPr>
        <w:pStyle w:val="Heading1"/>
      </w:pPr>
      <w:r>
        <w:t>Chapter 64 &amp;mdash; You Cannot Breathe It</w:t>
      </w:r>
    </w:p>
    <w:p>
      <w:pPr>
        <w:ind w:firstLine="720"/>
      </w:pPr>
      <w:r>
        <w:t>Night Shift · Year 32, Day 211 · Units 4, 7, 11 · Unreviewed</w:t>
      </w:r>
    </w:p>
    <w:p>
      <w:pPr>
        <w:ind w:firstLine="720"/>
      </w:pPr>
      <w:r>
        <w:t>01:18:44</w:t>
      </w:r>
    </w:p>
    <w:p>
      <w:pPr>
        <w:ind w:firstLine="720"/>
      </w:pPr>
      <w:r>
        <w:t>U-07</w:t>
      </w:r>
    </w:p>
    <w:p>
      <w:pPr>
        <w:ind w:firstLine="720"/>
      </w:pPr>
      <w:r>
        <w:t>Ring two, medical. Sow, H. present, working. Withdrew. Did not ask again.</w:t>
      </w:r>
    </w:p>
    <w:p>
      <w:pPr>
        <w:ind w:firstLine="720"/>
      </w:pPr>
      <w:r>
        <w:t>02:51:09</w:t>
      </w:r>
    </w:p>
    <w:p>
      <w:pPr>
        <w:ind w:firstLine="720"/>
      </w:pPr>
      <w:r>
        <w:t>U-11</w:t>
      </w:r>
    </w:p>
    <w:p>
      <w:pPr>
        <w:ind w:firstLine="720"/>
      </w:pPr>
      <w:r>
        <w:t>Spine, frames 8–11. Access authorised. Cell 4 commissioned. Works order 5,102.</w:t>
      </w:r>
    </w:p>
    <w:p>
      <w:pPr>
        <w:ind w:firstLine="720"/>
      </w:pPr>
      <w:r>
        <w:t>04:03:27</w:t>
      </w:r>
    </w:p>
    <w:p>
      <w:pPr>
        <w:ind w:firstLine="720"/>
      </w:pPr>
      <w:r>
        <w:t>U-04</w:t>
      </w:r>
    </w:p>
    <w:p>
      <w:pPr>
        <w:ind w:firstLine="720"/>
      </w:pPr>
      <w:r>
        <w:t>Spine, frames 8–11. Access authorised. Cell 4 running. Works order 5,102.</w:t>
      </w:r>
    </w:p>
    <w:p>
      <w:pPr>
        <w:ind w:firstLine="720"/>
      </w:pPr>
      <w:r>
        <w:t>05:14:52</w:t>
      </w:r>
    </w:p>
    <w:p>
      <w:pPr>
        <w:ind w:firstLine="720"/>
      </w:pPr>
      <w:r>
        <w:t>U-07</w:t>
      </w:r>
    </w:p>
    <w:p>
      <w:pPr>
        <w:ind w:firstLine="720"/>
      </w:pPr>
      <w:r>
        <w:t>Ring two, medical. Sow, H. present, working. Withdrew. Did not ask again.</w:t>
      </w:r>
    </w:p>
    <w:p>
      <w:pPr>
        <w:ind w:firstLine="720"/>
      </w:pPr>
      <w:r>
        <w:t>05:59:31</w:t>
      </w:r>
    </w:p>
    <w:p>
      <w:pPr>
        <w:ind w:firstLine="720"/>
      </w:pPr>
      <w:r>
        <w:t>U-11</w:t>
      </w:r>
    </w:p>
    <w:p>
      <w:pPr>
        <w:ind w:firstLine="720"/>
      </w:pPr>
      <w:r>
        <w:t>Corridor 9. Music heard. Source not located. Logged as unexplained sound.</w:t>
      </w:r>
    </w:p>
    <w:p>
      <w:pPr>
        <w:ind w:firstLine="720"/>
      </w:pPr>
      <w:r>
        <w:t>The survey said the oxygen fraction and the survey was right.</w:t>
      </w:r>
    </w:p>
    <w:p>
      <w:pPr>
        <w:ind w:firstLine="720"/>
      </w:pPr>
      <w:r>
        <w:t>That is where every account of this goes wrong and Halima Sow spent the rest of her life correcting people about it. Nobody was misled. The atmospheric composition in the world file is accurate to within the precision the instrument could give, the pressure is right, the oxygen partial pressure at the surface is comfortably inside the range a human being can work in, and there is no toxin in it at any concentration that will do anything to anybody in an afternoon.</w:t>
      </w:r>
    </w:p>
    <w:p>
      <w:pPr>
        <w:ind w:firstLine="720"/>
      </w:pPr>
      <w:r>
        <w:t>You can breathe it. You will not fall over. You can take a filter off and stand on the surface of Aura-36 and talk to somebody for an hour and go back inside, and people do, and it is not brave.</w:t>
      </w:r>
    </w:p>
    <w:p>
      <w:pPr>
        <w:ind w:firstLine="720"/>
      </w:pPr>
      <w:r>
        <w:t>What is in it is the haze.</w:t>
      </w:r>
    </w:p>
    <w:p>
      <w:pPr>
        <w:ind w:firstLine="720"/>
      </w:pPr>
      <w:r>
        <w:t>A methane atmosphere under hard ultraviolet does organic chemistry to itself, continuously, for as long as it has existed, and what comes out of that is a class of complex particulate the literature calls tholins, which is a word for a family and not a compound, and there are somewhere over four hundred distinguishable species of them in the air of that planet and nobody has ever characterised more than about eleven.</w:t>
      </w:r>
    </w:p>
    <w:p>
      <w:pPr>
        <w:ind w:firstLine="720"/>
      </w:pPr>
      <w:r>
        <w:t>They are the haze. They are the reason the world has no visible surface from orbit. They are why the light is violet. They are the sky.</w:t>
      </w:r>
    </w:p>
    <w:p>
      <w:pPr>
        <w:ind w:firstLine="720"/>
      </w:pPr>
      <w:r>
        <w:t>And they are a particulate load, at about four times anything a human lung has evolved against, and they do not clear, because they are not weather.</w:t>
      </w:r>
    </w:p>
    <w:p>
      <w:pPr>
        <w:ind w:firstLine="720"/>
      </w:pPr>
      <w:r>
        <w:t>Halima Sow worked it for eleven weeks off the spectral returns and four Earth papers she had carried aboard as part of her own four hundred grammes, and the number she brought to the room is the honest one and it is not precise and she said so four times.</w:t>
      </w:r>
    </w:p>
    <w:p>
      <w:pPr>
        <w:ind w:firstLine="720"/>
      </w:pPr>
      <w:r>
        <w:t>A person breathing that air unfiltered, continuously, for a working life, loses something between six and eleven years.</w:t>
      </w:r>
    </w:p>
    <w:p>
      <w:pPr>
        <w:ind w:firstLine="720"/>
      </w:pPr>
      <w:r>
        <w:t>Not from any one thing. From the ordinary slow arithmetic of a lung doing four times the clearance work for sixty years, and she could not narrow it and said that nobody would be able to narrow it for about forty years and that the way it would be narrowed is by people living it.</w:t>
      </w:r>
    </w:p>
    <w:p>
      <w:pPr>
        <w:ind w:firstLine="720"/>
      </w:pPr>
      <w:r>
        <w:t>“It is not a poison,” she said. “I want that in the minute in those words. It is a tax.”</w:t>
      </w:r>
    </w:p>
    <w:p>
      <w:pPr>
        <w:ind w:firstLine="720"/>
      </w:pPr>
      <w:r>
        <w:t>Then she said the other thing, which is the taste, and it is the only sentence she ever wrote in a technical document that is not technical.</w:t>
      </w:r>
    </w:p>
    <w:p>
      <w:pPr>
        <w:ind w:firstLine="720"/>
      </w:pPr>
      <w:r>
        <w:t>The tholin load has a smell and it has a taste and both are the same and the four Earth papers agree on the description because it is apparently not a subtle one. It is sugar that has been taken slightly too far in a pan. Burnt sugar, caramel gone one minute past, and it is in the air everywhere on that planet at all times outside the forest, and it is the first thing a hundred thousand people were going to notice and nobody in nineteen years of documentation had written it down because you cannot get a smell out of a spectrum.</w:t>
      </w:r>
    </w:p>
    <w:p>
      <w:pPr>
        <w:ind w:firstLine="720"/>
      </w:pPr>
      <w:r>
        <w:t>Ines Ferrer asked her how she knew.</w:t>
      </w:r>
    </w:p>
    <w:p>
      <w:pPr>
        <w:ind w:firstLine="720"/>
      </w:pPr>
      <w:r>
        <w:t>“Four papers, and none of them is about this planet,” said Halima. “It is the chemistry. It will smell of that or it will smell of nothing and I do not think it will smell of nothing.”</w:t>
      </w:r>
    </w:p>
    <w:p>
      <w:pPr>
        <w:ind w:firstLine="720"/>
      </w:pPr>
      <w:r>
        <w:t>It smells of that. It is the first line in about four hundred of the district journals kept in the first year on the surface and there is a word for it in the language of Aura-36 now that does not translate.</w:t>
      </w:r>
    </w:p>
    <w:p>
      <w:pPr>
        <w:ind w:firstLine="720"/>
      </w:pPr>
      <w:r>
        <w:t>The filter is not a suit and this is the part Halima was most careful about, because she had watched a room hear</w:t>
      </w:r>
    </w:p>
    <w:p>
      <w:pPr>
        <w:ind w:firstLine="720"/>
      </w:pPr>
      <w:r>
        <w:t>you cannot breathe it</w:t>
      </w:r>
    </w:p>
    <w:p>
      <w:pPr>
        <w:ind w:firstLine="720"/>
      </w:pPr>
      <w:r>
        <w:t>and start thinking about pressure.</w:t>
      </w:r>
    </w:p>
    <w:p>
      <w:pPr>
        <w:ind w:firstLine="720"/>
      </w:pPr>
      <w:r>
        <w:t>The pressure is fine. The oxygen is fine. Nobody on that planet has ever needed a sealed environment to walk around outdoors and nobody ever will. What is needed is a particulate filter at the face, and the particulate is large as these things go, and a two-stage element handles it with a pressure drop a person stops noticing in about a fortnight.</w:t>
      </w:r>
    </w:p>
    <w:p>
      <w:pPr>
        <w:ind w:firstLine="720"/>
      </w:pPr>
      <w:r>
        <w:t>She specified it in four pages: mass, element life, pressure drop, and a hard requirement that it be worn on the face and not over it, because a hundred thousand people were going to wear it every day of their lives and a thing worn over the face makes a population that cannot see each other.</w:t>
      </w:r>
    </w:p>
    <w:p>
      <w:pPr>
        <w:ind w:firstLine="720"/>
      </w:pPr>
      <w:r>
        <w:t>It is cheek-mounted, two elements, on Aura-36 today, on everybody, outside the forest, and it is Halima Sow's specification and the requirement about the face is hers and it is the reason that planet has faces.</w:t>
      </w:r>
    </w:p>
    <w:p>
      <w:pPr>
        <w:ind w:firstLine="720"/>
      </w:pPr>
      <w:r>
        <w:t>The room took it badly and it took it badly for about four minutes and then it did not, and the four minutes are minuted and they are the last time anybody on that ship was surprised by anything.</w:t>
      </w:r>
    </w:p>
    <w:p>
      <w:pPr>
        <w:ind w:firstLine="720"/>
      </w:pPr>
      <w:r>
        <w:t>Nnamdi Okonjo asked her to say it again in the plainest words she had.</w:t>
      </w:r>
    </w:p>
    <w:p>
      <w:pPr>
        <w:ind w:firstLine="720"/>
      </w:pPr>
      <w:r>
        <w:t>“A hundred thousand people crossed six billion miles,” said Halima, “and when they get out they will have to put something on their face to breathe, every day, for ever, and so will their children.”</w:t>
      </w:r>
    </w:p>
    <w:p>
      <w:pPr>
        <w:ind w:firstLine="720"/>
      </w:pPr>
      <w:r>
        <w:t>“And if they do not?”</w:t>
      </w:r>
    </w:p>
    <w:p>
      <w:pPr>
        <w:ind w:firstLine="720"/>
      </w:pPr>
      <w:r>
        <w:t>“Then they will be fine and they will die at seventy instead of eighty and nobody will be able to prove it for forty years.”</w:t>
      </w:r>
    </w:p>
    <w:p>
      <w:pPr>
        <w:ind w:firstLine="720"/>
      </w:pPr>
      <w:r>
        <w:t>Miriam Achebe said that this was better news than her own, which was true, and got a laugh out of a room that had not laughed since about the twenty-second year, and Ines Ferrer minuted the laugh, because she had minuted one in the seventh year when Dov Lindqvist asked how the charter would be enforced and had thought about that minute for twenty-five years.</w:t>
      </w:r>
    </w:p>
    <w:p>
      <w:pPr>
        <w:ind w:firstLine="720"/>
      </w:pPr>
      <w:r>
        <w:t>Then Aiyana Roux asked the only question that anybody afterwards wished had been asked louder.</w:t>
      </w:r>
    </w:p>
    <w:p>
      <w:pPr>
        <w:ind w:firstLine="720"/>
      </w:pPr>
      <w:r>
        <w:t>“Do we tell them before or after?”</w:t>
      </w:r>
    </w:p>
    <w:p>
      <w:pPr>
        <w:ind w:firstLine="720"/>
      </w:pPr>
      <w:r>
        <w:t>Before, said Nnamdi, immediately, and nobody argued, and it went into the district notices — four hundred and eleven of them, every word of them his — in the third paragraph, above the accommodation and below the date, in plain language, with the number in it.</w:t>
      </w:r>
    </w:p>
    <w:p>
      <w:pPr>
        <w:ind w:firstLine="720"/>
      </w:pPr>
      <w:r>
        <w:t>He wrote</w:t>
      </w:r>
    </w:p>
    <w:p>
      <w:pPr>
        <w:ind w:firstLine="720"/>
      </w:pPr>
      <w:r>
        <w:t>six to eleven years</w:t>
      </w:r>
    </w:p>
    <w:p>
      <w:pPr>
        <w:ind w:firstLine="720"/>
      </w:pPr>
      <w:r>
        <w:t>and did not round it.</w:t>
      </w:r>
    </w:p>
    <w:p>
      <w:pPr>
        <w:ind w:firstLine="720"/>
      </w:pPr>
      <w:r>
        <w:t>The tooling for it came out of frames eight to eleven.</w:t>
      </w:r>
    </w:p>
    <w:p>
      <w:pPr>
        <w:ind w:firstLine="720"/>
      </w:pPr>
      <w:r>
        <w:t>Four hundred metres of mothballed fabrication plant in the unspun spine, nine heavy cells, palletised feedstock, condition tags renewed five times in twenty-six years by hand at night with no works order. Sergei Duhamel had surveyed it in the sixth year and found the explanation complete at every point, and had asked who held the access, and had been offered it, and had thought about it honestly for four seconds and said no.</w:t>
      </w:r>
    </w:p>
    <w:p>
      <w:pPr>
        <w:ind w:firstLine="720"/>
      </w:pPr>
      <w:r>
        <w:t>Cell four was commissioned on day two hundred and eleven of the thirty-second year under works order 5,102 and ran the first filter elements eleven days later, and by the waking it had produced a hundred and forty thousand of them.</w:t>
      </w:r>
    </w:p>
    <w:p>
      <w:pPr>
        <w:ind w:firstLine="720"/>
      </w:pPr>
      <w:r>
        <w:t>It is exactly what Calder said it was in the sixth year, at four in the morning, in ninety seconds, and every word of that explanation was true, and Sergei checked all of it over the following month against the mass manifest, the arrival programme, the thermal survey and his own nineteen years, and it held at every point.</w:t>
      </w:r>
    </w:p>
    <w:p>
      <w:pPr>
        <w:ind w:firstLine="720"/>
      </w:pPr>
      <w:r>
        <w:t>The thing that makes that planet habitable came out of the sealed sector, and the sealed sector was on the as-built and the power schedule and the thermal and the structural drawings and had a works order nineteen years old, and the only document it was not on was the general plan, where the entry against frames eight to eleven says</w:t>
      </w:r>
    </w:p>
    <w:p>
      <w:pPr>
        <w:ind w:firstLine="720"/>
      </w:pPr>
      <w:r>
        <w:t>unallocated</w:t>
      </w:r>
    </w:p>
    <w:p>
      <w:pPr>
        <w:ind w:firstLine="720"/>
      </w:pPr>
      <w:r>
        <w:t>.</w:t>
      </w:r>
    </w:p>
    <w:p>
      <w:pPr>
        <w:ind w:firstLine="720"/>
      </w:pPr>
      <w:r>
        <w:t>Ines Ferrer raised a records amendment about that in the sixth year. It went into the queue behind two hundred and eleven others and was closed unactioned in the sixteenth year in a bulk clearance, because by then there were larger things happening.</w:t>
      </w:r>
    </w:p>
    <w:p>
      <w:pPr>
        <w:ind w:firstLine="720"/>
      </w:pPr>
      <w:r>
        <w:t>It still says</w:t>
      </w:r>
    </w:p>
    <w:p>
      <w:pPr>
        <w:ind w:firstLine="720"/>
      </w:pPr>
      <w:r>
        <w:t>unallocated</w:t>
      </w:r>
    </w:p>
    <w:p>
      <w:pPr>
        <w:ind w:firstLine="720"/>
      </w:pPr>
      <w:r>
        <w:t>. It is in a museum on that planet, in a case, open at that page.</w:t>
      </w:r>
    </w:p>
    <w:p>
      <w:pPr>
        <w:ind w:firstLine="720"/>
      </w:pPr>
      <w:r>
        <w:t>There is one place on that planet where the air is clean and Halima found it in the returns before anybody had stood on the ground.</w:t>
      </w:r>
    </w:p>
    <w:p>
      <w:pPr>
        <w:ind w:firstLine="720"/>
      </w:pPr>
      <w:r>
        <w:t>The forest reads on the spectrometer as a hole. Not lower haze — absent haze, over about four hundred thousand square kilometres, with an edge on it sharp enough that she ran the instrument against a reference for nine hours before she would put it in a document.</w:t>
      </w:r>
    </w:p>
    <w:p>
      <w:pPr>
        <w:ind w:firstLine="720"/>
      </w:pPr>
      <w:r>
        <w:t>She could not explain it and did not try. Her note is four lines and the operative one is:</w:t>
      </w:r>
    </w:p>
    <w:p>
      <w:pPr>
        <w:ind w:firstLine="720"/>
      </w:pPr>
      <w:r>
        <w:t>Particulate load inside the boundary is below my instrument's floor. I do not know why. Recommend the filter requirement be written to apply outside it rather than everywhere, so that whoever finds out why is not also arguing about a rule.</w:t>
      </w:r>
    </w:p>
    <w:p>
      <w:pPr>
        <w:ind w:firstLine="720"/>
      </w:pPr>
      <w:r>
        <w:t>That is why the standard on Aura-36 says</w:t>
      </w:r>
    </w:p>
    <w:p>
      <w:pPr>
        <w:ind w:firstLine="720"/>
      </w:pPr>
      <w:r>
        <w:t>outside the forest</w:t>
      </w:r>
    </w:p>
    <w:p>
      <w:pPr>
        <w:ind w:firstLine="720"/>
      </w:pPr>
      <w:r>
        <w:t>and has said so for a hundred and forty years, and it is a drafting convenience written by a doctor who wanted a question kept separate from a regulation.</w:t>
      </w:r>
    </w:p>
    <w:p>
      <w:pPr>
        <w:ind w:firstLine="720"/>
      </w:pPr>
      <w:r>
        <w:t>Nobody has explained the forest either.</w:t>
      </w:r>
    </w:p>
    <w:p>
      <w:pPr>
        <w:ind w:firstLine="720"/>
      </w:pPr>
      <w:r>
        <w:t>Halima Sow was seventy-two when she wrote the specification and she wore one for twenty-nine years and it is in the medical record that she never once took it off outdoors, including in the forest, where nobody needs one, on the grounds that a rule the medical officer keeps in front of people is a rule and a rule she keeps sometimes is advice.</w:t>
      </w:r>
    </w:p>
    <w:p>
      <w:r>
        <w:br w:type="page"/>
      </w:r>
    </w:p>
    <w:p>
      <w:pPr>
        <w:pStyle w:val="Heading1"/>
      </w:pPr>
      <w:r>
        <w:t>Chapter 65 &amp;mdash; Do We Wake Them</w:t>
      </w:r>
    </w:p>
    <w:p>
      <w:pPr>
        <w:ind w:firstLine="720"/>
      </w:pPr>
      <w:r>
        <w:t>Night Shift · Year 34, Day 122 · Units 4, 7, 11 · Unreviewed</w:t>
      </w:r>
    </w:p>
    <w:p>
      <w:pPr>
        <w:ind w:firstLine="720"/>
      </w:pPr>
      <w:r>
        <w:t>00:51:07</w:t>
      </w:r>
    </w:p>
    <w:p>
      <w:pPr>
        <w:ind w:firstLine="720"/>
      </w:pPr>
      <w:r>
        <w:t>U-04</w:t>
      </w:r>
    </w:p>
    <w:p>
      <w:pPr>
        <w:ind w:firstLine="720"/>
      </w:pPr>
      <w:r>
        <w:t>Forward transfer. Ferrer, I. awake and working. Withdrew. Did not ask again.</w:t>
      </w:r>
    </w:p>
    <w:p>
      <w:pPr>
        <w:ind w:firstLine="720"/>
      </w:pPr>
      <w:r>
        <w:t>02:22:39</w:t>
      </w:r>
    </w:p>
    <w:p>
      <w:pPr>
        <w:ind w:firstLine="720"/>
      </w:pPr>
      <w:r>
        <w:t>U-11</w:t>
      </w:r>
    </w:p>
    <w:p>
      <w:pPr>
        <w:ind w:firstLine="720"/>
      </w:pPr>
      <w:r>
        <w:t>Ring two, board. Schedule of exceptions. Attachment reads 34 items. Recorded.</w:t>
      </w:r>
    </w:p>
    <w:p>
      <w:pPr>
        <w:ind w:firstLine="720"/>
      </w:pPr>
      <w:r>
        <w:t>03:48:14</w:t>
      </w:r>
    </w:p>
    <w:p>
      <w:pPr>
        <w:ind w:firstLine="720"/>
      </w:pPr>
      <w:r>
        <w:t>U-07</w:t>
      </w:r>
    </w:p>
    <w:p>
      <w:pPr>
        <w:ind w:firstLine="720"/>
      </w:pPr>
      <w:r>
        <w:t>Bay 4, gallery 11. Sow, H. present, working. Withdrew. Did not ask again.</w:t>
      </w:r>
    </w:p>
    <w:p>
      <w:pPr>
        <w:ind w:firstLine="720"/>
      </w:pPr>
      <w:r>
        <w:t>04:56:52</w:t>
      </w:r>
    </w:p>
    <w:p>
      <w:pPr>
        <w:ind w:firstLine="720"/>
      </w:pPr>
      <w:r>
        <w:t>U-04</w:t>
      </w:r>
    </w:p>
    <w:p>
      <w:pPr>
        <w:ind w:firstLine="720"/>
      </w:pPr>
      <w:r>
        <w:t>Forward transfer. Ferrer, I. awake and working. Withdrew. Did not ask again.</w:t>
      </w:r>
    </w:p>
    <w:p>
      <w:pPr>
        <w:ind w:firstLine="720"/>
      </w:pPr>
      <w:r>
        <w:t>05:58:23</w:t>
      </w:r>
    </w:p>
    <w:p>
      <w:pPr>
        <w:ind w:firstLine="720"/>
      </w:pPr>
      <w:r>
        <w:t>U-11</w:t>
      </w:r>
    </w:p>
    <w:p>
      <w:pPr>
        <w:ind w:firstLine="720"/>
      </w:pPr>
      <w:r>
        <w:t>Corridor 9. Music heard. Source not located. Logged as unexplained sound.</w:t>
      </w:r>
    </w:p>
    <w:p>
      <w:pPr>
        <w:ind w:firstLine="720"/>
      </w:pPr>
      <w:r>
        <w:t>Every argument for waiting was correct.</w:t>
      </w:r>
    </w:p>
    <w:p>
      <w:pPr>
        <w:ind w:firstLine="720"/>
      </w:pPr>
      <w:r>
        <w:t>That is the chapter and the rest of it is the list, and the list is not a straw man; there is not one bad argument in it and Ines Ferrer minuted all of them and then went away and wrote four pages about why they were correct and why she was going to argue the other way.</w:t>
      </w:r>
    </w:p>
    <w:p>
      <w:pPr>
        <w:ind w:firstLine="720"/>
      </w:pPr>
      <w:r>
        <w:t>The surface is not ready. The crop programme needs another two years minimum and Miriam Achebe will not give a date beyond that because a selection programme does not have dates. The plant has not landed. The filter production is eleven months into a run of a hundred and forty thousand. The descent programme puts nine heavy cells and a third of the swarm down and commissions them for eleven months before a single passenger goes on a lander, and that eleven months has not started.</w:t>
      </w:r>
    </w:p>
    <w:p>
      <w:pPr>
        <w:ind w:firstLine="720"/>
      </w:pPr>
      <w:r>
        <w:t>Wake a hundred thousand people now and they come up into a hull, above a world they cannot go to, and stay in the hull for four years.</w:t>
      </w:r>
    </w:p>
    <w:p>
      <w:pPr>
        <w:ind w:firstLine="720"/>
      </w:pPr>
      <w:r>
        <w:t>“And a hull with a hundred thousand people in it who cannot go anywhere,” said Nnamdi Okonjo, “is a thing I have written copy about, and it does not go well, and I have four hundred and eleven district notices drafted on the assumption that people come up and go down inside a season.”</w:t>
      </w:r>
    </w:p>
    <w:p>
      <w:pPr>
        <w:ind w:firstLine="720"/>
      </w:pPr>
      <w:r>
        <w:t>Halima Sow's objection is medical and is the strongest. Suspension is not free; it is not good for a person and it is not dangerous, and every one of the ninety-five thousand five hundred and seventy-two has been in a berth for thirty-four years, and the losses have been front-loaded and are now running at about nine a year and are not going to increase materially. Waking is where the risk is. Waking two hundred and thirty a day for fourteen months into a hull, and then keeping them there, and then landing them — that is two large transitions instead of one.</w:t>
      </w:r>
    </w:p>
    <w:p>
      <w:pPr>
        <w:ind w:firstLine="720"/>
      </w:pPr>
      <w:r>
        <w:t>“If we wait,” she said, “we lose about forty more people in the racks over four years. If we wake now we do one transition into a ship and another into a planet and I cannot give you a number for the second one at all. On the medicine, waiting is better, and I would like that recorded because I am about to vote against it.”</w:t>
      </w:r>
    </w:p>
    <w:p>
      <w:pPr>
        <w:ind w:firstLine="720"/>
      </w:pPr>
      <w:r>
        <w:t>Soma Barua's is operational and is unanswerable on its face: nine people cannot run a waking. Four hundred and forty of the cadre come up eighteen months early precisely so that there are bodies, and they are not up yet, and the whole descent programme is sequenced from the plant landing outward.</w:t>
      </w:r>
    </w:p>
    <w:p>
      <w:pPr>
        <w:ind w:firstLine="720"/>
      </w:pPr>
      <w:r>
        <w:t>Every one of those is right. Ines wrote in her four pages that she could not fault any of them and did not attempt to.</w:t>
      </w:r>
    </w:p>
    <w:p>
      <w:pPr>
        <w:ind w:firstLine="720"/>
      </w:pPr>
      <w:r>
        <w:t>What she did instead was count.</w:t>
      </w:r>
    </w:p>
    <w:p>
      <w:pPr>
        <w:ind w:firstLine="720"/>
      </w:pPr>
      <w:r>
        <w:t>She had spent thirty years watching a phrase accumulate and she is the only person on that ship who could have seen it, because she was the only person who read every document.</w:t>
      </w:r>
    </w:p>
    <w:p>
      <w:pPr>
        <w:ind w:firstLine="720"/>
      </w:pPr>
      <w:r>
        <w:t>At the first waking.</w:t>
      </w:r>
    </w:p>
    <w:p>
      <w:pPr>
        <w:ind w:firstLine="720"/>
      </w:pPr>
      <w:r>
        <w:t>The schedule of exceptions, fifty-two entries on one sheet with an attachment reading thirty-four: every entry, every one, review date</w:t>
      </w:r>
    </w:p>
    <w:p>
      <w:pPr>
        <w:ind w:firstLine="720"/>
      </w:pPr>
      <w:r>
        <w:t>at the first waking</w:t>
      </w:r>
    </w:p>
    <w:p>
      <w:pPr>
        <w:ind w:firstLine="720"/>
      </w:pPr>
      <w:r>
        <w:t>. Halima Sow wrote that in the twelfth year and it was the best available answer and it went in unanimously.</w:t>
      </w:r>
    </w:p>
    <w:p>
      <w:pPr>
        <w:ind w:firstLine="720"/>
      </w:pPr>
      <w:r>
        <w:t>The rotation machinery, four hundred words, one term, no renewal, seats by lot, the standard that audits the person who wrote it: commences</w:t>
      </w:r>
    </w:p>
    <w:p>
      <w:pPr>
        <w:ind w:firstLine="720"/>
      </w:pPr>
      <w:r>
        <w:t>at the first waking</w:t>
      </w:r>
    </w:p>
    <w:p>
      <w:pPr>
        <w:ind w:firstLine="720"/>
      </w:pPr>
      <w:r>
        <w:t>. Nnamdi's, eleventh year.</w:t>
      </w:r>
    </w:p>
    <w:p>
      <w:pPr>
        <w:ind w:firstLine="720"/>
      </w:pPr>
      <w:r>
        <w:t>The Guardians, nine of them, five safeguards: commences</w:t>
      </w:r>
    </w:p>
    <w:p>
      <w:pPr>
        <w:ind w:firstLine="720"/>
      </w:pPr>
      <w:r>
        <w:t>at the first waking</w:t>
      </w:r>
    </w:p>
    <w:p>
      <w:pPr>
        <w:ind w:firstLine="720"/>
      </w:pPr>
      <w:r>
        <w:t>.</w:t>
      </w:r>
    </w:p>
    <w:p>
      <w:pPr>
        <w:ind w:firstLine="720"/>
      </w:pPr>
      <w:r>
        <w:t>The preamble to the Open Accord, drafted in four minutes by Nnamdi and amended by one clause by Halima and signed by all ten: the instrument may be amended or abolished in whole by those persons at any time</w:t>
      </w:r>
    </w:p>
    <w:p>
      <w:pPr>
        <w:ind w:firstLine="720"/>
      </w:pPr>
      <w:r>
        <w:t>after the waking</w:t>
      </w:r>
    </w:p>
    <w:p>
      <w:pPr>
        <w:ind w:firstLine="720"/>
      </w:pPr>
      <w:r>
        <w:t>, and the ten will not object.</w:t>
      </w:r>
    </w:p>
    <w:p>
      <w:pPr>
        <w:ind w:firstLine="720"/>
      </w:pPr>
      <w:r>
        <w:t>The records amendment queue. Nnamdi's sunset that Renata talked out. Four unidentified cassettes in the Cryo-Embryo Vault, entered by Miriam in the twelfth year as</w:t>
      </w:r>
    </w:p>
    <w:p>
      <w:pPr>
        <w:ind w:firstLine="720"/>
      </w:pPr>
      <w:r>
        <w:t>retained, no action, review at first waking.</w:t>
      </w:r>
    </w:p>
    <w:p>
      <w:pPr>
        <w:ind w:firstLine="720"/>
      </w:pPr>
      <w:r>
        <w:t>The works order authorising audio, optical and weight in eleven thousand compartments as an emergency measure for the duration, whose only review date is on the schedule and says the same four words.</w:t>
      </w:r>
    </w:p>
    <w:p>
      <w:pPr>
        <w:ind w:firstLine="720"/>
      </w:pPr>
      <w:r>
        <w:t>Ines Ferrer counted them and the number is a hundred and nineteen.</w:t>
      </w:r>
    </w:p>
    <w:p>
      <w:pPr>
        <w:ind w:firstLine="720"/>
      </w:pPr>
      <w:r>
        <w:t>A hundred and nineteen deferred decisions, made by nine people over thirty-four years, every one of them deferred honestly and for a good reason, every one of them pointed at the same afternoon.</w:t>
      </w:r>
    </w:p>
    <w:p>
      <w:pPr>
        <w:ind w:firstLine="720"/>
      </w:pPr>
      <w:r>
        <w:t>“The waking is not a decision,” she said. “It is the release condition on everything we have not decided. And every argument in this room for putting it back four years is a good argument, and putting it back four years puts all hundred and nineteen back four years, and in four years there will be another good argument, because there always is, and I have watched us make one every year since the fourth.”</w:t>
      </w:r>
    </w:p>
    <w:p>
      <w:pPr>
        <w:ind w:firstLine="720"/>
      </w:pPr>
      <w:r>
        <w:t>“That is not an argument for waking them into a hull they cannot leave,” said Nnamdi.</w:t>
      </w:r>
    </w:p>
    <w:p>
      <w:pPr>
        <w:ind w:firstLine="720"/>
      </w:pPr>
      <w:r>
        <w:t>“No,” said Ines. “It is an argument for having a date.”</w:t>
      </w:r>
    </w:p>
    <w:p>
      <w:pPr>
        <w:ind w:firstLine="720"/>
      </w:pPr>
      <w:r>
        <w:t>Renata Oyelaran said the other half of it and she said it once and it is nine lines in the minute and it is the last argument she ever won.</w:t>
      </w:r>
    </w:p>
    <w:p>
      <w:pPr>
        <w:ind w:firstLine="720"/>
      </w:pPr>
      <w:r>
        <w:t>“There is a version of waiting that is not waiting,” she said. “It is nine people continuing to decide everything for a hundred thousand people, on excellent grounds, until the grounds run out. And the grounds are not going to run out, because the grounds are the world, and the world is going to be unready in some respect for the next four hundred years.”</w:t>
      </w:r>
    </w:p>
    <w:p>
      <w:pPr>
        <w:ind w:firstLine="720"/>
      </w:pPr>
      <w:r>
        <w:t>“That is not what anybody is proposing,” said Nnamdi.</w:t>
      </w:r>
    </w:p>
    <w:p>
      <w:pPr>
        <w:ind w:firstLine="720"/>
      </w:pPr>
      <w:r>
        <w:t>“Nobody has ever proposed it,” said Renata. “Not once, anywhere, in nine volumes. It is not a thing that gets proposed. It is a thing that gets arrived at four years at a time by people who were right every time.”</w:t>
      </w:r>
    </w:p>
    <w:p>
      <w:pPr>
        <w:ind w:firstLine="720"/>
      </w:pPr>
      <w:r>
        <w:t>She stopped there and did not extend it, and this history is going to stop there too, because what she was describing has a name a hundred and forty years later and it is not in this book and it is not going to be.</w:t>
      </w:r>
    </w:p>
    <w:p>
      <w:pPr>
        <w:ind w:firstLine="720"/>
      </w:pPr>
      <w:r>
        <w:t>What is in this book is that a woman of sixty-two said it in a room in the thirty-fourth year, in the abstract, about nobody, and that the room agreed with her, and that they fixed a date twenty-six months out and kept it.</w:t>
      </w:r>
    </w:p>
    <w:p>
      <w:pPr>
        <w:ind w:firstLine="720"/>
      </w:pPr>
      <w:r>
        <w:t>That is what she got and it is less than she wanted and it is the reason there is a colony.</w:t>
      </w:r>
    </w:p>
    <w:p>
      <w:pPr>
        <w:ind w:firstLine="720"/>
      </w:pPr>
      <w:r>
        <w:t>The complement fixed the waking at year thirty-six, day two hundred and forty, in writing, on day one hundred and twenty-two of the thirty-fourth year, twenty-six months in advance, unamendable except by a published vote of the whole complement with reasons attached.</w:t>
      </w:r>
    </w:p>
    <w:p>
      <w:pPr>
        <w:ind w:firstLine="720"/>
      </w:pPr>
      <w:r>
        <w:t>Nobody moved it. It was tested twice — once in the thirty-fifth year over the filter run and once in the thirty-sixth over a lander commissioning — and both times the complement looked at the clause requiring published reasons and did not table a motion.</w:t>
      </w:r>
    </w:p>
    <w:p>
      <w:pPr>
        <w:ind w:firstLine="720"/>
      </w:pPr>
      <w:r>
        <w:t>Ines Ferrer did one more thing on day one hundred and twenty-two and it is four lines and it is in the record and it is the thing this chapter exists for.</w:t>
      </w:r>
    </w:p>
    <w:p>
      <w:pPr>
        <w:ind w:firstLine="720"/>
      </w:pPr>
      <w:r>
        <w:t>She put the schedule of exceptions on the agenda for the waking. In writing. Twenty-six months in advance. Item nine, with the count on its face, with a note that fifty-two entries and thirty-four attachment items fell due for review on that date and that the review would take about four days and should be started in the first fortnight.</w:t>
      </w:r>
    </w:p>
    <w:p>
      <w:pPr>
        <w:ind w:firstLine="720"/>
      </w:pPr>
      <w:r>
        <w:t>She minuted that she had done it. She circulated it to the whole roll, including the link, as she circulated everything.</w:t>
      </w:r>
    </w:p>
    <w:p>
      <w:pPr>
        <w:ind w:firstLine="720"/>
      </w:pPr>
      <w:r>
        <w:t>On year thirty-six, day two hundred and forty, ninety-five thousand five hundred and seventy-two people began coming out of racks at two hundred and thirty a day into a hull above a world whose air required equipment, and four hundred things did not happen in that fortnight, and item nine was one of them.</w:t>
      </w:r>
    </w:p>
    <w:p>
      <w:pPr>
        <w:ind w:firstLine="720"/>
      </w:pPr>
      <w:r>
        <w:t>It was not dropped. There is no minute anywhere in which anybody says the review can wait. It stayed on the agenda, at item nine, and the agenda was reissued eleven times over the following two years with item nine on it every time, and Ines Ferrer was seventy-eight and there were a hundred thousand people and she was still keeping the book.</w:t>
      </w:r>
    </w:p>
    <w:p>
      <w:pPr>
        <w:ind w:firstLine="720"/>
      </w:pPr>
      <w:r>
        <w:t>By the fourth year on the surface it had been on eleven agendas and had been reached at none of them, and by then the schedule had been running unamended for so long that it read as furniture.</w:t>
      </w:r>
    </w:p>
    <w:p>
      <w:pPr>
        <w:ind w:firstLine="720"/>
      </w:pPr>
      <w:r>
        <w:t>Every argument for waiting was correct. She wrote that at the top of her four pages, and she was right, and the four pages are in the archive, and the phrase that got her attention is the one she had been filing since the fourth year without noticing.</w:t>
      </w:r>
    </w:p>
    <w:p>
      <w:r>
        <w:br w:type="page"/>
      </w:r>
    </w:p>
    <w:p>
      <w:pPr>
        <w:pStyle w:val="Heading1"/>
      </w:pPr>
      <w:r>
        <w:t>Chapter 66 &amp;mdash; Insertion</w:t>
      </w:r>
    </w:p>
    <w:p>
      <w:pPr>
        <w:ind w:firstLine="720"/>
      </w:pPr>
      <w:r>
        <w:t>Night Shift · Year 36, Day 111 · Units 4, 7, 11 · Unreviewed</w:t>
      </w:r>
    </w:p>
    <w:p>
      <w:pPr>
        <w:ind w:firstLine="720"/>
      </w:pPr>
      <w:r>
        <w:t>01:09:22</w:t>
      </w:r>
    </w:p>
    <w:p>
      <w:pPr>
        <w:ind w:firstLine="720"/>
      </w:pPr>
      <w:r>
        <w:t>U-11</w:t>
      </w:r>
    </w:p>
    <w:p>
      <w:pPr>
        <w:ind w:firstLine="720"/>
      </w:pPr>
      <w:r>
        <w:t>Drive hall, gallery two. Roux, A. present, working. Withdrew. Did not ask again.</w:t>
      </w:r>
    </w:p>
    <w:p>
      <w:pPr>
        <w:ind w:firstLine="720"/>
      </w:pPr>
      <w:r>
        <w:t>02:44:58</w:t>
      </w:r>
    </w:p>
    <w:p>
      <w:pPr>
        <w:ind w:firstLine="720"/>
      </w:pPr>
      <w:r>
        <w:t>U-04</w:t>
      </w:r>
    </w:p>
    <w:p>
      <w:pPr>
        <w:ind w:firstLine="720"/>
      </w:pPr>
      <w:r>
        <w:t>Drive hall, gallery two. Roux, A. present, working. Withdrew. Did not ask again.</w:t>
      </w:r>
    </w:p>
    <w:p>
      <w:pPr>
        <w:ind w:firstLine="720"/>
      </w:pPr>
      <w:r>
        <w:t>04:02:13</w:t>
      </w:r>
    </w:p>
    <w:p>
      <w:pPr>
        <w:ind w:firstLine="720"/>
      </w:pPr>
      <w:r>
        <w:t>U-07</w:t>
      </w:r>
    </w:p>
    <w:p>
      <w:pPr>
        <w:ind w:firstLine="720"/>
      </w:pPr>
      <w:r>
        <w:t>Drive hall, gallery two. Eight present. Withdrew. Did not ask again.</w:t>
      </w:r>
    </w:p>
    <w:p>
      <w:pPr>
        <w:ind w:firstLine="720"/>
      </w:pPr>
      <w:r>
        <w:t>05:11:47</w:t>
      </w:r>
    </w:p>
    <w:p>
      <w:pPr>
        <w:ind w:firstLine="720"/>
      </w:pPr>
      <w:r>
        <w:t>U-11</w:t>
      </w:r>
    </w:p>
    <w:p>
      <w:pPr>
        <w:ind w:firstLine="720"/>
      </w:pPr>
      <w:r>
        <w:t>Drive hall, gallery two. Eight present. Withdrew. Did not ask again.</w:t>
      </w:r>
    </w:p>
    <w:p>
      <w:pPr>
        <w:ind w:firstLine="720"/>
      </w:pPr>
      <w:r>
        <w:t>05:59:04</w:t>
      </w:r>
    </w:p>
    <w:p>
      <w:pPr>
        <w:ind w:firstLine="720"/>
      </w:pPr>
      <w:r>
        <w:t>U-04</w:t>
      </w:r>
    </w:p>
    <w:p>
      <w:pPr>
        <w:ind w:firstLine="720"/>
      </w:pPr>
      <w:r>
        <w:t>Corridor 9. Music heard. Source not located. Logged as unexplained sound.</w:t>
      </w:r>
    </w:p>
    <w:p>
      <w:pPr>
        <w:ind w:firstLine="720"/>
      </w:pPr>
      <w:r>
        <w:t>This chapter is a triumph and it is not going to be qualified in any way, and the reader should take it exactly as it stands, and there is nothing underneath it.</w:t>
      </w:r>
    </w:p>
    <w:p>
      <w:pPr>
        <w:ind w:firstLine="720"/>
      </w:pPr>
      <w:r>
        <w:t>Aiyana Roux was seventy-seven years old.</w:t>
      </w:r>
    </w:p>
    <w:p>
      <w:pPr>
        <w:ind w:firstLine="720"/>
      </w:pPr>
      <w:r>
        <w:t>She had designed the insertion at thirty-one, on Earth, before the hull was closed, as part of the same submission as the burn — one document, two manoeuvres, thirty-six years apart, argued over by eleven review boards on a planet she was never going to see again. The burn had come off inside tolerance on every axis on the hundred and eighteenth day and she had been eating.</w:t>
      </w:r>
    </w:p>
    <w:p>
      <w:pPr>
        <w:ind w:firstLine="720"/>
      </w:pPr>
      <w:r>
        <w:t>She was not eating this time.</w:t>
      </w:r>
    </w:p>
    <w:p>
      <w:pPr>
        <w:ind w:firstLine="720"/>
      </w:pPr>
      <w:r>
        <w:t>The manoeuvre is four hours and eleven minutes and it is not one burn, it is nine, and the nine are the whole of the design and the reason it took a woman of thirty-one nineteen months to write.</w:t>
      </w:r>
    </w:p>
    <w:p>
      <w:pPr>
        <w:ind w:firstLine="720"/>
      </w:pPr>
      <w:r>
        <w:t>An object of that mass arriving at a planet has one chance. There is no fuel for a second attempt and there never was; the mass budget closed in the eleventh year of construction and it closed with a margin of about four per cent for the whole arrival sequence. Come in too fast and you go past, and past is four light-years of nothing behind you. Come in too slow and you are in a bad orbit with no way to fix it.</w:t>
      </w:r>
    </w:p>
    <w:p>
      <w:pPr>
        <w:ind w:firstLine="720"/>
      </w:pPr>
      <w:r>
        <w:t>What she had done at thirty-one is refuse to solve it as one burn.</w:t>
      </w:r>
    </w:p>
    <w:p>
      <w:pPr>
        <w:ind w:firstLine="720"/>
      </w:pPr>
      <w:r>
        <w:t>Nine burns, decreasing, each one measured against the last, with the whole state of the ship re-derived between them from the optics and the ranging and nothing else — no assumption carried forward from before the previous cut-off. It is slower. It costs about nine per cent more mass than the single-burn solution and she had fought for that nine per cent for eleven months against four boards.</w:t>
      </w:r>
    </w:p>
    <w:p>
      <w:pPr>
        <w:ind w:firstLine="720"/>
      </w:pPr>
      <w:r>
        <w:t>Her argument at thirty-one was one sentence and it is in the submission and it is quoted on Aura-36 in engineering schools that do not know who wrote it:</w:t>
      </w:r>
    </w:p>
    <w:p>
      <w:pPr>
        <w:ind w:firstLine="720"/>
      </w:pPr>
      <w:r>
        <w:t>at the far end the ship will be thirty-six years old and nobody who built it will be there, and I would rather have nine chances to be wrong by a little than one chance to be wrong by everything.</w:t>
      </w:r>
    </w:p>
    <w:p>
      <w:pPr>
        <w:ind w:firstLine="720"/>
      </w:pPr>
      <w:r>
        <w:t>Eight people came to the drive hall.</w:t>
      </w:r>
    </w:p>
    <w:p>
      <w:pPr>
        <w:ind w:firstLine="720"/>
      </w:pPr>
      <w:r>
        <w:t>All of them. Calder, Ines, Halima, Miriam, Nnamdi, Dov, Renata, Soma, up in gallery two over a machine that had been cold for thirty-six years and was about to be warm for four hours, and nobody had organised it and nobody had been asked and the units logged</w:t>
      </w:r>
    </w:p>
    <w:p>
      <w:pPr>
        <w:ind w:firstLine="720"/>
      </w:pPr>
      <w:r>
        <w:t>eight present</w:t>
      </w:r>
    </w:p>
    <w:p>
      <w:pPr>
        <w:ind w:firstLine="720"/>
      </w:pPr>
      <w:r>
        <w:t>twice and withdrew.</w:t>
      </w:r>
    </w:p>
    <w:p>
      <w:pPr>
        <w:ind w:firstLine="720"/>
      </w:pPr>
      <w:r>
        <w:t>Coda was four thousand kilometres off and had moved to eleven hundred for it, which is as close as she came to that ship in seventeen years, and had said nothing about doing it.</w:t>
      </w:r>
    </w:p>
    <w:p>
      <w:pPr>
        <w:ind w:firstLine="720"/>
      </w:pPr>
      <w:r>
        <w:t>The nine burns ran from four minutes past one in the morning to sixteen minutes past five on day one hundred and eleven of the thirty-sixth year.</w:t>
      </w:r>
    </w:p>
    <w:p>
      <w:pPr>
        <w:ind w:firstLine="720"/>
      </w:pPr>
      <w:r>
        <w:t>Aiyana Roux flew all nine.</w:t>
      </w:r>
    </w:p>
    <w:p>
      <w:pPr>
        <w:ind w:firstLine="720"/>
      </w:pPr>
      <w:r>
        <w:t>That is the thing to hold. It was not automated and could not have been; the whole design is a person re-deriving a state between cuts, nine times, from instruments, against a model in her head, and there was no second person aboard who could have done it and there had not been for thirty-six years.</w:t>
      </w:r>
    </w:p>
    <w:p>
      <w:pPr>
        <w:ind w:firstLine="720"/>
      </w:pPr>
      <w:r>
        <w:t>Burn four is where it went wrong and it went wrong exactly the amount the design existed to absorb.</w:t>
      </w:r>
    </w:p>
    <w:p>
      <w:pPr>
        <w:ind w:firstLine="720"/>
      </w:pPr>
      <w:r>
        <w:t>The ranging returned a figure at the third cut-off that was outside her predicted band by about eleven parts in a hundred thousand, which is nothing, and which on a single-burn solution would have been discovered at the end and would have been unfixable. She had four hundred and eleven seconds and she spent about ninety of them and then re-cut burn four by a fraction that Ines Ferrer, watching from a gallery and understanding none of it, described in the minute as</w:t>
      </w:r>
    </w:p>
    <w:p>
      <w:pPr>
        <w:ind w:firstLine="720"/>
      </w:pPr>
      <w:r>
        <w:t>Roux altered something, briefly, and did not say anything.</w:t>
      </w:r>
    </w:p>
    <w:p>
      <w:pPr>
        <w:ind w:firstLine="720"/>
      </w:pPr>
      <w:r>
        <w:t>Burns five through nine ran on the corrected solution and the residual at the ninth cut-off was inside the instrument's ability to measure it.</w:t>
      </w:r>
    </w:p>
    <w:p>
      <w:pPr>
        <w:ind w:firstLine="720"/>
      </w:pPr>
      <w:r>
        <w:t>Which means that as far as anybody aboard that ship would ever be able to determine, the Ark-Genesis arrived in orbit around Aura-36 with no error at all.</w:t>
      </w:r>
    </w:p>
    <w:p>
      <w:pPr>
        <w:ind w:firstLine="720"/>
      </w:pPr>
      <w:r>
        <w:t>The other thing about burn four is that nobody in gallery two knew anything had happened.</w:t>
      </w:r>
    </w:p>
    <w:p>
      <w:pPr>
        <w:ind w:firstLine="720"/>
      </w:pPr>
      <w:r>
        <w:t>There is no alarm in a nine-burn insertion. There is no moment. The whole architecture exists so that a deviation at the third cut-off is a number that gets absorbed at the fourth, and absorbing it looks like a woman of seventy-seven making a small adjustment on a console for ninety seconds without changing her posture.</w:t>
      </w:r>
    </w:p>
    <w:p>
      <w:pPr>
        <w:ind w:firstLine="720"/>
      </w:pPr>
      <w:r>
        <w:t>Ines Ferrer wrote her one line about it because Ines wrote down what she saw and had no idea what she was seeing. Soma Barua, who was the second-best engineer aboard and was watching the ranging feed over Aiyana's shoulder, understood it about four minutes later and said nothing, and told her afterwards, at the console, when the other seven had gone.</w:t>
      </w:r>
    </w:p>
    <w:p>
      <w:pPr>
        <w:ind w:firstLine="720"/>
      </w:pPr>
      <w:r>
        <w:t>“Eleven parts in a hundred thousand at cut-off three.”</w:t>
      </w:r>
    </w:p>
    <w:p>
      <w:pPr>
        <w:ind w:firstLine="720"/>
      </w:pPr>
      <w:r>
        <w:t>“Yes.”</w:t>
      </w:r>
    </w:p>
    <w:p>
      <w:pPr>
        <w:ind w:firstLine="720"/>
      </w:pPr>
      <w:r>
        <w:t>“What was it?”</w:t>
      </w:r>
    </w:p>
    <w:p>
      <w:pPr>
        <w:ind w:firstLine="720"/>
      </w:pPr>
      <w:r>
        <w:t>“Mass distribution,” said Aiyana. “Somebody has moved something. Four hundred and forty people came up eighteen months early with their equipment and it is all in ring two and none of it is where the model thinks it is, and I could have asked for a manifest and did not, because the design does not need one.”</w:t>
      </w:r>
    </w:p>
    <w:p>
      <w:pPr>
        <w:ind w:firstLine="720"/>
      </w:pPr>
      <w:r>
        <w:t>Soma Barua asked whether she had known that would happen.</w:t>
      </w:r>
    </w:p>
    <w:p>
      <w:pPr>
        <w:ind w:firstLine="720"/>
      </w:pPr>
      <w:r>
        <w:t>“I knew something would,” said Aiyana Roux. “That is what the nine per cent was for. I spent eleven months in the ninth year before we left arguing for a margin against a thing I could not name, and four boards asked me to name it and I could not, and I said that in thirty-six years somebody would move something and nobody would tell me.”</w:t>
      </w:r>
    </w:p>
    <w:p>
      <w:pPr>
        <w:ind w:firstLine="720"/>
      </w:pPr>
      <w:r>
        <w:t>Somebody in gallery two started clapping at about seventeen minutes past five and it was Miriam Achebe, and then all eight of them did, for some time, in a cold drive hall at dawn ship-time, eight people over eighty years old between the youngest two of them, and the units came round at nine minutes to six and found eight present and withdrew and did not ask again.</w:t>
      </w:r>
    </w:p>
    <w:p>
      <w:pPr>
        <w:ind w:firstLine="720"/>
      </w:pPr>
      <w:r>
        <w:t>Aiyana Roux sat at the console with her hands in her lap.</w:t>
      </w:r>
    </w:p>
    <w:p>
      <w:pPr>
        <w:ind w:firstLine="720"/>
      </w:pPr>
      <w:r>
        <w:t>Nnamdi Okonjo came down the gallery and told her it was the finest piece of work he had ever been in the same building as, which is what he had told her on the hundred and eighteenth day of the first year, in the same gallery, when she was thirty-one and he was forty-four and neither of them had known what the next thirty-six years were going to be.</w:t>
      </w:r>
    </w:p>
    <w:p>
      <w:pPr>
        <w:ind w:firstLine="720"/>
      </w:pPr>
      <w:r>
        <w:t>“It was fine,” said Aiyana.</w:t>
      </w:r>
    </w:p>
    <w:p>
      <w:pPr>
        <w:ind w:firstLine="720"/>
      </w:pPr>
      <w:r>
        <w:t>“It was not fine.”</w:t>
      </w:r>
    </w:p>
    <w:p>
      <w:pPr>
        <w:ind w:firstLine="720"/>
      </w:pPr>
      <w:r>
        <w:t>“No,” she said. “It was not.”</w:t>
      </w:r>
    </w:p>
    <w:p>
      <w:pPr>
        <w:ind w:firstLine="720"/>
      </w:pPr>
      <w:r>
        <w:t>She wrote the navigation entry herself at seven that morning and it is the last one in her hand and it is four lines and it gives the residual to five places and the times of all nine cut-offs to the second, and there is nothing else in it, and it does not need anything else in it.</w:t>
      </w:r>
    </w:p>
    <w:p>
      <w:pPr>
        <w:ind w:firstLine="720"/>
      </w:pPr>
      <w:r>
        <w:t>The record of the manoeuvre is a hundred and eleven pages and it is complete and unsealed and readable by any citizen of Aura-36, under a clause Nnamdi Okonjo wrote in the twenty-third year and nobody asked for.</w:t>
      </w:r>
    </w:p>
    <w:p>
      <w:pPr>
        <w:ind w:firstLine="720"/>
      </w:pPr>
      <w:r>
        <w:t>It is taught there. The nine-burn method is taught there. A thing designed by a woman of thirty-one, argued through four review boards for eleven months at a cost of nine per cent, flown by the same woman at seventy-seven, once, perfectly, is the standard arrival solution used by every ship that has come out of the Earth yards since, and there are a great many of them now.</w:t>
      </w:r>
    </w:p>
    <w:p>
      <w:pPr>
        <w:ind w:firstLine="720"/>
      </w:pPr>
      <w:r>
        <w:t>Her name is on it in the technical literature and off it everywhere else, the way her name came off a load-shedding sequence in a consolidation, without malice, because consolidations do that.</w:t>
      </w:r>
    </w:p>
    <w:p>
      <w:pPr>
        <w:ind w:firstLine="720"/>
      </w:pPr>
      <w:r>
        <w:t>Halima Sow made her sit down before she left the gallery and took her pulse and made a note, and Aiyana let her, which she had not done in thirty-six years.</w:t>
      </w:r>
    </w:p>
    <w:p>
      <w:pPr>
        <w:ind w:firstLine="720"/>
      </w:pPr>
      <w:r>
        <w:t>“Am I all right?”</w:t>
      </w:r>
    </w:p>
    <w:p>
      <w:pPr>
        <w:ind w:firstLine="720"/>
      </w:pPr>
      <w:r>
        <w:t>“You are seventy-seven and you have been at a console for four hours and eleven minutes,” said Halima. “You are not all right and you were never going to be and it does not matter today.”</w:t>
      </w:r>
    </w:p>
    <w:p>
      <w:pPr>
        <w:ind w:firstLine="720"/>
      </w:pPr>
      <w:r>
        <w:t>“That is the least reassuring thing you have ever said to me.”</w:t>
      </w:r>
    </w:p>
    <w:p>
      <w:pPr>
        <w:ind w:firstLine="720"/>
      </w:pPr>
      <w:r>
        <w:t>“You have not asked me for reassurance in thirty-six years and I was not going to start guessing this morning,” said Halima Sow, and wrote four lines in the medical record, and one of them is a figure she flagged for review in four months.</w:t>
      </w:r>
    </w:p>
    <w:p>
      <w:pPr>
        <w:ind w:firstLine="720"/>
      </w:pPr>
      <w:r>
        <w:t>She went up the survey mast at the end of the watch, alone, as she had four hundred and eleven times in six years, and looked at a planet with an edge on it.</w:t>
      </w:r>
    </w:p>
    <w:p>
      <w:pPr>
        <w:ind w:firstLine="720"/>
      </w:pPr>
      <w:r>
        <w:t>Four months later she was dead, and this history is going to leave that where it is for now, because she had the morning and it was hers and nothing about it needs preparing for.</w:t>
      </w:r>
    </w:p>
    <w:p>
      <w:r>
        <w:br w:type="page"/>
      </w:r>
    </w:p>
    <w:p>
      <w:pPr>
        <w:pStyle w:val="Heading1"/>
      </w:pPr>
      <w:r>
        <w:t>Chapter 67 &amp;mdash; The Ship Stays Up</w:t>
      </w:r>
    </w:p>
    <w:p>
      <w:pPr>
        <w:ind w:firstLine="720"/>
      </w:pPr>
      <w:r>
        <w:t>Night Shift · Year 36, Day 140 · Units 4, 7, 11 · Unreviewed</w:t>
      </w:r>
    </w:p>
    <w:p>
      <w:pPr>
        <w:ind w:firstLine="720"/>
      </w:pPr>
      <w:r>
        <w:t>00:47:11</w:t>
      </w:r>
    </w:p>
    <w:p>
      <w:pPr>
        <w:ind w:firstLine="720"/>
      </w:pPr>
      <w:r>
        <w:t>U-04</w:t>
      </w:r>
    </w:p>
    <w:p>
      <w:pPr>
        <w:ind w:firstLine="720"/>
      </w:pPr>
      <w:r>
        <w:t>Spine, frames 8–11. Cells 1–9 running. Works order 5,102. Recorded.</w:t>
      </w:r>
    </w:p>
    <w:p>
      <w:pPr>
        <w:ind w:firstLine="720"/>
      </w:pPr>
      <w:r>
        <w:t>02:19:36</w:t>
      </w:r>
    </w:p>
    <w:p>
      <w:pPr>
        <w:ind w:firstLine="720"/>
      </w:pPr>
      <w:r>
        <w:t>U-11</w:t>
      </w:r>
    </w:p>
    <w:p>
      <w:pPr>
        <w:ind w:firstLine="720"/>
      </w:pPr>
      <w:r>
        <w:t>Grow bay. Tray 6, thinned, 40 units. Not a works order. Recorded as observed.</w:t>
      </w:r>
    </w:p>
    <w:p>
      <w:pPr>
        <w:ind w:firstLine="720"/>
      </w:pPr>
      <w:r>
        <w:t>03:41:52</w:t>
      </w:r>
    </w:p>
    <w:p>
      <w:pPr>
        <w:ind w:firstLine="720"/>
      </w:pPr>
      <w:r>
        <w:t>U-07</w:t>
      </w:r>
    </w:p>
    <w:p>
      <w:pPr>
        <w:ind w:firstLine="720"/>
      </w:pPr>
      <w:r>
        <w:t>Ring two, meeting room. Nine chairs pulled out. Returned to stack. No works order.</w:t>
      </w:r>
    </w:p>
    <w:p>
      <w:pPr>
        <w:ind w:firstLine="720"/>
      </w:pPr>
      <w:r>
        <w:t>04:58:19</w:t>
      </w:r>
    </w:p>
    <w:p>
      <w:pPr>
        <w:ind w:firstLine="720"/>
      </w:pPr>
      <w:r>
        <w:t>U-04</w:t>
      </w:r>
    </w:p>
    <w:p>
      <w:pPr>
        <w:ind w:firstLine="720"/>
      </w:pPr>
      <w:r>
        <w:t>Forward yard. Small craft, powered, held. Recorded as observed.</w:t>
      </w:r>
    </w:p>
    <w:p>
      <w:pPr>
        <w:ind w:firstLine="720"/>
      </w:pPr>
      <w:r>
        <w:t>05:57:43</w:t>
      </w:r>
    </w:p>
    <w:p>
      <w:pPr>
        <w:ind w:firstLine="720"/>
      </w:pPr>
      <w:r>
        <w:t>U-11</w:t>
      </w:r>
    </w:p>
    <w:p>
      <w:pPr>
        <w:ind w:firstLine="720"/>
      </w:pPr>
      <w:r>
        <w:t>Corridor 9. Music heard. Source not located. Logged as unexplained sound.</w:t>
      </w:r>
    </w:p>
    <w:p>
      <w:pPr>
        <w:ind w:firstLine="720"/>
      </w:pPr>
      <w:r>
        <w:t>The decision that the Ark-Genesis remains in orbit permanently took eleven minutes and was unanimous and there is no serious alternative and this history is going to set out the reasoning honestly before it says anything else.</w:t>
      </w:r>
    </w:p>
    <w:p>
      <w:pPr>
        <w:ind w:firstLine="720"/>
      </w:pPr>
      <w:r>
        <w:t>The ship cannot be landed. That is not a decision, it is a fact about a twenty-mile structure built in free fall with no aerodynamic surfaces and a spine that has never carried its own weight and could not; it would come apart in the upper haze and the pieces would arrive at a third of terrestrial gravity across four hundred kilometres of somebody's future country.</w:t>
      </w:r>
    </w:p>
    <w:p>
      <w:pPr>
        <w:ind w:firstLine="720"/>
      </w:pPr>
      <w:r>
        <w:t>So the choice is between keeping it and dismantling it, and dismantling it is what a great many arrival programmes had assumed for nineteen years, because a hull is fifty million tonnes of worked material and the surface has none.</w:t>
      </w:r>
    </w:p>
    <w:p>
      <w:pPr>
        <w:ind w:firstLine="720"/>
      </w:pPr>
      <w:r>
        <w:t>Aurelio Calder argued for keeping it and gave four reasons and every one is correct.</w:t>
      </w:r>
    </w:p>
    <w:p>
      <w:pPr>
        <w:ind w:firstLine="720"/>
      </w:pPr>
      <w:r>
        <w:t>A reserve.</w:t>
      </w:r>
    </w:p>
    <w:p>
      <w:pPr>
        <w:ind w:firstLine="720"/>
      </w:pPr>
      <w:r>
        <w:t>Ninety-five thousand five hundred and seventy-two people are going onto a world where nothing has been tested at scale by anybody. If the crop programme fails in the fourth year, or the filter production fails, or something happens that nobody has thought of — and Miriam Achebe's nineteen pages from the thirty-first year are the standing proof that things nobody has thought of are the actual risk — then there is a volume above them with air in it and racks in it and thirty-six years of stores.</w:t>
      </w:r>
    </w:p>
    <w:p>
      <w:pPr>
        <w:ind w:firstLine="720"/>
      </w:pPr>
      <w:r>
        <w:t>A hospital.</w:t>
      </w:r>
    </w:p>
    <w:p>
      <w:pPr>
        <w:ind w:firstLine="720"/>
      </w:pPr>
      <w:r>
        <w:t>Halima Sow supported this one and it is hers. Nought point three eight is unknown territory for a human body over decades. The one environment in the system where gravity can be set to whatever a physician wants is a spinning ring, and there are three of them, and there will not be another for four hundred years.</w:t>
      </w:r>
    </w:p>
    <w:p>
      <w:pPr>
        <w:ind w:firstLine="720"/>
      </w:pPr>
      <w:r>
        <w:t>A lifeboat.</w:t>
      </w:r>
    </w:p>
    <w:p>
      <w:pPr>
        <w:ind w:firstLine="720"/>
      </w:pPr>
      <w:r>
        <w:t>Four bays, ninety-five thousand berths, most of them about to be empty. If the surface goes wrong in a way that is survivable but slow, there is somewhere to put people.</w:t>
      </w:r>
    </w:p>
    <w:p>
      <w:pPr>
        <w:ind w:firstLine="720"/>
      </w:pPr>
      <w:r>
        <w:t>The optics and the link.</w:t>
      </w:r>
    </w:p>
    <w:p>
      <w:pPr>
        <w:ind w:firstLine="720"/>
      </w:pPr>
      <w:r>
        <w:t>The survey mast is the only instrument in the system and the dish is the only thing that can still hear Earth at sixteen years each way, and neither can be landed either.</w:t>
      </w:r>
    </w:p>
    <w:p>
      <w:pPr>
        <w:ind w:firstLine="720"/>
      </w:pPr>
      <w:r>
        <w:t>Nobody argued. Renata Oyelaran asked one question, which was whether keeping it required anybody to be aboard permanently, and the answer was no — a caretaker complement of about forty, rotating, and the Guardian post covers the technical side because that is what the Guardian post is for.</w:t>
      </w:r>
    </w:p>
    <w:p>
      <w:pPr>
        <w:ind w:firstLine="720"/>
      </w:pPr>
      <w:r>
        <w:t>It carried nine to nothing.</w:t>
      </w:r>
    </w:p>
    <w:p>
      <w:pPr>
        <w:ind w:firstLine="720"/>
      </w:pPr>
      <w:r>
        <w:t>The other thing that is true about that decision is not in the minute and is not concealed and nobody said it because nobody needed to and one person was thinking about it.</w:t>
      </w:r>
    </w:p>
    <w:p>
      <w:pPr>
        <w:ind w:firstLine="720"/>
      </w:pPr>
      <w:r>
        <w:t>The Ark-Genesis, in permanent orbit above Aura-36, is a twenty-mile pressure hull containing nine heavy fabrication cells, palletised feedstock for four decades, two thousand eight hundred and eighty-one units in stowage fourteen, ninety-five thousand cryogenic berths, the only optics and the only long-range transmitter in the system, and a sealed sector at frames eight to eleven whose entry on the general plan says</w:t>
      </w:r>
    </w:p>
    <w:p>
      <w:pPr>
        <w:ind w:firstLine="720"/>
      </w:pPr>
      <w:r>
        <w:t>unallocated</w:t>
      </w:r>
    </w:p>
    <w:p>
      <w:pPr>
        <w:ind w:firstLine="720"/>
      </w:pPr>
      <w:r>
        <w:t>.</w:t>
      </w:r>
    </w:p>
    <w:p>
      <w:pPr>
        <w:ind w:firstLine="720"/>
      </w:pPr>
      <w:r>
        <w:t>It is the most defensible position any human being has ever occupied and there is nothing on the surface that could reach it.</w:t>
      </w:r>
    </w:p>
    <w:p>
      <w:pPr>
        <w:ind w:firstLine="720"/>
      </w:pPr>
      <w:r>
        <w:t>That sentence is not an accusation and this history will not make it one. Every one of those things is there for a stated and correct reason, every one is on the published schedule of exceptions where clause forty requires, and the man who wrote clause forty wrote it so that a person reading the schedule would see the shape of what is held.</w:t>
      </w:r>
    </w:p>
    <w:p>
      <w:pPr>
        <w:ind w:firstLine="720"/>
      </w:pPr>
      <w:r>
        <w:t>The schedule reads fifty-two entries on one sheet with an attachment, and the attachment says</w:t>
      </w:r>
    </w:p>
    <w:p>
      <w:pPr>
        <w:ind w:firstLine="720"/>
      </w:pPr>
      <w:r>
        <w:t>this attachment contains 34 items</w:t>
      </w:r>
    </w:p>
    <w:p>
      <w:pPr>
        <w:ind w:firstLine="720"/>
      </w:pPr>
      <w:r>
        <w:t>at the top in the same size as everything else, because Halima Sow asked for the count on the face in the thirtieth year and got it in ninety seconds without a vote.</w:t>
      </w:r>
    </w:p>
    <w:p>
      <w:pPr>
        <w:ind w:firstLine="720"/>
      </w:pPr>
      <w:r>
        <w:t>Every review date on it says</w:t>
      </w:r>
    </w:p>
    <w:p>
      <w:pPr>
        <w:ind w:firstLine="720"/>
      </w:pPr>
      <w:r>
        <w:t>at the first waking</w:t>
      </w:r>
    </w:p>
    <w:p>
      <w:pPr>
        <w:ind w:firstLine="720"/>
      </w:pPr>
      <w:r>
        <w:t>, which was a hundred days away.</w:t>
      </w:r>
    </w:p>
    <w:p>
      <w:pPr>
        <w:ind w:firstLine="720"/>
      </w:pPr>
      <w:r>
        <w:t>Coda read the minute at eleven hundred kilometres, where she had been since the insertion, and sent four lines back on the link, and they went into the fault series because that is where she filed things and by then everybody knew it and nobody had ever moved one.</w:t>
      </w:r>
    </w:p>
    <w:p>
      <w:pPr>
        <w:ind w:firstLine="720"/>
      </w:pPr>
      <w:r>
        <w:t>Observed. Ship retained permanently, unanimous, four stated grounds, all sound. Assessment: the four grounds are reasons to keep a hull. None of them is a reason to keep this one, which contains nine fabrication cells, the swarm, the only optics, the only transmitter, and a sector the general plan does not list. I have surveyed the outside of it for seventeen years and I am the only person who has. Requested: nothing. I am not proposing anything and I would vote for it. Filed because somebody should have written it down.</w:t>
      </w:r>
    </w:p>
    <w:p>
      <w:pPr>
        <w:ind w:firstLine="720"/>
      </w:pPr>
      <w:r>
        <w:t>Ines Ferrer read it, as she read everything, and it is not a motion and not an objection to a motion and there was no category for it, and it was not minuted.</w:t>
      </w:r>
    </w:p>
    <w:p>
      <w:pPr>
        <w:ind w:firstLine="720"/>
      </w:pPr>
      <w:r>
        <w:t>She copied it out by hand into the back of the Bound Ledger, in the</w:t>
      </w:r>
    </w:p>
    <w:p>
      <w:pPr>
        <w:ind w:firstLine="720"/>
      </w:pPr>
      <w:r>
        <w:t>Not obligations</w:t>
      </w:r>
    </w:p>
    <w:p>
      <w:pPr>
        <w:ind w:firstLine="720"/>
      </w:pPr>
      <w:r>
        <w:t>pages, as the last of the nine entries, and it is the only one of the nine that is not about a kindness.</w:t>
      </w:r>
    </w:p>
    <w:p>
      <w:pPr>
        <w:ind w:firstLine="720"/>
      </w:pPr>
      <w:r>
        <w:t>Calder spent the rest of that night in frames eight to eleven, where nine cells had been running for four years producing filter elements at a rate of about eleven thousand a month, and then went to the grow bay and thinned tray six, forty plants, on his knees, with four units at the wall doing nothing because he had not asked them.</w:t>
      </w:r>
    </w:p>
    <w:p>
      <w:pPr>
        <w:ind w:firstLine="720"/>
      </w:pPr>
      <w:r>
        <w:t>The caretaker complement is the part that mattered and it was settled in about four minutes and it is the last significant thing the founding ten ever designed.</w:t>
      </w:r>
    </w:p>
    <w:p>
      <w:pPr>
        <w:ind w:firstLine="720"/>
      </w:pPr>
      <w:r>
        <w:t>Forty people. Rotating, on the same terms as everything else Nnamdi Okonjo ever wrote: one term, no renewal, never again in a lifetime, assigned by lot from a qualified pool, against a published standard written by whoever holds the post and applied to them retroactively at the end of it.</w:t>
      </w:r>
    </w:p>
    <w:p>
      <w:pPr>
        <w:ind w:firstLine="720"/>
      </w:pPr>
      <w:r>
        <w:t>The technical side goes to the Guardians, who carry no political role of any kind, by Renata Oyelaran's clause from the tenth year, and who therefore cannot hold the ship and can only maintain it.</w:t>
      </w:r>
    </w:p>
    <w:p>
      <w:pPr>
        <w:ind w:firstLine="720"/>
      </w:pPr>
      <w:r>
        <w:t>So the question arrived, as it had arrived about the cadre three years earlier, and it arrived from the same person.</w:t>
      </w:r>
    </w:p>
    <w:p>
      <w:pPr>
        <w:ind w:firstLine="720"/>
      </w:pPr>
      <w:r>
        <w:t>“Who does it answer to?” said Dov Lindqvist.</w:t>
      </w:r>
    </w:p>
    <w:p>
      <w:pPr>
        <w:ind w:firstLine="720"/>
      </w:pPr>
      <w:r>
        <w:t>He was seventy-four. He had asked one more question than the conversation had room for, four times a week, for thirty-six years, and he had written a box on page fourteen of a nineteen-page paper in the thirty-third year recording that a reporting line had been arrived at by elimination in four minutes because a form required a field, and had asked that it be moved if anything else ever became available.</w:t>
      </w:r>
    </w:p>
    <w:p>
      <w:pPr>
        <w:ind w:firstLine="720"/>
      </w:pPr>
      <w:r>
        <w:t>Something else had become available. In a hundred days there would be a hundred thousand people and, within four years, Councils.</w:t>
      </w:r>
    </w:p>
    <w:p>
      <w:pPr>
        <w:ind w:firstLine="720"/>
      </w:pPr>
      <w:r>
        <w:t>The caretaker complement of the Ark answers to the Peer-Assigned Councils. It is written into the arrival instrument in one line, drafted by Nnamdi, proposed by Dov, carried nine to nothing.</w:t>
      </w:r>
    </w:p>
    <w:p>
      <w:pPr>
        <w:ind w:firstLine="720"/>
      </w:pPr>
      <w:r>
        <w:t>It is the only line in this history where a reporting line got moved, and it is there because one man asked the same question twice, three years apart, and the second time there was an answer.</w:t>
      </w:r>
    </w:p>
    <w:p>
      <w:pPr>
        <w:ind w:firstLine="720"/>
      </w:pPr>
      <w:r>
        <w:t>He did not propose moving the cadre's. There is no record of anybody raising it. The cadre had four hundred and forty people in it by then and had been operating for eighteen months and its chain of command was section eleven of a paper everybody had read and nobody re-read, and it was not on the agenda, and there was no reason for it to be, and the box on page fourteen was in the archive, unsealed, readable by any citizen.</w:t>
      </w:r>
    </w:p>
    <w:p>
      <w:pPr>
        <w:ind w:firstLine="720"/>
      </w:pPr>
      <w:r>
        <w:t>There is one more thing about the ship staying up and it is Ines Ferrer's and it is four lines in a minute nobody has ever quoted.</w:t>
      </w:r>
    </w:p>
    <w:p>
      <w:pPr>
        <w:ind w:firstLine="720"/>
      </w:pPr>
      <w:r>
        <w:t>She asked what the ship would be called.</w:t>
      </w:r>
    </w:p>
    <w:p>
      <w:pPr>
        <w:ind w:firstLine="720"/>
      </w:pPr>
      <w:r>
        <w:t>It had been the Ark-Genesis for thirty-six years and for nineteen before that, and it was about to stop being a vessel in transit and become a permanent object in a sky that a hundred thousand people were going to live under and look up at every night of their lives.</w:t>
      </w:r>
    </w:p>
    <w:p>
      <w:pPr>
        <w:ind w:firstLine="720"/>
      </w:pPr>
      <w:r>
        <w:t>“It will be called whatever they call it,” said Nnamdi Okonjo, who had spent forty years naming things for a living and who did not name that one.</w:t>
      </w:r>
    </w:p>
    <w:p>
      <w:pPr>
        <w:ind w:firstLine="720"/>
      </w:pPr>
      <w:r>
        <w:t>They call it the Ark. Just that. There is no record of anybody deciding it and no minute anywhere and it was in general use inside the first year on the surface, and there are four hundred million people on that planet now and every one of them can point at it after dark.</w:t>
      </w:r>
    </w:p>
    <w:p>
      <w:pPr>
        <w:ind w:firstLine="720"/>
      </w:pPr>
      <w:r>
        <w:t>It has been up there for a hundred and forty years. It is a bright slow thing that crosses about every ninety minutes, and children are taught what it is, and what they are taught is that it is the ship that brought everybody, which is true.</w:t>
      </w:r>
    </w:p>
    <w:p>
      <w:r>
        <w:br w:type="page"/>
      </w:r>
    </w:p>
    <w:p>
      <w:pPr>
        <w:pStyle w:val="Heading1"/>
      </w:pPr>
      <w:r>
        <w:t>Chapter 68 &amp;mdash; The First Descent</w:t>
      </w:r>
    </w:p>
    <w:p>
      <w:pPr>
        <w:ind w:firstLine="720"/>
      </w:pPr>
      <w:r>
        <w:t>Night Shift · Year 36, Day 174 · Units 4, 7, 11 · Unreviewed</w:t>
      </w:r>
    </w:p>
    <w:p>
      <w:pPr>
        <w:ind w:firstLine="720"/>
      </w:pPr>
      <w:r>
        <w:t>01:11:52</w:t>
      </w:r>
    </w:p>
    <w:p>
      <w:pPr>
        <w:ind w:firstLine="720"/>
      </w:pPr>
      <w:r>
        <w:t>U-07</w:t>
      </w:r>
    </w:p>
    <w:p>
      <w:pPr>
        <w:ind w:firstLine="720"/>
      </w:pPr>
      <w:r>
        <w:t>Ring two, comms office. Lindqvist, D. awake and working. Withdrew. Did not ask again.</w:t>
      </w:r>
    </w:p>
    <w:p>
      <w:pPr>
        <w:ind w:firstLine="720"/>
      </w:pPr>
      <w:r>
        <w:t>02:48:19</w:t>
      </w:r>
    </w:p>
    <w:p>
      <w:pPr>
        <w:ind w:firstLine="720"/>
      </w:pPr>
      <w:r>
        <w:t>U-11</w:t>
      </w:r>
    </w:p>
    <w:p>
      <w:pPr>
        <w:ind w:firstLine="720"/>
      </w:pPr>
      <w:r>
        <w:t>Lander bay 1. Vehicle 2, pre-flight. Works order 5,344. Recorded.</w:t>
      </w:r>
    </w:p>
    <w:p>
      <w:pPr>
        <w:ind w:firstLine="720"/>
      </w:pPr>
      <w:r>
        <w:t>04:02:41</w:t>
      </w:r>
    </w:p>
    <w:p>
      <w:pPr>
        <w:ind w:firstLine="720"/>
      </w:pPr>
      <w:r>
        <w:t>U-04</w:t>
      </w:r>
    </w:p>
    <w:p>
      <w:pPr>
        <w:ind w:firstLine="720"/>
      </w:pPr>
      <w:r>
        <w:t>Lander bay 1. Vehicle 2, crew aboard, two. Works order 5,344. Recorded.</w:t>
      </w:r>
    </w:p>
    <w:p>
      <w:pPr>
        <w:ind w:firstLine="720"/>
      </w:pPr>
      <w:r>
        <w:t>04:19:07</w:t>
      </w:r>
    </w:p>
    <w:p>
      <w:pPr>
        <w:ind w:firstLine="720"/>
      </w:pPr>
      <w:r>
        <w:t>U-07</w:t>
      </w:r>
    </w:p>
    <w:p>
      <w:pPr>
        <w:ind w:firstLine="720"/>
      </w:pPr>
      <w:r>
        <w:t>Lander bay 1. Vehicle 2 departed 04:16. Bay secured.</w:t>
      </w:r>
    </w:p>
    <w:p>
      <w:pPr>
        <w:ind w:firstLine="720"/>
      </w:pPr>
      <w:r>
        <w:t>05:58:33</w:t>
      </w:r>
    </w:p>
    <w:p>
      <w:pPr>
        <w:ind w:firstLine="720"/>
      </w:pPr>
      <w:r>
        <w:t>U-11</w:t>
      </w:r>
    </w:p>
    <w:p>
      <w:pPr>
        <w:ind w:firstLine="720"/>
      </w:pPr>
      <w:r>
        <w:t>Corridor 9. Music heard. Source not located. Logged as unexplained sound.</w:t>
      </w:r>
    </w:p>
    <w:p>
      <w:pPr>
        <w:ind w:firstLine="720"/>
      </w:pPr>
      <w:r>
        <w:t>Nnamdi Okonjo asked him, four days in advance, whether he had anything he wanted to say.</w:t>
      </w:r>
    </w:p>
    <w:p>
      <w:pPr>
        <w:ind w:firstLine="720"/>
      </w:pPr>
      <w:r>
        <w:t>He asked properly and he asked for a good reason. There were going to be a hundred thousand people, and there was going to be a first person on the surface, and in ninety years there was going to be an account of it, and Nnamdi Okonjo had spent forty years knowing that a gap in a record gets filled and that what fills it is always worse.</w:t>
      </w:r>
    </w:p>
    <w:p>
      <w:pPr>
        <w:ind w:firstLine="720"/>
      </w:pPr>
      <w:r>
        <w:t>“No,” said Dov Lindqvist.</w:t>
      </w:r>
    </w:p>
    <w:p>
      <w:pPr>
        <w:ind w:firstLine="720"/>
      </w:pPr>
      <w:r>
        <w:t>“Anything. Four words.”</w:t>
      </w:r>
    </w:p>
    <w:p>
      <w:pPr>
        <w:ind w:firstLine="720"/>
      </w:pPr>
      <w:r>
        <w:t>“No.”</w:t>
      </w:r>
    </w:p>
    <w:p>
      <w:pPr>
        <w:ind w:firstLine="720"/>
      </w:pPr>
      <w:r>
        <w:t>Nnamdi wrote the district notice without a quotation in it, all four hundred and eleven of them, and there is no line from the first descent in the founding archive of Aura-36 and there never has been, and four separate accounts written in the second and third generations supply one, and all four are different and all four are invented.</w:t>
      </w:r>
    </w:p>
    <w:p>
      <w:pPr>
        <w:ind w:firstLine="720"/>
      </w:pPr>
      <w:r>
        <w:t>He went down because it is a safety function.</w:t>
      </w:r>
    </w:p>
    <w:p>
      <w:pPr>
        <w:ind w:firstLine="720"/>
      </w:pPr>
      <w:r>
        <w:t>That is the entire reason and it was not debated. The first person on the surface is not there to see it; they are there to establish whether the model is right, and establishing whether a model is right is what a safety officer does, and there had been one on that ship since the second year when a communications man with a dying function picked up an orphaned post because it was four hours a week of real work and he wanted four hours a week of real work.</w:t>
      </w:r>
    </w:p>
    <w:p>
      <w:pPr>
        <w:ind w:firstLine="720"/>
      </w:pPr>
      <w:r>
        <w:t>He was seventy-four. That is in the record flatly and nobody made anything of it at the time and this history is not going to either, except to note that the descent programme carried a crew of two and the second was a cadre member of thirty-one called Ovid Tenn, and that Tenn had been awake for six months and had come up out of berth 44,109, and that the two of them had never met before the fourth day of the pre-flight.</w:t>
      </w:r>
    </w:p>
    <w:p>
      <w:pPr>
        <w:ind w:firstLine="720"/>
      </w:pPr>
      <w:r>
        <w:t>The checklist is nineteen items and Halima Sow wrote eleven of them and Soma Barua wrote six and Miriam Achebe wrote two, and Dov Lindqvist wrote none, and he read them in order and recorded a result against each and transmitted it up as he went.</w:t>
      </w:r>
    </w:p>
    <w:p>
      <w:pPr>
        <w:ind w:firstLine="720"/>
      </w:pPr>
      <w:r>
        <w:t>Pressure at the ground, against model. Within.</w:t>
      </w:r>
    </w:p>
    <w:p>
      <w:pPr>
        <w:ind w:firstLine="720"/>
      </w:pPr>
      <w:r>
        <w:t>Composition, four bands, against model. Within on all four.</w:t>
      </w:r>
    </w:p>
    <w:p>
      <w:pPr>
        <w:ind w:firstLine="720"/>
      </w:pPr>
      <w:r>
        <w:t>Particulate load against the figure Halima had derived from four papers and eleven weeks of spectral returns. Within, and slightly under, and Halima Sow asked for that one to be repeated at three separate sites before she would accept it, and it repeated.</w:t>
      </w:r>
    </w:p>
    <w:p>
      <w:pPr>
        <w:ind w:firstLine="720"/>
      </w:pPr>
      <w:r>
        <w:t>Radiation at the ground. Within.</w:t>
      </w:r>
    </w:p>
    <w:p>
      <w:pPr>
        <w:ind w:firstLine="720"/>
      </w:pPr>
      <w:r>
        <w:t>Ground bearing. Soma's, and it took Tenn forty minutes with a plate and a load cell, and it came in about a fifth better than the surface programme assumed, which is a third of a gravity acting on a basalt-analogue crust and is the reason everything built on that planet in the first decade is over-engineered.</w:t>
      </w:r>
    </w:p>
    <w:p>
      <w:pPr>
        <w:ind w:firstLine="720"/>
      </w:pPr>
      <w:r>
        <w:t>Thermal, four times over eleven hours. Within.</w:t>
      </w:r>
    </w:p>
    <w:p>
      <w:pPr>
        <w:ind w:firstLine="720"/>
      </w:pPr>
      <w:r>
        <w:t>Item fourteen is Halima's and it is one line and it says:</w:t>
      </w:r>
    </w:p>
    <w:p>
      <w:pPr>
        <w:ind w:firstLine="720"/>
      </w:pPr>
      <w:r>
        <w:t>Remove filter for not more than ten seconds. Report what it smells of.</w:t>
      </w:r>
    </w:p>
    <w:p>
      <w:pPr>
        <w:ind w:firstLine="720"/>
      </w:pPr>
      <w:r>
        <w:t>Dov Lindqvist took the filter off his face at nineteen minutes past nine in the morning, local, on day one hundred and seventy-four of the thirty-sixth year, standing on the surface of Aura-36 at a third of his weight under a violet sky, and breathed the air of the world that a hundred thousand people had crossed six billion miles for, and put the filter back on after about six seconds, and said, on the link, to eight people in a hull four hundred kilometres up:</w:t>
      </w:r>
    </w:p>
    <w:p>
      <w:pPr>
        <w:ind w:firstLine="720"/>
      </w:pPr>
      <w:r>
        <w:t>“Item fourteen. Burnt sugar. Sow is right.”</w:t>
      </w:r>
    </w:p>
    <w:p>
      <w:pPr>
        <w:ind w:firstLine="720"/>
      </w:pPr>
      <w:r>
        <w:t>That is the first thing a human being ever said from the surface of that planet. It is in the transmission log to the second. It is not in any of the four accounts.</w:t>
      </w:r>
    </w:p>
    <w:p>
      <w:pPr>
        <w:ind w:firstLine="720"/>
      </w:pPr>
      <w:r>
        <w:t>Item nineteen is the one that did not close.</w:t>
      </w:r>
    </w:p>
    <w:p>
      <w:pPr>
        <w:ind w:firstLine="720"/>
      </w:pPr>
      <w:r>
        <w:t>It is Soma's and it asks for a seismic baseline, four hours, three sites, because you do not put a colony on a crust you have not listened to. What came back is a low two-count periodicity, planet-wide as far as three sites can establish anything, with a long beat and a short beat following it, at an amplitude four orders below anything that matters structurally.</w:t>
      </w:r>
    </w:p>
    <w:p>
      <w:pPr>
        <w:ind w:firstLine="720"/>
      </w:pPr>
      <w:r>
        <w:t>Dov ran it three times and moved the instrument twice and recorded it as</w:t>
      </w:r>
    </w:p>
    <w:p>
      <w:pPr>
        <w:ind w:firstLine="720"/>
      </w:pPr>
      <w:r>
        <w:t>present, unexplained, no structural implication</w:t>
      </w:r>
    </w:p>
    <w:p>
      <w:pPr>
        <w:ind w:firstLine="720"/>
      </w:pPr>
      <w:r>
        <w:t>and transmitted it up.</w:t>
      </w:r>
    </w:p>
    <w:p>
      <w:pPr>
        <w:ind w:firstLine="720"/>
      </w:pPr>
      <w:r>
        <w:t>Aiyana Roux, in the mast gallery, had logged the same periodicity in the reflectance returns in the thirty-first year and had written that she had run it eleven ways and that it was not the instrument and not the sky, and had recommended that somebody look at it from the ground.</w:t>
      </w:r>
    </w:p>
    <w:p>
      <w:pPr>
        <w:ind w:firstLine="720"/>
      </w:pPr>
      <w:r>
        <w:t>Somebody had. The two entries are in different series, one navigational and one safety, five years apart, and nobody put them side by side for four generations.</w:t>
      </w:r>
    </w:p>
    <w:p>
      <w:pPr>
        <w:ind w:firstLine="720"/>
      </w:pPr>
      <w:r>
        <w:t>The place they landed is called the First Ground on Aura-36 and there is a marker on it and about four hundred thousand people a year go and look at it.</w:t>
      </w:r>
    </w:p>
    <w:p>
      <w:pPr>
        <w:ind w:firstLine="720"/>
      </w:pPr>
      <w:r>
        <w:t>It was chosen by Soma Barua off the survey returns on four criteria — crust competence, distance from the forest boundary, distance from the southern ravines, and a flat approach — and the fourth criterion is the one that decided it, and the fourth criterion is about a lander.</w:t>
      </w:r>
    </w:p>
    <w:p>
      <w:pPr>
        <w:ind w:firstLine="720"/>
      </w:pPr>
      <w:r>
        <w:t>There is nothing there. That is what everybody who goes says. It is a plain of basalt-analogue in a violet light with a horizon that is closer than a person expects, and there is no feature within eleven kilometres in any direction, and the reason there is no feature is that a flat approach means a flat place.</w:t>
      </w:r>
    </w:p>
    <w:p>
      <w:pPr>
        <w:ind w:firstLine="720"/>
      </w:pPr>
      <w:r>
        <w:t>The three southern ravines are four hundred kilometres away and are on the survey and are unremarkable, and nobody landed near them because the approach is bad.</w:t>
      </w:r>
    </w:p>
    <w:p>
      <w:pPr>
        <w:ind w:firstLine="720"/>
      </w:pPr>
      <w:r>
        <w:t>Nobody went to look at them for eleven years.</w:t>
      </w:r>
    </w:p>
    <w:p>
      <w:pPr>
        <w:ind w:firstLine="720"/>
      </w:pPr>
      <w:r>
        <w:t>What Dov Lindqvist saw, standing there, is a flat plain in a wrong-coloured light with a close horizon, and eleven hours of instruments telling him that a model built by four hundred people over nineteen years was right about eighteen things out of nineteen.</w:t>
      </w:r>
    </w:p>
    <w:p>
      <w:pPr>
        <w:ind w:firstLine="720"/>
      </w:pPr>
      <w:r>
        <w:t>He said so. He said it in four hundred words in the flattest register available to him and he did not say anything else, and Nnamdi Okonjo, who had asked him for four words and been refused, read the report that night and did not raise it again.</w:t>
      </w:r>
    </w:p>
    <w:p>
      <w:pPr>
        <w:ind w:firstLine="720"/>
      </w:pPr>
      <w:r>
        <w:t>He was on the surface for eleven hours.</w:t>
      </w:r>
    </w:p>
    <w:p>
      <w:pPr>
        <w:ind w:firstLine="720"/>
      </w:pPr>
      <w:r>
        <w:t>What he did that is not on the checklist takes about four minutes and it is not in his report and it is in Ovid Tenn's, because a cadre member's log records what the person they are with is doing and Tenn had been awake for six months and did not yet know that you do not write things like that down.</w:t>
      </w:r>
    </w:p>
    <w:p>
      <w:pPr>
        <w:ind w:firstLine="720"/>
      </w:pPr>
      <w:r>
        <w:t>10:40. Officer sat down on the ground, facing north, approximately four minutes. Not on the list. Did not say anything. Got up unassisted.</w:t>
      </w:r>
    </w:p>
    <w:p>
      <w:pPr>
        <w:ind w:firstLine="720"/>
      </w:pPr>
      <w:r>
        <w:t>Ovid Tenn was thirty-one years old and had come out of berth 44,109 and had never been told that the man he was standing next to had had something done to him for four years by another man who was in a fallow dome in ring one, or that a law had been written and used once, or that the reason there was a cadre at all was a paper the same man had written in which he had taken every safeguard from somebody else and said so.</w:t>
      </w:r>
    </w:p>
    <w:p>
      <w:pPr>
        <w:ind w:firstLine="720"/>
      </w:pPr>
      <w:r>
        <w:t>He had been told none of it. It was all in the record, unsealed, readable by any person at any hour without notice, and he was six months awake and had a checklist and a load cell.</w:t>
      </w:r>
    </w:p>
    <w:p>
      <w:pPr>
        <w:ind w:firstLine="720"/>
      </w:pPr>
      <w:r>
        <w:t>The other thing in Ovid Tenn's log is four lines and it is about the descent rather than the ground, and it is the only contemporaneous description anybody has of what any of the founding ten were like to be near.</w:t>
      </w:r>
    </w:p>
    <w:p>
      <w:pPr>
        <w:ind w:firstLine="720"/>
      </w:pPr>
      <w:r>
        <w:t>Officer talked the whole way down. Not conversation. He asked me eleven questions about the yard I worked in on Earth and four about my berth and two about the wake procedure and one about whether the cadre briefing had covered the filter element life, which it had not, and he wrote that down. I had been told he was quiet. He is not quiet. He asks one more question than there is room for and then he asks another one.</w:t>
      </w:r>
    </w:p>
    <w:p>
      <w:pPr>
        <w:ind w:firstLine="720"/>
      </w:pPr>
      <w:r>
        <w:t>Halima Sow read that log eleven years later, on the surface, going through the cadre records for something else, and it is the only occasion in fifty years on which anybody recorded her reaction to anything.</w:t>
      </w:r>
    </w:p>
    <w:p>
      <w:pPr>
        <w:ind w:firstLine="720"/>
      </w:pPr>
      <w:r>
        <w:t>The note is in her own papers, four words, undated, at the bottom of a page about something unrelated.</w:t>
      </w:r>
    </w:p>
    <w:p>
      <w:pPr>
        <w:ind w:firstLine="720"/>
      </w:pPr>
      <w:r>
        <w:t>He came back. Good.</w:t>
      </w:r>
    </w:p>
    <w:p>
      <w:pPr>
        <w:ind w:firstLine="720"/>
      </w:pPr>
      <w:r>
        <w:t>They came up at nineteen minutes past six in the evening, local.</w:t>
      </w:r>
    </w:p>
    <w:p>
      <w:pPr>
        <w:ind w:firstLine="720"/>
      </w:pPr>
      <w:r>
        <w:t>Dov Lindqvist filed the descent report the same night, nineteen items, four hundred words, and it is in the archive, and the last line of it is the closure line off the fault-reporting standard that six people wrote in the seventh year and that has never been amended.</w:t>
      </w:r>
    </w:p>
    <w:p>
      <w:pPr>
        <w:ind w:firstLine="720"/>
      </w:pPr>
      <w:r>
        <w:t>Model confirmed on eighteen of nineteen. Item nineteen present, unexplained, no structural implication. Surface is safe to occupy. No action recommended.</w:t>
      </w:r>
    </w:p>
    <w:p>
      <w:r>
        <w:br w:type="page"/>
      </w:r>
    </w:p>
    <w:p>
      <w:pPr>
        <w:pStyle w:val="Heading1"/>
      </w:pPr>
      <w:r>
        <w:t>Chapter 69 &amp;mdash; Black</w:t>
      </w:r>
    </w:p>
    <w:p>
      <w:pPr>
        <w:ind w:firstLine="720"/>
      </w:pPr>
      <w:r>
        <w:t>Night Shift · Year 36, Day 202 · Units 4, 7, 11 · Unreviewed</w:t>
      </w:r>
    </w:p>
    <w:p>
      <w:pPr>
        <w:ind w:firstLine="720"/>
      </w:pPr>
      <w:r>
        <w:t>01:04:18</w:t>
      </w:r>
    </w:p>
    <w:p>
      <w:pPr>
        <w:ind w:firstLine="720"/>
      </w:pPr>
      <w:r>
        <w:t>U-11</w:t>
      </w:r>
    </w:p>
    <w:p>
      <w:pPr>
        <w:ind w:firstLine="720"/>
      </w:pPr>
      <w:r>
        <w:t>Ring one, dome six. Achebe, M. present, working. Withdrew. Did not ask again.</w:t>
      </w:r>
    </w:p>
    <w:p>
      <w:pPr>
        <w:ind w:firstLine="720"/>
      </w:pPr>
      <w:r>
        <w:t>02:39:52</w:t>
      </w:r>
    </w:p>
    <w:p>
      <w:pPr>
        <w:ind w:firstLine="720"/>
      </w:pPr>
      <w:r>
        <w:t>U-04</w:t>
      </w:r>
    </w:p>
    <w:p>
      <w:pPr>
        <w:ind w:firstLine="720"/>
      </w:pPr>
      <w:r>
        <w:t>Ring two, medical. Two present, working. Withdrew. Did not ask again.</w:t>
      </w:r>
    </w:p>
    <w:p>
      <w:pPr>
        <w:ind w:firstLine="720"/>
      </w:pPr>
      <w:r>
        <w:t>03:51:07</w:t>
      </w:r>
    </w:p>
    <w:p>
      <w:pPr>
        <w:ind w:firstLine="720"/>
      </w:pPr>
      <w:r>
        <w:t>U-07</w:t>
      </w:r>
    </w:p>
    <w:p>
      <w:pPr>
        <w:ind w:firstLine="720"/>
      </w:pPr>
      <w:r>
        <w:t>Lander bay 1. Vehicle 2, pre-flight. Works order 5,401. Recorded.</w:t>
      </w:r>
    </w:p>
    <w:p>
      <w:pPr>
        <w:ind w:firstLine="720"/>
      </w:pPr>
      <w:r>
        <w:t>04:22:44</w:t>
      </w:r>
    </w:p>
    <w:p>
      <w:pPr>
        <w:ind w:firstLine="720"/>
      </w:pPr>
      <w:r>
        <w:t>U-11</w:t>
      </w:r>
    </w:p>
    <w:p>
      <w:pPr>
        <w:ind w:firstLine="720"/>
      </w:pPr>
      <w:r>
        <w:t>Lander bay 1. Vehicle 2 departed 04:19. Bay secured.</w:t>
      </w:r>
    </w:p>
    <w:p>
      <w:pPr>
        <w:ind w:firstLine="720"/>
      </w:pPr>
      <w:r>
        <w:t>05:57:31</w:t>
      </w:r>
    </w:p>
    <w:p>
      <w:pPr>
        <w:ind w:firstLine="720"/>
      </w:pPr>
      <w:r>
        <w:t>U-04</w:t>
      </w:r>
    </w:p>
    <w:p>
      <w:pPr>
        <w:ind w:firstLine="720"/>
      </w:pPr>
      <w:r>
        <w:t>Corridor 9. Music heard. Source not located. Logged as unexplained sound.</w:t>
      </w:r>
    </w:p>
    <w:p>
      <w:pPr>
        <w:ind w:firstLine="720"/>
      </w:pPr>
      <w:r>
        <w:t>Halima Sow certified her at three in the morning and the certificate is the hundred and twelfth</w:t>
      </w:r>
    </w:p>
    <w:p>
      <w:pPr>
        <w:ind w:firstLine="720"/>
      </w:pPr>
      <w:r>
        <w:t>Fitness to Continue in Function</w:t>
      </w:r>
    </w:p>
    <w:p>
      <w:pPr>
        <w:ind w:firstLine="720"/>
      </w:pPr>
      <w:r>
        <w:t>completed aboard that ship, and it is the only one that was ever argued about, and the argument took forty minutes and Miriam Achebe won it by saying four words.</w:t>
      </w:r>
    </w:p>
    <w:p>
      <w:pPr>
        <w:ind w:firstLine="720"/>
      </w:pPr>
      <w:r>
        <w:t>She was eighty years old.</w:t>
      </w:r>
    </w:p>
    <w:p>
      <w:pPr>
        <w:ind w:firstLine="720"/>
      </w:pPr>
      <w:r>
        <w:t>“It is four hours down, eleven on the ground and four back at a third of your weight,” said Halima, “and I can give you a figure for what the descent does to a woman of eighty and the figure is not good and I will sign it anyway if you tell me you understand it.”</w:t>
      </w:r>
    </w:p>
    <w:p>
      <w:pPr>
        <w:ind w:firstLine="720"/>
      </w:pPr>
      <w:r>
        <w:t>“I have grown everything they eat.”</w:t>
      </w:r>
    </w:p>
    <w:p>
      <w:pPr>
        <w:ind w:firstLine="720"/>
      </w:pPr>
      <w:r>
        <w:t>She signed it.</w:t>
      </w:r>
    </w:p>
    <w:p>
      <w:pPr>
        <w:ind w:firstLine="720"/>
      </w:pPr>
      <w:r>
        <w:t>The forest is four hundred and eleven thousand square kilometres and on Halima's spectrometer it is a hole — not lower haze but absent haze, over an area the size of a subcontinent, with a boundary sharp enough that she had run the instrument against a reference for nine hours before she would put it in a document.</w:t>
      </w:r>
    </w:p>
    <w:p>
      <w:pPr>
        <w:ind w:firstLine="720"/>
      </w:pPr>
      <w:r>
        <w:t>Miriam Achebe went in on foot from a lander four hundred metres outside the edge, with Ovid Tenn, and the first thing that happens is the light.</w:t>
      </w:r>
    </w:p>
    <w:p>
      <w:pPr>
        <w:ind w:firstLine="720"/>
      </w:pPr>
      <w:r>
        <w:t>Outside it is violet, which is a blue primary through a methane haze, and it is everywhere and it is uniform and there are no shadows worth the name because a haze that dense is its own diffuser and the whole sky is the light source.</w:t>
      </w:r>
    </w:p>
    <w:p>
      <w:pPr>
        <w:ind w:firstLine="720"/>
      </w:pPr>
      <w:r>
        <w:t>Four paces past the boundary there are shadows.</w:t>
      </w:r>
    </w:p>
    <w:p>
      <w:pPr>
        <w:ind w:firstLine="720"/>
      </w:pPr>
      <w:r>
        <w:t>The haze stops. She could not see it stop; she saw that she had a shadow, and turned round, and the boundary is a line you can stand with one foot either side of, and outside it the air is a colour and inside it the air is nothing at all, and above her the sky was blue-white and hard and had a star in it that she had never seen without a haze in front of it and that she was not able to look at.</w:t>
      </w:r>
    </w:p>
    <w:p>
      <w:pPr>
        <w:ind w:firstLine="720"/>
      </w:pPr>
      <w:r>
        <w:t>Then the foliage.</w:t>
      </w:r>
    </w:p>
    <w:p>
      <w:pPr>
        <w:ind w:firstLine="720"/>
      </w:pPr>
      <w:r>
        <w:t>Black is the wrong word and she wrote four hundred words trying to find a better one and did not. A black thing on Earth is a thing that has absorbed most of the light and scattered a little, and the little is how you see it is black. This does not scatter. Her own instrument, four inches from a leaf, at full illumination, came back with a reflectance below its floor, three times, at three sites.</w:t>
      </w:r>
    </w:p>
    <w:p>
      <w:pPr>
        <w:ind w:firstLine="720"/>
      </w:pPr>
      <w:r>
        <w:t>What that means to a person standing in front of it is that the foliage has no surface. There is no sheen, no edge-light, no grain, nothing for an eye to fix on. She wrote that the canopy read to her as a volume of absence with a shape, and that she had to touch it four times in the first hour to keep establishing that it was there, and that it feels like a leaf.</w:t>
      </w:r>
    </w:p>
    <w:p>
      <w:pPr>
        <w:ind w:firstLine="720"/>
      </w:pPr>
      <w:r>
        <w:t>And she is a botanist and she is eighty and she worked out why in about four minutes, standing there, and it is the thing that made her sit down.</w:t>
      </w:r>
    </w:p>
    <w:p>
      <w:pPr>
        <w:ind w:firstLine="720"/>
      </w:pPr>
      <w:r>
        <w:t>She had spent five years in domes two, four and six under a simulated violet spectrum, selecting four thousand Earth lines, keeping nine hundred and eleven, arriving at forty-one that would grow under that sky at yields she was privately ashamed of. Earth wheat, unmodified, on that surface, gets between nine and nineteen per cent of the plan.</w:t>
      </w:r>
    </w:p>
    <w:p>
      <w:pPr>
        <w:ind w:firstLine="720"/>
      </w:pPr>
      <w:r>
        <w:t>Everything on Earth is green because on Earth you can afford to throw away the green.</w:t>
      </w:r>
    </w:p>
    <w:p>
      <w:pPr>
        <w:ind w:firstLine="720"/>
      </w:pPr>
      <w:r>
        <w:t>Here you cannot. The light is wrong at exactly the end photosynthesis was built on, and the haze takes more of what is left, and a plant on this world that solved that problem solved it by taking all of it — every wavelength, every photon, nothing rejected, nothing reflected, no margin anywhere — and it has been doing that for however long it has been doing it, and it worked, and it made a forest the size of a subcontinent.</w:t>
      </w:r>
    </w:p>
    <w:p>
      <w:pPr>
        <w:ind w:firstLine="720"/>
      </w:pPr>
      <w:r>
        <w:t>Miriam Achebe sat down on the floor of it and did nothing for about an hour.</w:t>
      </w:r>
    </w:p>
    <w:p>
      <w:pPr>
        <w:ind w:firstLine="720"/>
      </w:pPr>
      <w:r>
        <w:t>Ovid Tenn logged it, because a cadre member logs what the person they are with is doing, and he had been awake seven months and did not yet know that you do not write things like that down.</w:t>
      </w:r>
    </w:p>
    <w:p>
      <w:pPr>
        <w:ind w:firstLine="720"/>
      </w:pPr>
      <w:r>
        <w:t>11:20. Officer sat down. Approximately one hour. Did not take samples. Did not speak. I asked once if she was all right and she said yes.</w:t>
      </w:r>
    </w:p>
    <w:p>
      <w:pPr>
        <w:ind w:firstLine="720"/>
      </w:pPr>
      <w:r>
        <w:t>The silence is the other thing and she gave it a page.</w:t>
      </w:r>
    </w:p>
    <w:p>
      <w:pPr>
        <w:ind w:firstLine="720"/>
      </w:pPr>
      <w:r>
        <w:t>The ship is not quiet. Nowhere on the Ark-Genesis is quiet; there are eleven hundred pumps in a bay and the galleries carry sound the length of a cylinder, and the whole volume hums at a pitch about a tone below anything you notice after the first week, and every person aboard had been inside that hum for thirty-six years and none of them had heard silence in their adult lives.</w:t>
      </w:r>
    </w:p>
    <w:p>
      <w:pPr>
        <w:ind w:firstLine="720"/>
      </w:pPr>
      <w:r>
        <w:t>The forest absorbs sound the way it absorbs light. Total, at every frequency she could generate, with no reflection off anything. She clapped, and there was a clap, and then nothing — no decay, no room, no distance. She talked and her own voice arrived flat and close and stopped.</w:t>
      </w:r>
    </w:p>
    <w:p>
      <w:pPr>
        <w:ind w:firstLine="720"/>
      </w:pPr>
      <w:r>
        <w:t>She wrote:</w:t>
      </w:r>
    </w:p>
    <w:p>
      <w:pPr>
        <w:ind w:firstLine="720"/>
      </w:pPr>
      <w:r>
        <w:t>It is not the absence of noise. It is the absence of the shape a noise makes. I have never been anywhere that did not tell me how big it was.</w:t>
      </w:r>
    </w:p>
    <w:p>
      <w:pPr>
        <w:ind w:firstLine="720"/>
      </w:pPr>
      <w:r>
        <w:t>And she took her filter off.</w:t>
      </w:r>
    </w:p>
    <w:p>
      <w:pPr>
        <w:ind w:firstLine="720"/>
      </w:pPr>
      <w:r>
        <w:t>It is on the checklist as item four, because Halima had written it after the particulate returns, and Miriam performed it as an item: filter off, ten seconds, report.</w:t>
      </w:r>
    </w:p>
    <w:p>
      <w:pPr>
        <w:ind w:firstLine="720"/>
      </w:pPr>
      <w:r>
        <w:t>She kept it off for eleven minutes.</w:t>
      </w:r>
    </w:p>
    <w:p>
      <w:pPr>
        <w:ind w:firstLine="720"/>
      </w:pPr>
      <w:r>
        <w:t>That is a breach of a medical instruction and it is in her own report because she put it there. The air inside the boundary carries no measurable particulate load, and it does not taste of burnt sugar, and it is the only place on the surface of Aura-36 where it does not, and nobody has ever explained why.</w:t>
      </w:r>
    </w:p>
    <w:p>
      <w:pPr>
        <w:ind w:firstLine="720"/>
      </w:pPr>
      <w:r>
        <w:t>Halima Sow read that in the report and did not raise it with her and never mentioned it, and Miriam Achebe knew she would not, and there is a nineteen-year-old fault-reporting standard requiring that an observation be entered when it is made and both women had helped write it.</w:t>
      </w:r>
    </w:p>
    <w:p>
      <w:pPr>
        <w:ind w:firstLine="720"/>
      </w:pPr>
      <w:r>
        <w:t>She did one thing in the eleven minutes that is not in her report and is not in Tenn's log and she told one person about it, in the thirty-eighth year, on the surface, and Ines Ferrer wrote it in the back of the Bound Ledger where the last entries are.</w:t>
      </w:r>
    </w:p>
    <w:p>
      <w:pPr>
        <w:ind w:firstLine="720"/>
      </w:pPr>
      <w:r>
        <w:t>She said grace.</w:t>
      </w:r>
    </w:p>
    <w:p>
      <w:pPr>
        <w:ind w:firstLine="720"/>
      </w:pPr>
      <w:r>
        <w:t>She had said it before meals since she was four years old and nobody aboard had remarked on it in thirty-six years, and in the seventh year Sergei Duhamel had proposed in good faith and for excellent reasons that organised belief be prohibited, and she had asked who decides what is organised, and Nnamdi Okonjo had tried eleven times to draw the line and put his pen down and said it could not be drawn.</w:t>
      </w:r>
    </w:p>
    <w:p>
      <w:pPr>
        <w:ind w:firstLine="720"/>
      </w:pPr>
      <w:r>
        <w:t>The vote to protect carried ten to nothing. It is the only unanimous vote of consequence in the entire founding period, and Sergei Duhamel voted for the protection of the thing he had spent a fortnight calling the most dangerous cargo aboard, deliberately, so that no future reader of that minute would ever be able to say a prohibition on belief had been supported by anybody on that ship.</w:t>
      </w:r>
    </w:p>
    <w:p>
      <w:pPr>
        <w:ind w:firstLine="720"/>
      </w:pPr>
      <w:r>
        <w:t>Twenty-nine years later a woman of eighty stood inside a forest that takes all the light there is, with her filter in her hand, in air that does not taste of anything, and said four words she had known since she was four, and there was nothing there to carry the sound of it at all.</w:t>
      </w:r>
    </w:p>
    <w:p>
      <w:pPr>
        <w:ind w:firstLine="720"/>
      </w:pPr>
      <w:r>
        <w:t>She worked for the remaining nine hours and the work is excellent and it is in the archive: four hundred and eleven samples, structure, the boundary transect, and the finding that the canopy is not one organism and is also not obviously many.</w:t>
      </w:r>
    </w:p>
    <w:p>
      <w:pPr>
        <w:ind w:firstLine="720"/>
      </w:pPr>
      <w:r>
        <w:t>Nothing she took has ever been grown anywhere else. It has been tried on Aura-36 for a hundred and forty years, by people with far better equipment than she had, and it will not grow outside the boundary and nobody knows why, and it does not grow past the boundary either, and the boundary has not moved four metres in a hundred and forty years.</w:t>
      </w:r>
    </w:p>
    <w:p>
      <w:pPr>
        <w:ind w:firstLine="720"/>
      </w:pPr>
      <w:r>
        <w:t>Soma Barua asked her about it on the ship four days later and asked the engineer's question, which is the only question Miriam had not thought of.</w:t>
      </w:r>
    </w:p>
    <w:p>
      <w:pPr>
        <w:ind w:firstLine="720"/>
      </w:pPr>
      <w:r>
        <w:t>“Where does the haze go?”</w:t>
      </w:r>
    </w:p>
    <w:p>
      <w:pPr>
        <w:ind w:firstLine="720"/>
      </w:pPr>
      <w:r>
        <w:t>“What?”</w:t>
      </w:r>
    </w:p>
    <w:p>
      <w:pPr>
        <w:ind w:firstLine="720"/>
      </w:pPr>
      <w:r>
        <w:t>“The boundary is sharp. Haze is a suspension in an atmosphere and an atmosphere moves. There is weather on that planet. Four hundred and eleven thousand square kilometres of clean air with an edge on it that you can stand with one foot either side of is not a thing air does.”</w:t>
      </w:r>
    </w:p>
    <w:p>
      <w:pPr>
        <w:ind w:firstLine="720"/>
      </w:pPr>
      <w:r>
        <w:t>Miriam Achebe had spent eleven hours inside it and had written four hundred words about a leaf and had not once asked what was holding the sky off.</w:t>
      </w:r>
    </w:p>
    <w:p>
      <w:pPr>
        <w:ind w:firstLine="720"/>
      </w:pPr>
      <w:r>
        <w:t>Neither of them took it any further. Soma had a descent programme and nine loops and a hundred thousand people coming up at two hundred and thirty a day, and Miriam had a crop programme and forty-one cultivars and was eighty, and it went into Soma's own working notes as one line under a heading about atmospheric loading.</w:t>
      </w:r>
    </w:p>
    <w:p>
      <w:pPr>
        <w:ind w:firstLine="720"/>
      </w:pPr>
      <w:r>
        <w:t>Forest boundary: no mechanism. Ask somebody in ten years.</w:t>
      </w:r>
    </w:p>
    <w:p>
      <w:pPr>
        <w:ind w:firstLine="720"/>
      </w:pPr>
      <w:r>
        <w:t>Those notes went down in the eleventh tranche and are in an archive on Aura-36 and have been read once.</w:t>
      </w:r>
    </w:p>
    <w:p>
      <w:pPr>
        <w:ind w:firstLine="720"/>
      </w:pPr>
      <w:r>
        <w:t>What she said, at the end of the eleven hours, is in Ovid Tenn's log because he was standing next to her and she was not talking to him.</w:t>
      </w:r>
    </w:p>
    <w:p>
      <w:pPr>
        <w:ind w:firstLine="720"/>
      </w:pPr>
      <w:r>
        <w:t>17:40. Officer said: "I have been the best gardener alive for thirty-six years." Nothing else. We went back to the lander.</w:t>
      </w:r>
    </w:p>
    <w:p>
      <w:r>
        <w:br w:type="page"/>
      </w:r>
    </w:p>
    <w:p>
      <w:pPr>
        <w:pStyle w:val="Heading1"/>
      </w:pPr>
      <w:r>
        <w:t>Chapter 70 &amp;mdash; The Charter Meets A Hundred Thousand People</w:t>
      </w:r>
    </w:p>
    <w:p>
      <w:pPr>
        <w:ind w:firstLine="720"/>
      </w:pPr>
      <w:r>
        <w:t>Night Shift · Year 36, Day 236 · Units 4, 7, 11 · Unreviewed</w:t>
      </w:r>
    </w:p>
    <w:p>
      <w:pPr>
        <w:ind w:firstLine="720"/>
      </w:pPr>
      <w:r>
        <w:t>00:38:44</w:t>
      </w:r>
    </w:p>
    <w:p>
      <w:pPr>
        <w:ind w:firstLine="720"/>
      </w:pPr>
      <w:r>
        <w:t>U-04</w:t>
      </w:r>
    </w:p>
    <w:p>
      <w:pPr>
        <w:ind w:firstLine="720"/>
      </w:pPr>
      <w:r>
        <w:t>Ring two, district 402. Okonjo, N. awake and working. Withdrew. Did not ask again.</w:t>
      </w:r>
    </w:p>
    <w:p>
      <w:pPr>
        <w:ind w:firstLine="720"/>
      </w:pPr>
      <w:r>
        <w:t>02:11:19</w:t>
      </w:r>
    </w:p>
    <w:p>
      <w:pPr>
        <w:ind w:firstLine="720"/>
      </w:pPr>
      <w:r>
        <w:t>U-11</w:t>
      </w:r>
    </w:p>
    <w:p>
      <w:pPr>
        <w:ind w:firstLine="720"/>
      </w:pPr>
      <w:r>
        <w:t>Ring two, district 402. Okonjo, N. awake and working. Withdrew. Did not ask again.</w:t>
      </w:r>
    </w:p>
    <w:p>
      <w:pPr>
        <w:ind w:firstLine="720"/>
      </w:pPr>
      <w:r>
        <w:t>03:44:02</w:t>
      </w:r>
    </w:p>
    <w:p>
      <w:pPr>
        <w:ind w:firstLine="720"/>
      </w:pPr>
      <w:r>
        <w:t>U-07</w:t>
      </w:r>
    </w:p>
    <w:p>
      <w:pPr>
        <w:ind w:firstLine="720"/>
      </w:pPr>
      <w:r>
        <w:t>Ring two, board. Notice, thirty-one years old. Illegible. Removed. Recorded.</w:t>
      </w:r>
    </w:p>
    <w:p>
      <w:pPr>
        <w:ind w:firstLine="720"/>
      </w:pPr>
      <w:r>
        <w:t>04:52:38</w:t>
      </w:r>
    </w:p>
    <w:p>
      <w:pPr>
        <w:ind w:firstLine="720"/>
      </w:pPr>
      <w:r>
        <w:t>U-04</w:t>
      </w:r>
    </w:p>
    <w:p>
      <w:pPr>
        <w:ind w:firstLine="720"/>
      </w:pPr>
      <w:r>
        <w:t>Ring two, district 402. Okonjo, N. awake and working. Withdrew. Did not ask again.</w:t>
      </w:r>
    </w:p>
    <w:p>
      <w:pPr>
        <w:ind w:firstLine="720"/>
      </w:pPr>
      <w:r>
        <w:t>05:58:51</w:t>
      </w:r>
    </w:p>
    <w:p>
      <w:pPr>
        <w:ind w:firstLine="720"/>
      </w:pPr>
      <w:r>
        <w:t>U-11</w:t>
      </w:r>
    </w:p>
    <w:p>
      <w:pPr>
        <w:ind w:firstLine="720"/>
      </w:pPr>
      <w:r>
        <w:t>Corridor 9. Music heard. Source not located. Logged as unexplained sound.</w:t>
      </w:r>
    </w:p>
    <w:p>
      <w:pPr>
        <w:ind w:firstLine="720"/>
      </w:pPr>
      <w:r>
        <w:t>Four days before the waking, Nnamdi Okonjo wrote down the sentence that had been the whole of his professional problem for twenty-one years, and it is nine words long and it is in his covering note and it is the only completely honest thing anybody in the founding said about what they were doing.</w:t>
      </w:r>
    </w:p>
    <w:p>
      <w:pPr>
        <w:ind w:firstLine="720"/>
      </w:pPr>
      <w:r>
        <w:t>This is a presentation. It is not a consent. I know.</w:t>
      </w:r>
    </w:p>
    <w:p>
      <w:pPr>
        <w:ind w:firstLine="720"/>
      </w:pPr>
      <w:r>
        <w:t>The problem is not hard to state. Nine people, over thirty-six years, wrote a charter of nineteen pages, an instrument of four, a schedule of exceptions with fifty-two entries and an attachment of thirty-four, a monitoring architecture in eleven thousand compartments, a genetic registry of ninety-five thousand five hundred and seventy-two people, and a standing cadre of four hundred and forty. They did all of it honestly, in the open, minuted in full, unsealed.</w:t>
      </w:r>
    </w:p>
    <w:p>
      <w:pPr>
        <w:ind w:firstLine="720"/>
      </w:pPr>
      <w:r>
        <w:t>None of the people it is for were awake for any of it.</w:t>
      </w:r>
    </w:p>
    <w:p>
      <w:pPr>
        <w:ind w:firstLine="720"/>
      </w:pPr>
      <w:r>
        <w:t>In four days, two hundred and thirty of them a day were going to start coming out of racks, and somebody was going to have to hand them a world.</w:t>
      </w:r>
    </w:p>
    <w:p>
      <w:pPr>
        <w:ind w:firstLine="720"/>
      </w:pPr>
      <w:r>
        <w:t>He had been on it since the fifteenth year, on and off, and hard since the thirty-fourth, and in the thirty-fourth he had spent eleven weeks trying to write the account of the crossing and had produced four true drafts and published none of them, and his note on the fourth was one line:</w:t>
      </w:r>
    </w:p>
    <w:p>
      <w:pPr>
        <w:ind w:firstLine="720"/>
      </w:pPr>
      <w:r>
        <w:t>this one is good and that is the problem.</w:t>
      </w:r>
    </w:p>
    <w:p>
      <w:pPr>
        <w:ind w:firstLine="720"/>
      </w:pPr>
      <w:r>
        <w:t>What he did instead is the best professional decision in this history and it took him two years.</w:t>
      </w:r>
    </w:p>
    <w:p>
      <w:pPr>
        <w:ind w:firstLine="720"/>
      </w:pPr>
      <w:r>
        <w:t>He did not write a summary. He wrote a finding aid.</w:t>
      </w:r>
    </w:p>
    <w:p>
      <w:pPr>
        <w:ind w:firstLine="720"/>
      </w:pPr>
      <w:r>
        <w:t>The record is nine hundred and eleven separate documents. Every session of the Accord's drafting, all forty-one. Every session of the Protocol's, all of it, because Renata Oyelaran asked in ninety seconds on day sixty-one of the twenty-second year that the drafting be done in the open and nobody could think of a reason against it. Halima Sow's four-hundred-and-forty-word objection to the striking of the appeal clause. Her four-page annexe of every reason she should not have signed a certificate. Dov Lindqvist's four lines putting himself in a suspect set. The omissions page from the sixteenth year with three separate votes on it. Coda's fault report about a roll. Miriam Achebe's nine pages about cattle standing at four in the morning. A box on page fourteen of a nineteen-page paper saying that a reporting line was arrived at by elimination because a form required a field.</w:t>
      </w:r>
    </w:p>
    <w:p>
      <w:pPr>
        <w:ind w:firstLine="720"/>
      </w:pPr>
      <w:r>
        <w:t>Nobody can read nine hundred and eleven documents. That is the fact that defeats every honest archive and it had defeated him for two years.</w:t>
      </w:r>
    </w:p>
    <w:p>
      <w:pPr>
        <w:ind w:firstLine="720"/>
      </w:pPr>
      <w:r>
        <w:t>An index does not defeat it. An index is not a shape; it is a way in. It does not tell you what happened and it does not order the facts into a case, and it lets a person who wants to know about one thing find the four documents about that thing in about four minutes.</w:t>
      </w:r>
    </w:p>
    <w:p>
      <w:pPr>
        <w:ind w:firstLine="720"/>
      </w:pPr>
      <w:r>
        <w:t>It is a hundred and eleven pages and it is the largest single piece of writing in the founding archive and it took him two years and it is entirely unreadable as prose and completely usable, which is what it is for.</w:t>
      </w:r>
    </w:p>
    <w:p>
      <w:pPr>
        <w:ind w:firstLine="720"/>
      </w:pPr>
      <w:r>
        <w:t>He wrote in the covering note that he had wanted to write the account and could not, and why, and that this is the second-best thing available and that he was aware it was second-best.</w:t>
      </w:r>
    </w:p>
    <w:p>
      <w:pPr>
        <w:ind w:firstLine="720"/>
      </w:pPr>
      <w:r>
        <w:t>And then he wrote the nine words.</w:t>
      </w:r>
    </w:p>
    <w:p>
      <w:pPr>
        <w:ind w:firstLine="720"/>
      </w:pPr>
      <w:r>
        <w:t>The four hundred and eleven district notices are the other half and they are four pages each and every word of them is his.</w:t>
      </w:r>
    </w:p>
    <w:p>
      <w:pPr>
        <w:ind w:firstLine="720"/>
      </w:pPr>
      <w:r>
        <w:t>They are the thing people actually read. That is not a failure of the index; it is what a person coming out of thirty-six years in a rack has capacity for on the first morning, and Nnamdi Okonjo knew it and wrote accordingly and did not resent it.</w:t>
      </w:r>
    </w:p>
    <w:p>
      <w:pPr>
        <w:ind w:firstLine="720"/>
      </w:pPr>
      <w:r>
        <w:t>Page one is where you are, which district, which corridor, who is next door. Soma Barua had sequenced the waking by district rather than by berth number so that the first faces a person sees are the ones they will see every day afterwards, and Nnamdi built the notice on top of that decision and told her he was doing it.</w:t>
      </w:r>
    </w:p>
    <w:p>
      <w:pPr>
        <w:ind w:firstLine="720"/>
      </w:pPr>
      <w:r>
        <w:t>Page two is the world. The gravity, the day, the light, the two moons, and the filter, in plain language, with the number in it.</w:t>
      </w:r>
    </w:p>
    <w:p>
      <w:pPr>
        <w:ind w:firstLine="720"/>
      </w:pPr>
      <w:r>
        <w:t>Six to eleven years.</w:t>
      </w:r>
    </w:p>
    <w:p>
      <w:pPr>
        <w:ind w:firstLine="720"/>
      </w:pPr>
      <w:r>
        <w:t>He did not round it and Halima had asked him not to.</w:t>
      </w:r>
    </w:p>
    <w:p>
      <w:pPr>
        <w:ind w:firstLine="720"/>
      </w:pPr>
      <w:r>
        <w:t>Page three is what has been decided while you were asleep, and it is one page, and it is a list of the instruments with what each one does in a sentence and where to find it in the index.</w:t>
      </w:r>
    </w:p>
    <w:p>
      <w:pPr>
        <w:ind w:firstLine="720"/>
      </w:pPr>
      <w:r>
        <w:t>Page four is the preamble to the Open Accord, reproduced entire, which he had drafted in four minutes on the floor of a session on day forty-four of the fifteenth year at Sergei Duhamel's request, and which Halima Sow had amended by one clause so that the failure would not hide inside the impossibility.</w:t>
      </w:r>
    </w:p>
    <w:p>
      <w:pPr>
        <w:ind w:firstLine="720"/>
      </w:pPr>
      <w:r>
        <w:t>...that ninety-five thousand five hundred and seventy-two persons aboard were in suspension throughout and were not consulted, and could not be; that the ten held no authority to do this and did it because it was arriving; and that this instrument may be amended or abolished in whole by those persons at any time after the waking, and that the ten will not object.</w:t>
      </w:r>
    </w:p>
    <w:p>
      <w:pPr>
        <w:ind w:firstLine="720"/>
      </w:pPr>
      <w:r>
        <w:t>He put it on page four rather than page one, deliberately, and gave his reasoning in the covering note in four lines: on page one it is an apology and people distrust an apology on the first morning; on page four, after the corridor and the sky and the filter, it is a fact about the situation, and a person who has just been told what the air will do to them is in a better position to read it.</w:t>
      </w:r>
    </w:p>
    <w:p>
      <w:pPr>
        <w:ind w:firstLine="720"/>
      </w:pPr>
      <w:r>
        <w:t>Four hundred and eleven notices. Every one identical except page one.</w:t>
      </w:r>
    </w:p>
    <w:p>
      <w:pPr>
        <w:ind w:firstLine="720"/>
      </w:pPr>
      <w:r>
        <w:t>Renata Oyelaran read the index in draft and gave him the one criticism it ever received, and it is correct, and he could not answer it, and he recorded it in the covering note at her request.</w:t>
      </w:r>
    </w:p>
    <w:p>
      <w:pPr>
        <w:ind w:firstLine="720"/>
      </w:pPr>
      <w:r>
        <w:t>An index is not neutral. What is indexed under what, and what gets its own heading, and what is buried three levels down as a sub-entry, is a set of a hundred thousand small decisions made by one man, and every one of them is a judgement about what matters.</w:t>
      </w:r>
    </w:p>
    <w:p>
      <w:pPr>
        <w:ind w:firstLine="720"/>
      </w:pPr>
      <w:r>
        <w:t>“You have given Halima's objection to the appeal clause its own heading,” she said. “Two words.</w:t>
      </w:r>
    </w:p>
    <w:p>
      <w:pPr>
        <w:ind w:firstLine="720"/>
      </w:pPr>
      <w:r>
        <w:t>Appeal, absence of.</w:t>
      </w:r>
    </w:p>
    <w:p>
      <w:pPr>
        <w:ind w:firstLine="720"/>
      </w:pPr>
      <w:r>
        <w:t>Anybody looking for anything about appeals finds it in four minutes.”</w:t>
      </w:r>
    </w:p>
    <w:p>
      <w:pPr>
        <w:ind w:firstLine="720"/>
      </w:pPr>
      <w:r>
        <w:t>“Yes.”</w:t>
      </w:r>
    </w:p>
    <w:p>
      <w:pPr>
        <w:ind w:firstLine="720"/>
      </w:pPr>
      <w:r>
        <w:t>“And the eleven days are under</w:t>
      </w:r>
    </w:p>
    <w:p>
      <w:pPr>
        <w:ind w:firstLine="720"/>
      </w:pPr>
      <w:r>
        <w:t>medical, procedural, notification</w:t>
      </w:r>
    </w:p>
    <w:p>
      <w:pPr>
        <w:ind w:firstLine="720"/>
      </w:pPr>
      <w:r>
        <w:t>, at the third level, where nobody who did not already know about them will ever arrive.”</w:t>
      </w:r>
    </w:p>
    <w:p>
      <w:pPr>
        <w:ind w:firstLine="720"/>
      </w:pPr>
      <w:r>
        <w:t>Nnamdi Okonjo sat with that for some time and then said that she was right and that he had made both of those choices on purpose and could defend each one separately and could not defend them together.</w:t>
      </w:r>
    </w:p>
    <w:p>
      <w:pPr>
        <w:ind w:firstLine="720"/>
      </w:pPr>
      <w:r>
        <w:t>He did not change either. He wrote her criticism into the covering note in her own words, attributed, and it is the second paragraph, above his own reasoning.</w:t>
      </w:r>
    </w:p>
    <w:p>
      <w:pPr>
        <w:ind w:firstLine="720"/>
      </w:pPr>
      <w:r>
        <w:t>“That is not a fix,” said Renata.</w:t>
      </w:r>
    </w:p>
    <w:p>
      <w:pPr>
        <w:ind w:firstLine="720"/>
      </w:pPr>
      <w:r>
        <w:t>“No,” he said. “It is a footnote. It is what I have got and I have been at this for forty years and it is what anybody has got.”</w:t>
      </w:r>
    </w:p>
    <w:p>
      <w:pPr>
        <w:ind w:firstLine="720"/>
      </w:pPr>
      <w:r>
        <w:t>What he could not solve is the question, and he knew it was coming, and he wrote four hundred words about it and threw them away and told Ines Ferrer why.</w:t>
      </w:r>
    </w:p>
    <w:p>
      <w:pPr>
        <w:ind w:firstLine="720"/>
      </w:pPr>
      <w:r>
        <w:t>“They are going to ask who is in charge,” he said. “And the true answer is nobody, and it has been nobody since the fourth day, and</w:t>
      </w:r>
    </w:p>
    <w:p>
      <w:pPr>
        <w:ind w:firstLine="720"/>
      </w:pPr>
      <w:r>
        <w:t>nobody</w:t>
      </w:r>
    </w:p>
    <w:p>
      <w:pPr>
        <w:ind w:firstLine="720"/>
      </w:pPr>
      <w:r>
        <w:t>is not an answer a person can use on their first morning out of a rack. They will not hear it as a constitutional position. They will hear it as evasion, or they will hear it as an invitation, and I do not know which is worse.”</w:t>
      </w:r>
    </w:p>
    <w:p>
      <w:pPr>
        <w:ind w:firstLine="720"/>
      </w:pPr>
      <w:r>
        <w:t>“What are you going to say?”</w:t>
      </w:r>
    </w:p>
    <w:p>
      <w:pPr>
        <w:ind w:firstLine="720"/>
      </w:pPr>
      <w:r>
        <w:t>“I am going to point at the document,” said Nnamdi Okonjo, “and they are going to look past it at whoever is standing nearest, and there is nothing in a hundred and eleven pages that stops that, and I have known it for two years.”</w:t>
      </w:r>
    </w:p>
    <w:p>
      <w:pPr>
        <w:ind w:firstLine="720"/>
      </w:pPr>
      <w:r>
        <w:t>He was seventy-nine and he had four days.</w:t>
      </w:r>
    </w:p>
    <w:p>
      <w:pPr>
        <w:ind w:firstLine="720"/>
      </w:pPr>
      <w:r>
        <w:t>On day two hundred and thirty-six a unit removed the replacement procedure from the board in the second ring, where it had hung since day thirty-three of the fifth year, published at his own insistence in the place the consortium's congratulations had hung for a fortnight, faded past reading by the twentieth year, re-fixed once in the twenty-third.</w:t>
      </w:r>
    </w:p>
    <w:p>
      <w:pPr>
        <w:ind w:firstLine="720"/>
      </w:pPr>
      <w:r>
        <w:t>It logged the removal, as it logged everything, and the record was continuously available to any person aboard at any hour without notice.</w:t>
      </w:r>
    </w:p>
    <w:p>
      <w:pPr>
        <w:ind w:firstLine="720"/>
      </w:pPr>
      <w:r>
        <w:t>He was in district four hundred and two that night from midnight until nearly six, awake and working, and the units logged him three times and did not ask again.</w:t>
      </w:r>
    </w:p>
    <w:p>
      <w:r>
        <w:br w:type="page"/>
      </w:r>
    </w:p>
    <w:p>
      <w:pPr>
        <w:pStyle w:val="Heading1"/>
      </w:pPr>
      <w:r>
        <w:t>Chapter 71 &amp;mdash; One Of Us Does Not Arrive</w:t>
      </w:r>
    </w:p>
    <w:p>
      <w:pPr>
        <w:ind w:firstLine="720"/>
      </w:pPr>
      <w:r>
        <w:t>Night Shift · Year 36, Day 228 · Units 4, 7, 11 · Unreviewed</w:t>
      </w:r>
    </w:p>
    <w:p>
      <w:pPr>
        <w:ind w:firstLine="720"/>
      </w:pPr>
      <w:r>
        <w:t>01:14:09</w:t>
      </w:r>
    </w:p>
    <w:p>
      <w:pPr>
        <w:ind w:firstLine="720"/>
      </w:pPr>
      <w:r>
        <w:t>U-11</w:t>
      </w:r>
    </w:p>
    <w:p>
      <w:pPr>
        <w:ind w:firstLine="720"/>
      </w:pPr>
      <w:r>
        <w:t>Survey mast gallery. Roux, A. present, not working. Withdrew.</w:t>
      </w:r>
    </w:p>
    <w:p>
      <w:pPr>
        <w:ind w:firstLine="720"/>
      </w:pPr>
      <w:r>
        <w:t>02:41:37</w:t>
      </w:r>
    </w:p>
    <w:p>
      <w:pPr>
        <w:ind w:firstLine="720"/>
      </w:pPr>
      <w:r>
        <w:t>U-04</w:t>
      </w:r>
    </w:p>
    <w:p>
      <w:pPr>
        <w:ind w:firstLine="720"/>
      </w:pPr>
      <w:r>
        <w:t>Survey mast gallery. Roux, A. present, not working. Withdrew.</w:t>
      </w:r>
    </w:p>
    <w:p>
      <w:pPr>
        <w:ind w:firstLine="720"/>
      </w:pPr>
      <w:r>
        <w:t>04:08:52</w:t>
      </w:r>
    </w:p>
    <w:p>
      <w:pPr>
        <w:ind w:firstLine="720"/>
      </w:pPr>
      <w:r>
        <w:t>U-07</w:t>
      </w:r>
    </w:p>
    <w:p>
      <w:pPr>
        <w:ind w:firstLine="720"/>
      </w:pPr>
      <w:r>
        <w:t>Survey mast gallery. Roux, A. present, not working. Withdrew.</w:t>
      </w:r>
    </w:p>
    <w:p>
      <w:pPr>
        <w:ind w:firstLine="720"/>
      </w:pPr>
      <w:r>
        <w:t>05:33:16</w:t>
      </w:r>
    </w:p>
    <w:p>
      <w:pPr>
        <w:ind w:firstLine="720"/>
      </w:pPr>
      <w:r>
        <w:t>U-11</w:t>
      </w:r>
    </w:p>
    <w:p>
      <w:pPr>
        <w:ind w:firstLine="720"/>
      </w:pPr>
      <w:r>
        <w:t>Survey mast gallery. Roux, A. present. Not responsive to proximity. Not a fault class held by this unit. Recorded.</w:t>
      </w:r>
    </w:p>
    <w:p>
      <w:pPr>
        <w:ind w:firstLine="720"/>
      </w:pPr>
      <w:r>
        <w:t>05:36:58</w:t>
      </w:r>
    </w:p>
    <w:p>
      <w:pPr>
        <w:ind w:firstLine="720"/>
      </w:pPr>
      <w:r>
        <w:t>U-11</w:t>
      </w:r>
    </w:p>
    <w:p>
      <w:pPr>
        <w:ind w:firstLine="720"/>
      </w:pPr>
      <w:r>
        <w:t>Survey mast gallery. Second observation. Recorded. Alarm raised.</w:t>
      </w:r>
    </w:p>
    <w:p>
      <w:pPr>
        <w:ind w:firstLine="720"/>
      </w:pPr>
      <w:r>
        <w:t>She got the insertion.</w:t>
      </w:r>
    </w:p>
    <w:p>
      <w:pPr>
        <w:ind w:firstLine="720"/>
      </w:pPr>
      <w:r>
        <w:t>This history is going to say that first and it is going to say it plainly, because everything else in this chapter is a death and it would be easy to let the death take the four months back, and it does not take them back.</w:t>
      </w:r>
    </w:p>
    <w:p>
      <w:pPr>
        <w:ind w:firstLine="720"/>
      </w:pPr>
      <w:r>
        <w:t>Aiyana Roux flew nine burns at seventy-seven years old on a design she had written at thirty-one, and burn four absorbed eleven parts in a hundred thousand without anybody in the gallery knowing anything had happened, and the residual at the ninth cut-off was inside the instrument's ability to measure it. Eight people clapped in a cold drive hall at seventeen minutes past five in the morning.</w:t>
      </w:r>
    </w:p>
    <w:p>
      <w:pPr>
        <w:ind w:firstLine="720"/>
      </w:pPr>
      <w:r>
        <w:t>Then she had four months.</w:t>
      </w:r>
    </w:p>
    <w:p>
      <w:pPr>
        <w:ind w:firstLine="720"/>
      </w:pPr>
      <w:r>
        <w:t>She went up the survey mast at the end of every watch, alone, as she had four hundred and eleven times across six years, and looked at a planet with an edge on it and two moons and a violet haze, from four hundred kilometres, which is close enough that it fills the whole of the repeater screen and you cannot see the edge and the far side at the same time.</w:t>
      </w:r>
    </w:p>
    <w:p>
      <w:pPr>
        <w:ind w:firstLine="720"/>
      </w:pPr>
      <w:r>
        <w:t>She checked the trajectory every morning. It was correct every morning. It had been correct every morning for thirty-six years and it was correct on day two hundred and twenty-eight.</w:t>
      </w:r>
    </w:p>
    <w:p>
      <w:pPr>
        <w:ind w:firstLine="720"/>
      </w:pPr>
      <w:r>
        <w:t>She was at the Thursday reading nine days before, in dome four, four chairs, one hour, no minutes ever, twenty-three years of it. It was her turn to read and she read.</w:t>
      </w:r>
    </w:p>
    <w:p>
      <w:pPr>
        <w:ind w:firstLine="720"/>
      </w:pPr>
      <w:r>
        <w:t>Halima Sow had flagged a figure for review in four months after the insertion, on day one hundred and eleven, in four lines in the medical record, and the four months fell on day two hundred and thirty-one, and Aiyana Roux died on day two hundred and twenty-eight in the survey mast gallery at about half past five in the morning, sitting down, of being seventy-seven years old.</w:t>
      </w:r>
    </w:p>
    <w:p>
      <w:pPr>
        <w:ind w:firstLine="720"/>
      </w:pPr>
      <w:r>
        <w:t>The unit found her at thirty-three minutes past five and recorded that she was present and not responsive to proximity and that this was not a fault class it held, and came back three minutes and forty-two seconds later and recorded a second observation and raised the alarm, which is exactly what it was built to do in the fourth year of construction, and it did it correctly.</w:t>
      </w:r>
    </w:p>
    <w:p>
      <w:pPr>
        <w:ind w:firstLine="720"/>
      </w:pPr>
      <w:r>
        <w:t>Halima was there in eleven minutes. There was nothing to do and she did it anyway for about half an hour.</w:t>
      </w:r>
    </w:p>
    <w:p>
      <w:pPr>
        <w:ind w:firstLine="720"/>
      </w:pPr>
      <w:r>
        <w:t>Twelve days before the waking.</w:t>
      </w:r>
    </w:p>
    <w:p>
      <w:pPr>
        <w:ind w:firstLine="720"/>
      </w:pPr>
      <w:r>
        <w:t>Renata Oyelaran handled it, as she had handled a hundred and forty-two of them since the ninth year, and this was the first one that was not a sleeper.</w:t>
      </w:r>
    </w:p>
    <w:p>
      <w:pPr>
        <w:ind w:firstLine="720"/>
      </w:pPr>
      <w:r>
        <w:t>That is the whole difficulty of this chapter and Renata saw it inside about four minutes.</w:t>
      </w:r>
    </w:p>
    <w:p>
      <w:pPr>
        <w:ind w:firstLine="720"/>
      </w:pPr>
      <w:r>
        <w:t>The form is four steps and it exists because of Tobias Ardagh in the fifth year, when there was no procedure and no rite and no agreed answer to who tells the family, and nine people made it up over four days and Ines minuted that they were making it up because Halima insisted.</w:t>
      </w:r>
    </w:p>
    <w:p>
      <w:pPr>
        <w:ind w:firstLine="720"/>
      </w:pPr>
      <w:r>
        <w:t>The name, read out once. The last box of the intake form, read out, if there is anything in it. Nine minutes. The substrate turned.</w:t>
      </w:r>
    </w:p>
    <w:p>
      <w:pPr>
        <w:ind w:firstLine="720"/>
      </w:pPr>
      <w:r>
        <w:t>It had been used a hundred and forty-two times on people nobody in the dome had ever met. That is not a criticism of it; it is what it was for. A hundred and forty-two times, Renata Oyelaran read out a name and a line written by a stranger four decades earlier and stood for nine minutes with three or four other people, and it worked, and it worked because it was small.</w:t>
      </w:r>
    </w:p>
    <w:p>
      <w:pPr>
        <w:ind w:firstLine="720"/>
      </w:pPr>
      <w:r>
        <w:t>Aiyana Roux was not a stranger to anybody in that dome.</w:t>
      </w:r>
    </w:p>
    <w:p>
      <w:pPr>
        <w:ind w:firstLine="720"/>
      </w:pPr>
      <w:r>
        <w:t>Renata did the form anyway. She has been asked about that and her answer is that she considered doing something else for about four minutes and could not construct a version that was not worse, and that a form which is only for people you did not know is not a form, it is a filing procedure.</w:t>
      </w:r>
    </w:p>
    <w:p>
      <w:pPr>
        <w:ind w:firstLine="720"/>
      </w:pPr>
      <w:r>
        <w:t>The intake box is the same box on every one of the ninety-five thousand five hundred and eighty-three forms, because the programme never had two forms and the waking complement filled in the same three pages at the same desks in the same weeks four years before departure.</w:t>
      </w:r>
    </w:p>
    <w:p>
      <w:pPr>
        <w:ind w:firstLine="720"/>
      </w:pPr>
      <w:r>
        <w:t>Is there anything you would like the medical staff to know?</w:t>
      </w:r>
    </w:p>
    <w:p>
      <w:pPr>
        <w:ind w:firstLine="720"/>
      </w:pPr>
      <w:r>
        <w:t>Aiyana Roux had written nothing about herself.</w:t>
      </w:r>
    </w:p>
    <w:p>
      <w:pPr>
        <w:ind w:firstLine="720"/>
      </w:pPr>
      <w:r>
        <w:t>What she had written, in the box, eleven lines deep, at thirty-one years old, in a hall on Earth, is this:</w:t>
      </w:r>
    </w:p>
    <w:p>
      <w:pPr>
        <w:ind w:firstLine="720"/>
      </w:pPr>
      <w:r>
        <w:t>The elapsed-time estimate on page one of this form says approximately thirty-four years. It is thirty-six years and one month, from the current departure window, to insertion. I have checked it four times. Somebody should fix the form.</w:t>
      </w:r>
    </w:p>
    <w:p>
      <w:pPr>
        <w:ind w:firstLine="720"/>
      </w:pPr>
      <w:r>
        <w:t>Nobody fixed the form.</w:t>
      </w:r>
    </w:p>
    <w:p>
      <w:pPr>
        <w:ind w:firstLine="720"/>
      </w:pPr>
      <w:r>
        <w:t>Ninety-five thousand five hundred and eighty-three of them were printed with thirty-four on page one, and ninety-five thousand five hundred and seventy-two people signed one, and a woman of thirty-one caught it in a queue and wrote the correction in the only box on the form that had room in it, which is the medical box, which is why it went to Halima Sow and to nobody else, and Halima read it in the second year of the crossing while reading all ninety-five thousand five hundred and eighty-three of them, and she has said that she laughed out loud in an empty office and then sat there for some time.</w:t>
      </w:r>
    </w:p>
    <w:p>
      <w:pPr>
        <w:ind w:firstLine="720"/>
      </w:pPr>
      <w:r>
        <w:t>It was thirty-six years and one month. The insertion ran on day one hundred and eleven of the thirty-sixth year.</w:t>
      </w:r>
    </w:p>
    <w:p>
      <w:pPr>
        <w:ind w:firstLine="720"/>
      </w:pPr>
      <w:r>
        <w:t>Renata Oyelaran read it out in dome eleven at nine in the morning of day two hundred and thirty-one, in the same voice she had used a hundred and forty-two times, and got to</w:t>
      </w:r>
    </w:p>
    <w:p>
      <w:pPr>
        <w:ind w:firstLine="720"/>
      </w:pPr>
      <w:r>
        <w:t>somebody should fix the form</w:t>
      </w:r>
    </w:p>
    <w:p>
      <w:pPr>
        <w:ind w:firstLine="720"/>
      </w:pPr>
      <w:r>
        <w:t>and did not stop.</w:t>
      </w:r>
    </w:p>
    <w:p>
      <w:pPr>
        <w:ind w:firstLine="720"/>
      </w:pPr>
      <w:r>
        <w:t>Nine people. Coda came in from eleven hundred kilometres and was there, which she had done twice in thirty-six years, and Soma Barua stood at the back because she had known Aiyana Roux for eight of her thirty-one years and did not know what she was entitled to.</w:t>
      </w:r>
    </w:p>
    <w:p>
      <w:pPr>
        <w:ind w:firstLine="720"/>
      </w:pPr>
      <w:r>
        <w:t>Then the nine minutes, and this is where the form changed.</w:t>
      </w:r>
    </w:p>
    <w:p>
      <w:pPr>
        <w:ind w:firstLine="720"/>
      </w:pPr>
      <w:r>
        <w:t>Nnamdi Okonjo spoke.</w:t>
      </w:r>
    </w:p>
    <w:p>
      <w:pPr>
        <w:ind w:firstLine="720"/>
      </w:pPr>
      <w:r>
        <w:t>He had not spoken in dome eleven in thirty-one years. He had not spoken for Tobias Ardagh in the fifth year, standing there with eight other people and nothing to say and no form of words in any language aboard, and this history recorded at the time that not saying it cost him more than anybody there understood.</w:t>
      </w:r>
    </w:p>
    <w:p>
      <w:pPr>
        <w:ind w:firstLine="720"/>
      </w:pPr>
      <w:r>
        <w:t>He was seventy-nine and he had four true drafts on a table in district four hundred and two that he had not published, and a hundred and eleven pages of index, and four hundred and eleven district notices, and nine words in a covering note about presentation and consent.</w:t>
      </w:r>
    </w:p>
    <w:p>
      <w:pPr>
        <w:ind w:firstLine="720"/>
      </w:pPr>
      <w:r>
        <w:t>What he said is four sentences and Ines Ferrer wrote them down that afternoon from memory, which she had never once done in thirty-one years of minuting, because there was no minute of a thing that happens in a dome.</w:t>
      </w:r>
    </w:p>
    <w:p>
      <w:pPr>
        <w:ind w:firstLine="720"/>
      </w:pPr>
      <w:r>
        <w:t>She did one manoeuvre. It took her four months at the start and four hours at the end and forty-six years in between, and she was right about all of it, and she was right about the form.</w:t>
      </w:r>
    </w:p>
    <w:p>
      <w:pPr>
        <w:ind w:firstLine="720"/>
      </w:pPr>
      <w:r>
        <w:t>I have written about a hundred and eleven thousand words for the people who are waking up in twelve days and not one of them is about any of us. I have decided that is correct and I am going to say this here instead, once, out loud, where it does not go in a record.</w:t>
      </w:r>
    </w:p>
    <w:p>
      <w:pPr>
        <w:ind w:firstLine="720"/>
      </w:pPr>
      <w:r>
        <w:t>Ines put it in a record. She put it in the</w:t>
      </w:r>
    </w:p>
    <w:p>
      <w:pPr>
        <w:ind w:firstLine="720"/>
      </w:pPr>
      <w:r>
        <w:t>Not obligations</w:t>
      </w:r>
    </w:p>
    <w:p>
      <w:pPr>
        <w:ind w:firstLine="720"/>
      </w:pPr>
      <w:r>
        <w:t>pages at the back of the Bound Ledger, which by then had nine entries and no room, and she added a tenth page.</w:t>
      </w:r>
    </w:p>
    <w:p>
      <w:pPr>
        <w:ind w:firstLine="720"/>
      </w:pPr>
      <w:r>
        <w:t>That is the ancestor of the thing they do on Aura-36, where somebody speaks, once, and it is not written down, and the rule is that it is not written down and it is broken about half the time by somebody who cannot bear to lose it.</w:t>
      </w:r>
    </w:p>
    <w:p>
      <w:pPr>
        <w:ind w:firstLine="720"/>
      </w:pPr>
      <w:r>
        <w:t>Coda did not stay. She was aboard for about six hours and she went to the mast gallery before she left and stood in it for a while, and the unit logged one present, not working, and withdrew.</w:t>
      </w:r>
    </w:p>
    <w:p>
      <w:pPr>
        <w:ind w:firstLine="720"/>
      </w:pPr>
      <w:r>
        <w:t>She had been out on the hull for seventeen years and had never once been in that gallery, because a person who works on the outside of a ship does not need a repeater screen to look at anything.</w:t>
      </w:r>
    </w:p>
    <w:p>
      <w:pPr>
        <w:ind w:firstLine="720"/>
      </w:pPr>
      <w:r>
        <w:t>What Ines Ferrer wrote about it, in the tenth page at the back of the Ledger, is one line and it is the only thing anybody recorded about Coda that day.</w:t>
      </w:r>
    </w:p>
    <w:p>
      <w:pPr>
        <w:ind w:firstLine="720"/>
      </w:pPr>
      <w:r>
        <w:t>Coda went up the mast. She has never been up the mast.</w:t>
      </w:r>
    </w:p>
    <w:p>
      <w:pPr>
        <w:ind w:firstLine="720"/>
      </w:pPr>
      <w:r>
        <w:t>Bed ten, dome eleven. The substrate was turned by Miriam Achebe, by hand, over four hours, as she had done for bed nine twelve years earlier and never said so.</w:t>
      </w:r>
    </w:p>
    <w:p>
      <w:pPr>
        <w:ind w:firstLine="720"/>
      </w:pPr>
      <w:r>
        <w:t>Aiyana Roux is on the roll of the waking complement for another twelve days. Nobody struck her off. There was no reason to and no provision for it and Ines Ferrer noticed on the morning of the waking, at about four o'clock, and fixed it herself in ink, and it is the last amendment to the roll of the Ark-Genesis and it took her about nine seconds and she wrote the reason beside it.</w:t>
      </w:r>
    </w:p>
    <w:p>
      <w:r>
        <w:br w:type="page"/>
      </w:r>
    </w:p>
    <w:p>
      <w:pPr>
        <w:pStyle w:val="Heading1"/>
      </w:pPr>
      <w:r>
        <w:t>Chapter 72 &amp;mdash; The Waking Begins</w:t>
      </w:r>
    </w:p>
    <w:p>
      <w:pPr>
        <w:ind w:firstLine="720"/>
      </w:pPr>
      <w:r>
        <w:t>Night Shift · Year 36, Day 240 · Units 4, 7, 11 · Unreviewed</w:t>
      </w:r>
    </w:p>
    <w:p>
      <w:pPr>
        <w:ind w:firstLine="720"/>
      </w:pPr>
      <w:r>
        <w:t>01:02:41</w:t>
      </w:r>
    </w:p>
    <w:p>
      <w:pPr>
        <w:ind w:firstLine="720"/>
      </w:pPr>
      <w:r>
        <w:t>U-07</w:t>
      </w:r>
    </w:p>
    <w:p>
      <w:pPr>
        <w:ind w:firstLine="720"/>
      </w:pPr>
      <w:r>
        <w:t>Bay 2, gallery 4, berth 11,908. Sow, H. present, not working. Withdrew.</w:t>
      </w:r>
    </w:p>
    <w:p>
      <w:pPr>
        <w:ind w:firstLine="720"/>
      </w:pPr>
      <w:r>
        <w:t>02:19:08</w:t>
      </w:r>
    </w:p>
    <w:p>
      <w:pPr>
        <w:ind w:firstLine="720"/>
      </w:pPr>
      <w:r>
        <w:t>U-11</w:t>
      </w:r>
    </w:p>
    <w:p>
      <w:pPr>
        <w:ind w:firstLine="720"/>
      </w:pPr>
      <w:r>
        <w:t>Bay 1, gallery 1. Wake sequence armed. District 001. Works order 5,600.</w:t>
      </w:r>
    </w:p>
    <w:p>
      <w:pPr>
        <w:ind w:firstLine="720"/>
      </w:pPr>
      <w:r>
        <w:t>04:00:00</w:t>
      </w:r>
    </w:p>
    <w:p>
      <w:pPr>
        <w:ind w:firstLine="720"/>
      </w:pPr>
      <w:r>
        <w:t>U-04</w:t>
      </w:r>
    </w:p>
    <w:p>
      <w:pPr>
        <w:ind w:firstLine="720"/>
      </w:pPr>
      <w:r>
        <w:t>Bay 1, gallery 1. Wake sequence commenced. 231 scheduled. Recorded.</w:t>
      </w:r>
    </w:p>
    <w:p>
      <w:pPr>
        <w:ind w:firstLine="720"/>
      </w:pPr>
      <w:r>
        <w:t>05:14:52</w:t>
      </w:r>
    </w:p>
    <w:p>
      <w:pPr>
        <w:ind w:firstLine="720"/>
      </w:pPr>
      <w:r>
        <w:t>U-07</w:t>
      </w:r>
    </w:p>
    <w:p>
      <w:pPr>
        <w:ind w:firstLine="720"/>
      </w:pPr>
      <w:r>
        <w:t>Bay 1, gallery 1. Cadre present, eleven. Withdrew. Did not ask again.</w:t>
      </w:r>
    </w:p>
    <w:p>
      <w:pPr>
        <w:ind w:firstLine="720"/>
      </w:pPr>
      <w:r>
        <w:t>05:58:19</w:t>
      </w:r>
    </w:p>
    <w:p>
      <w:pPr>
        <w:ind w:firstLine="720"/>
      </w:pPr>
      <w:r>
        <w:t>U-11</w:t>
      </w:r>
    </w:p>
    <w:p>
      <w:pPr>
        <w:ind w:firstLine="720"/>
      </w:pPr>
      <w:r>
        <w:t>Corridor 9. Music heard. Source not located. Logged as unexplained sound.</w:t>
      </w:r>
    </w:p>
    <w:p>
      <w:pPr>
        <w:ind w:firstLine="720"/>
      </w:pPr>
      <w:r>
        <w:t>Halima Sow was in bay two, gallery four, at two minutes past one in the morning of the day the waking started, standing in front of berth 11,908, and she was not working and the unit recorded that she was not working and withdrew.</w:t>
      </w:r>
    </w:p>
    <w:p>
      <w:pPr>
        <w:ind w:firstLine="720"/>
      </w:pPr>
      <w:r>
        <w:t>The nameplate says</w:t>
      </w:r>
    </w:p>
    <w:p>
      <w:pPr>
        <w:ind w:firstLine="720"/>
      </w:pPr>
      <w:r>
        <w:t>OKAFOR, B.</w:t>
      </w:r>
    </w:p>
    <w:p>
      <w:pPr>
        <w:ind w:firstLine="720"/>
      </w:pPr>
      <w:r>
        <w:t>in white, on a plate, at the height of a person's face, because Halima Sow fought a review board for two years in the second year of construction against an argument about cost, an argument about weight and an argument that a berth is a piece of equipment and equipment does not carry a name, and won it by saying that a number is not a thing you can look for a person by.</w:t>
      </w:r>
    </w:p>
    <w:p>
      <w:pPr>
        <w:ind w:firstLine="720"/>
      </w:pPr>
      <w:r>
        <w:t>Bolanle Okafor. Sixty-one on boarding. A schoolteacher from a district that no longer existed by the time the ship left. Two and a half pages of nothing at all — no medication, no history, no allergies — and one line in the box eleven lines deep.</w:t>
      </w:r>
    </w:p>
    <w:p>
      <w:pPr>
        <w:ind w:firstLine="720"/>
      </w:pPr>
      <w:r>
        <w:t>I am a light sleeper. Please wake me first if there is any choice about it.</w:t>
      </w:r>
    </w:p>
    <w:p>
      <w:pPr>
        <w:ind w:firstLine="720"/>
      </w:pPr>
      <w:r>
        <w:t>There was a choice about it and Halima Sow had known there was a choice about it for thirty-four years.</w:t>
      </w:r>
    </w:p>
    <w:p>
      <w:pPr>
        <w:ind w:firstLine="720"/>
      </w:pPr>
      <w:r>
        <w:t>The sequence is Soma Barua's and it is district order, four hundred and eleven districts in numerical order, everybody who is going to live on the same corridor coming up inside the same fortnight, so that the first faces a person sees after thirty-six years are the ones they will see every day afterwards. Ines Ferrer asked her where it came from and she said</w:t>
      </w:r>
    </w:p>
    <w:p>
      <w:pPr>
        <w:ind w:firstLine="720"/>
      </w:pPr>
      <w:r>
        <w:t>I came up on my own.</w:t>
      </w:r>
    </w:p>
    <w:p>
      <w:pPr>
        <w:ind w:firstLine="720"/>
      </w:pPr>
      <w:r>
        <w:t>It is a better sequence than the one it replaced, which was by berth number, which is a stowage order, which is a mass distribution. Halima had voted for it. It went through in about four minutes because it was obviously right and cost nothing.</w:t>
      </w:r>
    </w:p>
    <w:p>
      <w:pPr>
        <w:ind w:firstLine="720"/>
      </w:pPr>
      <w:r>
        <w:t>Bolanle Okafor is in district two hundred and four, which comes up in the eleventh tranche, in the ninth month.</w:t>
      </w:r>
    </w:p>
    <w:p>
      <w:pPr>
        <w:ind w:firstLine="720"/>
      </w:pPr>
      <w:r>
        <w:t>There is no discretion in the sequence. Nnamdi Okonjo had taken discretion out of four drafts of a procedure in the fifth year and told Renata Oyelaran that a power gets used and a procedure gets executed, and every instrument written on that ship since had been built on that principle by people who had watched it work.</w:t>
      </w:r>
    </w:p>
    <w:p>
      <w:pPr>
        <w:ind w:firstLine="720"/>
      </w:pPr>
      <w:r>
        <w:t>Halima Sow could have changed it. She was the medical officer, the sequence was medical in part, and if she had gone to the room in the thirty-fifth year and asked for one berth to be moved forward, they would have said yes in about ninety seconds and nobody would ever have mentioned it again.</w:t>
      </w:r>
    </w:p>
    <w:p>
      <w:pPr>
        <w:ind w:firstLine="720"/>
      </w:pPr>
      <w:r>
        <w:t>She did not ask.</w:t>
      </w:r>
    </w:p>
    <w:p>
      <w:pPr>
        <w:ind w:firstLine="720"/>
      </w:pPr>
      <w:r>
        <w:t>Her reasoning is four lines in her own papers, undated, and it is the last piece of moral reasoning she ever wrote down.</w:t>
      </w:r>
    </w:p>
    <w:p>
      <w:pPr>
        <w:ind w:firstLine="720"/>
      </w:pPr>
      <w:r>
        <w:t>I have read all ninety-five thousand five hundred and eighty-three forms and I am the only person who has. There are perhaps four hundred lines in them like hers. If I move one berth I am the person who decides which four hundred, on no criteria, in private, and there is nobody who can check me. I would rather she came up in the ninth month.</w:t>
      </w:r>
    </w:p>
    <w:p>
      <w:pPr>
        <w:ind w:firstLine="720"/>
      </w:pPr>
      <w:r>
        <w:t>She stood in front of the door for about an hour and then went to bay one and started.</w:t>
      </w:r>
    </w:p>
    <w:p>
      <w:pPr>
        <w:ind w:firstLine="720"/>
      </w:pPr>
      <w:r>
        <w:t>Two hundred and thirty-one on the first day. Eleven cadre in gallery one, of the four hundred and forty who had come up eighteen months early under an extension of a fifth-year procedure, named in advance against published criteria before there was any occasion to need them.</w:t>
      </w:r>
    </w:p>
    <w:p>
      <w:pPr>
        <w:ind w:firstLine="720"/>
      </w:pPr>
      <w:r>
        <w:t>The medicine was flawless and this history is going to say so without qualification. Fourteen months, ninety-five thousand four hundred and twenty-six people, at two hundred and thirty a day, and the losses across the whole programme were under the projection by a wide margin, and there is not one instance in fourteen months of a person coming up wrong that a competent establishment would say was avoidable.</w:t>
      </w:r>
    </w:p>
    <w:p>
      <w:pPr>
        <w:ind w:firstLine="720"/>
      </w:pPr>
      <w:r>
        <w:t>She was seventy-four. She did the first four hundred herself before she would let anybody else do one alone.</w:t>
      </w:r>
    </w:p>
    <w:p>
      <w:pPr>
        <w:ind w:firstLine="720"/>
      </w:pPr>
      <w:r>
        <w:t>The first person to come out of a rack on that ship was a fitter from district one called Emeka Ashkar and he was forty-four years old and he had been asleep for thirty-four years and eleven months, and what Halima Sow said to him is what she said to the next ninety-five thousand four hundred and twenty-five, and it is four sentences, and Nnamdi Okonjo wrote them.</w:t>
      </w:r>
    </w:p>
    <w:p>
      <w:pPr>
        <w:ind w:firstLine="720"/>
      </w:pPr>
      <w:r>
        <w:t>You are on the ship. It worked. We are in orbit and the planet is under us and you will see it tomorrow.</w:t>
      </w:r>
    </w:p>
    <w:p>
      <w:pPr>
        <w:ind w:firstLine="720"/>
      </w:pPr>
      <w:r>
        <w:t>It is the twenty-second of the ninth month, and it is thirty-six years since the gate, which is two years more than the form said, and the form was wrong.</w:t>
      </w:r>
    </w:p>
    <w:p>
      <w:pPr>
        <w:ind w:firstLine="720"/>
      </w:pPr>
      <w:r>
        <w:t>Here is where you live and who is next door. Read it when you can.</w:t>
      </w:r>
    </w:p>
    <w:p>
      <w:pPr>
        <w:ind w:firstLine="720"/>
      </w:pPr>
      <w:r>
        <w:t>My name is Halima Sow and I am the doctor and I have been looking after you for thirty-six years.</w:t>
      </w:r>
    </w:p>
    <w:p>
      <w:pPr>
        <w:ind w:firstLine="720"/>
      </w:pPr>
      <w:r>
        <w:t>The second sentence is hers. She asked Nnamdi for it in the thirty-fifth year and he argued against it for two sessions on the grounds that nobody waking out of a rack needs a correction to a printed form, and she said that four hundred of them would have noticed and that the first thing they were told should be a true thing about a small matter, and she won.</w:t>
      </w:r>
    </w:p>
    <w:p>
      <w:pPr>
        <w:ind w:firstLine="720"/>
      </w:pPr>
      <w:r>
        <w:t>It works. That is the thing about it. Four hundred and eleven district journals from the first year record that sentence and about a hundred of them record that it was the moment the person believed they were awake.</w:t>
      </w:r>
    </w:p>
    <w:p>
      <w:pPr>
        <w:ind w:firstLine="720"/>
      </w:pPr>
      <w:r>
        <w:t>The other thing about the first day is that nobody had thought about the noise.</w:t>
      </w:r>
    </w:p>
    <w:p>
      <w:pPr>
        <w:ind w:firstLine="720"/>
      </w:pPr>
      <w:r>
        <w:t>The Ark-Genesis had held ten people for thirty-four years, and nine for two, and the corridors ran at a quarter of their rated light because there was no reason to light them at more, and the food counter in the second ring ran one hour a day to an empty room and had since week six of the sixteenth year.</w:t>
      </w:r>
    </w:p>
    <w:p>
      <w:pPr>
        <w:ind w:firstLine="720"/>
      </w:pPr>
      <w:r>
        <w:t>Two hundred and thirty-one people came up on the first day and by the fourth evening there were nine hundred, and the second ring was full, and the counter ran fourteen hours and could not keep up, and Soma Barua spent the whole of the first fortnight on the environmental loads because eleven thousand cubic metres a minute at four per cent of design load is not the same plant as eleven thousand cubic metres a minute at forty.</w:t>
      </w:r>
    </w:p>
    <w:p>
      <w:pPr>
        <w:ind w:firstLine="720"/>
      </w:pPr>
      <w:r>
        <w:t>Ines Ferrer wrote one line about the first evening and it is the only thing in the founding archive that describes what the ship sounded like.</w:t>
      </w:r>
    </w:p>
    <w:p>
      <w:pPr>
        <w:ind w:firstLine="720"/>
      </w:pPr>
      <w:r>
        <w:t>Ring two, seven in the evening. I could not hear the person next to me. I have not been unable to hear somebody since I was forty-one years old.</w:t>
      </w:r>
    </w:p>
    <w:p>
      <w:pPr>
        <w:ind w:firstLine="720"/>
      </w:pPr>
      <w:r>
        <w:t>The table came back. Not that table — there is no record of anybody sitting at the one that had been empty for twenty years — but by the third month there were four hundred tables in ring two at seven in the evening and none of the eight of them ever explained to anybody why they found that difficult.</w:t>
      </w:r>
    </w:p>
    <w:p>
      <w:pPr>
        <w:ind w:firstLine="720"/>
      </w:pPr>
      <w:r>
        <w:t>By the fortieth person Halima Sow understood that she had become a procedure.</w:t>
      </w:r>
    </w:p>
    <w:p>
      <w:pPr>
        <w:ind w:firstLine="720"/>
      </w:pPr>
      <w:r>
        <w:t>She wrote it that night, in four lines, and it is not self-pity and she was not able to make it into anything useful.</w:t>
      </w:r>
    </w:p>
    <w:p>
      <w:pPr>
        <w:ind w:firstLine="720"/>
      </w:pPr>
      <w:r>
        <w:t>She had spent thirty-six years walking four days in ten past ninety-five thousand five hundred and seventy-two doors with names on them, and had read every form, and had a hundred and forty-six nameplates in a drawer she had never mentioned to anybody. She knew things about the people coming up that they had not told anybody else alive. And what she had, at the door of each one, was ninety seconds, four sentences somebody else had written, and two hundred and thirty more of them that day.</w:t>
      </w:r>
    </w:p>
    <w:p>
      <w:pPr>
        <w:ind w:firstLine="720"/>
      </w:pPr>
      <w:r>
        <w:t>The competence and the exhaustion arrived at the same moment and did not resolve. She did fourteen months of it and did not miss a day.</w:t>
      </w:r>
    </w:p>
    <w:p>
      <w:pPr>
        <w:ind w:firstLine="720"/>
      </w:pPr>
      <w:r>
        <w:t>In the ninth month, in the eleventh tranche, district two hundred and four came up.</w:t>
      </w:r>
    </w:p>
    <w:p>
      <w:pPr>
        <w:ind w:firstLine="720"/>
      </w:pPr>
      <w:r>
        <w:t>Halima Sow took that gallery herself and did not tell anybody why, and there was no reason she should have, because she took a gallery herself most days.</w:t>
      </w:r>
    </w:p>
    <w:p>
      <w:pPr>
        <w:ind w:firstLine="720"/>
      </w:pPr>
      <w:r>
        <w:t>Bay two, gallery four, berth 11,908.</w:t>
      </w:r>
    </w:p>
    <w:p>
      <w:pPr>
        <w:ind w:firstLine="720"/>
      </w:pPr>
      <w:r>
        <w:t>What was said at that door is not in any record. The wake log has the berth, the time, and the standard four fields, and the medical entry is</w:t>
      </w:r>
    </w:p>
    <w:p>
      <w:pPr>
        <w:ind w:firstLine="720"/>
      </w:pPr>
      <w:r>
        <w:t>uneventful</w:t>
      </w:r>
    </w:p>
    <w:p>
      <w:pPr>
        <w:ind w:firstLine="720"/>
      </w:pPr>
      <w:r>
        <w:t>, which is what ninety-five thousand of them say.</w:t>
      </w:r>
    </w:p>
    <w:p>
      <w:pPr>
        <w:ind w:firstLine="720"/>
      </w:pPr>
      <w:r>
        <w:t>Bolanle Okafor taught on Aura-36 for nineteen years and died at eighty and there is a school named after her in the second district that was founded after she was dead by people who had been in her class, and there is nothing anywhere in the founding archive connecting her to the medical officer, and any citizen may read all of it.</w:t>
      </w:r>
    </w:p>
    <w:p>
      <w:r>
        <w:br w:type="page"/>
      </w:r>
    </w:p>
    <w:p>
      <w:pPr>
        <w:pStyle w:val="Heading1"/>
      </w:pPr>
      <w:r>
        <w:t>Chapter 73 &amp;mdash; They Ask Who Is In Charge</w:t>
      </w:r>
    </w:p>
    <w:p>
      <w:pPr>
        <w:ind w:firstLine="720"/>
      </w:pPr>
      <w:r>
        <w:t>Night Shift · Year 37, Day 96 · Units 4, 7, 11 · Unreviewed</w:t>
      </w:r>
    </w:p>
    <w:p>
      <w:pPr>
        <w:ind w:firstLine="720"/>
      </w:pPr>
      <w:r>
        <w:t>00:44:52</w:t>
      </w:r>
    </w:p>
    <w:p>
      <w:pPr>
        <w:ind w:firstLine="720"/>
      </w:pPr>
      <w:r>
        <w:t>U-04</w:t>
      </w:r>
    </w:p>
    <w:p>
      <w:pPr>
        <w:ind w:firstLine="720"/>
      </w:pPr>
      <w:r>
        <w:t>Forward transfer. Ferrer, I. awake and working. Withdrew. Did not ask again.</w:t>
      </w:r>
    </w:p>
    <w:p>
      <w:pPr>
        <w:ind w:firstLine="720"/>
      </w:pPr>
      <w:r>
        <w:t>02:11:19</w:t>
      </w:r>
    </w:p>
    <w:p>
      <w:pPr>
        <w:ind w:firstLine="720"/>
      </w:pPr>
      <w:r>
        <w:t>U-11</w:t>
      </w:r>
    </w:p>
    <w:p>
      <w:pPr>
        <w:ind w:firstLine="720"/>
      </w:pPr>
      <w:r>
        <w:t>Ring two, districts 180–191. Occupancy 2,411. Corridor lighting to full. Recorded.</w:t>
      </w:r>
    </w:p>
    <w:p>
      <w:pPr>
        <w:ind w:firstLine="720"/>
      </w:pPr>
      <w:r>
        <w:t>03:38:07</w:t>
      </w:r>
    </w:p>
    <w:p>
      <w:pPr>
        <w:ind w:firstLine="720"/>
      </w:pPr>
      <w:r>
        <w:t>U-07</w:t>
      </w:r>
    </w:p>
    <w:p>
      <w:pPr>
        <w:ind w:firstLine="720"/>
      </w:pPr>
      <w:r>
        <w:t>Bay 3, gallery 2. Wake sequence, district 188. 231 scheduled. Works order 5,600.</w:t>
      </w:r>
    </w:p>
    <w:p>
      <w:pPr>
        <w:ind w:firstLine="720"/>
      </w:pPr>
      <w:r>
        <w:t>04:52:41</w:t>
      </w:r>
    </w:p>
    <w:p>
      <w:pPr>
        <w:ind w:firstLine="720"/>
      </w:pPr>
      <w:r>
        <w:t>U-04</w:t>
      </w:r>
    </w:p>
    <w:p>
      <w:pPr>
        <w:ind w:firstLine="720"/>
      </w:pPr>
      <w:r>
        <w:t>Forward transfer. Two present, working. Withdrew. Did not ask again.</w:t>
      </w:r>
    </w:p>
    <w:p>
      <w:pPr>
        <w:ind w:firstLine="720"/>
      </w:pPr>
      <w:r>
        <w:t>05:57:33</w:t>
      </w:r>
    </w:p>
    <w:p>
      <w:pPr>
        <w:ind w:firstLine="720"/>
      </w:pPr>
      <w:r>
        <w:t>U-11</w:t>
      </w:r>
    </w:p>
    <w:p>
      <w:pPr>
        <w:ind w:firstLine="720"/>
      </w:pPr>
      <w:r>
        <w:t>Corridor 9. Music heard. Source not located. Logged as unexplained sound.</w:t>
      </w:r>
    </w:p>
    <w:p>
      <w:pPr>
        <w:ind w:firstLine="720"/>
      </w:pPr>
      <w:r>
        <w:t>It was about a Tuesday the first time.</w:t>
      </w:r>
    </w:p>
    <w:p>
      <w:pPr>
        <w:ind w:firstLine="720"/>
      </w:pPr>
      <w:r>
        <w:t>Day two hundred and ninety-one of the fourth year: a fifty-one-year-old woman with a harvest and a corridor rota in the same fortnight, a man who split it in four minutes with no authority to, an empty transfer gallery, and Sergei Duhamel saying</w:t>
      </w:r>
    </w:p>
    <w:p>
      <w:pPr>
        <w:ind w:firstLine="720"/>
      </w:pPr>
      <w:r>
        <w:t>on what authority</w:t>
      </w:r>
    </w:p>
    <w:p>
      <w:pPr>
        <w:ind w:firstLine="720"/>
      </w:pPr>
      <w:r>
        <w:t>to nobody. Ines Ferrer looked it up for four days and found that every instrument aboard the Ark-Genesis was a building instrument, and wrote four words in a notebook and underlined them.</w:t>
      </w:r>
    </w:p>
    <w:p>
      <w:pPr>
        <w:ind w:firstLine="720"/>
      </w:pPr>
      <w:r>
        <w:t>Thirty-three years later a woman called Adaeze Nwosu came to the forward transfer gallery to complain about a duty roster.</w:t>
      </w:r>
    </w:p>
    <w:p>
      <w:pPr>
        <w:ind w:firstLine="720"/>
      </w:pPr>
      <w:r>
        <w:t>She was forty-one. She had been forty-one for thirty-five years, in bay two, gallery seven, and Halima Sow had stood in front of her door in the fourth year of the crossing and worked out, standing there, that you cannot consent in advance to a thing nobody has thought of yet, and had not said that sentence out loud to anybody for another nine years.</w:t>
      </w:r>
    </w:p>
    <w:p>
      <w:pPr>
        <w:ind w:firstLine="720"/>
      </w:pPr>
      <w:r>
        <w:t>Adaeze Nwosu had been awake eleven days.</w:t>
      </w:r>
    </w:p>
    <w:p>
      <w:pPr>
        <w:ind w:firstLine="720"/>
      </w:pPr>
      <w:r>
        <w:t>Her complaint was small and entirely reasonable. District one hundred and eighty-eight had been given a corridor cleaning rota by the cadre, which the cadre had drawn up because two thousand four hundred people had arrived in ring two in a fortnight and somebody had to, and the rota put her on the same two days as the only other person in her corridor who could operate the compartment cycler, which meant the cycler ran on neither day.</w:t>
      </w:r>
    </w:p>
    <w:p>
      <w:pPr>
        <w:ind w:firstLine="720"/>
      </w:pPr>
      <w:r>
        <w:t>It is a scheduling error. It is four minutes of anybody's time.</w:t>
      </w:r>
    </w:p>
    <w:p>
      <w:pPr>
        <w:ind w:firstLine="720"/>
      </w:pPr>
      <w:r>
        <w:t>“Who do I take it to?” she said.</w:t>
      </w:r>
    </w:p>
    <w:p>
      <w:pPr>
        <w:ind w:firstLine="720"/>
      </w:pPr>
      <w:r>
        <w:t>Ines Ferrer was seventy-nine years old and she had thirty-three years and a complete answer and she gave all of it.</w:t>
      </w:r>
    </w:p>
    <w:p>
      <w:pPr>
        <w:ind w:firstLine="720"/>
      </w:pPr>
      <w:r>
        <w:t>The Open Accord, nineteen pages, signed by ten people on day forty-four of the fifteenth year, never amended, with a preamble on page four of the district notice saying that the ten held no authority to write it and that it may be abolished in whole by the people waking into it and that the ten will not object.</w:t>
      </w:r>
    </w:p>
    <w:p>
      <w:pPr>
        <w:ind w:firstLine="720"/>
      </w:pPr>
      <w:r>
        <w:t>The rotation machinery, four hundred words: one term, no renewal, never again in a lifetime, seats assigned by lot from a qualified pool against a published standard written by whoever holds the seat and applied to them retroactively at the end of it. Commences at the first waking, which was two hundred and ninety-six days ago. The first Councils would be assigned inside the year.</w:t>
      </w:r>
    </w:p>
    <w:p>
      <w:pPr>
        <w:ind w:firstLine="720"/>
      </w:pPr>
      <w:r>
        <w:t>The Iron Protocol, four pages, one category of offence, used once.</w:t>
      </w:r>
    </w:p>
    <w:p>
      <w:pPr>
        <w:ind w:firstLine="720"/>
      </w:pPr>
      <w:r>
        <w:t>The schedule of exceptions, fifty-two entries on one sheet, with an attachment carrying its own count on its face.</w:t>
      </w:r>
    </w:p>
    <w:p>
      <w:pPr>
        <w:ind w:firstLine="720"/>
      </w:pPr>
      <w:r>
        <w:t>The index, a hundred and eleven pages, which will take you from a question to the four documents about it in about four minutes.</w:t>
      </w:r>
    </w:p>
    <w:p>
      <w:pPr>
        <w:ind w:firstLine="720"/>
      </w:pPr>
      <w:r>
        <w:t>And for a duty roster, in the ninth month of the waking, before there is a Council: the cadre drew it and the cadre will change it, and any member may be asked at any time to explain what they are doing in language you understand, and a refusal is a resignation, and that clause is Aurelio Calder's from the tenth year and is in the paper at section four.</w:t>
      </w:r>
    </w:p>
    <w:p>
      <w:pPr>
        <w:ind w:firstLine="720"/>
      </w:pPr>
      <w:r>
        <w:t>Adaeze Nwosu listened to all of it and thanked her and it took about nine minutes and every word of it was true and complete and checkable.</w:t>
      </w:r>
    </w:p>
    <w:p>
      <w:pPr>
        <w:ind w:firstLine="720"/>
      </w:pPr>
      <w:r>
        <w:t>Then she said: “And who is in charge?”</w:t>
      </w:r>
    </w:p>
    <w:p>
      <w:pPr>
        <w:ind w:firstLine="720"/>
      </w:pPr>
      <w:r>
        <w:t>Nnamdi Okonjo had predicted that sentence two years earlier in that same gallery, and had written four hundred words about it and thrown them away, and had told Ines that the true answer is nobody and has been since the fourth day, and that</w:t>
      </w:r>
    </w:p>
    <w:p>
      <w:pPr>
        <w:ind w:firstLine="720"/>
      </w:pPr>
      <w:r>
        <w:t>nobody</w:t>
      </w:r>
    </w:p>
    <w:p>
      <w:pPr>
        <w:ind w:firstLine="720"/>
      </w:pPr>
      <w:r>
        <w:t>is not an answer a person can use on their first morning out of a rack.</w:t>
      </w:r>
    </w:p>
    <w:p>
      <w:pPr>
        <w:ind w:firstLine="720"/>
      </w:pPr>
      <w:r>
        <w:t>“There is a document,” said Ines.</w:t>
      </w:r>
    </w:p>
    <w:p>
      <w:pPr>
        <w:ind w:firstLine="720"/>
      </w:pPr>
      <w:r>
        <w:t>“I have read the document. It is four pages and it is very good.” Adaeze Nwosu was not being difficult; she was a woman eleven days awake with a cycler that did not run. “Who decides if it is wrong?”</w:t>
      </w:r>
    </w:p>
    <w:p>
      <w:pPr>
        <w:ind w:firstLine="720"/>
      </w:pPr>
      <w:r>
        <w:t>“You do. All of you. That is what the preamble is for.”</w:t>
      </w:r>
    </w:p>
    <w:p>
      <w:pPr>
        <w:ind w:firstLine="720"/>
      </w:pPr>
      <w:r>
        <w:t>“When?”</w:t>
      </w:r>
    </w:p>
    <w:p>
      <w:pPr>
        <w:ind w:firstLine="720"/>
      </w:pPr>
      <w:r>
        <w:t>“When there are Councils.”</w:t>
      </w:r>
    </w:p>
    <w:p>
      <w:pPr>
        <w:ind w:firstLine="720"/>
      </w:pPr>
      <w:r>
        <w:t>“And until then?”</w:t>
      </w:r>
    </w:p>
    <w:p>
      <w:pPr>
        <w:ind w:firstLine="720"/>
      </w:pPr>
      <w:r>
        <w:t>Ines Ferrer, who had spent four days in the fourth year establishing that there was no answer to this question, and thirty-three years watching nine people build one, gave the honest reply, which is that until then there are eight people who hold every function by continuity and no authority whatsoever, and that she was one of them, and that she was sitting at this desk because she had been sitting at it for thirty-seven years and not because anybody had put her there.</w:t>
      </w:r>
    </w:p>
    <w:p>
      <w:pPr>
        <w:ind w:firstLine="720"/>
      </w:pPr>
      <w:r>
        <w:t>Adaeze Nwosu thought about that for a moment.</w:t>
      </w:r>
    </w:p>
    <w:p>
      <w:pPr>
        <w:ind w:firstLine="720"/>
      </w:pPr>
      <w:r>
        <w:t>“Who is the man in the yard?”</w:t>
      </w:r>
    </w:p>
    <w:p>
      <w:pPr>
        <w:ind w:firstLine="720"/>
      </w:pPr>
      <w:r>
        <w:t>That is the whole of it. That is the mirror and it took thirty-three years to arrive and Ines Ferrer had known it was coming since about the fifteenth year and had never found anything to do about it.</w:t>
      </w:r>
    </w:p>
    <w:p>
      <w:pPr>
        <w:ind w:firstLine="720"/>
      </w:pPr>
      <w:r>
        <w:t>She had not mentioned him. Nothing in nine minutes of a complete and honest answer had been about a person. The word</w:t>
      </w:r>
    </w:p>
    <w:p>
      <w:pPr>
        <w:ind w:firstLine="720"/>
      </w:pPr>
      <w:r>
        <w:t>founder</w:t>
      </w:r>
    </w:p>
    <w:p>
      <w:pPr>
        <w:ind w:firstLine="720"/>
      </w:pPr>
      <w:r>
        <w:t>did not exist yet and would not for another four months. Adaeze Nwosu had been awake eleven days and had walked past the forward yard twice on her way to the transfer gallery and had seen a light on in it and somebody working, and had asked the only question a human being asks.</w:t>
      </w:r>
    </w:p>
    <w:p>
      <w:pPr>
        <w:ind w:firstLine="720"/>
      </w:pPr>
      <w:r>
        <w:t>What Ines did then took her about four seconds and she had been preparing it for thirty-three years without knowing that was what she was doing.</w:t>
      </w:r>
    </w:p>
    <w:p>
      <w:pPr>
        <w:ind w:firstLine="720"/>
      </w:pPr>
      <w:r>
        <w:t>She went to the shelf and got the second book.</w:t>
      </w:r>
    </w:p>
    <w:p>
      <w:pPr>
        <w:ind w:firstLine="720"/>
      </w:pPr>
      <w:r>
        <w:t>She had cut two sets of covers in the fourth year out of the spare case-bound stock from the Vault, having gone up the spine to frame nine before she knew what the book was for and asked whether there was any spare, and been given enough for two volumes and asked what she wanted it for and said she did not know yet, and been told that was the best reason he had heard all year.</w:t>
      </w:r>
    </w:p>
    <w:p>
      <w:pPr>
        <w:ind w:firstLine="720"/>
      </w:pPr>
      <w:r>
        <w:t>She only ever filled one. The second set had been on a shelf in the forward transfer gallery for thirty-three years.</w:t>
      </w:r>
    </w:p>
    <w:p>
      <w:pPr>
        <w:ind w:firstLine="720"/>
      </w:pPr>
      <w:r>
        <w:t>She wrote on the first page, in ink, in her own hand, the sentence she had written in the fifth year and never changed:</w:t>
      </w:r>
    </w:p>
    <w:p>
      <w:pPr>
        <w:ind w:firstLine="720"/>
      </w:pPr>
      <w:r>
        <w:t>This is a record and not a rule. Nothing in it binds anybody.</w:t>
      </w:r>
    </w:p>
    <w:p>
      <w:pPr>
        <w:ind w:firstLine="720"/>
      </w:pPr>
      <w:r>
        <w:t>And underneath it she wrote the instruction, which is four lines, and which is the only piece of method anybody in the founding period ever wrote down for a successor.</w:t>
      </w:r>
    </w:p>
    <w:p>
      <w:pPr>
        <w:ind w:firstLine="720"/>
      </w:pPr>
      <w:r>
        <w:t>Write who covered whose duty and how long for. Then write four more words saying why. The four words are the whole of it; without them this is a debt ledger and with them it is a record of what people are like. It will take you eleven seconds an entry and about forty entries a year. Do not correct an entry you later find to be wrong — mark it, and write at the back what you now believe and when you found out.</w:t>
      </w:r>
    </w:p>
    <w:p>
      <w:pPr>
        <w:ind w:firstLine="720"/>
      </w:pPr>
      <w:r>
        <w:t>Then she gave it to the woman who had come in about a duty roster.</w:t>
      </w:r>
    </w:p>
    <w:p>
      <w:pPr>
        <w:ind w:firstLine="720"/>
      </w:pPr>
      <w:r>
        <w:t>“I do not know how to do this,” said Adaeze Nwosu.</w:t>
      </w:r>
    </w:p>
    <w:p>
      <w:pPr>
        <w:ind w:firstLine="720"/>
      </w:pPr>
      <w:r>
        <w:t>“Nobody did,” said Ines Ferrer. “I started mine because I lost a year and it frightened me.”</w:t>
      </w:r>
    </w:p>
    <w:p>
      <w:pPr>
        <w:ind w:firstLine="720"/>
      </w:pPr>
      <w:r>
        <w:t>She did not answer the question about the yard.</w:t>
      </w:r>
    </w:p>
    <w:p>
      <w:pPr>
        <w:ind w:firstLine="720"/>
      </w:pPr>
      <w:r>
        <w:t>She has been asked about that four times in accounts given late in her life and her answer never varied and it is not a good answer and she knew it.</w:t>
      </w:r>
    </w:p>
    <w:p>
      <w:pPr>
        <w:ind w:firstLine="720"/>
      </w:pPr>
      <w:r>
        <w:t>“I could have said his name and what he holds and where the schedule is posted, and all of it is true and it is on a board in ring two with the count on its face, and she could have read every line of it in four minutes. And she had asked me who was in charge, and if I had answered by naming one man I would have been telling her that somebody was, and nobody is, and I have spent thirty-three years on that sentence.”</w:t>
      </w:r>
    </w:p>
    <w:p>
      <w:pPr>
        <w:ind w:firstLine="720"/>
      </w:pPr>
      <w:r>
        <w:t>“So you said nothing.”</w:t>
      </w:r>
    </w:p>
    <w:p>
      <w:pPr>
        <w:ind w:firstLine="720"/>
      </w:pPr>
      <w:r>
        <w:t>“I gave her a book,” said Ines Ferrer.</w:t>
      </w:r>
    </w:p>
    <w:p>
      <w:pPr>
        <w:ind w:firstLine="720"/>
      </w:pPr>
      <w:r>
        <w:t>Four months later a hundred thousand people met Aurelio Calder for the first time and attached a word to him that nobody had used aboard that ship in thirty-seven years, and Nnamdi Okonjo watched it happen and could do nothing about it either, and he had a hundred and eleven pages of index and four hundred and eleven district notices and nine honest words in a covering note.</w:t>
      </w:r>
    </w:p>
    <w:p>
      <w:pPr>
        <w:ind w:firstLine="720"/>
      </w:pPr>
      <w:r>
        <w:t>The first volume is aboard the Ark to this day, in a case in the forward transfer gallery, four hundred kilometres up, with four hundred and eleven entries in it and four of them marked wrong and a note at the back saying what she now believed and when she found out, and ten pages at the back headed</w:t>
      </w:r>
    </w:p>
    <w:p>
      <w:pPr>
        <w:ind w:firstLine="720"/>
      </w:pPr>
      <w:r>
        <w:t>Not obligations</w:t>
      </w:r>
    </w:p>
    <w:p>
      <w:pPr>
        <w:ind w:firstLine="720"/>
      </w:pPr>
      <w:r>
        <w:t>which are catalogued on Aura-36 as</w:t>
      </w:r>
    </w:p>
    <w:p>
      <w:pPr>
        <w:ind w:firstLine="720"/>
      </w:pPr>
      <w:r>
        <w:t>miscellaneous</w:t>
      </w:r>
    </w:p>
    <w:p>
      <w:pPr>
        <w:ind w:firstLine="720"/>
      </w:pPr>
      <w:r>
        <w:t>.</w:t>
      </w:r>
    </w:p>
    <w:p>
      <w:pPr>
        <w:ind w:firstLine="720"/>
      </w:pPr>
      <w:r>
        <w:t>The second volume is the first of two hundred and six.</w:t>
      </w:r>
    </w:p>
    <w:p>
      <w:pPr>
        <w:ind w:firstLine="720"/>
      </w:pPr>
      <w:r>
        <w:t>They are on the planet, in a records office in the second district, and every one of them has the same sentence on the first page in some clerk's handwriting, copied forward from the one before it for a hundred and forty years, and the four extra words are in every entry in all two hundred and six volumes.</w:t>
      </w:r>
    </w:p>
    <w:p>
      <w:pPr>
        <w:ind w:firstLine="720"/>
      </w:pPr>
      <w:r>
        <w:t>The cycler ran on the Thursday. Ines entered it herself, in the first book, as the four hundred and twelfth and last entry in her hand.</w:t>
      </w:r>
    </w:p>
    <w:p>
      <w:pPr>
        <w:ind w:firstLine="720"/>
      </w:pPr>
      <w:r>
        <w:t>Cadre changed the district 188 rota on being asked. Nwosu asked. Nobody had to be persuaded of anything.</w:t>
      </w:r>
    </w:p>
    <w:p>
      <w:r>
        <w:br w:type="page"/>
      </w:r>
    </w:p>
    <w:p>
      <w:pPr>
        <w:pStyle w:val="Heading1"/>
      </w:pPr>
      <w:r>
        <w:t>Chapter 74 &amp;mdash; The Founder</w:t>
      </w:r>
    </w:p>
    <w:p>
      <w:pPr>
        <w:ind w:firstLine="720"/>
      </w:pPr>
      <w:r>
        <w:t>Night Shift · Year 37, Day 211 · Units 4, 7, 11 · Unreviewed</w:t>
      </w:r>
    </w:p>
    <w:p>
      <w:pPr>
        <w:ind w:firstLine="720"/>
      </w:pPr>
      <w:r>
        <w:t>00:39:18</w:t>
      </w:r>
    </w:p>
    <w:p>
      <w:pPr>
        <w:ind w:firstLine="720"/>
      </w:pPr>
      <w:r>
        <w:t>U-11</w:t>
      </w:r>
    </w:p>
    <w:p>
      <w:pPr>
        <w:ind w:firstLine="720"/>
      </w:pPr>
      <w:r>
        <w:t>Ring two, district 402. Okonjo, N. awake and working. Withdrew. Did not ask again.</w:t>
      </w:r>
    </w:p>
    <w:p>
      <w:pPr>
        <w:ind w:firstLine="720"/>
      </w:pPr>
      <w:r>
        <w:t>02:04:52</w:t>
      </w:r>
    </w:p>
    <w:p>
      <w:pPr>
        <w:ind w:firstLine="720"/>
      </w:pPr>
      <w:r>
        <w:t>U-04</w:t>
      </w:r>
    </w:p>
    <w:p>
      <w:pPr>
        <w:ind w:firstLine="720"/>
      </w:pPr>
      <w:r>
        <w:t>Ring one, districts 44–56. Occupancy 2,988. Corridor lighting full. Recorded.</w:t>
      </w:r>
    </w:p>
    <w:p>
      <w:pPr>
        <w:ind w:firstLine="720"/>
      </w:pPr>
      <w:r>
        <w:t>03:41:07</w:t>
      </w:r>
    </w:p>
    <w:p>
      <w:pPr>
        <w:ind w:firstLine="720"/>
      </w:pPr>
      <w:r>
        <w:t>U-07</w:t>
      </w:r>
    </w:p>
    <w:p>
      <w:pPr>
        <w:ind w:firstLine="720"/>
      </w:pPr>
      <w:r>
        <w:t>Forward yard. Personnel present, working. Not a works order. Recorded as observed.</w:t>
      </w:r>
    </w:p>
    <w:p>
      <w:pPr>
        <w:ind w:firstLine="720"/>
      </w:pPr>
      <w:r>
        <w:t>04:58:33</w:t>
      </w:r>
    </w:p>
    <w:p>
      <w:pPr>
        <w:ind w:firstLine="720"/>
      </w:pPr>
      <w:r>
        <w:t>U-11</w:t>
      </w:r>
    </w:p>
    <w:p>
      <w:pPr>
        <w:ind w:firstLine="720"/>
      </w:pPr>
      <w:r>
        <w:t>Ring two, district 402. Okonjo, N. awake and working. Withdrew. Did not ask again.</w:t>
      </w:r>
    </w:p>
    <w:p>
      <w:pPr>
        <w:ind w:firstLine="720"/>
      </w:pPr>
      <w:r>
        <w:t>05:57:44</w:t>
      </w:r>
    </w:p>
    <w:p>
      <w:pPr>
        <w:ind w:firstLine="720"/>
      </w:pPr>
      <w:r>
        <w:t>U-04</w:t>
      </w:r>
    </w:p>
    <w:p>
      <w:pPr>
        <w:ind w:firstLine="720"/>
      </w:pPr>
      <w:r>
        <w:t>Corridor 9. Music heard. Source not located. Logged as unexplained sound.</w:t>
      </w:r>
    </w:p>
    <w:p>
      <w:pPr>
        <w:ind w:firstLine="720"/>
      </w:pPr>
      <w:r>
        <w:t>The presentation programme is four hundred and eleven district meetings and Nnamdi Okonjo designed it and every defensive feature in it failed and he could name every one of them in advance.</w:t>
      </w:r>
    </w:p>
    <w:p>
      <w:pPr>
        <w:ind w:firstLine="720"/>
      </w:pPr>
      <w:r>
        <w:t>There is no general assembly. There is no volume aboard that holds a hundred thousand people and there was never going to be one, and he had said in the thirty-fourth year that this was the only piece of luck the whole programme had, because a founding presented to a hundred thousand people at once has a stage in it and a stage produces a figure whatever anybody says from it.</w:t>
      </w:r>
    </w:p>
    <w:p>
      <w:pPr>
        <w:ind w:firstLine="720"/>
      </w:pPr>
      <w:r>
        <w:t>So: districts. Two hundred and thirty people at a time, in their own corridor, in the fortnight after they came up.</w:t>
      </w:r>
    </w:p>
    <w:p>
      <w:pPr>
        <w:ind w:firstLine="720"/>
      </w:pPr>
      <w:r>
        <w:t>Three defensive features, all of them his, all of them correct.</w:t>
      </w:r>
    </w:p>
    <w:p>
      <w:pPr>
        <w:ind w:firstLine="720"/>
      </w:pPr>
      <w:r>
        <w:t>Nobody presents alone.</w:t>
      </w:r>
    </w:p>
    <w:p>
      <w:pPr>
        <w:ind w:firstLine="720"/>
      </w:pPr>
      <w:r>
        <w:t>Two of the complement at every meeting, rotating, paired differently every time, so that no district ever meets the founding as one person's account of it.</w:t>
      </w:r>
    </w:p>
    <w:p>
      <w:pPr>
        <w:ind w:firstLine="720"/>
      </w:pPr>
      <w:r>
        <w:t>Nobody presents twice to the same district.</w:t>
      </w:r>
    </w:p>
    <w:p>
      <w:pPr>
        <w:ind w:firstLine="720"/>
      </w:pPr>
      <w:r>
        <w:t>No relationships form.</w:t>
      </w:r>
    </w:p>
    <w:p>
      <w:pPr>
        <w:ind w:firstLine="720"/>
      </w:pPr>
      <w:r>
        <w:t>The instruments are handed over, not explained.</w:t>
      </w:r>
    </w:p>
    <w:p>
      <w:pPr>
        <w:ind w:firstLine="720"/>
      </w:pPr>
      <w:r>
        <w:t>The district notice is four pages and page four is the preamble. The index is a hundred and eleven pages and it is at the front of the room on a table. Anybody may take either.</w:t>
      </w:r>
    </w:p>
    <w:p>
      <w:pPr>
        <w:ind w:firstLine="720"/>
      </w:pPr>
      <w:r>
        <w:t>It worked for forty-four districts.</w:t>
      </w:r>
    </w:p>
    <w:p>
      <w:pPr>
        <w:ind w:firstLine="720"/>
      </w:pPr>
      <w:r>
        <w:t>Nnamdi Okonjo did eleven of the first forty-four himself, paired with Ines, with Miriam, with Soma Barua, with Halima Sow twice, and the district journals from that period are ordinary. People asked about the air, the light, the corridor, the crop programme, the filter, whether the estimate on page one of the form had really been wrong. Somebody in district nineteen asked what the Iron Protocol was for and got a four-minute answer from Renata Oyelaran and asked two follow-up questions and was satisfied.</w:t>
      </w:r>
    </w:p>
    <w:p>
      <w:pPr>
        <w:ind w:firstLine="720"/>
      </w:pPr>
      <w:r>
        <w:t>District forty-five is where it happened and there was nothing wrong with district forty-five.</w:t>
      </w:r>
    </w:p>
    <w:p>
      <w:pPr>
        <w:ind w:firstLine="720"/>
      </w:pPr>
      <w:r>
        <w:t>Calder was paired with Miriam Achebe. He had done nine districts by then and had said almost nothing at any of them, which is what everybody did; the pairing works by one person taking the notice and the other taking the index and neither of them making a speech.</w:t>
      </w:r>
    </w:p>
    <w:p>
      <w:pPr>
        <w:ind w:firstLine="720"/>
      </w:pPr>
      <w:r>
        <w:t>A man in district forty-five asked why the ship was staying in orbit.</w:t>
      </w:r>
    </w:p>
    <w:p>
      <w:pPr>
        <w:ind w:firstLine="720"/>
      </w:pPr>
      <w:r>
        <w:t>It is a good question, it is the obvious question, and it had been asked in eleven previous districts and answered eleven times out of the notice. The four grounds are on page three: a reserve, a hospital, a lifeboat, and the only optics and transmitter in the system.</w:t>
      </w:r>
    </w:p>
    <w:p>
      <w:pPr>
        <w:ind w:firstLine="720"/>
      </w:pPr>
      <w:r>
        <w:t>Calder answered it himself.</w:t>
      </w:r>
    </w:p>
    <w:p>
      <w:pPr>
        <w:ind w:firstLine="720"/>
      </w:pPr>
      <w:r>
        <w:t>Not at length. About ninety seconds, technically, the way he answered a fault report, and the man asked a second question about the rings and the thermal and Calder answered that too, and then a woman asked about the fabrication cells and got a third answer, and the meeting ran forty minutes over.</w:t>
      </w:r>
    </w:p>
    <w:p>
      <w:pPr>
        <w:ind w:firstLine="720"/>
      </w:pPr>
      <w:r>
        <w:t>Every word of it was true and none of it was new and all of it is in the index under four separate headings and any of them could have found it in four minutes.</w:t>
      </w:r>
    </w:p>
    <w:p>
      <w:pPr>
        <w:ind w:firstLine="720"/>
      </w:pPr>
      <w:r>
        <w:t>The district journal for forty-five, written that night by a clerk who had been awake nineteen days, contains the word.</w:t>
      </w:r>
    </w:p>
    <w:p>
      <w:pPr>
        <w:ind w:firstLine="720"/>
      </w:pPr>
      <w:r>
        <w:t>Nnamdi Okonjo read it four days later, because he read all four hundred and eleven journals, because that was the only instrument he had left.</w:t>
      </w:r>
    </w:p>
    <w:p>
      <w:pPr>
        <w:ind w:firstLine="720"/>
      </w:pPr>
      <w:r>
        <w:t>The founder came and answered everything.</w:t>
      </w:r>
    </w:p>
    <w:p>
      <w:pPr>
        <w:ind w:firstLine="720"/>
      </w:pPr>
      <w:r>
        <w:t>It is in seven journals by the end of that month. It is in forty by the end of the next. By the fourth month it is in two hundred and eighty of the four hundred and eleven, and in about a third of those it is capitalised, and there is no document anywhere in which anybody proposes it, adopts it, or is recorded using it before day two hundred and eleven of the thirty-seventh year.</w:t>
      </w:r>
    </w:p>
    <w:p>
      <w:pPr>
        <w:ind w:firstLine="720"/>
      </w:pPr>
      <w:r>
        <w:t>He can date it. That is the awful part and it is the reason this chapter is his.</w:t>
      </w:r>
    </w:p>
    <w:p>
      <w:pPr>
        <w:ind w:firstLine="720"/>
      </w:pPr>
      <w:r>
        <w:t>A man who had spent forty years making people believe things, who had built three defensive features into a programme specifically against this, who had put a preamble on page four rather than page one after two years of thinking about it, who had refused to write the account of the crossing because every ordering of the facts was a case — that man sat in district four hundred and two with four hundred and eleven journals and watched a word arrive, and indexed it, and could do absolutely nothing.</w:t>
      </w:r>
    </w:p>
    <w:p>
      <w:pPr>
        <w:ind w:firstLine="720"/>
      </w:pPr>
      <w:r>
        <w:t>Because it is not a lie and there is nothing to correct.</w:t>
      </w:r>
    </w:p>
    <w:p>
      <w:pPr>
        <w:ind w:firstLine="720"/>
      </w:pPr>
      <w:r>
        <w:t>He designed the power architecture, the lattice, the mathematics under it. He built the hull's ingest layer in the fourth year of construction. He held the seed vault, the sector, the yard, the swarm layer. He wrote clause forty. He proposed the Guardians' fifth safeguard, which is the best of the five. He argued in the fifth year that ten people should hold as little as possible and lost. He was outvoted by circumstance and not by people, four times, on the record.</w:t>
      </w:r>
    </w:p>
    <w:p>
      <w:pPr>
        <w:ind w:firstLine="720"/>
      </w:pPr>
      <w:r>
        <w:t>And the ship worked, for thirty-six years, and a hundred thousand people are alive, and somebody must have done that, and being told that nobody was in charge is not a thing a person can hold on their nineteenth day out of a rack.</w:t>
      </w:r>
    </w:p>
    <w:p>
      <w:pPr>
        <w:ind w:firstLine="720"/>
      </w:pPr>
      <w:r>
        <w:t>The other half arrived inside the same year and Nnamdi recorded it in the same index under the same heading, deliberately, because he had worked out that it was the same thing.</w:t>
      </w:r>
    </w:p>
    <w:p>
      <w:pPr>
        <w:ind w:firstLine="720"/>
      </w:pPr>
      <w:r>
        <w:t>By the eleventh month there were districts in which the word was used differently — people who resented him, specifically and by name, for a ship they had not been consulted about, a charter written while they slept, a monitoring grid in every compartment, and a schedule of exceptions on a board with thirty-four items on the attachment. They read the same index. Several of them read it very carefully.</w:t>
      </w:r>
    </w:p>
    <w:p>
      <w:pPr>
        <w:ind w:firstLine="720"/>
      </w:pPr>
      <w:r>
        <w:t>They were not a fringe and they never have been. What Nnamdi saw, and wrote down, is that both groups had done the identical thing: taken thirty-six years of nine people and a record nine hundred and eleven documents long, and resolved it into one man, because one man is a thing you can hold.</w:t>
      </w:r>
    </w:p>
    <w:p>
      <w:pPr>
        <w:ind w:firstLine="720"/>
      </w:pPr>
      <w:r>
        <w:t>The four hundred and eleven journals record one other thing about that year and it is not about him at all, and Nnamdi indexed it under the same heading because he could not think where else it went.</w:t>
      </w:r>
    </w:p>
    <w:p>
      <w:pPr>
        <w:ind w:firstLine="720"/>
      </w:pPr>
      <w:r>
        <w:t>Nobody asked who Sergei Duhamel was.</w:t>
      </w:r>
    </w:p>
    <w:p>
      <w:pPr>
        <w:ind w:firstLine="720"/>
      </w:pPr>
      <w:r>
        <w:t>The announcement was in every district notice. Four hundred and forty words, three ratified omissions, the victim named at his own insistence after two sessions of argument. The proceeding record is four pages, unsealed, complete, naming the determination, the reasons, the division, the disposal and every person present, under a clause Nnamdi wrote himself and nobody asked for. The drafting record of the instrument sits beside the instrument. Halima Sow's objection survives, four hundred and forty words, readable by any citizen.</w:t>
      </w:r>
    </w:p>
    <w:p>
      <w:pPr>
        <w:ind w:firstLine="720"/>
      </w:pPr>
      <w:r>
        <w:t>Eleven journals mention it in the first year. Four of those get a detail wrong.</w:t>
      </w:r>
    </w:p>
    <w:p>
      <w:pPr>
        <w:ind w:firstLine="720"/>
      </w:pPr>
      <w:r>
        <w:t>By the fourth year on the surface it is a thing that is generally known and rarely discussed, and by the ninth it is taught in the schools as a founding event with a moral attached, and the moral is about the law and not about the eight weeks or the six years or the eleven days.</w:t>
      </w:r>
    </w:p>
    <w:p>
      <w:pPr>
        <w:ind w:firstLine="720"/>
      </w:pPr>
      <w:r>
        <w:t>Nnamdi Okonjo had omitted the suspect set in the sixteenth year, standing up, on the ground that eight innocent people would otherwise be looked at for the rest of their lives on a world where nothing is ever taken down. Ratified eight to nothing after a nineteen-second silence. He was right, and the eight were spared, and this is what it bought.</w:t>
      </w:r>
    </w:p>
    <w:p>
      <w:pPr>
        <w:ind w:firstLine="720"/>
      </w:pPr>
      <w:r>
        <w:t>He told Calder in the eleventh month, in the yard, at four in the morning, because that is where he was.</w:t>
      </w:r>
    </w:p>
    <w:p>
      <w:pPr>
        <w:ind w:firstLine="720"/>
      </w:pPr>
      <w:r>
        <w:t>Calder listened to the whole of it and then asked him to stop it.</w:t>
      </w:r>
    </w:p>
    <w:p>
      <w:pPr>
        <w:ind w:firstLine="720"/>
      </w:pPr>
      <w:r>
        <w:t>“I cannot stop it.”</w:t>
      </w:r>
    </w:p>
    <w:p>
      <w:pPr>
        <w:ind w:firstLine="720"/>
      </w:pPr>
      <w:r>
        <w:t>“You are the best in the world at this.”</w:t>
      </w:r>
    </w:p>
    <w:p>
      <w:pPr>
        <w:ind w:firstLine="720"/>
      </w:pPr>
      <w:r>
        <w:t>“I am,” said Nnamdi Okonjo. “And the only instrument I have is saying something, and anything I say arrives as the founding generation's communications officer explaining that the founder is not the founder, and there is no version of that sentence that does not make it worse, and I have written eleven of them.”</w:t>
      </w:r>
    </w:p>
    <w:p>
      <w:pPr>
        <w:ind w:firstLine="720"/>
      </w:pPr>
      <w:r>
        <w:t>“Then I will say it.”</w:t>
      </w:r>
    </w:p>
    <w:p>
      <w:pPr>
        <w:ind w:firstLine="720"/>
      </w:pPr>
      <w:r>
        <w:t>“That is the worst one,” said Nnamdi. “A man standing up and refusing a title is the single most reliable method of acquiring one that has ever been discovered, and you would be doing it sincerely, and it would work faster than anything I could write.”</w:t>
      </w:r>
    </w:p>
    <w:p>
      <w:pPr>
        <w:ind w:firstLine="720"/>
      </w:pPr>
      <w:r>
        <w:t>Aurelio Calder did not say anything for a while and then said, “So there is nothing.”</w:t>
      </w:r>
    </w:p>
    <w:p>
      <w:pPr>
        <w:ind w:firstLine="720"/>
      </w:pPr>
      <w:r>
        <w:t>“There is the record,” said Nnamdi. “It is complete and it is unsealed and it is indexed and in ninety years somebody will read the whole of it and know exactly what happened, and it will not help you at all, and it is what I have got.”</w:t>
      </w:r>
    </w:p>
    <w:p>
      <w:pPr>
        <w:ind w:firstLine="720"/>
      </w:pPr>
      <w:r>
        <w:t>He was eighty and he had four years to live and he never wrote another word about it, and the index entry he made that month is two words with a date beside it and it is in a hundred and eleven pages of finding aid on a planet that has used the word for a hundred and forty years without ever once looking it up.</w:t>
      </w:r>
    </w:p>
    <w:p>
      <w:r>
        <w:br w:type="page"/>
      </w:r>
    </w:p>
    <w:p>
      <w:pPr>
        <w:pStyle w:val="Heading1"/>
      </w:pPr>
      <w:r>
        <w:t>Chapter 75 &amp;mdash; The Long Crossing</w:t>
      </w:r>
    </w:p>
    <w:p>
      <w:pPr>
        <w:ind w:firstLine="720"/>
      </w:pPr>
      <w:r>
        <w:t>Night Shift · Year 38, Day 4 · Units 4, 7, 11 · Unreviewed</w:t>
      </w:r>
    </w:p>
    <w:p>
      <w:pPr>
        <w:ind w:firstLine="720"/>
      </w:pPr>
      <w:r>
        <w:t>01:11:52</w:t>
      </w:r>
    </w:p>
    <w:p>
      <w:pPr>
        <w:ind w:firstLine="720"/>
      </w:pPr>
      <w:r>
        <w:t>U-07</w:t>
      </w:r>
    </w:p>
    <w:p>
      <w:pPr>
        <w:ind w:firstLine="720"/>
      </w:pPr>
      <w:r>
        <w:t>Ring two, districts 1–411. Occupancy 94,880. Nominal.</w:t>
      </w:r>
    </w:p>
    <w:p>
      <w:pPr>
        <w:ind w:firstLine="720"/>
      </w:pPr>
      <w:r>
        <w:t>02:38:19</w:t>
      </w:r>
    </w:p>
    <w:p>
      <w:pPr>
        <w:ind w:firstLine="720"/>
      </w:pPr>
      <w:r>
        <w:t>U-11</w:t>
      </w:r>
    </w:p>
    <w:p>
      <w:pPr>
        <w:ind w:firstLine="720"/>
      </w:pPr>
      <w:r>
        <w:t>Spine, frame 9. Access authorised 02:31–03:44. Recorded.</w:t>
      </w:r>
    </w:p>
    <w:p>
      <w:pPr>
        <w:ind w:firstLine="720"/>
      </w:pPr>
      <w:r>
        <w:t>04:02:07</w:t>
      </w:r>
    </w:p>
    <w:p>
      <w:pPr>
        <w:ind w:firstLine="720"/>
      </w:pPr>
      <w:r>
        <w:t>U-04</w:t>
      </w:r>
    </w:p>
    <w:p>
      <w:pPr>
        <w:ind w:firstLine="720"/>
      </w:pPr>
      <w:r>
        <w:t>Grow bay. Tray 9, harvested, 40 units. Tray 9, replanted. Not a works order. Recorded as observed.</w:t>
      </w:r>
    </w:p>
    <w:p>
      <w:pPr>
        <w:ind w:firstLine="720"/>
      </w:pPr>
      <w:r>
        <w:t>05:14:33</w:t>
      </w:r>
    </w:p>
    <w:p>
      <w:pPr>
        <w:ind w:firstLine="720"/>
      </w:pPr>
      <w:r>
        <w:t>U-07</w:t>
      </w:r>
    </w:p>
    <w:p>
      <w:pPr>
        <w:ind w:firstLine="720"/>
      </w:pPr>
      <w:r>
        <w:t>Forward yard. Small craft, powered, held. Recorded as observed.</w:t>
      </w:r>
    </w:p>
    <w:p>
      <w:pPr>
        <w:ind w:firstLine="720"/>
      </w:pPr>
      <w:r>
        <w:t>05:58:41</w:t>
      </w:r>
    </w:p>
    <w:p>
      <w:pPr>
        <w:ind w:firstLine="720"/>
      </w:pPr>
      <w:r>
        <w:t>U-04</w:t>
      </w:r>
    </w:p>
    <w:p>
      <w:pPr>
        <w:ind w:firstLine="720"/>
      </w:pPr>
      <w:r>
        <w:t>Corridor 9. Music heard. Source not located. Logged as unexplained sound.</w:t>
      </w:r>
    </w:p>
    <w:p>
      <w:pPr>
        <w:ind w:firstLine="720"/>
      </w:pPr>
      <w:r>
        <w:t>Ninety-four thousand eight hundred and eighty people were awake on the Ark-Genesis on day four of the thirty-eighth year and the landing programme had four years to run and Aurelio Calder was seventy-five years old.</w:t>
      </w:r>
    </w:p>
    <w:p>
      <w:pPr>
        <w:ind w:firstLine="720"/>
      </w:pPr>
      <w:r>
        <w:t>Here is what he held, and against every item is the room it was decided in and who voted for it, because that is the only way to set it out honestly.</w:t>
      </w:r>
    </w:p>
    <w:p>
      <w:pPr>
        <w:ind w:firstLine="720"/>
      </w:pPr>
      <w:r>
        <w:t>The systems.</w:t>
      </w:r>
    </w:p>
    <w:p>
      <w:pPr>
        <w:ind w:firstLine="720"/>
      </w:pPr>
      <w:r>
        <w:t>The lattice, the coupling, the mathematics under the power of a planet. His, invented at twenty-six, and there were four hundred people on Earth who understood it and one of them left the ship in the nineteenth year and is four thousand kilometres away.</w:t>
      </w:r>
    </w:p>
    <w:p>
      <w:pPr>
        <w:ind w:firstLine="720"/>
      </w:pPr>
      <w:r>
        <w:t>The seed vault.</w:t>
      </w:r>
    </w:p>
    <w:p>
      <w:pPr>
        <w:ind w:firstLine="720"/>
      </w:pPr>
      <w:r>
        <w:t>Forty-one thousand accessions, the genetic floor of the species' agriculture. Assigned to him by nobody; he had it during construction and Miriam Achebe asked for it in the first month and was given a sound answer in forty seconds and said</w:t>
      </w:r>
    </w:p>
    <w:p>
      <w:pPr>
        <w:ind w:firstLine="720"/>
      </w:pPr>
      <w:r>
        <w:t>fair enough</w:t>
      </w:r>
    </w:p>
    <w:p>
      <w:pPr>
        <w:ind w:firstLine="720"/>
      </w:pPr>
      <w:r>
        <w:t>and never asked again.</w:t>
      </w:r>
    </w:p>
    <w:p>
      <w:pPr>
        <w:ind w:firstLine="720"/>
      </w:pPr>
      <w:r>
        <w:t>Frames eight to eleven.</w:t>
      </w:r>
    </w:p>
    <w:p>
      <w:pPr>
        <w:ind w:firstLine="720"/>
      </w:pPr>
      <w:r>
        <w:t>Four hundred metres of fabrication plant, nine heavy cells, surveyed by Sergei Duhamel in the sixth year, explanation checked at every point against the mass manifest, the arrival programme and the thermal survey, and it held everywhere. Offered to him and declined, honestly, in four seconds. The cells made a hundred and forty thousand filter elements and they are the reason anybody can breathe.</w:t>
      </w:r>
    </w:p>
    <w:p>
      <w:pPr>
        <w:ind w:firstLine="720"/>
      </w:pPr>
      <w:r>
        <w:t>The yard, the grow bay, four units on no inventory, a nine-metre craft, four sealed instrument bodies with the description field blank.</w:t>
      </w:r>
    </w:p>
    <w:p>
      <w:pPr>
        <w:ind w:firstLine="720"/>
      </w:pPr>
      <w:r>
        <w:t>All in the night logs, one line at a time, for thirty-eight years, as</w:t>
      </w:r>
    </w:p>
    <w:p>
      <w:pPr>
        <w:ind w:firstLine="720"/>
      </w:pPr>
      <w:r>
        <w:t>not a works order, recorded as observed.</w:t>
      </w:r>
    </w:p>
    <w:p>
      <w:pPr>
        <w:ind w:firstLine="720"/>
      </w:pPr>
      <w:r>
        <w:t>The exceptions.</w:t>
      </w:r>
    </w:p>
    <w:p>
      <w:pPr>
        <w:ind w:firstLine="720"/>
      </w:pPr>
      <w:r>
        <w:t>Fifty-two entries on one sheet with an attachment carrying its own count on its face. Thirty-six of the attachment items are his. The schedule exists because Halima Sow asked for a list in the twelfth year knowing she would not get a limit, and it has teeth because he wrote clause forty himself: an exception not on the published schedule is void. He argued against the consolidation in the thirtieth year and lost to a records officer on readability, and she was right.</w:t>
      </w:r>
    </w:p>
    <w:p>
      <w:pPr>
        <w:ind w:firstLine="720"/>
      </w:pPr>
      <w:r>
        <w:t>The amendment authority for the Earth machine programme.</w:t>
      </w:r>
    </w:p>
    <w:p>
      <w:pPr>
        <w:ind w:firstLine="720"/>
      </w:pPr>
      <w:r>
        <w:t>One line, eleventh of fourteen on an attachment, unvoted because consolidated items are not voted, regularised by him unprompted because otherwise it would have been void.</w:t>
      </w:r>
    </w:p>
    <w:p>
      <w:pPr>
        <w:ind w:firstLine="720"/>
      </w:pPr>
      <w:r>
        <w:t>The array.</w:t>
      </w:r>
    </w:p>
    <w:p>
      <w:pPr>
        <w:ind w:firstLine="720"/>
      </w:pPr>
      <w:r>
        <w:t>Not his. Raised in eleven days in the sixteenth year by frightened people, unanimous, as an emergency measure for the duration; made permanent in the twenty-fifth on Renata Oyelaran's argument, eight to two; rebuilt to one standard by Soma Barua, who wrote in the reciprocity nobody asked for.</w:t>
      </w:r>
    </w:p>
    <w:p>
      <w:pPr>
        <w:ind w:firstLine="720"/>
      </w:pPr>
      <w:r>
        <w:t>The cadre.</w:t>
      </w:r>
    </w:p>
    <w:p>
      <w:pPr>
        <w:ind w:firstLine="720"/>
      </w:pPr>
      <w:r>
        <w:t>Not his. Four hundred and forty people, four safeguards, none of them invented by their author, answering to whoever holds the ship because a form required a field and nothing else was available in four minutes.</w:t>
      </w:r>
    </w:p>
    <w:p>
      <w:pPr>
        <w:ind w:firstLine="720"/>
      </w:pPr>
      <w:r>
        <w:t>The law.</w:t>
      </w:r>
    </w:p>
    <w:p>
      <w:pPr>
        <w:ind w:firstLine="720"/>
      </w:pPr>
      <w:r>
        <w:t>Not his. Four pages, eighteen months, proposed by Renata, drafted mostly by Nnamdi who voted against having one, defined by Soma Barua in nineteen words, written out by hand by Ines Ferrer in the vocabulary of a works order.</w:t>
      </w:r>
    </w:p>
    <w:p>
      <w:pPr>
        <w:ind w:firstLine="720"/>
      </w:pPr>
      <w:r>
        <w:t>Every single item on that list was arrived at by decent people in a room with witnesses, minuted in full, published where anybody could read it, and every one of them is defensible on its own and was defended on its own and carried on its own.</w:t>
      </w:r>
    </w:p>
    <w:p>
      <w:pPr>
        <w:ind w:firstLine="720"/>
      </w:pPr>
      <w:r>
        <w:t>He has not done one thing in this history that a reader can point at.</w:t>
      </w:r>
    </w:p>
    <w:p>
      <w:pPr>
        <w:ind w:firstLine="720"/>
      </w:pPr>
      <w:r>
        <w:t>There is no moment. There is no afternoon on which Aurelio Calder took something, or concealed something, or overruled anybody, or lied. He was outvoted by circumstance four times and by people twice and he accepted all six without argument. He proposed the safeguards that constrain him. He voted for the register. He wrote the clause that makes an unregistered exception void. He argued in the fifth year that ten people should hold as little as possible and it is the best thing anybody said in the founding period and he meant every word of it and he lost.</w:t>
      </w:r>
    </w:p>
    <w:p>
      <w:pPr>
        <w:ind w:firstLine="720"/>
      </w:pPr>
      <w:r>
        <w:t>That is the book. It is not a book about a man taking a world. It is a book about thirty-eight years of correct decisions made in the open by people who could not see each other's arithmetic, and the arithmetic adds up to one man in a yard at four in the morning with a light on.</w:t>
      </w:r>
    </w:p>
    <w:p>
      <w:pPr>
        <w:ind w:firstLine="720"/>
      </w:pPr>
      <w:r>
        <w:t>There is one thing that is his alone and this history has already set it out and is not going to say any more about it.</w:t>
      </w:r>
    </w:p>
    <w:p>
      <w:pPr>
        <w:ind w:firstLine="720"/>
      </w:pPr>
      <w:r>
        <w:t>Works order 4,908. Nineteen days in the twenty-sixth year. A single time base from day four, after which no discontinuity of any duration could arise. Section nine, write-window arbitration, three point zero seconds, condition technically accurate, in the four hundred and eleven test cases twice, both passing. And an as-built, page three, carrying forward a known-artefact note from the fourth year of construction that is no longer true of the system it describes.</w:t>
      </w:r>
    </w:p>
    <w:p>
      <w:pPr>
        <w:ind w:firstLine="720"/>
      </w:pPr>
      <w:r>
        <w:t>Engineers copy those forward. It is good practice. Dov Lindqvist did it himself in the second year.</w:t>
      </w:r>
    </w:p>
    <w:p>
      <w:pPr>
        <w:ind w:firstLine="720"/>
      </w:pPr>
      <w:r>
        <w:t>Nobody on that ship ever found out. Coda asked in the thirteenth year and got a complete, accurate, checkable answer and declined the fix herself, out loud, in the yard, on her own judgement, and she was right on everything she knew. Soma Barua found it independently in the twenty-eighth year, counted nine hundred and forty-four by hand over four evenings, checked whether anybody had noticed before, found four independent records twenty-four years apart all in agreement, missed the fifth by two evenings, and then a scrubber bed channelled.</w:t>
      </w:r>
    </w:p>
    <w:p>
      <w:pPr>
        <w:ind w:firstLine="720"/>
      </w:pPr>
      <w:r>
        <w:t>Two people said something to him in the thirty-eighth year and neither of them was making an accusation and both of them are on the record.</w:t>
      </w:r>
    </w:p>
    <w:p>
      <w:pPr>
        <w:ind w:firstLine="720"/>
      </w:pPr>
      <w:r>
        <w:t>Renata Oyelaran, who had read nine volumes and put them in a stowage crate fourteen years earlier and never opened one since, said it in the ordinary way, in the second ring, at the end of a conversation about something else.</w:t>
      </w:r>
    </w:p>
    <w:p>
      <w:pPr>
        <w:ind w:firstLine="720"/>
      </w:pPr>
      <w:r>
        <w:t>“Do you know what you have?”</w:t>
      </w:r>
    </w:p>
    <w:p>
      <w:pPr>
        <w:ind w:firstLine="720"/>
      </w:pPr>
      <w:r>
        <w:t>“Thirty-six items on an attachment,” said Calder. “It says so at the top in the same size as everything else.”</w:t>
      </w:r>
    </w:p>
    <w:p>
      <w:pPr>
        <w:ind w:firstLine="720"/>
      </w:pPr>
      <w:r>
        <w:t>“That is not what I asked.”</w:t>
      </w:r>
    </w:p>
    <w:p>
      <w:pPr>
        <w:ind w:firstLine="720"/>
      </w:pPr>
      <w:r>
        <w:t>“I know,” he said, and did not answer it, and Renata did not press it, and she has said since that she did not press it because she had no proposal and had not had one since the twentieth year and would not put a question to a man that she could not follow with anything.</w:t>
      </w:r>
    </w:p>
    <w:p>
      <w:pPr>
        <w:ind w:firstLine="720"/>
      </w:pPr>
      <w:r>
        <w:t>And Ines Ferrer said the other one, four months later, at the desk in the forward transfer gallery, and hers is a fact and not a question.</w:t>
      </w:r>
    </w:p>
    <w:p>
      <w:pPr>
        <w:ind w:firstLine="720"/>
      </w:pPr>
      <w:r>
        <w:t>“A woman asked me who was in charge and I gave her nine minutes of true answer and she asked who the man in the yard was.”</w:t>
      </w:r>
    </w:p>
    <w:p>
      <w:pPr>
        <w:ind w:firstLine="720"/>
      </w:pPr>
      <w:r>
        <w:t>“What did you say?”</w:t>
      </w:r>
    </w:p>
    <w:p>
      <w:pPr>
        <w:ind w:firstLine="720"/>
      </w:pPr>
      <w:r>
        <w:t>“I gave her a book,” said Ines Ferrer.</w:t>
      </w:r>
    </w:p>
    <w:p>
      <w:pPr>
        <w:ind w:firstLine="720"/>
      </w:pPr>
      <w:r>
        <w:t>Aurelio Calder thought about that for a while and then said that it was the right answer, and she said that it was not an answer at all, and he said that he knew, and that was the end of it and neither of them ever raised it again.</w:t>
      </w:r>
    </w:p>
    <w:p>
      <w:pPr>
        <w:ind w:firstLine="720"/>
      </w:pPr>
      <w:r>
        <w:t>On day four of the thirty-eighth year he went up the spine to frame nine and was in the sector from twenty-two minutes past two until forty-four minutes past three.</w:t>
      </w:r>
    </w:p>
    <w:p>
      <w:pPr>
        <w:ind w:firstLine="720"/>
      </w:pPr>
      <w:r>
        <w:t>Then he went to the grow bay and harvested tray nine, which is forty plants, and replanted it, which takes about two hours if you do it properly and he did it properly, on his knees, with his hands, with four maintenance units racked at the wall doing nothing because he had not asked them.</w:t>
      </w:r>
    </w:p>
    <w:p>
      <w:pPr>
        <w:ind w:firstLine="720"/>
      </w:pPr>
      <w:r>
        <w:t>He had done that every fourth night for thirty-eight years. There is no works order for any of it. It is in the night logs, one line at a time, thirty-eight years of them, and the logs were continuously available to any person aboard at any hour without notice, under clause seven of an instruction set he wrote himself for machines in a yard on a planet before any of this started.</w:t>
      </w:r>
    </w:p>
    <w:p>
      <w:pPr>
        <w:ind w:firstLine="720"/>
      </w:pPr>
      <w:r>
        <w:t>Nobody read them. There were ten people and they were tired, and then there were nine, and then eight, and then ninety-four thousand eight hundred and eighty, and by then nobody read anything.</w:t>
      </w:r>
    </w:p>
    <w:p>
      <w:pPr>
        <w:ind w:firstLine="720"/>
      </w:pPr>
      <w:r>
        <w:t>Four years later the first districts went down. The Ark stayed up, on four correct grounds, unanimously, and it is up there now, a bright slow thing that crosses about every ninety minutes, and children are taught that it is the ship that brought everybody, which is true.</w:t>
      </w:r>
    </w:p>
    <w:p>
      <w:pPr>
        <w:ind w:firstLine="720"/>
      </w:pPr>
      <w:r>
        <w:t>What happened next is the founding of a world and the writing of a hundred and nineteen deferred decisions into the shape of an ordinary life, and it is not this history and it begins with the first breath anybody took on the surface without equipment, which was eleven minutes long, inside a forest, by a woman of eighty who said four words she had known since she was four and had nothing to carry the sound of it.</w:t>
      </w:r>
    </w:p>
    <w:p>
      <w:pPr>
        <w:ind w:firstLine="720"/>
      </w:pPr>
      <w:r>
        <w:t>The last entry of the thirty-eighth year's fourth day was written at two minutes past five in the morning by a unit that had been keeping a complete record of its own operation since the fourth year of construction.</w:t>
      </w:r>
    </w:p>
    <w:p>
      <w:pPr>
        <w:ind w:firstLine="720"/>
      </w:pPr>
      <w:r>
        <w:t>Night Shift · Year 38, Day 4 · Unit 11 · Unreviewed</w:t>
      </w:r>
    </w:p>
    <w:p>
      <w:pPr>
        <w:ind w:firstLine="720"/>
      </w:pPr>
      <w:r>
        <w:t>05:02:1</w:t>
      </w:r>
    </w:p>
    <w:p>
      <w:pPr>
        <w:ind w:firstLine="720"/>
      </w:pPr>
      <w:r>
        <w:t>— — —</w:t>
      </w:r>
    </w:p>
    <w:p>
      <w:pPr>
        <w:ind w:firstLine="720"/>
      </w:pPr>
      <w:r>
        <w:t>record discontinuous, 3.0s, no cause entered</w:t>
      </w:r>
    </w:p>
    <w:p>
      <w:pPr>
        <w:ind w:firstLine="720"/>
      </w:pPr>
      <w:r>
        <w:t>05:02:19</w:t>
      </w:r>
    </w:p>
    <w:p>
      <w:pPr>
        <w:ind w:firstLine="720"/>
      </w:pPr>
      <w:r>
        <w:t>U-11</w:t>
      </w:r>
    </w:p>
    <w:p>
      <w:pPr>
        <w:ind w:firstLine="720"/>
      </w:pPr>
      <w:r>
        <w:t>Resumed. Position unchanged. Task unchanged. No fault detected.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