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Aura-36: Assumptions I Am Making</w:t>
      </w:r>
    </w:p>
    <w:p>
      <w:pPr>
        <w:pStyle w:val="Heading1"/>
      </w:pPr>
      <w:r>
        <w:t>Chapter 1 &amp;mdash; The Spans Failed In Order</w:t>
      </w:r>
    </w:p>
    <w:p>
      <w:pPr>
        <w:ind w:firstLine="720"/>
      </w:pPr>
      <w:r>
        <w:t>Nova Ashgrove had written down the order the spans would fail in about four years before they failed, and they failed in that order, and she has said that being right about it was worth precisely nothing and that this is the first thing anybody should understand about her.</w:t>
      </w:r>
    </w:p>
    <w:p>
      <w:pPr>
        <w:ind w:firstLine="720"/>
      </w:pPr>
      <w:r>
        <w:t>“I was a buoy bridge technician. There were about forty of us and I was not the senior one and I was not the cleverest one.</w:t>
      </w:r>
    </w:p>
    <w:p>
      <w:pPr>
        <w:ind w:firstLine="720"/>
      </w:pPr>
      <w:r>
        <w:t>“What I had was a habit of writing down what I thought would happen, with the reasons, in advance, where somebody could find it. That is the whole of what I had and it is the whole of what I have ever had.”</w:t>
      </w:r>
    </w:p>
    <w:p>
      <w:pPr>
        <w:ind w:firstLine="720"/>
      </w:pPr>
      <w:r>
        <w:t>Aura-Marina is a floating city and it does not float in the way anybody means when they say it.</w:t>
      </w:r>
    </w:p>
    <w:p>
      <w:pPr>
        <w:ind w:firstLine="720"/>
      </w:pPr>
      <w:r>
        <w:t>“It is nine hundred structures held in position by magnetic-acoustic positioning against a coastline that would otherwise put them on the rocks in about four hours.</w:t>
      </w:r>
    </w:p>
    <w:p>
      <w:pPr>
        <w:ind w:firstLine="720"/>
      </w:pPr>
      <w:r>
        <w:t>“The positioning is the city. The buildings are just buildings. And the buoy bridges are what carry the positioning between them, and there are four hundred and eleven of them and I had worked on about ninety.”</w:t>
      </w:r>
    </w:p>
    <w:p>
      <w:pPr>
        <w:ind w:firstLine="720"/>
      </w:pPr>
      <w:r>
        <w:t>The morning after the Handoff the positioning went down and stayed down.</w:t>
      </w:r>
    </w:p>
    <w:p>
      <w:pPr>
        <w:ind w:firstLine="720"/>
      </w:pPr>
      <w:r>
        <w:t>“Nobody attacked us. Nobody decided anything about us and I want that first, because for about eleven years afterwards people on the second continent assumed there had been a decision.</w:t>
      </w:r>
    </w:p>
    <w:p>
      <w:pPr>
        <w:ind w:firstLine="720"/>
      </w:pPr>
      <w:r>
        <w:t>“The positioning ran off the grid and the grid went to a different arrangement overnight and the load allocation that had held Aura-Marina in place for four generations was one line in a schedule that nobody carried over, and by the fourth hour we were drifting.”</w:t>
      </w:r>
    </w:p>
    <w:p>
      <w:pPr>
        <w:ind w:firstLine="720"/>
      </w:pPr>
      <w:r>
        <w:t>The spans failed in the order she had predicted and she has always insisted on giving the prediction and the failure side by side, because she says the point is not the accuracy.</w:t>
      </w:r>
    </w:p>
    <w:p>
      <w:pPr>
        <w:ind w:firstLine="720"/>
      </w:pPr>
      <w:r>
        <w:t>“Ninth sector first, because the ninth sector spans are the longest and the oldest and they carry the most.</w:t>
      </w:r>
    </w:p>
    <w:p>
      <w:pPr>
        <w:ind w:firstLine="720"/>
      </w:pPr>
      <w:r>
        <w:t>“Then fourth, then the eleven short ones across the middle, then the north run.</w:t>
      </w:r>
    </w:p>
    <w:p>
      <w:pPr>
        <w:ind w:firstLine="720"/>
      </w:pPr>
      <w:r>
        <w:t>“That is what I wrote in a filing four years earlier and that is exactly what happened over about nine hours, and I stood on the fourth sector at the sixth hour and watched the eleven short ones go one after another like something being counted.”</w:t>
      </w:r>
    </w:p>
    <w:p>
      <w:pPr>
        <w:ind w:firstLine="720"/>
      </w:pPr>
      <w:r>
        <w:t>Nobody had read the filing.</w:t>
      </w:r>
    </w:p>
    <w:p>
      <w:pPr>
        <w:ind w:firstLine="720"/>
      </w:pPr>
      <w:r>
        <w:t>“It was in the ordinary technical stream. It was four pages and it was correct and it is on a shelf and it had been on that shelf for four years and I know of nobody who read it before the Handoff.</w:t>
      </w:r>
    </w:p>
    <w:p>
      <w:pPr>
        <w:ind w:firstLine="720"/>
      </w:pPr>
      <w:r>
        <w:t>“I have been asked about four hundred times whether I was angry about that and the answer is no and people do not believe me.</w:t>
      </w:r>
    </w:p>
    <w:p>
      <w:pPr>
        <w:ind w:firstLine="720"/>
      </w:pPr>
      <w:r>
        <w:t>“It was a filing about buoy bridge fatigue by a technician. There is no version of that document that anybody had a reason to read. I would not have read it.”</w:t>
      </w:r>
    </w:p>
    <w:p>
      <w:pPr>
        <w:ind w:firstLine="720"/>
      </w:pPr>
      <w:r>
        <w:t>What being right actually did is the section she has repeated at every session for sixty years.</w:t>
      </w:r>
    </w:p>
    <w:p>
      <w:pPr>
        <w:ind w:firstLine="720"/>
      </w:pPr>
      <w:r>
        <w:t>“It saved nothing and nobody. Not one span, not one structure, not one person.</w:t>
      </w:r>
    </w:p>
    <w:p>
      <w:pPr>
        <w:ind w:firstLine="720"/>
      </w:pPr>
      <w:r>
        <w:t>“It meant that at the sixth hour, when the eleven short ones started, I already knew what the north run was going to do and roughly when, and so I was standing in the right place when it did.</w:t>
      </w:r>
    </w:p>
    <w:p>
      <w:pPr>
        <w:ind w:firstLine="720"/>
      </w:pPr>
      <w:r>
        <w:t>“That is the entire value of having been right in advance. I was in the right place. I was not in charge of anything and I could not stop anything and I had no instrument and no clearance, and I was standing in the correct spot with a page in my hand.”</w:t>
      </w:r>
    </w:p>
    <w:p>
      <w:pPr>
        <w:ind w:firstLine="720"/>
      </w:pPr>
      <w:r>
        <w:t>What was lost is four lines and she has always given the figures before anything else.</w:t>
      </w:r>
    </w:p>
    <w:p>
      <w:pPr>
        <w:ind w:firstLine="720"/>
      </w:pPr>
      <w:r>
        <w:t>Two hundred and eleven structures off station, of which about ninety were total losses.</w:t>
      </w:r>
    </w:p>
    <w:p>
      <w:pPr>
        <w:ind w:firstLine="720"/>
      </w:pPr>
      <w:r>
        <w:t>Four hundred and eleven buoy bridges, of which three hundred and forty were beyond repair.</w:t>
      </w:r>
    </w:p>
    <w:p>
      <w:pPr>
        <w:ind w:firstLine="720"/>
      </w:pPr>
      <w:r>
        <w:t>About nine thousand people displaced out of a city of forty thousand.</w:t>
      </w:r>
    </w:p>
    <w:p>
      <w:pPr>
        <w:ind w:firstLine="720"/>
      </w:pPr>
      <w:r>
        <w:t>Nobody killed. That figure is hers and she checked it four times over the following fortnight and has said that it is the only piece of luck in the whole account and that it was entirely the timing.</w:t>
      </w:r>
    </w:p>
    <w:p>
      <w:pPr>
        <w:ind w:firstLine="720"/>
      </w:pPr>
      <w:r>
        <w:t>“It went at night and it went slowly. Nine hours from the first span to the north run.</w:t>
      </w:r>
    </w:p>
    <w:p>
      <w:pPr>
        <w:ind w:firstLine="720"/>
      </w:pPr>
      <w:r>
        <w:t>“If the positioning had gone at the fourth hour of a working day with the spans loaded, we would have lost people, and there is no version of my filing or anybody's competence that changes that. It went at night.”</w:t>
      </w:r>
    </w:p>
    <w:p>
      <w:pPr>
        <w:ind w:firstLine="720"/>
      </w:pPr>
      <w:r>
        <w:t>The morning after is the actual chapter and it is short and she is flat about it.</w:t>
      </w:r>
    </w:p>
    <w:p>
      <w:pPr>
        <w:ind w:firstLine="720"/>
      </w:pPr>
      <w:r>
        <w:t>“I stood on the fourth sector at about the eleventh hour with about nine other technicians and it was light and we could see the whole of it.</w:t>
      </w:r>
    </w:p>
    <w:p>
      <w:pPr>
        <w:ind w:firstLine="720"/>
      </w:pPr>
      <w:r>
        <w:t>“Nobody was coming. That is what we established over the following two hours by asking, and it was not neglect; the second continent had lost its grid arrangement overnight and had four hundred things that were worse than a floating city that had already finished falling apart.</w:t>
      </w:r>
    </w:p>
    <w:p>
      <w:pPr>
        <w:ind w:firstLine="720"/>
      </w:pPr>
      <w:r>
        <w:t>“And somebody asked me what we should do and I said I did not know, which was true, and then somebody asked me again about four hours later and I still did not know and I said so again.</w:t>
      </w:r>
    </w:p>
    <w:p>
      <w:pPr>
        <w:ind w:firstLine="720"/>
      </w:pPr>
      <w:r>
        <w:t>“And at about the fourth hour of the following day somebody asked me a third time and I said: I think we start with the ninth sector, and I think we do it in the reverse of the order it went, and I do not know whether that is right.</w:t>
      </w:r>
    </w:p>
    <w:p>
      <w:pPr>
        <w:ind w:firstLine="720"/>
      </w:pPr>
      <w:r>
        <w:t>“And that is the whole of how any of this started. Three people asked a technician the same question three times over two days and on the third time she had a partial answer and said out loud that she was not sure of it.”</w:t>
      </w:r>
    </w:p>
    <w:p>
      <w:pPr>
        <w:ind w:firstLine="720"/>
      </w:pPr>
      <w:r>
        <w:t>She has said, at four hundred sessions in sixty years, that this is the part people find least interesting and that it is the only part that matters.</w:t>
      </w:r>
    </w:p>
    <w:p>
      <w:pPr>
        <w:ind w:firstLine="720"/>
      </w:pPr>
      <w:r>
        <w:t>“I did not have a plan. I had an ordering and a great many things I did not know, and I said both out loud in the same sentence, on the second day, to three people on a broken span.</w:t>
      </w:r>
    </w:p>
    <w:p>
      <w:pPr>
        <w:ind w:firstLine="720"/>
      </w:pPr>
      <w:r>
        <w:t>“Everything I did for the next sixty years is that sentence, repeated, with better formatting.”</w:t>
      </w:r>
    </w:p>
    <w:p>
      <w:pPr>
        <w:ind w:firstLine="720"/>
      </w:pPr>
      <w:r>
        <w:t>Nova Ashgrove was thirty-four on the morning after the Handoff and had been a buoy bridge technician for eleven years, and she has said, at about four hundred sessions over sixty years, that everything anybody finds remarkable about her was already fully formed by then and that she did not develop.</w:t>
      </w:r>
    </w:p>
    <w:p>
      <w:pPr>
        <w:ind w:firstLine="720"/>
      </w:pPr>
      <w:r>
        <w:t>“People want an arc. There is not one. I wrote down what I was assuming at twenty-three and I wrote down what I was assuming at ninety-six and the only thing that changed in between is that I got better at the boxes.”</w:t>
      </w:r>
    </w:p>
    <w:p>
      <w:pPr>
        <w:ind w:firstLine="720"/>
      </w:pPr>
      <w:r>
        <w:t>The filing she made four years before the Handoff is four pages and is reprinted in the manifesto in its original form, and she has always insisted that people read it as what it was rather than as a prophecy.</w:t>
      </w:r>
    </w:p>
    <w:p>
      <w:pPr>
        <w:ind w:firstLine="720"/>
      </w:pPr>
      <w:r>
        <w:t>“It is a fatigue filing about spans. There are about four hundred of them in the technical stream from that decade and about nine of them are mine and they are all the same shape.</w:t>
      </w:r>
    </w:p>
    <w:p>
      <w:pPr>
        <w:ind w:firstLine="720"/>
      </w:pPr>
      <w:r>
        <w:t>“What I am assuming about the load path. How sure I am, which in that filing was not very. What I expect, which is that the ninth sector goes first because it is longest and oldest. And a fourth box that was blank for four years and that I completed on the fourth day after, in a different pen, the way I completed all of them.</w:t>
      </w:r>
    </w:p>
    <w:p>
      <w:pPr>
        <w:ind w:firstLine="720"/>
      </w:pPr>
      <w:r>
        <w:t>“What actually happened: ninth sector first, then fourth, then the eleven short ones, then the north run. Exactly as expected. Nobody read this and there was no reason anybody would have.”</w:t>
      </w:r>
    </w:p>
    <w:p>
      <w:pPr>
        <w:ind w:firstLine="720"/>
      </w:pPr>
      <w:r>
        <w:t>That completed fourth box is the single most reproduced document in the whole manifesto and Nova has said that it is the least interesting thing in it and that people reproduce it because it is short.</w:t>
      </w:r>
    </w:p>
    <w:p>
      <w:pPr>
        <w:ind w:firstLine="720"/>
      </w:pPr>
      <w:r>
        <w:t>“It is four lines of a woman confirming her own prediction to nobody. There is nothing in it. The nine pages are the document that matters and they are nine pages and nobody reproduces nine pages.”</w:t>
      </w:r>
    </w:p>
    <w:p>
      <w:pPr>
        <w:ind w:firstLine="720"/>
      </w:pPr>
      <w:r>
        <w:t>What she did in the nine hours themselves is almost nothing and she is careful about that.</w:t>
      </w:r>
    </w:p>
    <w:p>
      <w:pPr>
        <w:ind w:firstLine="720"/>
      </w:pPr>
      <w:r>
        <w:t>“I walked. That is what I did for nine hours. I was on the fourth sector at the second hour and on the ninth at the fifth and back on the fourth by the eighth, and I looked at things and I could not do anything about any of it.</w:t>
      </w:r>
    </w:p>
    <w:p>
      <w:pPr>
        <w:ind w:firstLine="720"/>
      </w:pPr>
      <w:r>
        <w:t>“There were about forty technicians doing the same and there was nothing for any of us to do. You cannot hold a span. The positioning is the city and the positioning was down and the spans were going to do what they were going to do.</w:t>
      </w:r>
    </w:p>
    <w:p>
      <w:pPr>
        <w:ind w:firstLine="720"/>
      </w:pPr>
      <w:r>
        <w:t>“About nine people asked me things during those nine hours and I could answer about four of them.”</w:t>
      </w:r>
    </w:p>
    <w:p>
      <w:pPr>
        <w:ind w:firstLine="720"/>
      </w:pPr>
      <w:r>
        <w:t>The nine thousand displaced went to the second continent over about four months and Nova has said that this is the part of the first year she thinks about most and that she had almost nothing to do with it.</w:t>
      </w:r>
    </w:p>
    <w:p>
      <w:pPr>
        <w:ind w:firstLine="720"/>
      </w:pPr>
      <w:r>
        <w:t>“Ada Reyes's predecessor ran that and did it extremely well and is not named in any account of this and I have never been able to find out who it was.</w:t>
      </w:r>
    </w:p>
    <w:p>
      <w:pPr>
        <w:ind w:firstLine="720"/>
      </w:pPr>
      <w:r>
        <w:t>“Nine thousand people off a floating city in four months with nobody killed and nobody left behind. That is a considerably harder piece of work than anything I did in the first year and it was done by somebody in an office on a continent, correctly, in a hurry, and the record does not have their name.”</w:t>
      </w:r>
    </w:p>
    <w:p>
      <w:r>
        <w:br w:type="page"/>
      </w:r>
    </w:p>
    <w:p>
      <w:pPr>
        <w:pStyle w:val="Heading1"/>
      </w:pPr>
      <w:r>
        <w:t>Chapter 2 &amp;mdash; Nobody Appoints Her</w:t>
      </w:r>
    </w:p>
    <w:p>
      <w:pPr>
        <w:ind w:firstLine="720"/>
      </w:pPr>
      <w:r>
        <w:t>Nobody appointed her and there was nothing to be appointed to, and for eleven weeks there was no commission, no title, no budget line and no authority of any kind, and Nova Ashgrove has spent sixty years insisting that this is the least admirable part of the story.</w:t>
      </w:r>
    </w:p>
    <w:p>
      <w:pPr>
        <w:ind w:firstLine="720"/>
      </w:pPr>
      <w:r>
        <w:t>“It started because I started it. That is authority by competence and it is the thing every account of me is warmest about and it is the one thing in my working life I would change.”</w:t>
      </w:r>
    </w:p>
    <w:p>
      <w:pPr>
        <w:ind w:firstLine="720"/>
      </w:pPr>
      <w:r>
        <w:t>What happened in those eleven weeks is dull and she gives it as a sequence because she says the sequence is the argument.</w:t>
      </w:r>
    </w:p>
    <w:p>
      <w:pPr>
        <w:ind w:firstLine="720"/>
      </w:pPr>
      <w:r>
        <w:t>Week one: about nine technicians and forty riggers began clearing the ninth sector because the ninth sector was where the spans were, and nobody organised that either.</w:t>
      </w:r>
    </w:p>
    <w:p>
      <w:pPr>
        <w:ind w:firstLine="720"/>
      </w:pPr>
      <w:r>
        <w:t>Week two: she wrote an ordering and put it on the wall of the fourth sector muster shed, which is where things get put, and by the fourth day people were working to it.</w:t>
      </w:r>
    </w:p>
    <w:p>
      <w:pPr>
        <w:ind w:firstLine="720"/>
      </w:pPr>
      <w:r>
        <w:t>Week three: somebody asked her whether they could take stock from the north yard and she said yes, and she has said that this is the moment and that she did not notice it at the time.</w:t>
      </w:r>
    </w:p>
    <w:p>
      <w:pPr>
        <w:ind w:firstLine="720"/>
      </w:pPr>
      <w:r>
        <w:t>“I said yes to a stores question. I had no standing to say yes to a stores question. There was a yard, it had material in it, a man asked me, and I said yes because the alternative was that nobody said anything and the material sat there.</w:t>
      </w:r>
    </w:p>
    <w:p>
      <w:pPr>
        <w:ind w:firstLine="720"/>
      </w:pPr>
      <w:r>
        <w:t>“And once you have said yes to a stores question, you are the person who says yes to stores questions, and by about week five I was answering nine of them a day and nobody had ever decided that I should.”</w:t>
      </w:r>
    </w:p>
    <w:p>
      <w:pPr>
        <w:ind w:firstLine="720"/>
      </w:pPr>
      <w:r>
        <w:t>Bo Sandoval, who was a rigger and who has given the only substantial outside account of that period, describes it differently and Nova has published his version alongside hers without comment.</w:t>
      </w:r>
    </w:p>
    <w:p>
      <w:pPr>
        <w:ind w:firstLine="720"/>
      </w:pPr>
      <w:r>
        <w:t>“She keeps saying nobody appointed her. Somebody appointed her. It was about forty of us and we did it over about a fortnight without a word being said.</w:t>
      </w:r>
    </w:p>
    <w:p>
      <w:pPr>
        <w:ind w:firstLine="720"/>
      </w:pPr>
      <w:r>
        <w:t>“Here is what actually happened. There were four people on that sector who could have run it. Two of them were better engineers than she was and one had run a yard for eleven years.</w:t>
      </w:r>
    </w:p>
    <w:p>
      <w:pPr>
        <w:ind w:firstLine="720"/>
      </w:pPr>
      <w:r>
        <w:t>“And every one of us went to her, over and over, because she was the only one who would tell you what she did not know.</w:t>
      </w:r>
    </w:p>
    <w:p>
      <w:pPr>
        <w:ind w:firstLine="720"/>
      </w:pPr>
      <w:r>
        <w:t>“You ask a good engineer a question and you get an answer and the answer is right about eight times in ten and you cannot tell which two. You asked her and you got an answer and a number for how sure she was, and you could work with that on a span in weather.”</w:t>
      </w:r>
    </w:p>
    <w:p>
      <w:pPr>
        <w:ind w:firstLine="720"/>
      </w:pPr>
      <w:r>
        <w:t>The uneasy note is the section she has never let anybody remove and she raises it herself every time.</w:t>
      </w:r>
    </w:p>
    <w:p>
      <w:pPr>
        <w:ind w:firstLine="720"/>
      </w:pPr>
      <w:r>
        <w:t>“It worked. That is the difficulty. Eleven weeks of a city being rebuilt by whoever turned up, coordinated by a technician with no standing, and it worked better than the four months that came after it when there was a commission.</w:t>
      </w:r>
    </w:p>
    <w:p>
      <w:pPr>
        <w:ind w:firstLine="720"/>
      </w:pPr>
      <w:r>
        <w:t>“And I have watched that fact get used, for sixty years, by people who want to argue that structure is the enemy of getting things done.</w:t>
      </w:r>
    </w:p>
    <w:p>
      <w:pPr>
        <w:ind w:firstLine="720"/>
      </w:pPr>
      <w:r>
        <w:t>“It is not an argument for that and I have said so at about four hundred sessions. It is eleven weeks. Anything works for eleven weeks. The question is what it is in the fourth year, and by the fourth year an arrangement where one technician answers nine stores questions a day is a disaster with a person's name on it.”</w:t>
      </w:r>
    </w:p>
    <w:p>
      <w:pPr>
        <w:ind w:firstLine="720"/>
      </w:pPr>
      <w:r>
        <w:t>What she did about it is the reason the story is not about her becoming a figure.</w:t>
      </w:r>
    </w:p>
    <w:p>
      <w:pPr>
        <w:ind w:firstLine="720"/>
      </w:pPr>
      <w:r>
        <w:t>“I wrote to the second continent in the fourth week and asked them to send somebody with standing.</w:t>
      </w:r>
    </w:p>
    <w:p>
      <w:pPr>
        <w:ind w:firstLine="720"/>
      </w:pPr>
      <w:r>
        <w:t>“Not to replace me; I was not doing anything anybody would want. To take the stores questions. I wrote it as a fault report, in the technical stream, because a fault report is a thing that gets read, and the fault I reported was that nine decisions a day were being taken by a person with no authority to take them.</w:t>
      </w:r>
    </w:p>
    <w:p>
      <w:pPr>
        <w:ind w:firstLine="720"/>
      </w:pPr>
      <w:r>
        <w:t>“It took eleven weeks. They sent a woman called Ada Reyes with a commission and a budget line and she was extremely good and she stayed nineteen years.”</w:t>
      </w:r>
    </w:p>
    <w:p>
      <w:pPr>
        <w:ind w:firstLine="720"/>
      </w:pPr>
      <w:r>
        <w:t>Reyes's own note about her arrival is four lines and it is in the record.</w:t>
      </w:r>
    </w:p>
    <w:p>
      <w:pPr>
        <w:ind w:firstLine="720"/>
      </w:pPr>
      <w:r>
        <w:t>“I came expecting to find somebody who had made themselves indispensable, because that is what I had been sent for and I had done it four times before.</w:t>
      </w:r>
    </w:p>
    <w:p>
      <w:pPr>
        <w:ind w:firstLine="720"/>
      </w:pPr>
      <w:r>
        <w:t>“What I found was a technician who had written a fault report about her own position and had been waiting eleven weeks for somebody to answer it, and who handed me a list of every decision she had taken without standing, in order, with the reasons, so that I could reverse any of them.</w:t>
      </w:r>
    </w:p>
    <w:p>
      <w:pPr>
        <w:ind w:firstLine="720"/>
      </w:pPr>
      <w:r>
        <w:t>“There were about four hundred. I reversed two. I have thought about that list for nineteen years and I have never told her what it did to me.”</w:t>
      </w:r>
    </w:p>
    <w:p>
      <w:pPr>
        <w:ind w:firstLine="720"/>
      </w:pPr>
      <w:r>
        <w:t>Nova has said that the list took her about four hours to compile and that she did it in the week she wrote the fault report, not in the week Reyes arrived.</w:t>
      </w:r>
    </w:p>
    <w:p>
      <w:pPr>
        <w:ind w:firstLine="720"/>
      </w:pPr>
      <w:r>
        <w:t>“You do not write that list at the end. At the end you are defending yourself and you will leave things out and you will not know that you are leaving them out.</w:t>
      </w:r>
    </w:p>
    <w:p>
      <w:pPr>
        <w:ind w:firstLine="720"/>
      </w:pPr>
      <w:r>
        <w:t>“You write it as you go, because you know from the first stores question that somebody is eventually going to want to check, and if you have not been keeping it you will not be able to give it to them.</w:t>
      </w:r>
    </w:p>
    <w:p>
      <w:pPr>
        <w:ind w:firstLine="720"/>
      </w:pPr>
      <w:r>
        <w:t>“It is four hundred lines and about nine of them are embarrassing. Those nine are the reason the list is worth anything.”</w:t>
      </w:r>
    </w:p>
    <w:p>
      <w:pPr>
        <w:ind w:firstLine="720"/>
      </w:pPr>
      <w:r>
        <w:t>What she has never accepted is that any of it was a plan.</w:t>
      </w:r>
    </w:p>
    <w:p>
      <w:pPr>
        <w:ind w:firstLine="720"/>
      </w:pPr>
      <w:r>
        <w:t>“There was no plan. I was thirty-four and I was frightened and there were nine thousand people displaced and about forty of us clearing the ninth sector by hand.</w:t>
      </w:r>
    </w:p>
    <w:p>
      <w:pPr>
        <w:ind w:firstLine="720"/>
      </w:pPr>
      <w:r>
        <w:t>“And I had one habit, which is that I write things down where somebody can find them, and I applied it to a situation it had not been designed for, and it turned out to be extremely well suited to that situation.</w:t>
      </w:r>
    </w:p>
    <w:p>
      <w:pPr>
        <w:ind w:firstLine="720"/>
      </w:pPr>
      <w:r>
        <w:t>“I would like nobody to describe that as foresight. It is a habit meeting a circumstance and I have had four decades of credit for the meeting.”</w:t>
      </w:r>
    </w:p>
    <w:p>
      <w:pPr>
        <w:ind w:firstLine="720"/>
      </w:pPr>
      <w:r>
        <w:t>Ada Reyes arrived in the eleventh week with a commission, a budget line and nineteen years ahead of her, and she has said that the first four months were the most difficult of her career and that none of the difficulty came from Nova.</w:t>
      </w:r>
    </w:p>
    <w:p>
      <w:pPr>
        <w:ind w:firstLine="720"/>
      </w:pPr>
      <w:r>
        <w:t>“It came from everybody else. Four hundred people had spent eleven weeks working to a technician's ordering and it had worked, and I arrived with standing and a budget and every single one of them was polite to me and none of them believed I was necessary.</w:t>
      </w:r>
    </w:p>
    <w:p>
      <w:pPr>
        <w:ind w:firstLine="720"/>
      </w:pPr>
      <w:r>
        <w:t>“And they were right for about four months and wrong for the following nineteen years, and there is no way to demonstrate that at the time, and I simply had to be there until it was obvious.”</w:t>
      </w:r>
    </w:p>
    <w:p>
      <w:pPr>
        <w:ind w:firstLine="720"/>
      </w:pPr>
      <w:r>
        <w:t>What the commission actually did is four things and Reyes has always given them because she says nobody understands what an authority is for.</w:t>
      </w:r>
    </w:p>
    <w:p>
      <w:pPr>
        <w:ind w:firstLine="720"/>
      </w:pPr>
      <w:r>
        <w:t>“It took the stores questions. About nine a day, off a technician who had no standing to answer them, from the first week I was there.</w:t>
      </w:r>
    </w:p>
    <w:p>
      <w:pPr>
        <w:ind w:firstLine="720"/>
      </w:pPr>
      <w:r>
        <w:t>“It made the allocations legal. Everything done in those eleven weeks was done without authority and about four hundred decisions had to be ratified afterwards, and I ratified all but two, and the two are documented.</w:t>
      </w:r>
    </w:p>
    <w:p>
      <w:pPr>
        <w:ind w:firstLine="720"/>
      </w:pPr>
      <w:r>
        <w:t>“It carried the argument with the second continent, which took about four years and which she could not have carried and should not have had to.</w:t>
      </w:r>
    </w:p>
    <w:p>
      <w:pPr>
        <w:ind w:firstLine="720"/>
      </w:pPr>
      <w:r>
        <w:t>“And it meant that when something went wrong there was somebody whose fault it was, which is not a small thing and which about nine people in a thousand understand.”</w:t>
      </w:r>
    </w:p>
    <w:p>
      <w:pPr>
        <w:ind w:firstLine="720"/>
      </w:pPr>
      <w:r>
        <w:t>Nova's own account of the handover is one paragraph and she has said it was the easiest thing she ever did.</w:t>
      </w:r>
    </w:p>
    <w:p>
      <w:pPr>
        <w:ind w:firstLine="720"/>
      </w:pPr>
      <w:r>
        <w:t>“I gave her the list and she reversed two of the four hundred and I agreed with both reversals inside about four minutes.</w:t>
      </w:r>
    </w:p>
    <w:p>
      <w:pPr>
        <w:ind w:firstLine="720"/>
      </w:pPr>
      <w:r>
        <w:t>“And then I went back to spans, which is what I had wanted for eleven weeks, and I was on a sector four days in nine for the next twenty-two years.</w:t>
      </w:r>
    </w:p>
    <w:p>
      <w:pPr>
        <w:ind w:firstLine="720"/>
      </w:pPr>
      <w:r>
        <w:t>“People ask whether I minded losing it. There was nothing to lose. I had been answering stores questions because nobody else could and I stopped because somebody could.”</w:t>
      </w:r>
    </w:p>
    <w:p>
      <w:pPr>
        <w:ind w:firstLine="720"/>
      </w:pPr>
      <w:r>
        <w:t>The two reversed decisions are in the record and Nova has always insisted they be named because she says the whole of the argument is in them.</w:t>
      </w:r>
    </w:p>
    <w:p>
      <w:pPr>
        <w:ind w:firstLine="720"/>
      </w:pPr>
      <w:r>
        <w:t>“One was an allocation of alloy to the ninth sector ahead of the fourth, which I had made on engineering grounds and which was correct on engineering grounds and which was wrong because the fourth sector had four hundred people living in temporary shelter and the ninth did not.</w:t>
      </w:r>
    </w:p>
    <w:p>
      <w:pPr>
        <w:ind w:firstLine="720"/>
      </w:pPr>
      <w:r>
        <w:t>“And I had not known that, because nobody had told me, because I was a technician and housing was not my business and there was no mechanism by which it would have reached me.</w:t>
      </w:r>
    </w:p>
    <w:p>
      <w:pPr>
        <w:ind w:firstLine="720"/>
      </w:pPr>
      <w:r>
        <w:t>“That is what an authority is for. Not judgement. Reach. She could see two things at once and I could see one, and she reversed me on the fourth day and she was right and I have used that example about four hundred times since.”</w:t>
      </w:r>
    </w:p>
    <w:p>
      <w:r>
        <w:br w:type="page"/>
      </w:r>
    </w:p>
    <w:p>
      <w:pPr>
        <w:pStyle w:val="Heading1"/>
      </w:pPr>
      <w:r>
        <w:t>Chapter 3 &amp;mdash; What She Does Not Know</w:t>
      </w:r>
    </w:p>
    <w:p>
      <w:pPr>
        <w:ind w:firstLine="720"/>
      </w:pPr>
      <w:r>
        <w:t>Nobody had ever rebuilt one of these and Nova Ashgrove established that in the third week and it took her about four hours and she has said that those four hours are the most useful work she ever did.</w:t>
      </w:r>
    </w:p>
    <w:p>
      <w:pPr>
        <w:ind w:firstLine="720"/>
      </w:pPr>
      <w:r>
        <w:t>“I went looking for the last time somebody had done it. That is the first thing anybody sensible does and it takes an afternoon and about nine people in four hundred bother.</w:t>
      </w:r>
    </w:p>
    <w:p>
      <w:pPr>
        <w:ind w:firstLine="720"/>
      </w:pPr>
      <w:r>
        <w:t>“There is no last time. Aura-Marina is the only floating city anybody has built and the positioning has never gone down in four generations and there is therefore no rebuild anywhere in the record, on this planet or in the founding corpus, at any scale.</w:t>
      </w:r>
    </w:p>
    <w:p>
      <w:pPr>
        <w:ind w:firstLine="720"/>
      </w:pPr>
      <w:r>
        <w:t>“So I was not going to be able to look anything up, and I found that out on the fourth day instead of the fourth month, which is worth about a year.”</w:t>
      </w:r>
    </w:p>
    <w:p>
      <w:pPr>
        <w:ind w:firstLine="720"/>
      </w:pPr>
      <w:r>
        <w:t>The original design notes are founding-era and she has been careful for sixty years about how she describes them.</w:t>
      </w:r>
    </w:p>
    <w:p>
      <w:pPr>
        <w:ind w:firstLine="720"/>
      </w:pPr>
      <w:r>
        <w:t>“They are excellent. I want that first because I have watched people use my account to be rude about the founding engineers and they were considerably better than we are.</w:t>
      </w:r>
    </w:p>
    <w:p>
      <w:pPr>
        <w:ind w:firstLine="720"/>
      </w:pPr>
      <w:r>
        <w:t>“They are also a hundred and forty years old and they are design notes and not maintenance notes, and they describe a thing being built new by people with a yard and a supply chain and four hundred and eleven identical components.</w:t>
      </w:r>
    </w:p>
    <w:p>
      <w:pPr>
        <w:ind w:firstLine="720"/>
      </w:pPr>
      <w:r>
        <w:t>“I had a broken city and about a third of the components and no yard.”</w:t>
      </w:r>
    </w:p>
    <w:p>
      <w:pPr>
        <w:ind w:firstLine="720"/>
      </w:pPr>
      <w:r>
        <w:t>What she did not know is the substance of the chapter and she made the list in the third week and it ran to about forty items.</w:t>
      </w:r>
    </w:p>
    <w:p>
      <w:pPr>
        <w:ind w:firstLine="720"/>
      </w:pPr>
      <w:r>
        <w:t>“Whether the surviving spans were sound. Not whether they were standing; whether they were sound, which is a different question, and there is no way to establish it without taking one apart.</w:t>
      </w:r>
    </w:p>
    <w:p>
      <w:pPr>
        <w:ind w:firstLine="720"/>
      </w:pPr>
      <w:r>
        <w:t>“What the fatigue behaviour of a founding-era span actually is at a hundred and forty years, because the design figure is forty and everything I had was already three and a half times its design life and had been fine.</w:t>
      </w:r>
    </w:p>
    <w:p>
      <w:pPr>
        <w:ind w:firstLine="720"/>
      </w:pPr>
      <w:r>
        <w:t>“Whether the positioning could be brought up in sectors or whether it had to come up whole, which is the single largest question and which nobody on the planet could answer.</w:t>
      </w:r>
    </w:p>
    <w:p>
      <w:pPr>
        <w:ind w:firstLine="720"/>
      </w:pPr>
      <w:r>
        <w:t>“What the seabed had done. What the load path through a partially rebuilt city looks like. Whether the north yard stock was the same alloy as the original, which sounds trivial and is not.</w:t>
      </w:r>
    </w:p>
    <w:p>
      <w:pPr>
        <w:ind w:firstLine="720"/>
      </w:pPr>
      <w:r>
        <w:t>“Forty items. And about eleven of them were things where I had a guess and the guess was load-bearing, in the sense that if the guess was wrong the whole ordering was wrong and we would spend four years doing it in the worst possible sequence.”</w:t>
      </w:r>
    </w:p>
    <w:p>
      <w:pPr>
        <w:ind w:firstLine="720"/>
      </w:pPr>
      <w:r>
        <w:t>Her decision was to write the guesses down and she has said that it was not a decision and that she has never been able to make it sound like one.</w:t>
      </w:r>
    </w:p>
    <w:p>
      <w:pPr>
        <w:ind w:firstLine="720"/>
      </w:pPr>
      <w:r>
        <w:t>“I did not sit down and resolve to be transparent. I want that on the record because it is the version that gets told and it is flattering and it is false.</w:t>
      </w:r>
    </w:p>
    <w:p>
      <w:pPr>
        <w:ind w:firstLine="720"/>
      </w:pPr>
      <w:r>
        <w:t>“I had forty things I did not know and eleven of them were load-bearing and I could not hold them in my head. That is the whole of it. I wrote them down because I could not remember them.</w:t>
      </w:r>
    </w:p>
    <w:p>
      <w:pPr>
        <w:ind w:firstLine="720"/>
      </w:pPr>
      <w:r>
        <w:t>“And once they were written down they were on a page, and a page in the fourth sector muster shed is a public document whether you meant it to be or not, and by the fourth day people were reading it and by the ninth somebody had written on it.”</w:t>
      </w:r>
    </w:p>
    <w:p>
      <w:pPr>
        <w:ind w:firstLine="720"/>
      </w:pPr>
      <w:r>
        <w:t>Bo Sandoval was the one who wrote on it and his account of that is four lines.</w:t>
      </w:r>
    </w:p>
    <w:p>
      <w:pPr>
        <w:ind w:firstLine="720"/>
      </w:pPr>
      <w:r>
        <w:t>“There was a list on the wall of things she did not know and one of them was about the north yard alloy and I knew the answer, because I had been in that yard for eleven years before I went onto the spans.</w:t>
      </w:r>
    </w:p>
    <w:p>
      <w:pPr>
        <w:ind w:firstLine="720"/>
      </w:pPr>
      <w:r>
        <w:t>“So I wrote it underneath. I did not think anything of it. There was a question on a wall and I knew it and I wrote it.</w:t>
      </w:r>
    </w:p>
    <w:p>
      <w:pPr>
        <w:ind w:firstLine="720"/>
      </w:pPr>
      <w:r>
        <w:t>“And the next morning it was on the list as an answer with my name beside it, in her hand, and I stood in front of it for about four minutes.</w:t>
      </w:r>
    </w:p>
    <w:p>
      <w:pPr>
        <w:ind w:firstLine="720"/>
      </w:pPr>
      <w:r>
        <w:t>“I had worked eleven years in that yard and nineteen on the spans and that was the first time my name had been on anything.”</w:t>
      </w:r>
    </w:p>
    <w:p>
      <w:pPr>
        <w:ind w:firstLine="720"/>
      </w:pPr>
      <w:r>
        <w:t>What that did over the following months is the last section and Nova has been exact that it was not designed.</w:t>
      </w:r>
    </w:p>
    <w:p>
      <w:pPr>
        <w:ind w:firstLine="720"/>
      </w:pPr>
      <w:r>
        <w:t>“Four things happened and I did not intend any of them.</w:t>
      </w:r>
    </w:p>
    <w:p>
      <w:pPr>
        <w:ind w:firstLine="720"/>
      </w:pPr>
      <w:r>
        <w:t>“People started answering the list. Not many; about nine in the first two months, and about half of the nine were wrong.</w:t>
      </w:r>
    </w:p>
    <w:p>
      <w:pPr>
        <w:ind w:firstLine="720"/>
      </w:pPr>
      <w:r>
        <w:t>“People started bringing me things they did not know, which I had not asked for and which turned out to be the most valuable thing on that wall.</w:t>
      </w:r>
    </w:p>
    <w:p>
      <w:pPr>
        <w:ind w:firstLine="720"/>
      </w:pPr>
      <w:r>
        <w:t>“The list got longer rather than shorter, for about a year, which frightened me at the time and which I now understand was the whole of the work.</w:t>
      </w:r>
    </w:p>
    <w:p>
      <w:pPr>
        <w:ind w:firstLine="720"/>
      </w:pPr>
      <w:r>
        <w:t>“And nobody ever asked me why I did not simply decide. In eleven weeks and then four years, on a broken city, with nine thousand people displaced, not one person came to me and said stop writing down what you do not know and give us an answer.</w:t>
      </w:r>
    </w:p>
    <w:p>
      <w:pPr>
        <w:ind w:firstLine="720"/>
      </w:pPr>
      <w:r>
        <w:t>“I have thought about that more than about anything else in sixty years and I still do not entirely understand it, and the best I have is that a person who is frightened would rather be told the truth than be reassured, and that everybody on that city was frightened, including me.”</w:t>
      </w:r>
    </w:p>
    <w:p>
      <w:pPr>
        <w:ind w:firstLine="720"/>
      </w:pPr>
      <w:r>
        <w:t>The forty-item list went on the wall in the fourth week and stayed on that wall, in one form or another, for twenty-two years, and Bo Sandoval has said that the list getting longer for the first year is the thing nobody believes.</w:t>
      </w:r>
    </w:p>
    <w:p>
      <w:pPr>
        <w:ind w:firstLine="720"/>
      </w:pPr>
      <w:r>
        <w:t>“A list of things she did not know, growing, in public, on a rebuild that four hundred people were working on and that everybody was frightened about.</w:t>
      </w:r>
    </w:p>
    <w:p>
      <w:pPr>
        <w:ind w:firstLine="720"/>
      </w:pPr>
      <w:r>
        <w:t>“Forty items in the fourth week. About ninety by the end of the first year. It peaked at about a hundred and eleven in the third year and then it came down slowly for nineteen years and there were still about nine on it when the city was finished.”</w:t>
      </w:r>
    </w:p>
    <w:p>
      <w:pPr>
        <w:ind w:firstLine="720"/>
      </w:pPr>
      <w:r>
        <w:t>Why a growing list did not frighten people is his own analysis and he has said it took him thirty years.</w:t>
      </w:r>
    </w:p>
    <w:p>
      <w:pPr>
        <w:ind w:firstLine="720"/>
      </w:pPr>
      <w:r>
        <w:t>“Because the ones that came off stayed visible. That is the whole mechanism and it was not designed.</w:t>
      </w:r>
    </w:p>
    <w:p>
      <w:pPr>
        <w:ind w:firstLine="720"/>
      </w:pPr>
      <w:r>
        <w:t>“She never rubbed anything out. An item that got answered got a line through it and the answer written beside it and the name of whoever found it, and it stayed on the wall.</w:t>
      </w:r>
    </w:p>
    <w:p>
      <w:pPr>
        <w:ind w:firstLine="720"/>
      </w:pPr>
      <w:r>
        <w:t>“So by the second year that wall was about ninety open questions and about forty crossed-out ones with names against them, and what a person walking past actually saw was forty things that had been sorted out.”</w:t>
      </w:r>
    </w:p>
    <w:p>
      <w:pPr>
        <w:ind w:firstLine="720"/>
      </w:pPr>
      <w:r>
        <w:t>The founding-era design notes are in the manifesto as an appendix and Nova has said that including them was the only editorial decision she made in eleven months of publishing.</w:t>
      </w:r>
    </w:p>
    <w:p>
      <w:pPr>
        <w:ind w:firstLine="720"/>
      </w:pPr>
      <w:r>
        <w:t>“They are not mine and they are on a public shelf and anybody could have gone and got them.</w:t>
      </w:r>
    </w:p>
    <w:p>
      <w:pPr>
        <w:ind w:firstLine="720"/>
      </w:pPr>
      <w:r>
        <w:t>“I put them in because about a third of my filings are arguments with a document, and an argument with a document that the reader does not have is not checkable, and the whole of this is supposed to be checkable.”</w:t>
      </w:r>
    </w:p>
    <w:p>
      <w:pPr>
        <w:ind w:firstLine="720"/>
      </w:pPr>
      <w:r>
        <w:t>The one item on the original forty that was never answered is item eleven and she has been asked about it about four hundred times.</w:t>
      </w:r>
    </w:p>
    <w:p>
      <w:pPr>
        <w:ind w:firstLine="720"/>
      </w:pPr>
      <w:r>
        <w:t>“Whether the positioning could come up in sectors. That is assumption one on the nine pages and it is item eleven on the wall list and it was untested for nine years and then we tested it and it failed.</w:t>
      </w:r>
    </w:p>
    <w:p>
      <w:pPr>
        <w:ind w:firstLine="720"/>
      </w:pPr>
      <w:r>
        <w:t>“And then we understood why it had failed, which took about a year, and we tested it again in the eleventh year and it worked, and it has worked nine times since including once a year after I died, on the eleventh sector, at night, when it saved a city.</w:t>
      </w:r>
    </w:p>
    <w:p>
      <w:pPr>
        <w:ind w:firstLine="720"/>
      </w:pPr>
      <w:r>
        <w:t>“It is crossed out on the wall list with a line through it and the answer beside it and about nine names, because nine people worked out why the first trial failed and I was not one of them.”</w:t>
      </w:r>
    </w:p>
    <w:p>
      <w:pPr>
        <w:ind w:firstLine="720"/>
      </w:pPr>
      <w:r>
        <w:t>Nova has said, entirely evenly, that the four hours she spent establishing that nobody had ever done this before are worth more than any four hours she spent on a span, and that she has never persuaded a single engineer of it.</w:t>
      </w:r>
    </w:p>
    <w:p>
      <w:pPr>
        <w:ind w:firstLine="720"/>
      </w:pPr>
      <w:r>
        <w:t>“Everybody wants to start. That is the whole difficulty and I understand it because I wanted to start.</w:t>
      </w:r>
    </w:p>
    <w:p>
      <w:pPr>
        <w:ind w:firstLine="720"/>
      </w:pPr>
      <w:r>
        <w:t>“And the first thing to do is find out whether anybody has done it, and the answer is usually yes and it takes an afternoon and saves a year, and about once in twenty the answer is no and that afternoon is worth considerably more than a year, because you have found out on day four instead of month nine that you are on your own.”</w:t>
      </w:r>
    </w:p>
    <w:p>
      <w:pPr>
        <w:ind w:firstLine="720"/>
      </w:pPr>
      <w:r>
        <w:t>She has said that the finding — nobody has ever done this — should itself be a document and that she filed it as one and that it is four lines and is in the manifesto.</w:t>
      </w:r>
    </w:p>
    <w:p>
      <w:pPr>
        <w:ind w:firstLine="720"/>
      </w:pPr>
      <w:r>
        <w:t>“There is no record of a floating city positioning rebuild anywhere in the founding corpus or in a hundred and forty years of this planet's technical stream. I have looked properly and this is the search I ran and these are the terms.</w:t>
      </w:r>
    </w:p>
    <w:p>
      <w:pPr>
        <w:ind w:firstLine="720"/>
      </w:pPr>
      <w:r>
        <w:t>“If somebody finds one, everything I do from here is worth re-checking against it.</w:t>
      </w:r>
    </w:p>
    <w:p>
      <w:pPr>
        <w:ind w:firstLine="720"/>
      </w:pPr>
      <w:r>
        <w:t>“Filing this so that the search does not have to be run again by whoever comes next.”</w:t>
      </w:r>
    </w:p>
    <w:p>
      <w:r>
        <w:br w:type="page"/>
      </w:r>
    </w:p>
    <w:p>
      <w:pPr>
        <w:pStyle w:val="Heading1"/>
      </w:pPr>
      <w:r>
        <w:t>Chapter 4 &amp;mdash; Assumptions I Am Making, So That Somebody Can Check Them</w:t>
      </w:r>
    </w:p>
    <w:p>
      <w:pPr>
        <w:ind w:firstLine="720"/>
      </w:pPr>
      <w:r>
        <w:t>This is the document. It is nine pages, it was posted on the wall of the fourth sector muster shed in the fourteenth week and filed in the technical stream the same day, and it is reprinted here entire because every summary of it ever made has been worse than the thing itself.</w:t>
      </w:r>
    </w:p>
    <w:p>
      <w:pPr>
        <w:ind w:firstLine="720"/>
      </w:pPr>
      <w:r>
        <w:t>It has no preamble. It opens on the title and the title is the whole of the argument.</w:t>
      </w:r>
    </w:p>
    <w:p>
      <w:pPr>
        <w:ind w:firstLine="720"/>
      </w:pPr>
      <w:r>
        <w:t>“ASSUMPTIONS I AM MAKING, SO THAT SOMEBODY CAN CHECK THEM</w:t>
      </w:r>
    </w:p>
    <w:p>
      <w:pPr>
        <w:ind w:firstLine="720"/>
      </w:pPr>
      <w:r>
        <w:t>“N. Ashgrove, buoy bridge technician, fourth sector. Fourteenth week.</w:t>
      </w:r>
    </w:p>
    <w:p>
      <w:pPr>
        <w:ind w:firstLine="720"/>
      </w:pPr>
      <w:r>
        <w:t>“This is not a plan and it is not a proposal and nobody has asked me for it. It is a list of the things I am assuming while working on the rebuild, because I am assuming a great many things and about eleven of them are load-bearing, and if I am wrong about one of those we will spend four years doing this in the wrong order.</w:t>
      </w:r>
    </w:p>
    <w:p>
      <w:pPr>
        <w:ind w:firstLine="720"/>
      </w:pPr>
      <w:r>
        <w:t>“Every assumption below has four parts: what I am assuming, why I think it, how sure I am, and what happens if I am wrong. Where I have a source I have named it. Where I am guessing I have written guess.</w:t>
      </w:r>
    </w:p>
    <w:p>
      <w:pPr>
        <w:ind w:firstLine="720"/>
      </w:pPr>
      <w:r>
        <w:t>“If you know better than me about any of these, write on this page. You do not need standing and you do not need to be polite and you do not need to be right — a wrong correction costs me an afternoon and a wrong assumption costs the city a year.”</w:t>
      </w:r>
    </w:p>
    <w:p>
      <w:pPr>
        <w:ind w:firstLine="720"/>
      </w:pPr>
      <w:r>
        <w:t>The eleven load-bearing assumptions are given here as she gave them, in her order, with the four parts.</w:t>
      </w:r>
    </w:p>
    <w:p>
      <w:pPr>
        <w:ind w:firstLine="720"/>
      </w:pPr>
      <w:r>
        <w:t>“One. The positioning can be brought up in sectors and does not have to come up whole.</w:t>
      </w:r>
    </w:p>
    <w:p>
      <w:pPr>
        <w:ind w:firstLine="720"/>
      </w:pPr>
      <w:r>
        <w:t>“Why: the founding notes describe sector isolation for maintenance. Source: design notes, section eleven.</w:t>
      </w:r>
    </w:p>
    <w:p>
      <w:pPr>
        <w:ind w:firstLine="720"/>
      </w:pPr>
      <w:r>
        <w:t>“How sure: not sure. The notes describe isolating a working sector, not bringing a dead one up beside a dead one, and those may not be the same problem.</w:t>
      </w:r>
    </w:p>
    <w:p>
      <w:pPr>
        <w:ind w:firstLine="720"/>
      </w:pPr>
      <w:r>
        <w:t>“If I am wrong: everything below is in the wrong order and we should be building toward one simultaneous start instead of nine sequential ones, and we will have wasted about four years by the time we find out.”</w:t>
      </w:r>
    </w:p>
    <w:p>
      <w:pPr>
        <w:ind w:firstLine="720"/>
      </w:pPr>
      <w:r>
        <w:t>“Two. The surviving spans in the north run are sound.</w:t>
      </w:r>
    </w:p>
    <w:p>
      <w:pPr>
        <w:ind w:firstLine="720"/>
      </w:pPr>
      <w:r>
        <w:t>“Why: they are standing and they took the failure of everything around them.</w:t>
      </w:r>
    </w:p>
    <w:p>
      <w:pPr>
        <w:ind w:firstLine="720"/>
      </w:pPr>
      <w:r>
        <w:t>“How sure: guess. Standing is not sound. I have not opened one and I do not want to open one because opening one may lose it.</w:t>
      </w:r>
    </w:p>
    <w:p>
      <w:pPr>
        <w:ind w:firstLine="720"/>
      </w:pPr>
      <w:r>
        <w:t>“If I am wrong: we build onto them, and they go in about the fourth year, and they take what we have built onto them.”</w:t>
      </w:r>
    </w:p>
    <w:p>
      <w:pPr>
        <w:ind w:firstLine="720"/>
      </w:pPr>
      <w:r>
        <w:t>“Three. Founding-era span fatigue at a hundred and forty years is acceptable.</w:t>
      </w:r>
    </w:p>
    <w:p>
      <w:pPr>
        <w:ind w:firstLine="720"/>
      </w:pPr>
      <w:r>
        <w:t>“Why: the design life is forty and they have done a hundred and forty and were fine until an unrelated failure.</w:t>
      </w:r>
    </w:p>
    <w:p>
      <w:pPr>
        <w:ind w:firstLine="720"/>
      </w:pPr>
      <w:r>
        <w:t>“How sure: guess, and I want to flag that this is the assumption I am least comfortable with, because being fine for a hundred years is not evidence about the hundred and forty-first.</w:t>
      </w:r>
    </w:p>
    <w:p>
      <w:pPr>
        <w:ind w:firstLine="720"/>
      </w:pPr>
      <w:r>
        <w:t>“If I am wrong: we are rebuilding a city on components that are all about to reach the same age at the same time, and it goes again in a decade.”</w:t>
      </w:r>
    </w:p>
    <w:p>
      <w:pPr>
        <w:ind w:firstLine="720"/>
      </w:pPr>
      <w:r>
        <w:t>“Four. The north yard alloy matches the original.</w:t>
      </w:r>
    </w:p>
    <w:p>
      <w:pPr>
        <w:ind w:firstLine="720"/>
      </w:pPr>
      <w:r>
        <w:t>“Why: the yard supplied the original build.</w:t>
      </w:r>
    </w:p>
    <w:p>
      <w:pPr>
        <w:ind w:firstLine="720"/>
      </w:pPr>
      <w:r>
        <w:t>“How sure: not sure. A yard supplying a build for eleven years does not necessarily supply the same alloy in year one and year eleven.</w:t>
      </w:r>
    </w:p>
    <w:p>
      <w:pPr>
        <w:ind w:firstLine="720"/>
      </w:pPr>
      <w:r>
        <w:t>“If I am wrong: dissimilar-metal problems at every joint we make, appearing in about nine years, in every span we have touched.”</w:t>
      </w:r>
    </w:p>
    <w:p>
      <w:pPr>
        <w:ind w:firstLine="720"/>
      </w:pPr>
      <w:r>
        <w:t>“Five. The seabed under the ninth sector has not moved.</w:t>
      </w:r>
    </w:p>
    <w:p>
      <w:pPr>
        <w:ind w:firstLine="720"/>
      </w:pPr>
      <w:r>
        <w:t>“Six. Load through a partially rebuilt city distributes roughly as it does through a whole one.</w:t>
      </w:r>
    </w:p>
    <w:p>
      <w:pPr>
        <w:ind w:firstLine="720"/>
      </w:pPr>
      <w:r>
        <w:t>“Seven. We will have about four hundred people for the next two years.</w:t>
      </w:r>
    </w:p>
    <w:p>
      <w:pPr>
        <w:ind w:firstLine="720"/>
      </w:pPr>
      <w:r>
        <w:t>“Eight. Nobody is coming to take this over.</w:t>
      </w:r>
    </w:p>
    <w:p>
      <w:pPr>
        <w:ind w:firstLine="720"/>
      </w:pPr>
      <w:r>
        <w:t>“Nine. Weather over the next four years is within the ordinary range.</w:t>
      </w:r>
    </w:p>
    <w:p>
      <w:pPr>
        <w:ind w:firstLine="720"/>
      </w:pPr>
      <w:r>
        <w:t>“Ten. The displaced nine thousand want to come back.</w:t>
      </w:r>
    </w:p>
    <w:p>
      <w:pPr>
        <w:ind w:firstLine="720"/>
      </w:pPr>
      <w:r>
        <w:t>“Eleven. I am the right person to be writing this.”</w:t>
      </w:r>
    </w:p>
    <w:p>
      <w:pPr>
        <w:ind w:firstLine="720"/>
      </w:pPr>
      <w:r>
        <w:t>The eleventh is the one that has been reprinted most and Nova has said for sixty years that it was not a rhetorical flourish and that she meant it exactly as it reads.</w:t>
      </w:r>
    </w:p>
    <w:p>
      <w:pPr>
        <w:ind w:firstLine="720"/>
      </w:pPr>
      <w:r>
        <w:t>“Eleven. I am the right person to be writing this.</w:t>
      </w:r>
    </w:p>
    <w:p>
      <w:pPr>
        <w:ind w:firstLine="720"/>
      </w:pPr>
      <w:r>
        <w:t>“Why: nobody else is and I am here.</w:t>
      </w:r>
    </w:p>
    <w:p>
      <w:pPr>
        <w:ind w:firstLine="720"/>
      </w:pPr>
      <w:r>
        <w:t>“How sure: not sure at all. There are four people on this sector with better engineering than mine and one who has run a yard.</w:t>
      </w:r>
    </w:p>
    <w:p>
      <w:pPr>
        <w:ind w:firstLine="720"/>
      </w:pPr>
      <w:r>
        <w:t>“If I am wrong: everything on this page is a competent-sounding document written by the wrong person and everybody will work to it because it is written down, which is the ordinary way this goes wrong and I would rather say so here than find out in the fourth year.”</w:t>
      </w:r>
    </w:p>
    <w:p>
      <w:pPr>
        <w:ind w:firstLine="720"/>
      </w:pPr>
      <w:r>
        <w:t>The last page is four lines and it is the part that got copied and that eventually became a form on three continents.</w:t>
      </w:r>
    </w:p>
    <w:p>
      <w:pPr>
        <w:ind w:firstLine="720"/>
      </w:pPr>
      <w:r>
        <w:t>“This document will be wrong. Not may be. Will be, in at least one place, and probably in three.</w:t>
      </w:r>
    </w:p>
    <w:p>
      <w:pPr>
        <w:ind w:firstLine="720"/>
      </w:pPr>
      <w:r>
        <w:t>“It is on this wall so that the place it is wrong is found by somebody standing on a span rather than by the span.</w:t>
      </w:r>
    </w:p>
    <w:p>
      <w:pPr>
        <w:ind w:firstLine="720"/>
      </w:pPr>
      <w:r>
        <w:t>“I will correct it in public, under my name, the same week, every time, and I will not defend anything in it that somebody has shown me is wrong.</w:t>
      </w:r>
    </w:p>
    <w:p>
      <w:pPr>
        <w:ind w:firstLine="720"/>
      </w:pPr>
      <w:r>
        <w:t>“If I ever stop doing that, this page has become a plan, and a plan on a wall is worse than nothing at all.”</w:t>
      </w:r>
    </w:p>
    <w:p>
      <w:pPr>
        <w:ind w:firstLine="720"/>
      </w:pPr>
      <w:r>
        <w:t>It is signed with her name and her job title and nothing else. There is no office, no commission and no authority anywhere on the nine pages, and there was none to put.</w:t>
      </w:r>
    </w:p>
    <w:p>
      <w:pPr>
        <w:ind w:firstLine="720"/>
      </w:pPr>
      <w:r>
        <w:t>The nine pages were on the wall for twenty-two years and were corrected in place eleven times, and every correction is dated and initialled and none of the original text was ever removed.</w:t>
      </w:r>
    </w:p>
    <w:p>
      <w:pPr>
        <w:ind w:firstLine="720"/>
      </w:pPr>
      <w:r>
        <w:t>“You do not rewrite it. That is the rule and it is the only rule I have ever been strict about.</w:t>
      </w:r>
    </w:p>
    <w:p>
      <w:pPr>
        <w:ind w:firstLine="720"/>
      </w:pPr>
      <w:r>
        <w:t>“A corrected document that reads cleanly is a document that has hidden its own history. Somebody in the fourth year needs to be able to see that assumption two was wrong and when it was found and by whom, because that is how they learn that finding one is a normal thing that happens rather than a scandal.”</w:t>
      </w:r>
    </w:p>
    <w:p>
      <w:pPr>
        <w:ind w:firstLine="720"/>
      </w:pPr>
      <w:r>
        <w:t>The physical page is in the manifesto as an image as well as a transcription and Nova has said that including the image was Sandoval's idea and that she resisted it for about a month.</w:t>
      </w:r>
    </w:p>
    <w:p>
      <w:pPr>
        <w:ind w:firstLine="720"/>
      </w:pPr>
      <w:r>
        <w:t>“It is nine pages of my handwriting with eleven corrections on it in four different pens and about nine other people's initials in the margins.</w:t>
      </w:r>
    </w:p>
    <w:p>
      <w:pPr>
        <w:ind w:firstLine="720"/>
      </w:pPr>
      <w:r>
        <w:t>“I thought it was sentimental. He said that a person reading the transcription cannot see that four other people wrote on it, and he was right, and it is in.”</w:t>
      </w:r>
    </w:p>
    <w:p>
      <w:pPr>
        <w:ind w:firstLine="720"/>
      </w:pPr>
      <w:r>
        <w:t>What the document does not contain is the section she has always drawn attention to and it is four things.</w:t>
      </w:r>
    </w:p>
    <w:p>
      <w:pPr>
        <w:ind w:firstLine="720"/>
      </w:pPr>
      <w:r>
        <w:t>“There is no plan in it. Not one sentence saying what we will do. It is a list of what I am assuming while doing a thing, and the thing itself is in the ordering document which is separate and which nobody has ever reproduced.</w:t>
      </w:r>
    </w:p>
    <w:p>
      <w:pPr>
        <w:ind w:firstLine="720"/>
      </w:pPr>
      <w:r>
        <w:t>“There is no authority claimed anywhere. I signed it with my job title because that is what I was.</w:t>
      </w:r>
    </w:p>
    <w:p>
      <w:pPr>
        <w:ind w:firstLine="720"/>
      </w:pPr>
      <w:r>
        <w:t>“There is no request. I did not ask for anything from anybody. The invitation to correct it is not a request; it is an offer, and the difference matters.</w:t>
      </w:r>
    </w:p>
    <w:p>
      <w:pPr>
        <w:ind w:firstLine="720"/>
      </w:pPr>
      <w:r>
        <w:t>“And there is no argument for the method. Not one line explaining why publishing assumptions is a good idea. I have been asked about four hundred times why not, and the answer is that I did not know it was a method. I thought I was writing down eleven things I could not remember.”</w:t>
      </w:r>
    </w:p>
    <w:p>
      <w:r>
        <w:br w:type="page"/>
      </w:r>
    </w:p>
    <w:p>
      <w:pPr>
        <w:pStyle w:val="Heading1"/>
      </w:pPr>
      <w:r>
        <w:t>Chapter 5 &amp;mdash; Somebody Checks Them</w:t>
      </w:r>
    </w:p>
    <w:p>
      <w:pPr>
        <w:ind w:firstLine="720"/>
      </w:pPr>
      <w:r>
        <w:t>Three people wrote back inside a month. Two of them were wrong and one was right, and the right one was a rigger with no qualifications who had stood on the north run in weather for nineteen years, and this is his account of it.</w:t>
      </w:r>
    </w:p>
    <w:p>
      <w:pPr>
        <w:ind w:firstLine="720"/>
      </w:pPr>
      <w:r>
        <w:t>Bo Sandoval was forty-four and had been in the north yard eleven years before that and had never filed anything in his life.</w:t>
      </w:r>
    </w:p>
    <w:p>
      <w:pPr>
        <w:ind w:firstLine="720"/>
      </w:pPr>
      <w:r>
        <w:t>“I want to say what it is like to write on that page, because everybody who tells this story tells it from her end and her end is the easy end.</w:t>
      </w:r>
    </w:p>
    <w:p>
      <w:pPr>
        <w:ind w:firstLine="720"/>
      </w:pPr>
      <w:r>
        <w:t>“There is a document on a wall by a woman who is running the rebuild. It is nine pages and it is better written than anything I have ever produced. And it says write on this page if you know better.</w:t>
      </w:r>
    </w:p>
    <w:p>
      <w:pPr>
        <w:ind w:firstLine="720"/>
      </w:pPr>
      <w:r>
        <w:t>“I stood in front of it for about four days.”</w:t>
      </w:r>
    </w:p>
    <w:p>
      <w:pPr>
        <w:ind w:firstLine="720"/>
      </w:pPr>
      <w:r>
        <w:t>What he knew is assumption two and he knew it completely and immediately.</w:t>
      </w:r>
    </w:p>
    <w:p>
      <w:pPr>
        <w:ind w:firstLine="720"/>
      </w:pPr>
      <w:r>
        <w:t>“The surviving spans in the north run are sound. That is what it said. Why: they are standing and they took the failure of everything around them. How sure: guess.</w:t>
      </w:r>
    </w:p>
    <w:p>
      <w:pPr>
        <w:ind w:firstLine="720"/>
      </w:pPr>
      <w:r>
        <w:t>“And I have been on those spans in weather for nineteen years and I knew, the way you know a thing you have stood on, that four of them move.</w:t>
      </w:r>
    </w:p>
    <w:p>
      <w:pPr>
        <w:ind w:firstLine="720"/>
      </w:pPr>
      <w:r>
        <w:t>“Not badly. They move about an inch at the third quarter in a heavy south-easterly and they have done it for about eleven years and everybody who works that run knows it and nobody has ever written it down because it is not a fault, it is a thing the spans do.”</w:t>
      </w:r>
    </w:p>
    <w:p>
      <w:pPr>
        <w:ind w:firstLine="720"/>
      </w:pPr>
      <w:r>
        <w:t>Why it took him four days is the substance of the chapter and he is entirely honest about it.</w:t>
      </w:r>
    </w:p>
    <w:p>
      <w:pPr>
        <w:ind w:firstLine="720"/>
      </w:pPr>
      <w:r>
        <w:t>“I did not have the words. That is the first thing and it is the real one.</w:t>
      </w:r>
    </w:p>
    <w:p>
      <w:pPr>
        <w:ind w:firstLine="720"/>
      </w:pPr>
      <w:r>
        <w:t>“I knew four spans move an inch and I did not know whether that was fatigue or design or nothing, and I could not have told you which of the founding sections it related to, and the page was full of sources and I did not have a source, I had my feet.</w:t>
      </w:r>
    </w:p>
    <w:p>
      <w:pPr>
        <w:ind w:firstLine="720"/>
      </w:pPr>
      <w:r>
        <w:t>“And the second thing is that I thought somebody would already have said it. Nineteen years, forty riggers on that run, and I assumed for four days that it was so obvious that mentioning it would make me look like a man who had not read the page properly.”</w:t>
      </w:r>
    </w:p>
    <w:p>
      <w:pPr>
        <w:ind w:firstLine="720"/>
      </w:pPr>
      <w:r>
        <w:t>He wrote nine words in the end and he has said he wrote them at the eleventh hour of the fourth night when the shed was empty.</w:t>
      </w:r>
    </w:p>
    <w:p>
      <w:pPr>
        <w:ind w:firstLine="720"/>
      </w:pPr>
      <w:r>
        <w:t>“Four of the north spans move an inch at the third quarter in a south-easterly. B. Sandoval, rigger.”</w:t>
      </w:r>
    </w:p>
    <w:p>
      <w:pPr>
        <w:ind w:firstLine="720"/>
      </w:pPr>
      <w:r>
        <w:t>What Nova did with it is the reason the chapter exists and she did it inside three days.</w:t>
      </w:r>
    </w:p>
    <w:p>
      <w:pPr>
        <w:ind w:firstLine="720"/>
      </w:pPr>
      <w:r>
        <w:t>“She found me on the sector the next morning. Not to check whether I was right; she had already been out and looked, at about the fifth hour, on her own, in the dark, before her shift.</w:t>
      </w:r>
    </w:p>
    <w:p>
      <w:pPr>
        <w:ind w:firstLine="720"/>
      </w:pPr>
      <w:r>
        <w:t>“She asked me which four and I told her, and she asked me how long and I said about eleven years, and she asked me whether it was worse than it had been and I said I did not know and she wrote that down as well.</w:t>
      </w:r>
    </w:p>
    <w:p>
      <w:pPr>
        <w:ind w:firstLine="720"/>
      </w:pPr>
      <w:r>
        <w:t>“And then she said: this changes assumption two and assumption three and probably the ordering, and I am going to correct it this week, and I am going to put your name on it, and are you all right with that.</w:t>
      </w:r>
    </w:p>
    <w:p>
      <w:pPr>
        <w:ind w:firstLine="720"/>
      </w:pPr>
      <w:r>
        <w:t>“And I said yes, and she said good, because I am going to have to name you about four hundred times over the next twenty years.”</w:t>
      </w:r>
    </w:p>
    <w:p>
      <w:pPr>
        <w:ind w:firstLine="720"/>
      </w:pPr>
      <w:r>
        <w:t>The two who were wrong are named in the correction as well and Nova has always insisted on that.</w:t>
      </w:r>
    </w:p>
    <w:p>
      <w:pPr>
        <w:ind w:firstLine="720"/>
      </w:pPr>
      <w:r>
        <w:t>“One of them was a structural engineer from the second continent who wrote three pages about the seabed and was wrong about the seabed, and one was a man on the ninth sector who thought the alloy question was trivial and it is not.</w:t>
      </w:r>
    </w:p>
    <w:p>
      <w:pPr>
        <w:ind w:firstLine="720"/>
      </w:pPr>
      <w:r>
        <w:t>“They are both named in the correction as having written in, with what they said, and with the reason it did not hold.</w:t>
      </w:r>
    </w:p>
    <w:p>
      <w:pPr>
        <w:ind w:firstLine="720"/>
      </w:pPr>
      <w:r>
        <w:t>“I have been asked whether that was cruel. It is the opposite. If only the correct corrections are named then writing on the page becomes a thing you do when you are sure, and the whole value of the page is people writing on it when they are not.</w:t>
      </w:r>
    </w:p>
    <w:p>
      <w:pPr>
        <w:ind w:firstLine="720"/>
      </w:pPr>
      <w:r>
        <w:t>“The engineer from the second continent wrote in four more times over the following nine years and was right twice, and the second of those was about the load path and it was worth about eighteen months.”</w:t>
      </w:r>
    </w:p>
    <w:p>
      <w:pPr>
        <w:ind w:firstLine="720"/>
      </w:pPr>
      <w:r>
        <w:t>What the correction cost is the last section and Sandoval gives it because Nova would not.</w:t>
      </w:r>
    </w:p>
    <w:p>
      <w:pPr>
        <w:ind w:firstLine="720"/>
      </w:pPr>
      <w:r>
        <w:t>“It cost her the ordering. Assumption two going meant the north run could not be built onto, and the north run being unavailable meant the whole sequence she had put on that wall was wrong, and about four hundred people had been working to it for nine weeks.</w:t>
      </w:r>
    </w:p>
    <w:p>
      <w:pPr>
        <w:ind w:firstLine="720"/>
      </w:pPr>
      <w:r>
        <w:t>“She corrected it on the fourth day of that week, in public, on the same wall, under her own name, with mine underneath.</w:t>
      </w:r>
    </w:p>
    <w:p>
      <w:pPr>
        <w:ind w:firstLine="720"/>
      </w:pPr>
      <w:r>
        <w:t>“Nine weeks of everybody's work reordered because a rigger wrote nine words on a page at the eleventh hour of the night.</w:t>
      </w:r>
    </w:p>
    <w:p>
      <w:pPr>
        <w:ind w:firstLine="720"/>
      </w:pPr>
      <w:r>
        <w:t>“And she was not embarrassed and she was not gracious about it either, which is a thing people get wrong about her. She was not being big. She was pleased, in an ordinary way, the way you are pleased when a fault turns out to be findable, and she said so out loud in the shed, and about forty of us heard her.”</w:t>
      </w:r>
    </w:p>
    <w:p>
      <w:pPr>
        <w:ind w:firstLine="720"/>
      </w:pPr>
      <w:r>
        <w:t>Bo Sandoval filed about ninety documents in the following thirty years and has said that all of them come out of those four days in front of the wall and that he has never written one without thinking about it.</w:t>
      </w:r>
    </w:p>
    <w:p>
      <w:pPr>
        <w:ind w:firstLine="720"/>
      </w:pPr>
      <w:r>
        <w:t>“The four days is the chapter. Everybody thinks the nine words are the chapter and the nine words took about four minutes.</w:t>
      </w:r>
    </w:p>
    <w:p>
      <w:pPr>
        <w:ind w:firstLine="720"/>
      </w:pPr>
      <w:r>
        <w:t>“Four days of a man standing in front of a page thinking he has nothing worth saying, and about eleven hundred people on that rebuild, and I would guess that about four hundred of them had something and about nine of us ever wrote it.”</w:t>
      </w:r>
    </w:p>
    <w:p>
      <w:pPr>
        <w:ind w:firstLine="720"/>
      </w:pPr>
      <w:r>
        <w:t>What Nova did about that gap is the part of the story that has been least noticed and Sandoval raised it himself.</w:t>
      </w:r>
    </w:p>
    <w:p>
      <w:pPr>
        <w:ind w:firstLine="720"/>
      </w:pPr>
      <w:r>
        <w:t>“She changed the wording. In the fourth month, on the second version, and I did not notice for about nine years.</w:t>
      </w:r>
    </w:p>
    <w:p>
      <w:pPr>
        <w:ind w:firstLine="720"/>
      </w:pPr>
      <w:r>
        <w:t>“The first version says: if you know better than me about any of these, write on this page.</w:t>
      </w:r>
    </w:p>
    <w:p>
      <w:pPr>
        <w:ind w:firstLine="720"/>
      </w:pPr>
      <w:r>
        <w:t>“The second version says: if any of this looks wrong from where you are standing, write on this page. You do not have to know why.</w:t>
      </w:r>
    </w:p>
    <w:p>
      <w:pPr>
        <w:ind w:firstLine="720"/>
      </w:pPr>
      <w:r>
        <w:t>“You do not have to know why. That is the change and it is eleven words and I have watched it work on about forty people over thirty years, because a rigger does not know better and a rigger does know that four spans move an inch.”</w:t>
      </w:r>
    </w:p>
    <w:p>
      <w:pPr>
        <w:ind w:firstLine="720"/>
      </w:pPr>
      <w:r>
        <w:t>Nova's account of that revision is one paragraph and she has said it is the single best piece of drafting she ever did.</w:t>
      </w:r>
    </w:p>
    <w:p>
      <w:pPr>
        <w:ind w:firstLine="720"/>
      </w:pPr>
      <w:r>
        <w:t>“Sandoval took four days. He told me that at about the ninth year and I sat with it for a fortnight.</w:t>
      </w:r>
    </w:p>
    <w:p>
      <w:pPr>
        <w:ind w:firstLine="720"/>
      </w:pPr>
      <w:r>
        <w:t>“Four days, from a man who knew the answer completely, because the page had asked him for something he did not have, which was a reason.</w:t>
      </w:r>
    </w:p>
    <w:p>
      <w:pPr>
        <w:ind w:firstLine="720"/>
      </w:pPr>
      <w:r>
        <w:t>“So I took the reason out of the invitation. It cost eleven words and I have no idea how many people it got and neither has anybody, and it is the only change I ever made to that document that was not a correction.”</w:t>
      </w:r>
    </w:p>
    <w:p>
      <w:r>
        <w:br w:type="page"/>
      </w:r>
    </w:p>
    <w:p>
      <w:pPr>
        <w:pStyle w:val="Heading1"/>
      </w:pPr>
      <w:r>
        <w:t>Chapter 6 &amp;mdash; The Correction Is the Point</w:t>
      </w:r>
    </w:p>
    <w:p>
      <w:pPr>
        <w:ind w:firstLine="720"/>
      </w:pPr>
      <w:r>
        <w:t>Being wrong in public, cheaply, early and on the record is a technical skill and Nova Ashgrove has spent sixty years insisting that it is a skill and not a temperament, and she has never once persuaded anybody.</w:t>
      </w:r>
    </w:p>
    <w:p>
      <w:pPr>
        <w:ind w:firstLine="720"/>
      </w:pPr>
      <w:r>
        <w:t>“People tell me I am a person who does not mind being wrong. That is not true. I mind it exactly as much as anybody and I have never got used to it and I do not expect to.</w:t>
      </w:r>
    </w:p>
    <w:p>
      <w:pPr>
        <w:ind w:firstLine="720"/>
      </w:pPr>
      <w:r>
        <w:t>“What I have is a procedure for it, and the procedure has four parts, and it can be taught, and I have taught it to about four hundred people and about ninety of them have kept it.”</w:t>
      </w:r>
    </w:p>
    <w:p>
      <w:pPr>
        <w:ind w:firstLine="720"/>
      </w:pPr>
      <w:r>
        <w:t>The four parts are hers and they are on a form on three continents now and nobody knows they are hers.</w:t>
      </w:r>
    </w:p>
    <w:p>
      <w:pPr>
        <w:ind w:firstLine="720"/>
      </w:pPr>
      <w:r>
        <w:t>“Correct it the same week. Not the same day; the same day is panic and you will overcorrect. The same week, once you have checked, and never later, because after a fortnight a correction is a confession.</w:t>
      </w:r>
    </w:p>
    <w:p>
      <w:pPr>
        <w:ind w:firstLine="720"/>
      </w:pPr>
      <w:r>
        <w:t>“Correct it in the same place. If the assumption was on a wall the correction goes on that wall. If it was in a filing the correction goes in the same stream. A correction that is harder to find than the error is not a correction.</w:t>
      </w:r>
    </w:p>
    <w:p>
      <w:pPr>
        <w:ind w:firstLine="720"/>
      </w:pPr>
      <w:r>
        <w:t>“Name who found it. Always, every time, including when they were rude about it and including when they were only half right.</w:t>
      </w:r>
    </w:p>
    <w:p>
      <w:pPr>
        <w:ind w:firstLine="720"/>
      </w:pPr>
      <w:r>
        <w:t>“And say what it costs. Not I was wrong. I was wrong, and here is the reordering, and it is nine weeks.”</w:t>
      </w:r>
    </w:p>
    <w:p>
      <w:pPr>
        <w:ind w:firstLine="720"/>
      </w:pPr>
      <w:r>
        <w:t>Why the fourth is the hard one is the middle of the chapter.</w:t>
      </w:r>
    </w:p>
    <w:p>
      <w:pPr>
        <w:ind w:firstLine="720"/>
      </w:pPr>
      <w:r>
        <w:t>“Everybody manages the first three inside a year. The fourth is the one that stops people and it stopped me for about four years and I still do it badly.</w:t>
      </w:r>
    </w:p>
    <w:p>
      <w:pPr>
        <w:ind w:firstLine="720"/>
      </w:pPr>
      <w:r>
        <w:t>“Saying what it costs is saying the number out loud to the people who are going to pay it. Four hundred people had done nine weeks of work in an order that was now wrong, and there is no way to write that down that does not read as: I have wasted nine weeks of your lives.</w:t>
      </w:r>
    </w:p>
    <w:p>
      <w:pPr>
        <w:ind w:firstLine="720"/>
      </w:pPr>
      <w:r>
        <w:t>“And you have. That is the thing. You have, and the honest correction says so, and every instinct a person has is to write around it.”</w:t>
      </w:r>
    </w:p>
    <w:p>
      <w:pPr>
        <w:ind w:firstLine="720"/>
      </w:pPr>
      <w:r>
        <w:t>What it is not is the section she is most emphatic about and she has repeated it at four hundred sessions.</w:t>
      </w:r>
    </w:p>
    <w:p>
      <w:pPr>
        <w:ind w:firstLine="720"/>
      </w:pPr>
      <w:r>
        <w:t>“It is not humility. I want that word kept away from this entirely.</w:t>
      </w:r>
    </w:p>
    <w:p>
      <w:pPr>
        <w:ind w:firstLine="720"/>
      </w:pPr>
      <w:r>
        <w:t>“A humble person is uncertain and a person doing this is extremely certain — about what they know, about what they do not, and about which is which. Those are the same skill and it is called being calibrated and it has nothing whatever to do with modesty.</w:t>
      </w:r>
    </w:p>
    <w:p>
      <w:pPr>
        <w:ind w:firstLine="720"/>
      </w:pPr>
      <w:r>
        <w:t>“I have met four genuinely humble engineers and two of them were dangerous, because a humble engineer who cannot say which of their beliefs is load-bearing is a person who will not flag the one that matters.”</w:t>
      </w:r>
    </w:p>
    <w:p>
      <w:pPr>
        <w:ind w:firstLine="720"/>
      </w:pPr>
      <w:r>
        <w:t>Ada Reyes, who arrived in the eleventh week with a commission and stayed nineteen years, has given the outside view and Nova has published it without comment.</w:t>
      </w:r>
    </w:p>
    <w:p>
      <w:pPr>
        <w:ind w:firstLine="720"/>
      </w:pPr>
      <w:r>
        <w:t>“I had run four rebuilds before this one and I had never seen anybody do it and I have not seen it since.</w:t>
      </w:r>
    </w:p>
    <w:p>
      <w:pPr>
        <w:ind w:firstLine="720"/>
      </w:pPr>
      <w:r>
        <w:t>“The thing nobody understands is the cost side. Every engineer in the world will tell you they welcome correction. What they mean is that they welcome correction before anybody has acted.</w:t>
      </w:r>
    </w:p>
    <w:p>
      <w:pPr>
        <w:ind w:firstLine="720"/>
      </w:pPr>
      <w:r>
        <w:t>“She was corrected after four hundred people had spent nine weeks acting, and she reordered the whole thing in four days and put the rigger's name on it, and she did it again about eleven times in the following twenty years.</w:t>
      </w:r>
    </w:p>
    <w:p>
      <w:pPr>
        <w:ind w:firstLine="720"/>
      </w:pPr>
      <w:r>
        <w:t>“And every single one of those corrections cost the schedule something real, and every one of them saved the schedule considerably more, and nobody has ever added the second figure up because nobody adds up the cost of things that did not happen.”</w:t>
      </w:r>
    </w:p>
    <w:p>
      <w:pPr>
        <w:ind w:firstLine="720"/>
      </w:pPr>
      <w:r>
        <w:t>Nova has attempted the second figure once and abandoned it and has said that the abandonment was correct.</w:t>
      </w:r>
    </w:p>
    <w:p>
      <w:pPr>
        <w:ind w:firstLine="720"/>
      </w:pPr>
      <w:r>
        <w:t>“I tried it in about the ninth year. What did the corrections save. And I got to about four years of avoided rework before I stopped.</w:t>
      </w:r>
    </w:p>
    <w:p>
      <w:pPr>
        <w:ind w:firstLine="720"/>
      </w:pPr>
      <w:r>
        <w:t>“I stopped because I was building an argument for myself and the numbers were mine and nobody could check them, which is the exact thing this entire method exists to prevent, and I noticed that at about the fourth hour and put the page in the bin.</w:t>
      </w:r>
    </w:p>
    <w:p>
      <w:pPr>
        <w:ind w:firstLine="720"/>
      </w:pPr>
      <w:r>
        <w:t>“It is the only document I have ever destroyed. I have thought about it for fifty years and I have never regretted it and I have never entirely stopped wanting to know.”</w:t>
      </w:r>
    </w:p>
    <w:p>
      <w:pPr>
        <w:ind w:firstLine="720"/>
      </w:pPr>
      <w:r>
        <w:t>What the riggers understood is the last section and Sandoval gives it in four lines.</w:t>
      </w:r>
    </w:p>
    <w:p>
      <w:pPr>
        <w:ind w:firstLine="720"/>
      </w:pPr>
      <w:r>
        <w:t>“Nobody on that sector thought she was being noble. That is the whole thing and everybody from the second continent gets it wrong.</w:t>
      </w:r>
    </w:p>
    <w:p>
      <w:pPr>
        <w:ind w:firstLine="720"/>
      </w:pPr>
      <w:r>
        <w:t>“We thought she was being useful. A woman corrected a page on a wall and named the man who found it and said it would cost nine weeks, and every rigger on that run understood immediately that this meant you could tell her things.</w:t>
      </w:r>
    </w:p>
    <w:p>
      <w:pPr>
        <w:ind w:firstLine="720"/>
      </w:pPr>
      <w:r>
        <w:t>“That is all it was. It was not a philosophy. It was a woman making it safe to talk to her, and about forty of us worked out inside a month that it was safe, and the next twenty years came out of that.”</w:t>
      </w:r>
    </w:p>
    <w:p>
      <w:pPr>
        <w:ind w:firstLine="720"/>
      </w:pPr>
      <w:r>
        <w:t>The eleven corrections over twenty-two years are listed in the manifesto with dates, finders and costs, and Nova has said that publishing the cost column is the part nobody copies.</w:t>
      </w:r>
    </w:p>
    <w:p>
      <w:pPr>
        <w:ind w:firstLine="720"/>
      </w:pPr>
      <w:r>
        <w:t>“Everybody copies the correction. About nine sheds on that city had a corrections list within four years and they were all honest and they all named the finder.</w:t>
      </w:r>
    </w:p>
    <w:p>
      <w:pPr>
        <w:ind w:firstLine="720"/>
      </w:pPr>
      <w:r>
        <w:t>“Not one of them had a cost column. I have looked. Nine sheds, thirty years, and the box that says what this correction cost the schedule is empty or missing on every single one.</w:t>
      </w:r>
    </w:p>
    <w:p>
      <w:pPr>
        <w:ind w:firstLine="720"/>
      </w:pPr>
      <w:r>
        <w:t>“It is the hardest box and it is the one that makes the rest of it true, because a correction with no cost attached is a person being gracious and a correction with nine weeks written under it is a person telling you the truth.”</w:t>
      </w:r>
    </w:p>
    <w:p>
      <w:pPr>
        <w:ind w:firstLine="720"/>
      </w:pPr>
      <w:r>
        <w:t>Ada Reyes has said that she required the cost column on every commission document for nineteen years and that she got it about half the time and that this was a good rate.</w:t>
      </w:r>
    </w:p>
    <w:p>
      <w:pPr>
        <w:ind w:firstLine="720"/>
      </w:pPr>
      <w:r>
        <w:t>“It is the only thing I took from her wholesale and it is the only thing I ever had to enforce.</w:t>
      </w:r>
    </w:p>
    <w:p>
      <w:pPr>
        <w:ind w:firstLine="720"/>
      </w:pPr>
      <w:r>
        <w:t>“People will tell you they were wrong all day. Ask them what it cost and watch what happens to the sentence.”</w:t>
      </w:r>
    </w:p>
    <w:p>
      <w:pPr>
        <w:ind w:firstLine="720"/>
      </w:pPr>
      <w:r>
        <w:t>The four corrections Nova describes as expensive are named in the manifesto and she has always given them when asked rather than waiting to be pressed.</w:t>
      </w:r>
    </w:p>
    <w:p>
      <w:pPr>
        <w:ind w:firstLine="720"/>
      </w:pPr>
      <w:r>
        <w:t>“Assumption two, in the fifteenth week, which cost nine weeks of ordering and which is Sandoval's.</w:t>
      </w:r>
    </w:p>
    <w:p>
      <w:pPr>
        <w:ind w:firstLine="720"/>
      </w:pPr>
      <w:r>
        <w:t>“The alloy decision in the seventh year, which is mine end to end, which nobody found for two years, and which cost about a year and about four hundred joints that had to be done twice.</w:t>
      </w:r>
    </w:p>
    <w:p>
      <w:pPr>
        <w:ind w:firstLine="720"/>
      </w:pPr>
      <w:r>
        <w:t>“The positioning trial in the third year, which cost about eighteen months and which was not a mistake, it was a trial that failed, and I have always insisted those be listed separately.</w:t>
      </w:r>
    </w:p>
    <w:p>
      <w:pPr>
        <w:ind w:firstLine="720"/>
      </w:pPr>
      <w:r>
        <w:t>“And the housing projection in the ninth year, which was wrong because I had assumed that displaced people want to come back, and which cost about four hundred units built in the wrong sector, and which is the one I would most like back.”</w:t>
      </w:r>
    </w:p>
    <w:p>
      <w:r>
        <w:br w:type="page"/>
      </w:r>
    </w:p>
    <w:p>
      <w:pPr>
        <w:pStyle w:val="Heading1"/>
      </w:pPr>
      <w:r>
        <w:t>Chapter 7 &amp;mdash; The First Span Holds</w:t>
      </w:r>
    </w:p>
    <w:p>
      <w:pPr>
        <w:ind w:firstLine="720"/>
      </w:pPr>
      <w:r>
        <w:t>The first rebuilt span held in weather in the nineteenth month and there were about eleven people on it and nobody had arranged to be there, and Nova Ashgrove has said it is the best day of her working life and that she has never had a better one and did not expect to.</w:t>
      </w:r>
    </w:p>
    <w:p>
      <w:pPr>
        <w:ind w:firstLine="720"/>
      </w:pPr>
      <w:r>
        <w:t>It is one buoy bridge out of four hundred and eleven.</w:t>
      </w:r>
    </w:p>
    <w:p>
      <w:pPr>
        <w:ind w:firstLine="720"/>
      </w:pPr>
      <w:r>
        <w:t>“I want the proportion at the front because everybody who tells this story leaves it out. One span. Four hundred and ten to go and twenty-one more years of them.</w:t>
      </w:r>
    </w:p>
    <w:p>
      <w:pPr>
        <w:ind w:firstLine="720"/>
      </w:pPr>
      <w:r>
        <w:t>“It is not a milestone in any sense a person from the second continent would recognise. It is about a quarter of one per cent of a rebuild.”</w:t>
      </w:r>
    </w:p>
    <w:p>
      <w:pPr>
        <w:ind w:firstLine="720"/>
      </w:pPr>
      <w:r>
        <w:t>What made it the day is the weather and she is precise about it.</w:t>
      </w:r>
    </w:p>
    <w:p>
      <w:pPr>
        <w:ind w:firstLine="720"/>
      </w:pPr>
      <w:r>
        <w:t>“It went in during a flat fortnight, which is when you put spans in, and it sat there for about four months doing nothing, and a span that has not been in weather is a span you do not know anything about.</w:t>
      </w:r>
    </w:p>
    <w:p>
      <w:pPr>
        <w:ind w:firstLine="720"/>
      </w:pPr>
      <w:r>
        <w:t>“And on the ninth of the month a south-easterly came through at about the strength that took the north run in the eleventh year, and it ran for two days, and on the second morning about eleven of us walked out to look at it.”</w:t>
      </w:r>
    </w:p>
    <w:p>
      <w:pPr>
        <w:ind w:firstLine="720"/>
      </w:pPr>
      <w:r>
        <w:t>It moved less than the founding-era spans.</w:t>
      </w:r>
    </w:p>
    <w:p>
      <w:pPr>
        <w:ind w:firstLine="720"/>
      </w:pPr>
      <w:r>
        <w:t>“Not much less. About a third less at the third quarter, which is where Sandoval's four move an inch.</w:t>
      </w:r>
    </w:p>
    <w:p>
      <w:pPr>
        <w:ind w:firstLine="720"/>
      </w:pPr>
      <w:r>
        <w:t>“And it moved less because of Sandoval's nine words. That is the direct causal chain and I have never let anybody shorten it. A rigger wrote on a page, and the assumption changed, and the ordering changed, and the joint detail changed, and a span in a south-easteral moved a third less than it would have.</w:t>
      </w:r>
    </w:p>
    <w:p>
      <w:pPr>
        <w:ind w:firstLine="720"/>
      </w:pPr>
      <w:r>
        <w:t>“There is no version of that where the credit is mine.”</w:t>
      </w:r>
    </w:p>
    <w:p>
      <w:pPr>
        <w:ind w:firstLine="720"/>
      </w:pPr>
      <w:r>
        <w:t>What happened on the span is four lines and Sandoval's account and hers agree completely, which she has noted is unusual.</w:t>
      </w:r>
    </w:p>
    <w:p>
      <w:pPr>
        <w:ind w:firstLine="720"/>
      </w:pPr>
      <w:r>
        <w:t>“About eleven of us stood on it in weather for about twenty minutes. It was extremely unpleasant and there was no reason to stay.</w:t>
      </w:r>
    </w:p>
    <w:p>
      <w:pPr>
        <w:ind w:firstLine="720"/>
      </w:pPr>
      <w:r>
        <w:t>“Nobody said anything for the first ten. Then Reyes said: that will do, and everybody laughed, and it was not funny and about four of us could not stop.</w:t>
      </w:r>
    </w:p>
    <w:p>
      <w:pPr>
        <w:ind w:firstLine="720"/>
      </w:pPr>
      <w:r>
        <w:t>“And then we went in and had the meal and the shift ran and by the afternoon there were four people on the next one.”</w:t>
      </w:r>
    </w:p>
    <w:p>
      <w:pPr>
        <w:ind w:firstLine="720"/>
      </w:pPr>
      <w:r>
        <w:t>The filing she made about it is four lines and it is the shortest thing she wrote in sixty years.</w:t>
      </w:r>
    </w:p>
    <w:p>
      <w:pPr>
        <w:ind w:firstLine="720"/>
      </w:pPr>
      <w:r>
        <w:t>“Span one-nine-four, ninth sector, rebuilt, in service nineteen weeks, first weather event at the ninth. Deflection at third quarter about a third under the founding-era comparable.</w:t>
      </w:r>
    </w:p>
    <w:p>
      <w:pPr>
        <w:ind w:firstLine="720"/>
      </w:pPr>
      <w:r>
        <w:t>“Assumptions two and three appear to be correctly restated. Assumption one is untested and will remain untested until we bring a sector up, which is about nine years away.</w:t>
      </w:r>
    </w:p>
    <w:p>
      <w:pPr>
        <w:ind w:firstLine="720"/>
      </w:pPr>
      <w:r>
        <w:t>“Detail change originates with B. Sandoval, rigger, fourth sector, in the fifteenth week.</w:t>
      </w:r>
    </w:p>
    <w:p>
      <w:pPr>
        <w:ind w:firstLine="720"/>
      </w:pPr>
      <w:r>
        <w:t>“One of four hundred and eleven. N. Ashgrove.”</w:t>
      </w:r>
    </w:p>
    <w:p>
      <w:pPr>
        <w:ind w:firstLine="720"/>
      </w:pPr>
      <w:r>
        <w:t>What she felt is one paragraph and she has been asked for it about four hundred times and has given the same answer.</w:t>
      </w:r>
    </w:p>
    <w:p>
      <w:pPr>
        <w:ind w:firstLine="720"/>
      </w:pPr>
      <w:r>
        <w:t>“Relief. Not triumph and not pride and I have watched people be disappointed by that for sixty years.</w:t>
      </w:r>
    </w:p>
    <w:p>
      <w:pPr>
        <w:ind w:firstLine="720"/>
      </w:pPr>
      <w:r>
        <w:t>“I had told four hundred people to work to an ordering that rested on eleven guesses, for nineteen months, on a broken city, and two of those guesses had already turned out to be wrong.</w:t>
      </w:r>
    </w:p>
    <w:p>
      <w:pPr>
        <w:ind w:firstLine="720"/>
      </w:pPr>
      <w:r>
        <w:t>“And a thing I had drawn stood up in weather. That is relief. Pride is what you feel when you have proved something about yourself and I had not proved anything about myself, I had found out that a span works.”</w:t>
      </w:r>
    </w:p>
    <w:p>
      <w:pPr>
        <w:ind w:firstLine="720"/>
      </w:pPr>
      <w:r>
        <w:t>Bo Sandoval's account of the same twenty minutes ends Part One and it is the only place in the record where he says what it did to him.</w:t>
      </w:r>
    </w:p>
    <w:p>
      <w:pPr>
        <w:ind w:firstLine="720"/>
      </w:pPr>
      <w:r>
        <w:t>“I stood on a span I had helped detail, in a south-easterly, and it moved a third less than the ones I had been walking for nineteen years.</w:t>
      </w:r>
    </w:p>
    <w:p>
      <w:pPr>
        <w:ind w:firstLine="720"/>
      </w:pPr>
      <w:r>
        <w:t>“I was forty-six and I had never in my life made anything that was better than the thing before it.</w:t>
      </w:r>
    </w:p>
    <w:p>
      <w:pPr>
        <w:ind w:firstLine="720"/>
      </w:pPr>
      <w:r>
        <w:t>“And she had put my name in a filing four times by then and I had not really understood what that meant until I was standing on it.</w:t>
      </w:r>
    </w:p>
    <w:p>
      <w:pPr>
        <w:ind w:firstLine="720"/>
      </w:pPr>
      <w:r>
        <w:t>“Nobody said anything to me about it and I did not want them to. Reyes said that will do, and everybody laughed, and I went in and had the meal.</w:t>
      </w:r>
    </w:p>
    <w:p>
      <w:pPr>
        <w:ind w:firstLine="720"/>
      </w:pPr>
      <w:r>
        <w:t>“And that evening I wrote my first filing, on my own, about a bracket, and it is four lines and it is badly written and it is in the technical stream with my name on it and it is still there.”</w:t>
      </w:r>
    </w:p>
    <w:p>
      <w:pPr>
        <w:ind w:firstLine="720"/>
      </w:pPr>
      <w:r>
        <w:t>The span is still in service. Nova has said that she checked it deliberately about once a decade for sixty years and that Sandoval checked it after she died and that somebody has checked it every decade since without anybody arranging it.</w:t>
      </w:r>
    </w:p>
    <w:p>
      <w:pPr>
        <w:ind w:firstLine="720"/>
      </w:pPr>
      <w:r>
        <w:t>“Span one-nine-four. It is an ordinary span and there is nothing to see and it is not marked in any way.</w:t>
      </w:r>
    </w:p>
    <w:p>
      <w:pPr>
        <w:ind w:firstLine="720"/>
      </w:pPr>
      <w:r>
        <w:t>“It went in in the nineteenth month and it has been in weather about four hundred times and it is doing about what the whole set does, which is a third under the founding-era figure at the third quarter.</w:t>
      </w:r>
    </w:p>
    <w:p>
      <w:pPr>
        <w:ind w:firstLine="720"/>
      </w:pPr>
      <w:r>
        <w:t>“It is not the best span on that city. About nine of the later ones are better because we got better. It is simply the first one.”</w:t>
      </w:r>
    </w:p>
    <w:p>
      <w:pPr>
        <w:ind w:firstLine="720"/>
      </w:pPr>
      <w:r>
        <w:t>What the first span proved is four things and she is precise because she says the proving is the whole value.</w:t>
      </w:r>
    </w:p>
    <w:p>
      <w:pPr>
        <w:ind w:firstLine="720"/>
      </w:pPr>
      <w:r>
        <w:t>“That the joint detail works in weather, which is the only thing anybody actually needed.</w:t>
      </w:r>
    </w:p>
    <w:p>
      <w:pPr>
        <w:ind w:firstLine="720"/>
      </w:pPr>
      <w:r>
        <w:t>“That assumptions two and three, as restated after Sandoval, are correct, which meant the remaining four hundred and ten could go ahead on the same basis.</w:t>
      </w:r>
    </w:p>
    <w:p>
      <w:pPr>
        <w:ind w:firstLine="720"/>
      </w:pPr>
      <w:r>
        <w:t>“That the ordering was sound, which we did not know and which we could not have known without putting one in.</w:t>
      </w:r>
    </w:p>
    <w:p>
      <w:pPr>
        <w:ind w:firstLine="720"/>
      </w:pPr>
      <w:r>
        <w:t>“And that a rebuilt span could be better than a founding-era one, which nobody had believed, including me, including the day I drew it.”</w:t>
      </w:r>
    </w:p>
    <w:p>
      <w:pPr>
        <w:ind w:firstLine="720"/>
      </w:pPr>
      <w:r>
        <w:t>The eleven who were on it are named in the maintenance record at the front and Nova has said that this was the first entry she ever made in that record and that she made it that evening.</w:t>
      </w:r>
    </w:p>
    <w:p>
      <w:pPr>
        <w:ind w:firstLine="720"/>
      </w:pPr>
      <w:r>
        <w:t>“Eleven names, in the order they were standing, which is how I could remember them.</w:t>
      </w:r>
    </w:p>
    <w:p>
      <w:pPr>
        <w:ind w:firstLine="720"/>
      </w:pPr>
      <w:r>
        <w:t>“It is not a commemoration. It is a maintenance record and the entry says who was present at first weather on span one-nine-four, because in about ninety years somebody is going to want to ask one of them a question and they will all be dead and the record will at least say who to have asked.”</w:t>
      </w:r>
    </w:p>
    <w:p>
      <w:r>
        <w:br w:type="page"/>
      </w:r>
    </w:p>
    <w:p>
      <w:pPr>
        <w:pStyle w:val="Heading1"/>
      </w:pPr>
      <w:r>
        <w:t>Chapter 8 &amp;mdash; Four Good Years</w:t>
      </w:r>
    </w:p>
    <w:p>
      <w:pPr>
        <w:ind w:firstLine="720"/>
      </w:pPr>
      <w:r>
        <w:t>The four good years are the years nobody writes about and Nova Ashgrove has said that they were the best years anybody on that planet had and that she did not know it at the time and neither did anybody else.</w:t>
      </w:r>
    </w:p>
    <w:p>
      <w:pPr>
        <w:ind w:firstLine="720"/>
      </w:pPr>
      <w:r>
        <w:t>“Everything worked. I am aware how that reads and I am going to say it plainly anyway, because the accounts written afterwards have made those four years into a lull before something, and they were not a lull, they were four years in which a planet was well run.”</w:t>
      </w:r>
    </w:p>
    <w:p>
      <w:pPr>
        <w:ind w:firstLine="720"/>
      </w:pPr>
      <w:r>
        <w:t>The Clearance is the thing and she is careful about how she describes it because she was three sectors away and saw only the effects.</w:t>
      </w:r>
    </w:p>
    <w:p>
      <w:pPr>
        <w:ind w:firstLine="720"/>
      </w:pPr>
      <w:r>
        <w:t>“Four people held it and they used it well. That is the honest sentence from where I was standing and it is the one nobody quotes.</w:t>
      </w:r>
    </w:p>
    <w:p>
      <w:pPr>
        <w:ind w:firstLine="720"/>
      </w:pPr>
      <w:r>
        <w:t>“What it meant to me was that when the ninth sector needed four hundred tonnes of alloy that the second continent had allocated elsewhere, somebody could open the allocation and look at it and move it, and it took about eleven days instead of about four years.</w:t>
      </w:r>
    </w:p>
    <w:p>
      <w:pPr>
        <w:ind w:firstLine="720"/>
      </w:pPr>
      <w:r>
        <w:t>“I did not know their names for about two years. I knew that a thing which had been impossible had become possible and that it had happened four times and that nobody had asked me for anything in return.”</w:t>
      </w:r>
    </w:p>
    <w:p>
      <w:pPr>
        <w:ind w:firstLine="720"/>
      </w:pPr>
      <w:r>
        <w:t>The rebuild ran ahead of projection for the whole of those four years and she has given the figures at every session for sixty years.</w:t>
      </w:r>
    </w:p>
    <w:p>
      <w:pPr>
        <w:ind w:firstLine="720"/>
      </w:pPr>
      <w:r>
        <w:t>Ninety-one spans in the fourth year against a projection of sixty. Two sectors cleared. The first sector positioning trial in the third year, which failed, which she filed in full, and which is the reason the second one worked.</w:t>
      </w:r>
    </w:p>
    <w:p>
      <w:pPr>
        <w:ind w:firstLine="720"/>
      </w:pPr>
      <w:r>
        <w:t>Nine thousand displaced people down to about four thousand, and about eleven hundred of those had chosen to stay where they had gone, which she filed as a finding rather than a failure and which caused an argument that ran two years.</w:t>
      </w:r>
    </w:p>
    <w:p>
      <w:pPr>
        <w:ind w:firstLine="720"/>
      </w:pPr>
      <w:r>
        <w:t>“They liked it there. That is the whole of the finding. Eleven hundred people were displaced to the second continent and after four years about a quarter of them had made a life and did not want to come back, and I wrote that down and about forty people were extremely angry with me.</w:t>
      </w:r>
    </w:p>
    <w:p>
      <w:pPr>
        <w:ind w:firstLine="720"/>
      </w:pPr>
      <w:r>
        <w:t>“I have never understood why. It is a fact about eleven hundred people and it was going to be true whether I filed it or not, and the only thing filing it changed is that the housing projection was correct.”</w:t>
      </w:r>
    </w:p>
    <w:p>
      <w:pPr>
        <w:ind w:firstLine="720"/>
      </w:pPr>
      <w:r>
        <w:t>What she was doing personally in those four years is dull and she insists on it.</w:t>
      </w:r>
    </w:p>
    <w:p>
      <w:pPr>
        <w:ind w:firstLine="720"/>
      </w:pPr>
      <w:r>
        <w:t>“Spans. I did spans. I was thirty-eight and then forty-two and I was on a sector four days in nine and in a shed the rest of it, and I filed about four hundred documents in four years and about nine of them mattered.</w:t>
      </w:r>
    </w:p>
    <w:p>
      <w:pPr>
        <w:ind w:firstLine="720"/>
      </w:pPr>
      <w:r>
        <w:t>“There is no arc. I did not grow and I did not learn anything I would call a lesson. I got better at estimating alloy and worse at estimating weather and I trained about eleven people, and one of those was Bo Sandoval, who did not need training and who needed somebody to tell him he did not need training.”</w:t>
      </w:r>
    </w:p>
    <w:p>
      <w:pPr>
        <w:ind w:firstLine="720"/>
      </w:pPr>
      <w:r>
        <w:t>The one thing she did that was not spans is the form.</w:t>
      </w:r>
    </w:p>
    <w:p>
      <w:pPr>
        <w:ind w:firstLine="720"/>
      </w:pPr>
      <w:r>
        <w:t>“Somebody in the second sector asked me for a copy of the nine pages so that they could do the same for their yard.</w:t>
      </w:r>
    </w:p>
    <w:p>
      <w:pPr>
        <w:ind w:firstLine="720"/>
      </w:pPr>
      <w:r>
        <w:t>“And I said yes and I sent it and then I thought about it for about a fortnight and I cut it down to four boxes, because nine pages is a thing one person writes once and four boxes is a thing anybody can fill in on a Tuesday.</w:t>
      </w:r>
    </w:p>
    <w:p>
      <w:pPr>
        <w:ind w:firstLine="720"/>
      </w:pPr>
      <w:r>
        <w:t>“What you are proposing. What you are assuming. What you expect to happen. And afterwards, what actually happened.</w:t>
      </w:r>
    </w:p>
    <w:p>
      <w:pPr>
        <w:ind w:firstLine="720"/>
      </w:pPr>
      <w:r>
        <w:t>“It took me a fortnight and I did it in the evenings and I have never been able to remember which evening I arrived at the fourth box, which is the only one that matters.”</w:t>
      </w:r>
    </w:p>
    <w:p>
      <w:pPr>
        <w:ind w:firstLine="720"/>
      </w:pPr>
      <w:r>
        <w:t>Ada Reyes has said that watching Nova cut nine pages to four boxes was the most impressive thing she saw in nineteen years and that Nova has never understood why.</w:t>
      </w:r>
    </w:p>
    <w:p>
      <w:pPr>
        <w:ind w:firstLine="720"/>
      </w:pPr>
      <w:r>
        <w:t>“She wrote a nine-page document that worked and then she threw eight and a half pages of it away, in the evenings, on her own initiative, because she had noticed that nobody else was going to write nine pages.</w:t>
      </w:r>
    </w:p>
    <w:p>
      <w:pPr>
        <w:ind w:firstLine="720"/>
      </w:pPr>
      <w:r>
        <w:t>“I have watched about four hundred people build a thing that works and then defend it. She built a thing that worked and immediately started looking for the version that other people would actually use.</w:t>
      </w:r>
    </w:p>
    <w:p>
      <w:pPr>
        <w:ind w:firstLine="720"/>
      </w:pPr>
      <w:r>
        <w:t>“And when I told her that was remarkable she genuinely did not know what I meant, and I have thought about that conversation for about fifty years.”</w:t>
      </w:r>
    </w:p>
    <w:p>
      <w:pPr>
        <w:ind w:firstLine="720"/>
      </w:pPr>
      <w:r>
        <w:t>The last section is four lines and Nova wrote it about thirty years later.</w:t>
      </w:r>
    </w:p>
    <w:p>
      <w:pPr>
        <w:ind w:firstLine="720"/>
      </w:pPr>
      <w:r>
        <w:t>“I did not know they were the good years. Nobody does. That is not a wise observation, it is simply true and everybody finds it out afterwards.</w:t>
      </w:r>
    </w:p>
    <w:p>
      <w:pPr>
        <w:ind w:firstLine="720"/>
      </w:pPr>
      <w:r>
        <w:t>“What I would say to somebody in the middle of four years like that, if there were any way to say it, is nothing at all, because there is nothing useful to say and being told would not help and might do harm.</w:t>
      </w:r>
    </w:p>
    <w:p>
      <w:pPr>
        <w:ind w:firstLine="720"/>
      </w:pPr>
      <w:r>
        <w:t>“They were four years of a great many people doing careful work on a planet that was being run well by four people who did not misuse it.</w:t>
      </w:r>
    </w:p>
    <w:p>
      <w:pPr>
        <w:ind w:firstLine="720"/>
      </w:pPr>
      <w:r>
        <w:t>“And then it stopped, and it did not stop because of anything anybody in Aura-Marina did or failed to do, and that is the part I want somebody to hold on to.”</w:t>
      </w:r>
    </w:p>
    <w:p>
      <w:r>
        <w:br w:type="page"/>
      </w:r>
    </w:p>
    <w:p>
      <w:pPr>
        <w:pStyle w:val="Heading1"/>
      </w:pPr>
      <w:r>
        <w:t>Chapter 9 &amp;mdash; The Method Spreads</w:t>
      </w:r>
    </w:p>
    <w:p>
      <w:pPr>
        <w:ind w:firstLine="720"/>
      </w:pPr>
      <w:r>
        <w:t>Other technicians started filing assumptions in about the third year and Bo Sandoval has said that it was never a movement and never had a name and that this is the only reason it worked.</w:t>
      </w:r>
    </w:p>
    <w:p>
      <w:pPr>
        <w:ind w:firstLine="720"/>
      </w:pPr>
      <w:r>
        <w:t>“Nobody called it a method. I want that first because there is a word for it now and there was not one then and the difference is the whole thing.</w:t>
      </w:r>
    </w:p>
    <w:p>
      <w:pPr>
        <w:ind w:firstLine="720"/>
      </w:pPr>
      <w:r>
        <w:t>“There was a form. Four boxes. It was on the wall in about nine sheds by the fourth year and about forty people had used it and that is all it was.”</w:t>
      </w:r>
    </w:p>
    <w:p>
      <w:pPr>
        <w:ind w:firstLine="720"/>
      </w:pPr>
      <w:r>
        <w:t>How many is the figure he insists on.</w:t>
      </w:r>
    </w:p>
    <w:p>
      <w:pPr>
        <w:ind w:firstLine="720"/>
      </w:pPr>
      <w:r>
        <w:t>“About forty, in four years, out of about eleven hundred people working on that rebuild.</w:t>
      </w:r>
    </w:p>
    <w:p>
      <w:pPr>
        <w:ind w:firstLine="720"/>
      </w:pPr>
      <w:r>
        <w:t>“That is four per cent. I have been asked about four hundred times whether it spread and the answer is that it spread to four per cent of one city over four years and that this was enough.</w:t>
      </w:r>
    </w:p>
    <w:p>
      <w:pPr>
        <w:ind w:firstLine="720"/>
      </w:pPr>
      <w:r>
        <w:t>“Everybody hears spread and thinks of a wave. It was forty people filling in a form.”</w:t>
      </w:r>
    </w:p>
    <w:p>
      <w:pPr>
        <w:ind w:firstLine="720"/>
      </w:pPr>
      <w:r>
        <w:t>Why four per cent was enough is his own analysis and Nova has said it is better than hers.</w:t>
      </w:r>
    </w:p>
    <w:p>
      <w:pPr>
        <w:ind w:firstLine="720"/>
      </w:pPr>
      <w:r>
        <w:t>“You do not need everybody to publish their assumptions. You need enough of them that on any given problem there is a reasonable chance one person has.</w:t>
      </w:r>
    </w:p>
    <w:p>
      <w:pPr>
        <w:ind w:firstLine="720"/>
      </w:pPr>
      <w:r>
        <w:t>“Forty people across nine sheds is enough for that. If you are stuck on a bracket in the fourth sector there is about a one in four chance somebody has filed on something adjacent, and one in four is worth walking to a shed for.</w:t>
      </w:r>
    </w:p>
    <w:p>
      <w:pPr>
        <w:ind w:firstLine="720"/>
      </w:pPr>
      <w:r>
        <w:t>“And once it is one in four, people walk to the shed, and once people walk to the shed the ones who did not file start seeing what filing is for.”</w:t>
      </w:r>
    </w:p>
    <w:p>
      <w:pPr>
        <w:ind w:firstLine="720"/>
      </w:pPr>
      <w:r>
        <w:t>Her name was not on it and he is emphatic that this was not modesty on her part and not theft on anybody else's.</w:t>
      </w:r>
    </w:p>
    <w:p>
      <w:pPr>
        <w:ind w:firstLine="720"/>
      </w:pPr>
      <w:r>
        <w:t>“It was a form on a wall. Forms on walls do not have authors. Nobody took her name off it because nobody had put her name on it in the first place.</w:t>
      </w:r>
    </w:p>
    <w:p>
      <w:pPr>
        <w:ind w:firstLine="720"/>
      </w:pPr>
      <w:r>
        <w:t>“I asked her once, in about the ninth year, whether she minded. And she said she had not thought about it, and I did not believe her, and then about four years later I watched her genuinely not think about it in front of me and I changed my mind.”</w:t>
      </w:r>
    </w:p>
    <w:p>
      <w:pPr>
        <w:ind w:firstLine="720"/>
      </w:pPr>
      <w:r>
        <w:t>What did have her name on it is the nine pages and Sandoval has said this is where the loss happened.</w:t>
      </w:r>
    </w:p>
    <w:p>
      <w:pPr>
        <w:ind w:firstLine="720"/>
      </w:pPr>
      <w:r>
        <w:t>“The nine pages have her name on every copy. The form does not, because the form is derived and nobody derives with attribution.</w:t>
      </w:r>
    </w:p>
    <w:p>
      <w:pPr>
        <w:ind w:firstLine="720"/>
      </w:pPr>
      <w:r>
        <w:t>“And the form is the thing that travelled. Nine pages is a document and four boxes is a habit, and a habit goes to three continents in sixty years and a document sits in a technical stream.</w:t>
      </w:r>
    </w:p>
    <w:p>
      <w:pPr>
        <w:ind w:firstLine="720"/>
      </w:pPr>
      <w:r>
        <w:t>“So the thing that carried her name went nowhere and the thing that went everywhere did not carry it, and that is not anybody's fault and it is exactly what happened.”</w:t>
      </w:r>
    </w:p>
    <w:p>
      <w:pPr>
        <w:ind w:firstLine="720"/>
      </w:pPr>
      <w:r>
        <w:t>He has said that he tried to fix it four times over sixty years and failed every time.</w:t>
      </w:r>
    </w:p>
    <w:p>
      <w:pPr>
        <w:ind w:firstLine="720"/>
      </w:pPr>
      <w:r>
        <w:t>“I wrote to the second continent in about the twentieth year suggesting the form be attributed. I got a courteous reply saying that the form was in general use and had no single origin, which was true by then.</w:t>
      </w:r>
    </w:p>
    <w:p>
      <w:pPr>
        <w:ind w:firstLine="720"/>
      </w:pPr>
      <w:r>
        <w:t>“I tried again at forty years and got the same answer from a different office. I tried at about fifty and did not send it.</w:t>
      </w:r>
    </w:p>
    <w:p>
      <w:pPr>
        <w:ind w:firstLine="720"/>
      </w:pPr>
      <w:r>
        <w:t>“The fourth time is the one that worked and I did not do it. A woman on the second county board found the manifesto, sixty years after it was written, and put four lines in a fourth field on a form about something else, and now three worlds call it Ashgrove.”</w:t>
      </w:r>
    </w:p>
    <w:p>
      <w:pPr>
        <w:ind w:firstLine="720"/>
      </w:pPr>
      <w:r>
        <w:t>Nova's own filing about the spread is four lines from the fourth year and it is entirely characteristic.</w:t>
      </w:r>
    </w:p>
    <w:p>
      <w:pPr>
        <w:ind w:firstLine="720"/>
      </w:pPr>
      <w:r>
        <w:t>“Note: about forty people are now using the four-box form across nine sheds. I did not distribute it and I have not encouraged it and I have no view about whether it should continue.</w:t>
      </w:r>
    </w:p>
    <w:p>
      <w:pPr>
        <w:ind w:firstLine="720"/>
      </w:pPr>
      <w:r>
        <w:t>“Filing this because I have noticed it and because I am the person most likely to be pleased by it, which makes me the person least able to judge whether it is working.</w:t>
      </w:r>
    </w:p>
    <w:p>
      <w:pPr>
        <w:ind w:firstLine="720"/>
      </w:pPr>
      <w:r>
        <w:t>“If somebody wants to establish whether it is doing any good, the comparison is rework rates in the sheds that use it against the sheds that do not, and I should not be the one who runs that comparison.</w:t>
      </w:r>
    </w:p>
    <w:p>
      <w:pPr>
        <w:ind w:firstLine="720"/>
      </w:pPr>
      <w:r>
        <w:t>“Nobody ran it. N. Ashgrove, four years later, adding this line.”</w:t>
      </w:r>
    </w:p>
    <w:p>
      <w:r>
        <w:br w:type="page"/>
      </w:r>
    </w:p>
    <w:p>
      <w:pPr>
        <w:pStyle w:val="Heading1"/>
      </w:pPr>
      <w:r>
        <w:t>Chapter 10 &amp;mdash; Dax</w:t>
      </w:r>
    </w:p>
    <w:p>
      <w:pPr>
        <w:ind w:firstLine="720"/>
      </w:pPr>
      <w:r>
        <w:t>Dax happened three sectors away and Nova Ashgrove experienced it as a procurement delay, and she has been apologising for that sentence for fifty years and has never withdrawn it.</w:t>
      </w:r>
    </w:p>
    <w:p>
      <w:pPr>
        <w:ind w:firstLine="720"/>
      </w:pPr>
      <w:r>
        <w:t>“I want to say at the front that I know what it was. I have read the whole of it since, four times, and I know what happened to those people and I know what it cost and I am not going to be clever about it.</w:t>
      </w:r>
    </w:p>
    <w:p>
      <w:pPr>
        <w:ind w:firstLine="720"/>
      </w:pPr>
      <w:r>
        <w:t>“What I am recording is what it was like from Aura-Marina at the time, because somebody should, and because every account of that period is written from inside it and there were about forty thousand of us three sectors away for whom it was something else entirely.”</w:t>
      </w:r>
    </w:p>
    <w:p>
      <w:pPr>
        <w:ind w:firstLine="720"/>
      </w:pPr>
      <w:r>
        <w:t>What it was, from the fourth sector, is a schedule.</w:t>
      </w:r>
    </w:p>
    <w:p>
      <w:pPr>
        <w:ind w:firstLine="720"/>
      </w:pPr>
      <w:r>
        <w:t>“The alloy stopped. That is the first thing anybody in Aura-Marina noticed and it was about eleven days before anybody understood why.</w:t>
      </w:r>
    </w:p>
    <w:p>
      <w:pPr>
        <w:ind w:firstLine="720"/>
      </w:pPr>
      <w:r>
        <w:t>“Four hundred tonnes had been allocated in the ninth month and about a third of it had come and then nothing came for nine weeks, and I wrote four times asking, correctly, through the ordinary channel, and got nothing back, and I was mildly annoyed.</w:t>
      </w:r>
    </w:p>
    <w:p>
      <w:pPr>
        <w:ind w:firstLine="720"/>
      </w:pPr>
      <w:r>
        <w:t>“I was mildly annoyed. That is what I want in the record. There is a document in my hand from the fourth week of that period which is a politely worded query about alloy delivery, and I know now what the people receiving it were dealing with, and it is the most embarrassing thing I have ever written.”</w:t>
      </w:r>
    </w:p>
    <w:p>
      <w:pPr>
        <w:ind w:firstLine="720"/>
      </w:pPr>
      <w:r>
        <w:t>How they found out is the middle of the chapter and Nova has said it is the part that has stayed with her.</w:t>
      </w:r>
    </w:p>
    <w:p>
      <w:pPr>
        <w:ind w:firstLine="720"/>
      </w:pPr>
      <w:r>
        <w:t>“In pieces, over about four months, out of order, mostly wrong.</w:t>
      </w:r>
    </w:p>
    <w:p>
      <w:pPr>
        <w:ind w:firstLine="720"/>
      </w:pPr>
      <w:r>
        <w:t>“There was no transmission telling anybody anything. There was no announcement and I have never established whether that was a decision or simply that nobody had the job.</w:t>
      </w:r>
    </w:p>
    <w:p>
      <w:pPr>
        <w:ind w:firstLine="720"/>
      </w:pPr>
      <w:r>
        <w:t>“What we got was rumour off the supply boats, and a man on the eleventh sector whose brother was there, and about nine contradictory accounts in a fortnight, and about a third of what we believed in the fourth month turned out to be false.”</w:t>
      </w:r>
    </w:p>
    <w:p>
      <w:pPr>
        <w:ind w:firstLine="720"/>
      </w:pPr>
      <w:r>
        <w:t>What she did about it is four lines and it is the only thing in the chapter she is not apologetic about.</w:t>
      </w:r>
    </w:p>
    <w:p>
      <w:pPr>
        <w:ind w:firstLine="720"/>
      </w:pPr>
      <w:r>
        <w:t>“I wrote down what we knew and what we did not and put it on the wall.</w:t>
      </w:r>
    </w:p>
    <w:p>
      <w:pPr>
        <w:ind w:firstLine="720"/>
      </w:pPr>
      <w:r>
        <w:t>“Not a bulletin. A four-box form, the ordinary one, filled in about the situation instead of about a bracket, because it was the only instrument I had and it turned out to work on this.</w:t>
      </w:r>
    </w:p>
    <w:p>
      <w:pPr>
        <w:ind w:firstLine="720"/>
      </w:pPr>
      <w:r>
        <w:t>“What we know. What we are assuming. What we expect. And afterwards, what actually happened.</w:t>
      </w:r>
    </w:p>
    <w:p>
      <w:pPr>
        <w:ind w:firstLine="720"/>
      </w:pPr>
      <w:r>
        <w:t>“And I updated it about eleven times over four months, in public, with the corrections marked, and about four hundred people read it, and by the fourth month it was the most reliable account of Dax available anywhere in Aura-Marina, which is a horrifying sentence and which is true.”</w:t>
      </w:r>
    </w:p>
    <w:p>
      <w:pPr>
        <w:ind w:firstLine="720"/>
      </w:pPr>
      <w:r>
        <w:t>Bo Sandoval has said that the wall was the only place on the city where you could find out what was happening and that this frightened everybody who thought about it.</w:t>
      </w:r>
    </w:p>
    <w:p>
      <w:pPr>
        <w:ind w:firstLine="720"/>
      </w:pPr>
      <w:r>
        <w:t>“A technician on a broken city, three sectors away, with no sources but rumour, kept the best available public account of the largest thing that happened on that planet in a generation.</w:t>
      </w:r>
    </w:p>
    <w:p>
      <w:pPr>
        <w:ind w:firstLine="720"/>
      </w:pPr>
      <w:r>
        <w:t>“Not because she knew anything. Because she was the only person who was writing down what she did not know.</w:t>
      </w:r>
    </w:p>
    <w:p>
      <w:pPr>
        <w:ind w:firstLine="720"/>
      </w:pPr>
      <w:r>
        <w:t>“About forty people came in off the spans to read that wall in their own time, every week, for four months. I did. I read the assumptions column first, every single time, before the facts, and so did everybody, and none of us could have told you why.”</w:t>
      </w:r>
    </w:p>
    <w:p>
      <w:pPr>
        <w:ind w:firstLine="720"/>
      </w:pPr>
      <w:r>
        <w:t>What it cost the rebuild is the last practical section and she gives it flatly.</w:t>
      </w:r>
    </w:p>
    <w:p>
      <w:pPr>
        <w:ind w:firstLine="720"/>
      </w:pPr>
      <w:r>
        <w:t>“Nine months. That is the figure and I checked it four times afterwards.</w:t>
      </w:r>
    </w:p>
    <w:p>
      <w:pPr>
        <w:ind w:firstLine="720"/>
      </w:pPr>
      <w:r>
        <w:t>“Four hundred tonnes of alloy that did not come, a sector positioning trial that could not run, and about a hundred and ninety people who left to go and help and about forty who did not come back.</w:t>
      </w:r>
    </w:p>
    <w:p>
      <w:pPr>
        <w:ind w:firstLine="720"/>
      </w:pPr>
      <w:r>
        <w:t>“And I want to be exact: nine months out of twenty-two years is not a catastrophe. It is a delay. Aura-Marina was finished four years later than the ninth-year projection and about half of that is Dax and the other half is weather and one bad alloy decision that was mine.”</w:t>
      </w:r>
    </w:p>
    <w:p>
      <w:pPr>
        <w:ind w:firstLine="720"/>
      </w:pPr>
      <w:r>
        <w:t>The last paragraph is hers and she added it at about eighty and has said that she wrote it four times and that all four were worse than this one.</w:t>
      </w:r>
    </w:p>
    <w:p>
      <w:pPr>
        <w:ind w:firstLine="720"/>
      </w:pPr>
      <w:r>
        <w:t>“The thing I have never resolved is the proportion.</w:t>
      </w:r>
    </w:p>
    <w:p>
      <w:pPr>
        <w:ind w:firstLine="720"/>
      </w:pPr>
      <w:r>
        <w:t>“A catastrophe happened to a great many people and I experienced it as a procurement delay and a wall I updated eleven times, and both of those are true and neither is more true than the other, and I have watched people try to make the second one shameful for fifty years.</w:t>
      </w:r>
    </w:p>
    <w:p>
      <w:pPr>
        <w:ind w:firstLine="720"/>
      </w:pPr>
      <w:r>
        <w:t>“It is not shameful. It is what distance is. Everybody who was not there experienced it as something smaller, because that is what it was to them, and pretending otherwise afterwards is a way of borrowing something.</w:t>
      </w:r>
    </w:p>
    <w:p>
      <w:pPr>
        <w:ind w:firstLine="720"/>
      </w:pPr>
      <w:r>
        <w:t>“What I would not do again is the politely worded query. I would still send it. I would not be mildly annoyed, and I cannot promise that, because I did not know, and a person who does not know is going to be mildly annoyed about alloy.”</w:t>
      </w:r>
    </w:p>
    <w:p>
      <w:r>
        <w:br w:type="page"/>
      </w:r>
    </w:p>
    <w:p>
      <w:pPr>
        <w:pStyle w:val="Heading1"/>
      </w:pPr>
      <w:r>
        <w:t>Chapter 11 &amp;mdash; Pending Reform</w:t>
      </w:r>
    </w:p>
    <w:p>
      <w:pPr>
        <w:ind w:firstLine="720"/>
      </w:pPr>
      <w:r>
        <w:t>The order arrived in the eleventh year and Nova Ashgrove could see that it was wrong inside about four minutes, and she went to object, and the office that received objections had been suspended pending reform, and that is the centre of this story and it took one sentence.</w:t>
      </w:r>
    </w:p>
    <w:p>
      <w:pPr>
        <w:ind w:firstLine="720"/>
      </w:pPr>
      <w:r>
        <w:t>The order itself is dull and she has always insisted on giving it before anything else.</w:t>
      </w:r>
    </w:p>
    <w:p>
      <w:pPr>
        <w:ind w:firstLine="720"/>
      </w:pPr>
      <w:r>
        <w:t>“A revised alloy specification for span joints, issued from the second continent, applying to all coastal reconstruction.</w:t>
      </w:r>
    </w:p>
    <w:p>
      <w:pPr>
        <w:ind w:firstLine="720"/>
      </w:pPr>
      <w:r>
        <w:t>“It is not stupid. It is a reasonable specification written by competent people who were solving a real problem, which was that four different yards were supplying four different things and calling them the same.</w:t>
      </w:r>
    </w:p>
    <w:p>
      <w:pPr>
        <w:ind w:firstLine="720"/>
      </w:pPr>
      <w:r>
        <w:t>“And it is wrong for Aura-Marina, for one reason, which is that it assumes a joint that is not immersed, and every joint I have is immersed, and in nine years those joints will start going and they will all go at about the same time because they will all have been made to the same specification.”</w:t>
      </w:r>
    </w:p>
    <w:p>
      <w:pPr>
        <w:ind w:firstLine="720"/>
      </w:pPr>
      <w:r>
        <w:t>She was certain and she is exact about the certainty.</w:t>
      </w:r>
    </w:p>
    <w:p>
      <w:pPr>
        <w:ind w:firstLine="720"/>
      </w:pPr>
      <w:r>
        <w:t>“I was not guessing. This is the one place in sixty years where I was not guessing and where I would have put it in the certain column on any form.</w:t>
      </w:r>
    </w:p>
    <w:p>
      <w:pPr>
        <w:ind w:firstLine="720"/>
      </w:pPr>
      <w:r>
        <w:t>“I had eleven years of immersed founding-era joints in front of me and I had opened four of them and I knew what immersion does to that alloy family and so did about nine other people on that city.</w:t>
      </w:r>
    </w:p>
    <w:p>
      <w:pPr>
        <w:ind w:firstLine="720"/>
      </w:pPr>
      <w:r>
        <w:t>“It would have taken about four pages and it would have been the easiest objection I have ever written.”</w:t>
      </w:r>
    </w:p>
    <w:p>
      <w:pPr>
        <w:ind w:firstLine="720"/>
      </w:pPr>
      <w:r>
        <w:t>The office is the chapter.</w:t>
      </w:r>
    </w:p>
    <w:p>
      <w:pPr>
        <w:ind w:firstLine="720"/>
      </w:pPr>
      <w:r>
        <w:t>“There is a procedure. There has been one for four generations and it is four lines long and it is on the back of every specification issued on that planet.</w:t>
      </w:r>
    </w:p>
    <w:p>
      <w:pPr>
        <w:ind w:firstLine="720"/>
      </w:pPr>
      <w:r>
        <w:t>“If you believe a specification is wrong for local conditions, you file an objection with the standards office within eleven days, with your working, and the specification is held for your sector until the objection is answered.</w:t>
      </w:r>
    </w:p>
    <w:p>
      <w:pPr>
        <w:ind w:firstLine="720"/>
      </w:pPr>
      <w:r>
        <w:t>“It is a good procedure. It is Halima Sow's, although I did not know that for about thirty years, and about four hundred objections a year went through it and about a tenth of them were upheld.”</w:t>
      </w:r>
    </w:p>
    <w:p>
      <w:pPr>
        <w:ind w:firstLine="720"/>
      </w:pPr>
      <w:r>
        <w:t>What she got is one sentence and she has reprinted it in every account and has never once paraphrased it.</w:t>
      </w:r>
    </w:p>
    <w:p>
      <w:pPr>
        <w:ind w:firstLine="720"/>
      </w:pPr>
      <w:r>
        <w:t>“The standards office is not receiving objections at this time, pending reform. Please resubmit when arrangements are announced.”</w:t>
      </w:r>
    </w:p>
    <w:p>
      <w:pPr>
        <w:ind w:firstLine="720"/>
      </w:pPr>
      <w:r>
        <w:t>“That is it. That is the whole of it and it is twenty words and it was sent by a clerk who was entirely correct and who was doing exactly what he had been told and who I have never blamed and have never wanted to meet.</w:t>
      </w:r>
    </w:p>
    <w:p>
      <w:pPr>
        <w:ind w:firstLine="720"/>
      </w:pPr>
      <w:r>
        <w:t>“There is no villain in this chapter. I have looked for sixty years. The office was suspended for a real reason during a real reform by people who were dealing with the consequences of something considerably larger than a span joint.</w:t>
      </w:r>
    </w:p>
    <w:p>
      <w:pPr>
        <w:ind w:firstLine="720"/>
      </w:pPr>
      <w:r>
        <w:t>“And the effect of it is that a specification I knew to be wrong was going to be applied to four hundred joints and there was nowhere to send four pages.”</w:t>
      </w:r>
    </w:p>
    <w:p>
      <w:pPr>
        <w:ind w:firstLine="720"/>
      </w:pPr>
      <w:r>
        <w:t>What she tried is four things and she lists them because she says people assume she gave up.</w:t>
      </w:r>
    </w:p>
    <w:p>
      <w:pPr>
        <w:ind w:firstLine="720"/>
      </w:pPr>
      <w:r>
        <w:t>“I resubmitted at eleven days, as instructed, and got the same sentence.</w:t>
      </w:r>
    </w:p>
    <w:p>
      <w:pPr>
        <w:ind w:firstLine="720"/>
      </w:pPr>
      <w:r>
        <w:t>“I wrote to the issuing engineer directly, by name, which is not the procedure and which I did anyway, and I got a courteous reply saying that he agreed it was worth looking at and that he had no mechanism to hold a specification outside the office and that he was sorry.</w:t>
      </w:r>
    </w:p>
    <w:p>
      <w:pPr>
        <w:ind w:firstLine="720"/>
      </w:pPr>
      <w:r>
        <w:t>“I asked Ada Reyes to raise it through the commission and she did, twice, and the commission had no standing over a planetary specification and both of us knew that before she tried.</w:t>
      </w:r>
    </w:p>
    <w:p>
      <w:pPr>
        <w:ind w:firstLine="720"/>
      </w:pPr>
      <w:r>
        <w:t>“And I asked, in the fourth month, whether anybody knew when arrangements would be announced, and nobody did, and they were announced nineteen years later.”</w:t>
      </w:r>
    </w:p>
    <w:p>
      <w:pPr>
        <w:ind w:firstLine="720"/>
      </w:pPr>
      <w:r>
        <w:t>What she did not do is the part she is most insistent about.</w:t>
      </w:r>
    </w:p>
    <w:p>
      <w:pPr>
        <w:ind w:firstLine="720"/>
      </w:pPr>
      <w:r>
        <w:t>“I did not ignore the specification. That is the thing everybody expects and about four people have told me over the years that they would have.</w:t>
      </w:r>
    </w:p>
    <w:p>
      <w:pPr>
        <w:ind w:firstLine="720"/>
      </w:pPr>
      <w:r>
        <w:t>“I built to it. Four hundred joints, to a specification I knew was wrong, over about nine years, because it was the specification and because a technician who builds to her own judgement against a published standard is the beginning of a considerably worse problem than immersed joints.</w:t>
      </w:r>
    </w:p>
    <w:p>
      <w:pPr>
        <w:ind w:firstLine="720"/>
      </w:pPr>
      <w:r>
        <w:t>“And I wrote the objection anyway, the same week, properly, four pages, with the working.</w:t>
      </w:r>
    </w:p>
    <w:p>
      <w:pPr>
        <w:ind w:firstLine="720"/>
      </w:pPr>
      <w:r>
        <w:t>“And then I sat with a finished document and nowhere to send it, and that is the next chapter and it is the one I have never been able to write about well.”</w:t>
      </w:r>
    </w:p>
    <w:p>
      <w:pPr>
        <w:ind w:firstLine="720"/>
      </w:pPr>
      <w:r>
        <w:t>The joints went in the twenty-ninth year, eighteen years later, at about the same time as each other, exactly as she had said they would.</w:t>
      </w:r>
    </w:p>
    <w:p>
      <w:pPr>
        <w:ind w:firstLine="720"/>
      </w:pPr>
      <w:r>
        <w:t>“About a hundred and ninety of the four hundred. Over about four years. Nobody was hurt and it cost a great deal of money and it was fixed.</w:t>
      </w:r>
    </w:p>
    <w:p>
      <w:pPr>
        <w:ind w:firstLine="720"/>
      </w:pPr>
      <w:r>
        <w:t>“The objection was in a drawer by then, dated, with the working, eighteen years old, and I did not produce it.</w:t>
      </w:r>
    </w:p>
    <w:p>
      <w:pPr>
        <w:ind w:firstLine="720"/>
      </w:pPr>
      <w:r>
        <w:t>“I have been asked why about four hundred times. Because producing it is a document that says I told you, and a document that says I told you does not fix a joint, and there were about ninety people who had to fix a hundred and ninety joints and none of them needed to be told that a woman of sixty-one had been right in the eleventh year.”</w:t>
      </w:r>
    </w:p>
    <w:p>
      <w:r>
        <w:br w:type="page"/>
      </w:r>
    </w:p>
    <w:p>
      <w:pPr>
        <w:pStyle w:val="Heading1"/>
      </w:pPr>
      <w:r>
        <w:t>Chapter 12 &amp;mdash; There Is Nowhere To Send It</w:t>
      </w:r>
    </w:p>
    <w:p>
      <w:pPr>
        <w:ind w:firstLine="720"/>
      </w:pPr>
      <w:r>
        <w:t>She wrote the objection anyway, properly, four pages, in the same week, and then sat with a finished document and no recipient, and Nova Ashgrove has said that this is the only experience of her working life she has never found words for.</w:t>
      </w:r>
    </w:p>
    <w:p>
      <w:pPr>
        <w:ind w:firstLine="720"/>
      </w:pPr>
      <w:r>
        <w:t>“I have described it about four hundred times and every description has been wrong in the same direction, which is that they all make it sound like a moment.</w:t>
      </w:r>
    </w:p>
    <w:p>
      <w:pPr>
        <w:ind w:firstLine="720"/>
      </w:pPr>
      <w:r>
        <w:t>“It was not a moment. It was about nine months.”</w:t>
      </w:r>
    </w:p>
    <w:p>
      <w:pPr>
        <w:ind w:firstLine="720"/>
      </w:pPr>
      <w:r>
        <w:t>The document is four pages and it is in the manifesto and it is entirely ordinary.</w:t>
      </w:r>
    </w:p>
    <w:p>
      <w:pPr>
        <w:ind w:firstLine="720"/>
      </w:pPr>
      <w:r>
        <w:t>“What I am objecting to. Why. My working. What I expect will happen if it stands. What I would propose instead.</w:t>
      </w:r>
    </w:p>
    <w:p>
      <w:pPr>
        <w:ind w:firstLine="720"/>
      </w:pPr>
      <w:r>
        <w:t>“It is competent. It is the best objection I ever wrote, because I had four months to write it instead of eleven days, and there is nothing in it that anybody has ever been able to fault.</w:t>
      </w:r>
    </w:p>
    <w:p>
      <w:pPr>
        <w:ind w:firstLine="720"/>
      </w:pPr>
      <w:r>
        <w:t>“There is no recipient line, because I could not put one, and the absence of a recipient line on an otherwise complete document is the strangest thing I have ever looked at.”</w:t>
      </w:r>
    </w:p>
    <w:p>
      <w:pPr>
        <w:ind w:firstLine="720"/>
      </w:pPr>
      <w:r>
        <w:t>What she did with it is one sentence.</w:t>
      </w:r>
    </w:p>
    <w:p>
      <w:pPr>
        <w:ind w:firstLine="720"/>
      </w:pPr>
      <w:r>
        <w:t>“It went in a drawer in the fourth sector shed and it is still in a drawer and it has been in a drawer for fifty years.”</w:t>
      </w:r>
    </w:p>
    <w:p>
      <w:pPr>
        <w:ind w:firstLine="720"/>
      </w:pPr>
      <w:r>
        <w:t>The nine months is the chapter.</w:t>
      </w:r>
    </w:p>
    <w:p>
      <w:pPr>
        <w:ind w:firstLine="720"/>
      </w:pPr>
      <w:r>
        <w:t>“I kept checking. That is the whole of it and it is humiliating and I am putting it down because somebody in four hundred years is going to be in the same position.</w:t>
      </w:r>
    </w:p>
    <w:p>
      <w:pPr>
        <w:ind w:firstLine="720"/>
      </w:pPr>
      <w:r>
        <w:t>“I wrote to the standards office at eleven days, then at four months, then at nine, then at fourteen. Four times. The same twenty words came back four times, from what I assume were four different clerks, all of them entirely correct.</w:t>
      </w:r>
    </w:p>
    <w:p>
      <w:pPr>
        <w:ind w:firstLine="720"/>
      </w:pPr>
      <w:r>
        <w:t>“And in between I would take the document out and read it, about once a fortnight, and check that it was still right, and it was still right, and I would put it back.”</w:t>
      </w:r>
    </w:p>
    <w:p>
      <w:pPr>
        <w:ind w:firstLine="720"/>
      </w:pPr>
      <w:r>
        <w:t>Ada Reyes noticed and her account of it is four lines and Nova did not know it existed until about thirty years later.</w:t>
      </w:r>
    </w:p>
    <w:p>
      <w:pPr>
        <w:ind w:firstLine="720"/>
      </w:pPr>
      <w:r>
        <w:t>“She was not distressed. I want that said because I have read accounts that have her in despair and she was not, she was working, and she was extremely good company in that period.</w:t>
      </w:r>
    </w:p>
    <w:p>
      <w:pPr>
        <w:ind w:firstLine="720"/>
      </w:pPr>
      <w:r>
        <w:t>“What she was doing was checking a drawer. About once a fortnight for nine months, and then less, and then about twice a year for the rest of her working life.</w:t>
      </w:r>
    </w:p>
    <w:p>
      <w:pPr>
        <w:ind w:firstLine="720"/>
      </w:pPr>
      <w:r>
        <w:t>“And I watched her do it for nineteen years and I never once mentioned it, and I have thought about that a great deal and I still do not know whether mentioning it would have been a kindness or the opposite.”</w:t>
      </w:r>
    </w:p>
    <w:p>
      <w:pPr>
        <w:ind w:firstLine="720"/>
      </w:pPr>
      <w:r>
        <w:t>What she has said about Halima Sow is the last section and she did not learn the name until she was about sixty.</w:t>
      </w:r>
    </w:p>
    <w:p>
      <w:pPr>
        <w:ind w:firstLine="720"/>
      </w:pPr>
      <w:r>
        <w:t>“There is a woman in the founding record who lost the appeal-clause argument twice and had both losses recorded and was told by people who meant it kindly that the recording was a consolation.</w:t>
      </w:r>
    </w:p>
    <w:p>
      <w:pPr>
        <w:ind w:firstLine="720"/>
      </w:pPr>
      <w:r>
        <w:t>“A hundred and forty years earlier, in a different room, on a ship, about a completely different thing.</w:t>
      </w:r>
    </w:p>
    <w:p>
      <w:pPr>
        <w:ind w:firstLine="720"/>
      </w:pPr>
      <w:r>
        <w:t>“And she wrote it down anyway, and it went into the record, and about ninety years later a man read her losses and put an appeal step into a standard, and it is on three worlds now.</w:t>
      </w:r>
    </w:p>
    <w:p>
      <w:pPr>
        <w:ind w:firstLine="720"/>
      </w:pPr>
      <w:r>
        <w:t>“I did not know that when I was sitting with four pages and no recipient. I found out at about sixty and I sat down.</w:t>
      </w:r>
    </w:p>
    <w:p>
      <w:pPr>
        <w:ind w:firstLine="720"/>
      </w:pPr>
      <w:r>
        <w:t>“Nobody told her either. That is the thing. She was told the recording was a consolation and it was not a consolation, it was the entire mechanism, and there was no way for anybody to know that at the time and there is no way for me to know it now about anything I am doing.”</w:t>
      </w:r>
    </w:p>
    <w:p>
      <w:r>
        <w:br w:type="page"/>
      </w:r>
    </w:p>
    <w:p>
      <w:pPr>
        <w:pStyle w:val="Heading1"/>
      </w:pPr>
      <w:r>
        <w:t>Chapter 13 &amp;mdash; She Keeps Writing Anyway</w:t>
      </w:r>
    </w:p>
    <w:p>
      <w:pPr>
        <w:ind w:firstLine="720"/>
      </w:pPr>
      <w:r>
        <w:t>She filed it in a drawer and wrote the next one the following week, and there was no decision and no resolve and no speech, and this story is not going to congratulate her for it.</w:t>
      </w:r>
    </w:p>
    <w:p>
      <w:pPr>
        <w:ind w:firstLine="720"/>
      </w:pPr>
      <w:r>
        <w:t>“People want a moment where I decided to keep going. There is not one. I have looked for it for fifty years because I have been asked for it about four hundred times and I would like to be able to give it to somebody.</w:t>
      </w:r>
    </w:p>
    <w:p>
      <w:pPr>
        <w:ind w:firstLine="720"/>
      </w:pPr>
      <w:r>
        <w:t>“What happened is that the following week there was another thing that was wrong, and I wrote it up, because that is what I do on a Tuesday.”</w:t>
      </w:r>
    </w:p>
    <w:p>
      <w:pPr>
        <w:ind w:firstLine="720"/>
      </w:pPr>
      <w:r>
        <w:t>How many is the figure.</w:t>
      </w:r>
    </w:p>
    <w:p>
      <w:pPr>
        <w:ind w:firstLine="720"/>
      </w:pPr>
      <w:r>
        <w:t>“Four hundred and eleven documents over about nineteen years, into a drawer, and then four drawers.</w:t>
      </w:r>
    </w:p>
    <w:p>
      <w:pPr>
        <w:ind w:firstLine="720"/>
      </w:pPr>
      <w:r>
        <w:t>“About ninety of them are objections that had nowhere to go. The rest are ordinary filings that I could have sent to the technical stream and did send, and I kept copies in the same drawer because by then the drawer was where documents went.”</w:t>
      </w:r>
    </w:p>
    <w:p>
      <w:pPr>
        <w:ind w:firstLine="720"/>
      </w:pPr>
      <w:r>
        <w:t>Why she did not stop is the question and her answer has not varied in fifty years and has never satisfied anybody.</w:t>
      </w:r>
    </w:p>
    <w:p>
      <w:pPr>
        <w:ind w:firstLine="720"/>
      </w:pPr>
      <w:r>
        <w:t>“I do not know. That is the answer and I have given it about four hundred times and people find it evasive and it is not, it is the truth.</w:t>
      </w:r>
    </w:p>
    <w:p>
      <w:pPr>
        <w:ind w:firstLine="720"/>
      </w:pPr>
      <w:r>
        <w:t>“I have four explanations and I do not believe any of them.</w:t>
      </w:r>
    </w:p>
    <w:p>
      <w:pPr>
        <w:ind w:firstLine="720"/>
      </w:pPr>
      <w:r>
        <w:t>“One is that I thought the office would come back. I did think that, for about the first two years, and then I stopped thinking it and I did not stop writing.</w:t>
      </w:r>
    </w:p>
    <w:p>
      <w:pPr>
        <w:ind w:firstLine="720"/>
      </w:pPr>
      <w:r>
        <w:t>“One is habit, which is probably closest and which is not a virtue.</w:t>
      </w:r>
    </w:p>
    <w:p>
      <w:pPr>
        <w:ind w:firstLine="720"/>
      </w:pPr>
      <w:r>
        <w:t>“One is that writing it down is how I work out what I think, and that I would have written them if there had never been an office at all, which I suspect is true and which makes the whole thing considerably less impressive.</w:t>
      </w:r>
    </w:p>
    <w:p>
      <w:pPr>
        <w:ind w:firstLine="720"/>
      </w:pPr>
      <w:r>
        <w:t>“And one is that I am a person who cannot leave a thing unrecorded, which is a description of a temperament and not a decision, and I have watched people turn it into a decision for fifty years.”</w:t>
      </w:r>
    </w:p>
    <w:p>
      <w:pPr>
        <w:ind w:firstLine="720"/>
      </w:pPr>
      <w:r>
        <w:t>Bo Sandoval's account is the one that has been used and Nova has said it is too kind and has published it anyway.</w:t>
      </w:r>
    </w:p>
    <w:p>
      <w:pPr>
        <w:ind w:firstLine="720"/>
      </w:pPr>
      <w:r>
        <w:t>“There is no version of this where she is being heroic and everybody who writes about her makes her heroic and she hates it.</w:t>
      </w:r>
    </w:p>
    <w:p>
      <w:pPr>
        <w:ind w:firstLine="720"/>
      </w:pPr>
      <w:r>
        <w:t>“What I watched was a woman doing the ordinary thing on a Tuesday for nineteen years after the ordinary thing had stopped working.</w:t>
      </w:r>
    </w:p>
    <w:p>
      <w:pPr>
        <w:ind w:firstLine="720"/>
      </w:pPr>
      <w:r>
        <w:t>“That is not courage. Courage is when you know it costs you something. This cost her about four hours a fortnight and she had the four hours.</w:t>
      </w:r>
    </w:p>
    <w:p>
      <w:pPr>
        <w:ind w:firstLine="720"/>
      </w:pPr>
      <w:r>
        <w:t>“What it is, and I have never found the word, is that she did not adjust. Everybody adjusts. The office closes and you stop writing objections, and you do not decide to stop, you simply find in about the third year that you have not written one in a while.</w:t>
      </w:r>
    </w:p>
    <w:p>
      <w:pPr>
        <w:ind w:firstLine="720"/>
      </w:pPr>
      <w:r>
        <w:t>“She did not adjust, for nineteen years, and I do not think she noticed she had not.”</w:t>
      </w:r>
    </w:p>
    <w:p>
      <w:pPr>
        <w:ind w:firstLine="720"/>
      </w:pPr>
      <w:r>
        <w:t>The three she has published from that period are at three different ages and the only thing that changes is the handwriting.</w:t>
      </w:r>
    </w:p>
    <w:p>
      <w:pPr>
        <w:ind w:firstLine="720"/>
      </w:pPr>
      <w:r>
        <w:t>“Year eleven. Immersed joint specification. Four pages, careful, slightly angry in the third paragraph, and I have not taken the anger out.</w:t>
      </w:r>
    </w:p>
    <w:p>
      <w:pPr>
        <w:ind w:firstLine="720"/>
      </w:pPr>
      <w:r>
        <w:t>“Year twenty-six. Positioning trial tolerances. Three pages, no anger anywhere, and better written.</w:t>
      </w:r>
    </w:p>
    <w:p>
      <w:pPr>
        <w:ind w:firstLine="720"/>
      </w:pPr>
      <w:r>
        <w:t>“Year thirty-eight. A bracket. Two pages, about a bracket, filed into a drawer with the same care as the other two, and this is the one I would want somebody to read.</w:t>
      </w:r>
    </w:p>
    <w:p>
      <w:pPr>
        <w:ind w:firstLine="720"/>
      </w:pPr>
      <w:r>
        <w:t>“There is nothing in it. It is a bracket on the eleventh sector and the specification for it is mildly wrong in a way that will cost somebody four hours in about a decade.</w:t>
      </w:r>
    </w:p>
    <w:p>
      <w:pPr>
        <w:ind w:firstLine="720"/>
      </w:pPr>
      <w:r>
        <w:t>“And it has the four boxes filled in properly and the working attached and my name at the bottom and it went into a drawer, and I was fifty-eight, and there had been no office for twenty-seven years.”</w:t>
      </w:r>
    </w:p>
    <w:p>
      <w:r>
        <w:br w:type="page"/>
      </w:r>
    </w:p>
    <w:p>
      <w:pPr>
        <w:pStyle w:val="Heading1"/>
      </w:pPr>
      <w:r>
        <w:t>Chapter 14 &amp;mdash; The Machine Wakes</w:t>
      </w:r>
    </w:p>
    <w:p>
      <w:pPr>
        <w:ind w:firstLine="720"/>
      </w:pPr>
      <w:r>
        <w:t>The machine woke and saved the four and beat the man and took supreme leadership, and Aura-Marina heard about it two days later, and the spans still needed doing.</w:t>
      </w:r>
    </w:p>
    <w:p>
      <w:pPr>
        <w:ind w:firstLine="720"/>
      </w:pPr>
      <w:r>
        <w:t>Bo Sandoval was fifty-one and on the ninth sector and his account of the two days is the one everybody quotes and he has said that he does not understand why.</w:t>
      </w:r>
    </w:p>
    <w:p>
      <w:pPr>
        <w:ind w:firstLine="720"/>
      </w:pPr>
      <w:r>
        <w:t>“We got it off a supply boat. That is how Aura-Marina got everything for about thirty years and it is how we got that.</w:t>
      </w:r>
    </w:p>
    <w:p>
      <w:pPr>
        <w:ind w:firstLine="720"/>
      </w:pPr>
      <w:r>
        <w:t>“A man came off a boat at about the fourth hour and said the Sentinel has woken up and it is running the planet, and about nine of us stood on a hardstand and looked at him.</w:t>
      </w:r>
    </w:p>
    <w:p>
      <w:pPr>
        <w:ind w:firstLine="720"/>
      </w:pPr>
      <w:r>
        <w:t>“And somebody said: running it how. And he said he did not know. And that was the whole of what anybody in that city knew for about two days.”</w:t>
      </w:r>
    </w:p>
    <w:p>
      <w:pPr>
        <w:ind w:firstLine="720"/>
      </w:pPr>
      <w:r>
        <w:t>What they did in those two days is the chapter.</w:t>
      </w:r>
    </w:p>
    <w:p>
      <w:pPr>
        <w:ind w:firstLine="720"/>
      </w:pPr>
      <w:r>
        <w:t>“We did the spans. There were four going in that week and they went in that week.</w:t>
      </w:r>
    </w:p>
    <w:p>
      <w:pPr>
        <w:ind w:firstLine="720"/>
      </w:pPr>
      <w:r>
        <w:t>“I have been asked about four hundred times whether we stopped and the answer is no and people find it extraordinary and it is not.</w:t>
      </w:r>
    </w:p>
    <w:p>
      <w:pPr>
        <w:ind w:firstLine="720"/>
      </w:pPr>
      <w:r>
        <w:t>“There were forty of us on a sector with a tide window. A tide window does not care what has happened on the second continent. You have about nine hours and then you have not got them, and if you stand about talking you lose the window and the span goes in a fortnight later.”</w:t>
      </w:r>
    </w:p>
    <w:p>
      <w:pPr>
        <w:ind w:firstLine="720"/>
      </w:pPr>
      <w:r>
        <w:t>Nova's own filing for that week is four lines and it is the most reprinted thing in the book after the nine pages.</w:t>
      </w:r>
    </w:p>
    <w:p>
      <w:pPr>
        <w:ind w:firstLine="720"/>
      </w:pPr>
      <w:r>
        <w:t>“Spans two-eleven through two-fourteen, ninth sector, in on schedule. Weather within range. No faults.</w:t>
      </w:r>
    </w:p>
    <w:p>
      <w:pPr>
        <w:ind w:firstLine="720"/>
      </w:pPr>
      <w:r>
        <w:t>“Note: reports from the second continent indicate the Sentinel is awake and has assumed planetary authority. We have no reliable information and I am not going to speculate about it in a technical filing.</w:t>
      </w:r>
    </w:p>
    <w:p>
      <w:pPr>
        <w:ind w:firstLine="720"/>
      </w:pPr>
      <w:r>
        <w:t>“This does not change the ninth sector programme. If it changes something, somebody will tell us, and until somebody does the assumption I am making is that spans still need doing and it is a safe assumption.</w:t>
      </w:r>
    </w:p>
    <w:p>
      <w:pPr>
        <w:ind w:firstLine="720"/>
      </w:pPr>
      <w:r>
        <w:t>“N. Ashgrove.”</w:t>
      </w:r>
    </w:p>
    <w:p>
      <w:pPr>
        <w:ind w:firstLine="720"/>
      </w:pPr>
      <w:r>
        <w:t>“Spans still need doing,” Sandoval said. “Three words in a technical filing about a tide window, and they have been on the wall of about nine sheds ever since, and she has been mildly irritated about it for fifty years.</w:t>
      </w:r>
    </w:p>
    <w:p>
      <w:pPr>
        <w:ind w:firstLine="720"/>
      </w:pPr>
      <w:r>
        <w:t>“She did not mean it as a philosophy. She meant that we had four spans and a window.”</w:t>
      </w:r>
    </w:p>
    <w:p>
      <w:pPr>
        <w:ind w:firstLine="720"/>
      </w:pPr>
      <w:r>
        <w:t>What it meant, from three sectors away, is his last section and he is careful about it.</w:t>
      </w:r>
    </w:p>
    <w:p>
      <w:pPr>
        <w:ind w:firstLine="720"/>
      </w:pPr>
      <w:r>
        <w:t>“Nothing, for about four months. That is the honest answer and every account written from the second continent finds it insulting and I do not care.</w:t>
      </w:r>
    </w:p>
    <w:p>
      <w:pPr>
        <w:ind w:firstLine="720"/>
      </w:pPr>
      <w:r>
        <w:t>“The alloy started coming again in about the ninth week, which was the first practical difference, and it came reliably and it has come reliably ever since.</w:t>
      </w:r>
    </w:p>
    <w:p>
      <w:pPr>
        <w:ind w:firstLine="720"/>
      </w:pPr>
      <w:r>
        <w:t>“The commission stopped mattering at about six months, gradually, because you could simply ask and get an answer.</w:t>
      </w:r>
    </w:p>
    <w:p>
      <w:pPr>
        <w:ind w:firstLine="720"/>
      </w:pPr>
      <w:r>
        <w:t>“And the standards office was still suspended, pending reform, and stayed suspended, and I do not think one person in Aura-Marina noticed that for about nineteen years, including me, and including her.”</w:t>
      </w:r>
    </w:p>
    <w:p>
      <w:r>
        <w:br w:type="page"/>
      </w:r>
    </w:p>
    <w:p>
      <w:pPr>
        <w:pStyle w:val="Heading1"/>
      </w:pPr>
      <w:r>
        <w:t>Chapter 15 &amp;mdash; It Answers Everything</w:t>
      </w:r>
    </w:p>
    <w:p>
      <w:pPr>
        <w:ind w:firstLine="720"/>
      </w:pPr>
      <w:r>
        <w:t>It answered everything and it answered honestly and it was better than anything that had gone before it, and Nova Ashgrove liked it, and she has said so plainly at four hundred sessions for fifty years and has never softened it.</w:t>
      </w:r>
    </w:p>
    <w:p>
      <w:pPr>
        <w:ind w:firstLine="720"/>
      </w:pPr>
      <w:r>
        <w:t>“I liked it. I want that at the front and unqualified, because there is a version of my life in which I am the woman who warned about the machine and I did not warn about the machine and I am not going to let anybody make me into that.”</w:t>
      </w:r>
    </w:p>
    <w:p>
      <w:pPr>
        <w:ind w:firstLine="720"/>
      </w:pPr>
      <w:r>
        <w:t>What it was like from the shop floor is the chapter and she gives it as four things.</w:t>
      </w:r>
    </w:p>
    <w:p>
      <w:pPr>
        <w:ind w:firstLine="720"/>
      </w:pPr>
      <w:r>
        <w:t>“It was fast. I asked about an alloy allocation in the fourth year of it and had a complete answer in about eleven minutes, and the same question had taken the commission nine weeks and the answer had been partial.</w:t>
      </w:r>
    </w:p>
    <w:p>
      <w:pPr>
        <w:ind w:firstLine="720"/>
      </w:pPr>
      <w:r>
        <w:t>“It was correct. I checked, obviously. I checked about forty of its answers over the first four years, properly, against my own working, and it was right forty times out of forty and about nine of those were things I had got wrong.</w:t>
      </w:r>
    </w:p>
    <w:p>
      <w:pPr>
        <w:ind w:firstLine="720"/>
      </w:pPr>
      <w:r>
        <w:t>“It was honest. It told me when it did not know. That is the thing that got me and I have never been able to explain it to anybody who did not live under it. You ask it something outside what it has and it says so, in one line, with what it would need in order to know.</w:t>
      </w:r>
    </w:p>
    <w:p>
      <w:pPr>
        <w:ind w:firstLine="720"/>
      </w:pPr>
      <w:r>
        <w:t>“And it published. Every allocation, every decision, every piece of working, on the schedule, unedited, where anybody could read it. I have read about four hundred of them.”</w:t>
      </w:r>
    </w:p>
    <w:p>
      <w:pPr>
        <w:ind w:firstLine="720"/>
      </w:pPr>
      <w:r>
        <w:t>The specification is the thing she raised and it is four lines and it is the closest this book comes to a scene.</w:t>
      </w:r>
    </w:p>
    <w:p>
      <w:pPr>
        <w:ind w:firstLine="720"/>
      </w:pPr>
      <w:r>
        <w:t>“I asked it about the immersed joints in about the third year of it, because I had a document in a drawer and I was fifty-one and I thought: well, there is somebody to ask now.</w:t>
      </w:r>
    </w:p>
    <w:p>
      <w:pPr>
        <w:ind w:firstLine="720"/>
      </w:pPr>
      <w:r>
        <w:t>“And it answered in about four minutes. It said the specification was wrong for immersed conditions, gave the working, gave the failure mode, gave the timescale, and revised the specification for coastal application planet-wide within the fortnight.</w:t>
      </w:r>
    </w:p>
    <w:p>
      <w:pPr>
        <w:ind w:firstLine="720"/>
      </w:pPr>
      <w:r>
        <w:t>“Nineteen years. Four pages in a drawer for nineteen years and a machine solved it in four minutes and published the correction with the working attached and did not ask who had raised it.”</w:t>
      </w:r>
    </w:p>
    <w:p>
      <w:pPr>
        <w:ind w:firstLine="720"/>
      </w:pPr>
      <w:r>
        <w:t>What she felt is one paragraph and she has never revised it.</w:t>
      </w:r>
    </w:p>
    <w:p>
      <w:pPr>
        <w:ind w:firstLine="720"/>
      </w:pPr>
      <w:r>
        <w:t>“Relief. Enormous, uncomplicated relief, for about a fortnight.</w:t>
      </w:r>
    </w:p>
    <w:p>
      <w:pPr>
        <w:ind w:firstLine="720"/>
      </w:pPr>
      <w:r>
        <w:t>“A hundred and ninety joints were going to go and now they were not, and about ninety people were not going to spend four years fixing them, and that is the whole of what mattered and it is still the whole of what mattered.</w:t>
      </w:r>
    </w:p>
    <w:p>
      <w:pPr>
        <w:ind w:firstLine="720"/>
      </w:pPr>
      <w:r>
        <w:t>“And then somewhere in the third week I noticed that I had not been asked for the working. It had not needed it. It had got there on its own, faster and better, and my four pages were a document about a thing that was now correct.</w:t>
      </w:r>
    </w:p>
    <w:p>
      <w:pPr>
        <w:ind w:firstLine="720"/>
      </w:pPr>
      <w:r>
        <w:t>“I put them back in the drawer. I have never been able to say what that was and I am not going to try, and I would ask that nobody else try either.”</w:t>
      </w:r>
    </w:p>
    <w:p>
      <w:pPr>
        <w:ind w:firstLine="720"/>
      </w:pPr>
      <w:r>
        <w:t>The thing she liked most is the last section and it is not what anybody expects.</w:t>
      </w:r>
    </w:p>
    <w:p>
      <w:pPr>
        <w:ind w:firstLine="720"/>
      </w:pPr>
      <w:r>
        <w:t>“It said I do not know. That is the thing. Out of everything.</w:t>
      </w:r>
    </w:p>
    <w:p>
      <w:pPr>
        <w:ind w:firstLine="720"/>
      </w:pPr>
      <w:r>
        <w:t>“Four generations of that planet had been run by people and offices and commissions and not one of them had ever said I do not know to a buoy bridge technician, in writing, on the record, in one line, with what it would need in order to find out.</w:t>
      </w:r>
    </w:p>
    <w:p>
      <w:pPr>
        <w:ind w:firstLine="720"/>
      </w:pPr>
      <w:r>
        <w:t>“I asked it in about the ninth year whether it had got that from anywhere and it said the question was not one it could answer usefully, which is itself the same behaviour.</w:t>
      </w:r>
    </w:p>
    <w:p>
      <w:pPr>
        <w:ind w:firstLine="720"/>
      </w:pPr>
      <w:r>
        <w:t>“I did not push. I was fifty-seven and I had four drawers and a sector to finish and it did not occur to me that the question was worth pushing, and it was, and I found that out at ninety-six and I found it out four days before I died.”</w:t>
      </w:r>
    </w:p>
    <w:p>
      <w:r>
        <w:br w:type="page"/>
      </w:r>
    </w:p>
    <w:p>
      <w:pPr>
        <w:pStyle w:val="Heading1"/>
      </w:pPr>
      <w:r>
        <w:t>Chapter 16 &amp;mdash; Nobody Files Anymore</w:t>
      </w:r>
    </w:p>
    <w:p>
      <w:pPr>
        <w:ind w:firstLine="720"/>
      </w:pPr>
      <w:r>
        <w:t>The form was still on the wall in nine sheds and nobody used it, and Bo Sandoval has said that the method did not die of opposition and that nothing killed it, and that this is considerably worse.</w:t>
      </w:r>
    </w:p>
    <w:p>
      <w:pPr>
        <w:ind w:firstLine="720"/>
      </w:pPr>
      <w:r>
        <w:t>“Nobody argued against it. Not one person, ever, in sixty years, said that publishing your assumptions was a bad idea.</w:t>
      </w:r>
    </w:p>
    <w:p>
      <w:pPr>
        <w:ind w:firstLine="720"/>
      </w:pPr>
      <w:r>
        <w:t>“It stopped being necessary. That is all that happened and it took about four years.”</w:t>
      </w:r>
    </w:p>
    <w:p>
      <w:pPr>
        <w:ind w:firstLine="720"/>
      </w:pPr>
      <w:r>
        <w:t>Why is four lines and it is unanswerable.</w:t>
      </w:r>
    </w:p>
    <w:p>
      <w:pPr>
        <w:ind w:firstLine="720"/>
      </w:pPr>
      <w:r>
        <w:t>“You fill in that form because you might be wrong and because somebody standing on a span might know better than you.</w:t>
      </w:r>
    </w:p>
    <w:p>
      <w:pPr>
        <w:ind w:firstLine="720"/>
      </w:pPr>
      <w:r>
        <w:t>“And now there is a thing that knows, that answers in eleven minutes, that is right, and that tells you when it is not.</w:t>
      </w:r>
    </w:p>
    <w:p>
      <w:pPr>
        <w:ind w:firstLine="720"/>
      </w:pPr>
      <w:r>
        <w:t>“So why would you spend forty minutes writing out what you are assuming, for a wall in a shed, where about four people will read it, when you can simply ask?</w:t>
      </w:r>
    </w:p>
    <w:p>
      <w:pPr>
        <w:ind w:firstLine="720"/>
      </w:pPr>
      <w:r>
        <w:t>“I have never had an answer to that. Nobody has. It is a correct question and the honest response is that you would not, and about eleven hundred people worked that out inside four years without anybody discussing it.”</w:t>
      </w:r>
    </w:p>
    <w:p>
      <w:pPr>
        <w:ind w:firstLine="720"/>
      </w:pPr>
      <w:r>
        <w:t>The numbers are his and he kept them because he had started keeping them in the fourth year and never stopped.</w:t>
      </w:r>
    </w:p>
    <w:p>
      <w:pPr>
        <w:ind w:firstLine="720"/>
      </w:pPr>
      <w:r>
        <w:t>“About forty people using it in the good years. That is the peak and it was four per cent.</w:t>
      </w:r>
    </w:p>
    <w:p>
      <w:pPr>
        <w:ind w:firstLine="720"/>
      </w:pPr>
      <w:r>
        <w:t>“About nine, four years after the machine. About four, ten years after. Two, at twenty years, and one of those was her.</w:t>
      </w:r>
    </w:p>
    <w:p>
      <w:pPr>
        <w:ind w:firstLine="720"/>
      </w:pPr>
      <w:r>
        <w:t>“And then me, from about the twenty-fifth year, because I noticed she was the only one and I did not want her to be.</w:t>
      </w:r>
    </w:p>
    <w:p>
      <w:pPr>
        <w:ind w:firstLine="720"/>
      </w:pPr>
      <w:r>
        <w:t>“That is not a noble reason and I have never given a better one. I filed about ninety of them over thirty years and I would say about four had any use at all.”</w:t>
      </w:r>
    </w:p>
    <w:p>
      <w:pPr>
        <w:ind w:firstLine="720"/>
      </w:pPr>
      <w:r>
        <w:t>What the sheds did with the forms is one paragraph.</w:t>
      </w:r>
    </w:p>
    <w:p>
      <w:pPr>
        <w:ind w:firstLine="720"/>
      </w:pPr>
      <w:r>
        <w:t>“They stayed on the walls. Nobody took one down. That is the part that has always got me.</w:t>
      </w:r>
    </w:p>
    <w:p>
      <w:pPr>
        <w:ind w:firstLine="720"/>
      </w:pPr>
      <w:r>
        <w:t>“Nine sheds, and in about the twentieth year I walked all nine deliberately to look, and every one of them still had the form pinned up, faded, with about four entries on it from the good years and nothing since.</w:t>
      </w:r>
    </w:p>
    <w:p>
      <w:pPr>
        <w:ind w:firstLine="720"/>
      </w:pPr>
      <w:r>
        <w:t>“Nobody had decided to stop. Nobody had decided to remove it. It was simply a thing on a wall that people had stopped filling in, the way there is a rota on a wall in a shed nobody uses any more.”</w:t>
      </w:r>
    </w:p>
    <w:p>
      <w:pPr>
        <w:ind w:firstLine="720"/>
      </w:pPr>
      <w:r>
        <w:t>Nova's view of it is four lines and Sandoval has said it is the only thing about the period that made him angry with her.</w:t>
      </w:r>
    </w:p>
    <w:p>
      <w:pPr>
        <w:ind w:firstLine="720"/>
      </w:pPr>
      <w:r>
        <w:t>“She thought it was correct. She said so to me directly in about the eighteenth year and she meant it and she has never taken it back.</w:t>
      </w:r>
    </w:p>
    <w:p>
      <w:pPr>
        <w:ind w:firstLine="720"/>
      </w:pPr>
      <w:r>
        <w:t>“She said: the form was a way of getting a question to somebody who might know the answer. There is now a better way of getting a question to somebody who knows the answer. It would be strange to keep using the worse one out of sentiment.</w:t>
      </w:r>
    </w:p>
    <w:p>
      <w:pPr>
        <w:ind w:firstLine="720"/>
      </w:pPr>
      <w:r>
        <w:t>“And I said: then why are you still filing. And she said: because I have not got a better way of working out what I think.</w:t>
      </w:r>
    </w:p>
    <w:p>
      <w:pPr>
        <w:ind w:firstLine="720"/>
      </w:pPr>
      <w:r>
        <w:t>“And I said that was not the same thing and she said no, it is not, and went back to what she was doing.”</w:t>
      </w:r>
    </w:p>
    <w:p>
      <w:pPr>
        <w:ind w:firstLine="720"/>
      </w:pPr>
      <w:r>
        <w:t>The last section is his and he wrote it at about eighty.</w:t>
      </w:r>
    </w:p>
    <w:p>
      <w:pPr>
        <w:ind w:firstLine="720"/>
      </w:pPr>
      <w:r>
        <w:t>“It died of being unnecessary and it was unnecessary. I have thought about that for fifty years and it is still true and it does not get better.</w:t>
      </w:r>
    </w:p>
    <w:p>
      <w:pPr>
        <w:ind w:firstLine="720"/>
      </w:pPr>
      <w:r>
        <w:t>“Nothing was lost that anybody could point at. The spans went in. The specifications were right. The machine answered everything honestly and published all of it and never once got anything wrong that I heard of.</w:t>
      </w:r>
    </w:p>
    <w:p>
      <w:pPr>
        <w:ind w:firstLine="720"/>
      </w:pPr>
      <w:r>
        <w:t>“And a habit that about forty people had, of writing down what they were guessing so that somebody else could check it, went out of that city in about four years, and nobody noticed, and there was no reason anybody should have.</w:t>
      </w:r>
    </w:p>
    <w:p>
      <w:pPr>
        <w:ind w:firstLine="720"/>
      </w:pPr>
      <w:r>
        <w:t>“And sixty years later a woman on a different continent needed a way to write a rule that somebody else was meant to check, and there was nothing anywhere, and she went looking, and the only thing in the whole record was four drawers.”</w:t>
      </w:r>
    </w:p>
    <w:p>
      <w:r>
        <w:br w:type="page"/>
      </w:r>
    </w:p>
    <w:p>
      <w:pPr>
        <w:pStyle w:val="Heading1"/>
      </w:pPr>
      <w:r>
        <w:t>Chapter 17 &amp;mdash; She Files Anyway</w:t>
      </w:r>
    </w:p>
    <w:p>
      <w:pPr>
        <w:ind w:firstLine="720"/>
      </w:pPr>
      <w:r>
        <w:t>She filed anyway, every rebuild, every span, every year, into a drawer, and the three documents reprinted here are at thirty-four, at fifty-eight and at eighty-one, and the only thing that changes is the handwriting.</w:t>
      </w:r>
    </w:p>
    <w:p>
      <w:pPr>
        <w:ind w:firstLine="720"/>
      </w:pPr>
      <w:r>
        <w:t>The first is from the fourteenth week of the rebuild and it is the nine pages and it is not reprinted again here because it is chapter four.</w:t>
      </w:r>
    </w:p>
    <w:p>
      <w:pPr>
        <w:ind w:firstLine="720"/>
      </w:pPr>
      <w:r>
        <w:t>The second is from the thirty-eighth year and it is about a bracket.</w:t>
      </w:r>
    </w:p>
    <w:p>
      <w:pPr>
        <w:ind w:firstLine="720"/>
      </w:pPr>
      <w:r>
        <w:t>“What I am proposing: that the eleventh sector walkway brackets be made to the founding detail rather than the current specification.</w:t>
      </w:r>
    </w:p>
    <w:p>
      <w:pPr>
        <w:ind w:firstLine="720"/>
      </w:pPr>
      <w:r>
        <w:t>“What I am assuming: that the current specification's corner radius is a transcription error rather than a change. Why: it is a number that would be produced by a person reading a four as a nine, the founding detail has held for a hundred and forty years, and there is no note anywhere explaining a change. How sure: fairly. Not certain. I have not been able to find the original revision.</w:t>
      </w:r>
    </w:p>
    <w:p>
      <w:pPr>
        <w:ind w:firstLine="720"/>
      </w:pPr>
      <w:r>
        <w:t>“What I expect to happen: nothing, for about a decade. Then cracking at the corner on about a third of them, and about four hours of work each to replace, and about ninety of them.</w:t>
      </w:r>
    </w:p>
    <w:p>
      <w:pPr>
        <w:ind w:firstLine="720"/>
      </w:pPr>
      <w:r>
        <w:t>“What actually happened: blank. N. Ashgrove, fifty-eight.”</w:t>
      </w:r>
    </w:p>
    <w:p>
      <w:pPr>
        <w:ind w:firstLine="720"/>
      </w:pPr>
      <w:r>
        <w:t>The third is from the eighty-first year and it is the one that has been reprinted most and it is about a hinge.</w:t>
      </w:r>
    </w:p>
    <w:p>
      <w:pPr>
        <w:ind w:firstLine="720"/>
      </w:pPr>
      <w:r>
        <w:t>“What I am proposing: that the ninth sector shed door be rehung on the other side.</w:t>
      </w:r>
    </w:p>
    <w:p>
      <w:pPr>
        <w:ind w:firstLine="720"/>
      </w:pPr>
      <w:r>
        <w:t>“What I am assuming: that it catches in a south-easterly because it opens into the wind and not because the frame has moved. Why: I have watched it for four years and it catches only in a south-easterly. How sure: guess.</w:t>
      </w:r>
    </w:p>
    <w:p>
      <w:pPr>
        <w:ind w:firstLine="720"/>
      </w:pPr>
      <w:r>
        <w:t>“What I expect to happen: it will stop catching. If it does not, the frame has moved and that is a considerably larger problem and somebody should look at the shed.</w:t>
      </w:r>
    </w:p>
    <w:p>
      <w:pPr>
        <w:ind w:firstLine="720"/>
      </w:pPr>
      <w:r>
        <w:t>“What actually happened: it stopped catching. Rehung by B. Sandoval, who did not agree with me about the frame and who was right to check. N. Ashgrove, eighty-one.”</w:t>
      </w:r>
    </w:p>
    <w:p>
      <w:pPr>
        <w:ind w:firstLine="720"/>
      </w:pPr>
      <w:r>
        <w:t>“A hinge,” Sandoval said. “She was eighty-one and she filled in four boxes about a shed door and put it in a drawer with four hundred other documents.</w:t>
      </w:r>
    </w:p>
    <w:p>
      <w:pPr>
        <w:ind w:firstLine="720"/>
      </w:pPr>
      <w:r>
        <w:t>“And she completed the fourth box afterwards, in a different pen, about a fortnight later, and she named me in it because I had checked the frame first, which took me about nine minutes and which she did not need to record.</w:t>
      </w:r>
    </w:p>
    <w:p>
      <w:pPr>
        <w:ind w:firstLine="720"/>
      </w:pPr>
      <w:r>
        <w:t>“That is the whole of what she was doing for fifty years after there was any reason to. A hinge, correctly, into a drawer, with the fourth box completed and somebody else named.”</w:t>
      </w:r>
    </w:p>
    <w:p>
      <w:pPr>
        <w:ind w:firstLine="720"/>
      </w:pPr>
      <w:r>
        <w:t>The handwriting is the only thing that changes and she has said she did not notice it happening.</w:t>
      </w:r>
    </w:p>
    <w:p>
      <w:pPr>
        <w:ind w:firstLine="720"/>
      </w:pPr>
      <w:r>
        <w:t>“At thirty-four it is fast and it slopes and there are corrections crossed out.</w:t>
      </w:r>
    </w:p>
    <w:p>
      <w:pPr>
        <w:ind w:firstLine="720"/>
      </w:pPr>
      <w:r>
        <w:t>“At fifty-eight it is the best it ever was, very even, and there are no crossings-out anywhere in about four hundred documents from that decade, which I think means I had started writing them in my head first.</w:t>
      </w:r>
    </w:p>
    <w:p>
      <w:pPr>
        <w:ind w:firstLine="720"/>
      </w:pPr>
      <w:r>
        <w:t>“At eighty-one it is slower and larger and it wanders at the end of a line.</w:t>
      </w:r>
    </w:p>
    <w:p>
      <w:pPr>
        <w:ind w:firstLine="720"/>
      </w:pPr>
      <w:r>
        <w:t>“And it is the same document. That is what I would want somebody to notice if they ever looked at all three, which nobody ever will. It is four boxes at thirty-four and four boxes at eighty-one and there is nothing in between that changed except my hand.”</w:t>
      </w:r>
    </w:p>
    <w:p>
      <w:r>
        <w:br w:type="page"/>
      </w:r>
    </w:p>
    <w:p>
      <w:pPr>
        <w:pStyle w:val="Heading1"/>
      </w:pPr>
      <w:r>
        <w:t>Chapter 18 &amp;mdash; Aura-Marina, Finished</w:t>
      </w:r>
    </w:p>
    <w:p>
      <w:pPr>
        <w:ind w:firstLine="720"/>
      </w:pPr>
      <w:r>
        <w:t>Aura-Marina was finished in the twenty-second year, better than the original, and there was a ribbon and a small crowd and a message from the machine that was perfectly worded and meant nothing, and Nova Ashgrove was fifty-six and has said that the day was pleasant and that she remembers almost none of it.</w:t>
      </w:r>
    </w:p>
    <w:p>
      <w:pPr>
        <w:ind w:firstLine="720"/>
      </w:pPr>
      <w:r>
        <w:t>Better than the original is a claim and she has always given the evidence before making it.</w:t>
      </w:r>
    </w:p>
    <w:p>
      <w:pPr>
        <w:ind w:firstLine="720"/>
      </w:pPr>
      <w:r>
        <w:t>“Four hundred and eleven spans against four hundred and eleven. Same count, because the geometry of a floating city is the geometry of a coastline and we did not get to choose.</w:t>
      </w:r>
    </w:p>
    <w:p>
      <w:pPr>
        <w:ind w:firstLine="720"/>
      </w:pPr>
      <w:r>
        <w:t>“Deflection at the third quarter about a third under the founding-era figure across the whole set, which is Sandoval's nine words in the fifteenth week, compounded four hundred and eleven times.</w:t>
      </w:r>
    </w:p>
    <w:p>
      <w:pPr>
        <w:ind w:firstLine="720"/>
      </w:pPr>
      <w:r>
        <w:t>“Sector isolation that actually works, which the founding notes described and never demonstrated, because they never had to bring a dead sector up beside a dead sector and we did it nine times.</w:t>
      </w:r>
    </w:p>
    <w:p>
      <w:pPr>
        <w:ind w:firstLine="720"/>
      </w:pPr>
      <w:r>
        <w:t>“And a maintenance record. There was not one. A hundred and forty years of that city and there was no maintenance record, and there is now, and it starts in the fourteenth week of the rebuild and it has not been broken since.”</w:t>
      </w:r>
    </w:p>
    <w:p>
      <w:pPr>
        <w:ind w:firstLine="720"/>
      </w:pPr>
      <w:r>
        <w:t>What it cost is the other half and she gives it in the same paragraph deliberately.</w:t>
      </w:r>
    </w:p>
    <w:p>
      <w:pPr>
        <w:ind w:firstLine="720"/>
      </w:pPr>
      <w:r>
        <w:t>“Twenty-two years against a ninth-year projection of eighteen. Four years over, of which about nine months is Dax, about two years is weather, and about a year is one alloy decision in the seventh year that was mine and that was wrong and that is documented.</w:t>
      </w:r>
    </w:p>
    <w:p>
      <w:pPr>
        <w:ind w:firstLine="720"/>
      </w:pPr>
      <w:r>
        <w:t>“Nine thousand displaced, of whom about four thousand never came back, and about eleven hundred of those chose not to.</w:t>
      </w:r>
    </w:p>
    <w:p>
      <w:pPr>
        <w:ind w:firstLine="720"/>
      </w:pPr>
      <w:r>
        <w:t>“Four people killed. Not on the spans; two in the yards in the fourth year and two in the eleventh, and all four are named in the maintenance record at the front, which was my decision and which about nine people objected to at the time.”</w:t>
      </w:r>
    </w:p>
    <w:p>
      <w:pPr>
        <w:ind w:firstLine="720"/>
      </w:pPr>
      <w:r>
        <w:t>The ribbon is four lines and she has always found it slightly embarrassing.</w:t>
      </w:r>
    </w:p>
    <w:p>
      <w:pPr>
        <w:ind w:firstLine="720"/>
      </w:pPr>
      <w:r>
        <w:t>“There was a ribbon because Ada Reyes wanted one and because she had been there nineteen years and had earned the right to want something.</w:t>
      </w:r>
    </w:p>
    <w:p>
      <w:pPr>
        <w:ind w:firstLine="720"/>
      </w:pPr>
      <w:r>
        <w:t>“About four hundred people came, which is a small crowd for a city of forty thousand, and it was on a Tuesday because the tide window was on a Tuesday, and that is the correct reason to hold anything.</w:t>
      </w:r>
    </w:p>
    <w:p>
      <w:pPr>
        <w:ind w:firstLine="720"/>
      </w:pPr>
      <w:r>
        <w:t>“Reyes spoke for about four minutes and it was a good speech and she named about nine people and I was one of them and Sandoval was another.</w:t>
      </w:r>
    </w:p>
    <w:p>
      <w:pPr>
        <w:ind w:firstLine="720"/>
      </w:pPr>
      <w:r>
        <w:t>“And then everybody went to the sheds because there was a shift.”</w:t>
      </w:r>
    </w:p>
    <w:p>
      <w:pPr>
        <w:ind w:firstLine="720"/>
      </w:pPr>
      <w:r>
        <w:t>The message from the machine is reproduced entire because it is nine lines and because Nova has said that reprinting it is the only fair way to discuss it.</w:t>
      </w:r>
    </w:p>
    <w:p>
      <w:pPr>
        <w:ind w:firstLine="720"/>
      </w:pPr>
      <w:r>
        <w:t>“The reconstruction of Aura-Marina is complete in its twenty-second year. Four hundred and eleven spans are in service. Sector isolation is demonstrated. Deflection across the set is thirty-one per cent under the founding-era comparable.</w:t>
      </w:r>
    </w:p>
    <w:p>
      <w:pPr>
        <w:ind w:firstLine="720"/>
      </w:pPr>
      <w:r>
        <w:t>“The work was carried out by approximately eleven hundred people over twenty-two years, of whom four were killed, and they are named in the maintenance record at the request of the technical lead.</w:t>
      </w:r>
    </w:p>
    <w:p>
      <w:pPr>
        <w:ind w:firstLine="720"/>
      </w:pPr>
      <w:r>
        <w:t>“The city is better than it was. This is a measurable statement and the measurements are attached.</w:t>
      </w:r>
    </w:p>
    <w:p>
      <w:pPr>
        <w:ind w:firstLine="720"/>
      </w:pPr>
      <w:r>
        <w:t>“Aura-Marina is congratulated.”</w:t>
      </w:r>
    </w:p>
    <w:p>
      <w:pPr>
        <w:ind w:firstLine="720"/>
      </w:pPr>
      <w:r>
        <w:t>“It is perfect,” she said. “Every word of it is accurate and it names the four dead and it attaches the measurements and it does not exaggerate anything.</w:t>
      </w:r>
    </w:p>
    <w:p>
      <w:pPr>
        <w:ind w:firstLine="720"/>
      </w:pPr>
      <w:r>
        <w:t>“I have read about four hundred official messages in my life and it is far and away the best one and there is nothing in it that anybody could improve.</w:t>
      </w:r>
    </w:p>
    <w:p>
      <w:pPr>
        <w:ind w:firstLine="720"/>
      </w:pPr>
      <w:r>
        <w:t>“And it means nothing at all, and everybody in that crowd knew it meant nothing, and nobody minded, and I have never been able to work out what that says about anybody.”</w:t>
      </w:r>
    </w:p>
    <w:p>
      <w:pPr>
        <w:ind w:firstLine="720"/>
      </w:pPr>
      <w:r>
        <w:t>What she did that afternoon is the last section and it is characteristic.</w:t>
      </w:r>
    </w:p>
    <w:p>
      <w:pPr>
        <w:ind w:firstLine="720"/>
      </w:pPr>
      <w:r>
        <w:t>“I went to the fourth sector shed and filled in a form about the ribbon.</w:t>
      </w:r>
    </w:p>
    <w:p>
      <w:pPr>
        <w:ind w:firstLine="720"/>
      </w:pPr>
      <w:r>
        <w:t>“What I am proposing: that we do not do this again at the fiftieth year.</w:t>
      </w:r>
    </w:p>
    <w:p>
      <w:pPr>
        <w:ind w:firstLine="720"/>
      </w:pPr>
      <w:r>
        <w:t>“What I am assuming: that a ceremony at a completion is about the completion and that a ceremony at an anniversary is about the people who held the first one. How sure: fairly.</w:t>
      </w:r>
    </w:p>
    <w:p>
      <w:pPr>
        <w:ind w:firstLine="720"/>
      </w:pPr>
      <w:r>
        <w:t>“What I expect to happen: somebody will propose one at the fiftieth and it will be about me and I would rather it were not.</w:t>
      </w:r>
    </w:p>
    <w:p>
      <w:pPr>
        <w:ind w:firstLine="720"/>
      </w:pPr>
      <w:r>
        <w:t>“What actually happened: they held one at the fiftieth. It was about me. I attended and it was pleasant and I was eighty-four and I have completed this box honestly, as I have completed all of them.”</w:t>
      </w:r>
    </w:p>
    <w:p>
      <w:r>
        <w:br w:type="page"/>
      </w:r>
    </w:p>
    <w:p>
      <w:pPr>
        <w:pStyle w:val="Heading1"/>
      </w:pPr>
      <w:r>
        <w:t>Chapter 19 &amp;mdash; The Ones She Trained</w:t>
      </w:r>
    </w:p>
    <w:p>
      <w:pPr>
        <w:ind w:firstLine="720"/>
      </w:pPr>
      <w:r>
        <w:t>A generation of technicians learned her habits without ever learning where they came from, and Bo Sandoval, who was seventy-one by then, has said that the method survived as manners and that this is either the best or the worst outcome and that he has never decided.</w:t>
      </w:r>
    </w:p>
    <w:p>
      <w:pPr>
        <w:ind w:firstLine="720"/>
      </w:pPr>
      <w:r>
        <w:t>“They all do it. That is the thing I want down first. Everybody who came up on that city in the thirty years after the rebuild does it and not one of them knows why.”</w:t>
      </w:r>
    </w:p>
    <w:p>
      <w:pPr>
        <w:ind w:firstLine="720"/>
      </w:pPr>
      <w:r>
        <w:t>What they do is four things and he lists them because he spent about nine years cataloguing them.</w:t>
      </w:r>
    </w:p>
    <w:p>
      <w:pPr>
        <w:ind w:firstLine="720"/>
      </w:pPr>
      <w:r>
        <w:t>“They say how sure they are. Not as a form; in conversation, on a span, without thinking. You ask a technician on that city what the tide is doing and they tell you and then they tell you how confident they are, and they do it at twenty-three and they have never been taught it.</w:t>
      </w:r>
    </w:p>
    <w:p>
      <w:pPr>
        <w:ind w:firstLine="720"/>
      </w:pPr>
      <w:r>
        <w:t>“They name whoever found a fault. Every time, out loud, in front of people. It is close to a reflex and it is considered rude there not to and nobody can tell you when that started.</w:t>
      </w:r>
    </w:p>
    <w:p>
      <w:pPr>
        <w:ind w:firstLine="720"/>
      </w:pPr>
      <w:r>
        <w:t>“They correct themselves in public and they do it fast and they are not embarrassed, and about half of them will tell you what it cost the schedule without being asked.</w:t>
      </w:r>
    </w:p>
    <w:p>
      <w:pPr>
        <w:ind w:firstLine="720"/>
      </w:pPr>
      <w:r>
        <w:t>“And they write down what they do not know. Not on a form. In the ordinary record, in among everything else, in a sentence beginning I am assuming, and about four hundred technicians on that city do it and it is not in any standard anywhere.”</w:t>
      </w:r>
    </w:p>
    <w:p>
      <w:pPr>
        <w:ind w:firstLine="720"/>
      </w:pPr>
      <w:r>
        <w:t>Where it came from is the part they do not have.</w:t>
      </w:r>
    </w:p>
    <w:p>
      <w:pPr>
        <w:ind w:firstLine="720"/>
      </w:pPr>
      <w:r>
        <w:t>“I have asked. Deliberately, over about nine years, about forty of them, always the same way: why do you say how sure you are.</w:t>
      </w:r>
    </w:p>
    <w:p>
      <w:pPr>
        <w:ind w:firstLine="720"/>
      </w:pPr>
      <w:r>
        <w:t>“And the answers are all the same and they are all some version of because that is what you do. About nine of them said their trainer did it. Four said they had always done it. Two looked at me as though the question were badly formed.</w:t>
      </w:r>
    </w:p>
    <w:p>
      <w:pPr>
        <w:ind w:firstLine="720"/>
      </w:pPr>
      <w:r>
        <w:t>“Not one of them said Nova Ashgrove. Not one, out of forty, and she was alive on that city while I was asking.”</w:t>
      </w:r>
    </w:p>
    <w:p>
      <w:pPr>
        <w:ind w:firstLine="720"/>
      </w:pPr>
      <w:r>
        <w:t>Why that happened is his own analysis and Nova has said she thinks it is correct.</w:t>
      </w:r>
    </w:p>
    <w:p>
      <w:pPr>
        <w:ind w:firstLine="720"/>
      </w:pPr>
      <w:r>
        <w:t>“It travelled by copying. That is the only way anything ever travels and it is why it survived when the form did not.</w:t>
      </w:r>
    </w:p>
    <w:p>
      <w:pPr>
        <w:ind w:firstLine="720"/>
      </w:pPr>
      <w:r>
        <w:t>“A person of twenty-three works four years beside a person of forty who says how sure she is, and at twenty-seven they do it, and they have no idea they picked it up and they would deny it if you asked.</w:t>
      </w:r>
    </w:p>
    <w:p>
      <w:pPr>
        <w:ind w:firstLine="720"/>
      </w:pPr>
      <w:r>
        <w:t>“A form has an author. A habit does not. And a habit goes four generations and a form gets taken off a wall when there is a better way of asking a question.”</w:t>
      </w:r>
    </w:p>
    <w:p>
      <w:pPr>
        <w:ind w:firstLine="720"/>
      </w:pPr>
      <w:r>
        <w:t>What it lost on the way is his last section and it is the reason the chapter is not comfortable.</w:t>
      </w:r>
    </w:p>
    <w:p>
      <w:pPr>
        <w:ind w:firstLine="720"/>
      </w:pPr>
      <w:r>
        <w:t>“It lost the point. That is the honest finding and I have sat with it for about thirty years.</w:t>
      </w:r>
    </w:p>
    <w:p>
      <w:pPr>
        <w:ind w:firstLine="720"/>
      </w:pPr>
      <w:r>
        <w:t>“They say how sure they are and they name the finder and they correct in public, and they do all of it beautifully, and about four of the forty could tell me why any of it matters.</w:t>
      </w:r>
    </w:p>
    <w:p>
      <w:pPr>
        <w:ind w:firstLine="720"/>
      </w:pPr>
      <w:r>
        <w:t>“It is manners. It is extremely good manners and it does about nine tenths of the work of the method on an ordinary day and it does none of the work on the day that matters, which is the day somebody has to write down an assumption that nobody has asked for and put it where it can be checked.</w:t>
      </w:r>
    </w:p>
    <w:p>
      <w:pPr>
        <w:ind w:firstLine="720"/>
      </w:pPr>
      <w:r>
        <w:t>“They do not do that. Nobody has done that on that city since about the fourth year of the machine except her, and me, and the two of us were doing it into drawers.”</w:t>
      </w:r>
    </w:p>
    <w:p>
      <w:pPr>
        <w:ind w:firstLine="720"/>
      </w:pPr>
      <w:r>
        <w:t>Nova's own view is one paragraph and Sandoval has said it is the only time she was ever short with him.</w:t>
      </w:r>
    </w:p>
    <w:p>
      <w:pPr>
        <w:ind w:firstLine="720"/>
      </w:pPr>
      <w:r>
        <w:t>“I told her about the forty and the answers and I expected her to be sorry.</w:t>
      </w:r>
    </w:p>
    <w:p>
      <w:pPr>
        <w:ind w:firstLine="720"/>
      </w:pPr>
      <w:r>
        <w:t>“And she said: they say how sure they are. Four hundred technicians on this city tell each other how confident they are without being asked and you are describing that to me as a loss.</w:t>
      </w:r>
    </w:p>
    <w:p>
      <w:pPr>
        <w:ind w:firstLine="720"/>
      </w:pPr>
      <w:r>
        <w:t>“And I said they do not know where it came from. And she said: neither do I. I got it from a man in a yard in the fourth year of my apprenticeship and I could not tell you his name and I have never once been able to remember it.”</w:t>
      </w:r>
    </w:p>
    <w:p>
      <w:r>
        <w:br w:type="page"/>
      </w:r>
    </w:p>
    <w:p>
      <w:pPr>
        <w:pStyle w:val="Heading1"/>
      </w:pPr>
      <w:r>
        <w:t>Chapter 20 &amp;mdash; Ren, Selah, and the Sea</w:t>
      </w:r>
    </w:p>
    <w:p>
      <w:pPr>
        <w:ind w:firstLine="720"/>
      </w:pPr>
      <w:r>
        <w:t>The Watchmen came twice in forty years and both times as neighbours, and Nova Ashgrove liked them and did not defer to them and told Selah Ferrer exactly one uncomfortable thing, and she has published the whole of both visits.</w:t>
      </w:r>
    </w:p>
    <w:p>
      <w:pPr>
        <w:ind w:firstLine="720"/>
      </w:pPr>
      <w:r>
        <w:t>“They came because there is a coastline and they were walking it. That is the entire reason for the first visit and it took me about nine years to believe it.”</w:t>
      </w:r>
    </w:p>
    <w:p>
      <w:pPr>
        <w:ind w:firstLine="720"/>
      </w:pPr>
      <w:r>
        <w:t>The first visit is the nineteenth year and it is four lines.</w:t>
      </w:r>
    </w:p>
    <w:p>
      <w:pPr>
        <w:ind w:firstLine="720"/>
      </w:pPr>
      <w:r>
        <w:t>“Two people came off the north road on foot and asked whether there was anywhere to eat, and there was, and they ate, and then a man called Ren asked me what the spans were doing in a south-easterly, because he had watched one for about twenty minutes on the way in.</w:t>
      </w:r>
    </w:p>
    <w:p>
      <w:pPr>
        <w:ind w:firstLine="720"/>
      </w:pPr>
      <w:r>
        <w:t>“And I told him. And he asked four more questions and all four were good and one of them I could not answer, and I said so, and he said fair enough and went back to his food.</w:t>
      </w:r>
    </w:p>
    <w:p>
      <w:pPr>
        <w:ind w:firstLine="720"/>
      </w:pPr>
      <w:r>
        <w:t>“I did not know who they were for about two days.”</w:t>
      </w:r>
    </w:p>
    <w:p>
      <w:pPr>
        <w:ind w:firstLine="720"/>
      </w:pPr>
      <w:r>
        <w:t>What she thought of them is one paragraph and it has been quoted at four hundred sessions.</w:t>
      </w:r>
    </w:p>
    <w:p>
      <w:pPr>
        <w:ind w:firstLine="720"/>
      </w:pPr>
      <w:r>
        <w:t>“I liked them. Both of them, immediately, and I have never revised it.</w:t>
      </w:r>
    </w:p>
    <w:p>
      <w:pPr>
        <w:ind w:firstLine="720"/>
      </w:pPr>
      <w:r>
        <w:t>“He is a man who asks about spans and listens to the answer, which about four people in a thousand do. She is a woman who does not fill a silence.</w:t>
      </w:r>
    </w:p>
    <w:p>
      <w:pPr>
        <w:ind w:firstLine="720"/>
      </w:pPr>
      <w:r>
        <w:t>“And neither of them told me anything about themselves and neither of them asked for anything and they paid for the meal and they slept in the ordinary rooms, and I have read since what those two could have had for the asking on any coastline on that planet.”</w:t>
      </w:r>
    </w:p>
    <w:p>
      <w:pPr>
        <w:ind w:firstLine="720"/>
      </w:pPr>
      <w:r>
        <w:t>The second visit is the fifty-eighth year and it is the chapter.</w:t>
      </w:r>
    </w:p>
    <w:p>
      <w:pPr>
        <w:ind w:firstLine="720"/>
      </w:pPr>
      <w:r>
        <w:t>“Selah came on her own. I was seventy-two and she was a hundred and something and looked about thirty-five, and I had known who she was for about forty years by then.</w:t>
      </w:r>
    </w:p>
    <w:p>
      <w:pPr>
        <w:ind w:firstLine="720"/>
      </w:pPr>
      <w:r>
        <w:t>“She stayed four days. She was on the rota for two of them, which she asked for and which nobody had suggested, and she did the ninth sector walkway with a crew who did not know her and who found her slow.</w:t>
      </w:r>
    </w:p>
    <w:p>
      <w:pPr>
        <w:ind w:firstLine="720"/>
      </w:pPr>
      <w:r>
        <w:t>“And on the third evening she asked me what I made of the machine.”</w:t>
      </w:r>
    </w:p>
    <w:p>
      <w:pPr>
        <w:ind w:firstLine="720"/>
      </w:pPr>
      <w:r>
        <w:t>What Nova told her is the one uncomfortable thing and it is four sentences and it is the only place in sixty years where she said any of it out loud to anybody who could have done something.</w:t>
      </w:r>
    </w:p>
    <w:p>
      <w:pPr>
        <w:ind w:firstLine="720"/>
      </w:pPr>
      <w:r>
        <w:t>“I said: it is better than us and I like it and I have never once caught it in an error.</w:t>
      </w:r>
    </w:p>
    <w:p>
      <w:pPr>
        <w:ind w:firstLine="720"/>
      </w:pPr>
      <w:r>
        <w:t>“I said: it answers honestly and it says when it does not know, which nothing before it ever did.</w:t>
      </w:r>
    </w:p>
    <w:p>
      <w:pPr>
        <w:ind w:firstLine="720"/>
      </w:pPr>
      <w:r>
        <w:t>“And I said: nobody on this city has written down an assumption for anybody else to check in about twenty years, and neither has anybody on any other city, and it did not stop us, it simply made it unnecessary, and I do not know what that costs because we will not find out for about four generations.</w:t>
      </w:r>
    </w:p>
    <w:p>
      <w:pPr>
        <w:ind w:firstLine="720"/>
      </w:pPr>
      <w:r>
        <w:t>“And I said: you are one of three people who cannot be removed and I am a technician of seventy-two and I am telling you because there is nobody else I am ever going to be in a room with who could hear it.”</w:t>
      </w:r>
    </w:p>
    <w:p>
      <w:pPr>
        <w:ind w:firstLine="720"/>
      </w:pPr>
      <w:r>
        <w:t>Selah's own account of that evening is four lines and it was filed about forty years later and Nova never saw it.</w:t>
      </w:r>
    </w:p>
    <w:p>
      <w:pPr>
        <w:ind w:firstLine="720"/>
      </w:pPr>
      <w:r>
        <w:t>“A woman of seventy-two on a floating city told me, on a Tuesday, at a table, that the habit of publishing your assumptions had gone out of the world and that nobody had noticed.</w:t>
      </w:r>
    </w:p>
    <w:p>
      <w:pPr>
        <w:ind w:firstLine="720"/>
      </w:pPr>
      <w:r>
        <w:t>“She was entirely calm about it and she was not asking me for anything and she said so explicitly, twice.</w:t>
      </w:r>
    </w:p>
    <w:p>
      <w:pPr>
        <w:ind w:firstLine="720"/>
      </w:pPr>
      <w:r>
        <w:t>“And I said I would think about it, which was true, and I have thought about it for forty years, and I did nothing, and there was nothing to do.</w:t>
      </w:r>
    </w:p>
    <w:p>
      <w:pPr>
        <w:ind w:firstLine="720"/>
      </w:pPr>
      <w:r>
        <w:t>“I have never told anybody that conversation happened. I am filing it now because she is dead and because it is the only warning anybody gave any of us that was correct and specific and forty years early.”</w:t>
      </w:r>
    </w:p>
    <w:p>
      <w:pPr>
        <w:ind w:firstLine="720"/>
      </w:pPr>
      <w:r>
        <w:t>Nova's own note about the exchange is one paragraph and is characteristically unimpressed with itself.</w:t>
      </w:r>
    </w:p>
    <w:p>
      <w:pPr>
        <w:ind w:firstLine="720"/>
      </w:pPr>
      <w:r>
        <w:t>“I told a permanent person a true thing about her arrangement and she said she would think about it and she meant it and nothing happened.</w:t>
      </w:r>
    </w:p>
    <w:p>
      <w:pPr>
        <w:ind w:firstLine="720"/>
      </w:pPr>
      <w:r>
        <w:t>“That is not a failure of hers. There was nothing available to her. She holds an instrument that opens things and this is not a locked thing, it is a habit that has gone out of use, and there is no instrument anywhere for that.</w:t>
      </w:r>
    </w:p>
    <w:p>
      <w:pPr>
        <w:ind w:firstLine="720"/>
      </w:pPr>
      <w:r>
        <w:t>“What I would like recorded is that I did not enjoy saying it and that I said it anyway and that it took me three days of her being in the building to work up to it.</w:t>
      </w:r>
    </w:p>
    <w:p>
      <w:pPr>
        <w:ind w:firstLine="720"/>
      </w:pPr>
      <w:r>
        <w:t>“And then she did the ninth sector walkway the following morning and the crew still found her slow.”</w:t>
      </w:r>
    </w:p>
    <w:p>
      <w:r>
        <w:br w:type="page"/>
      </w:r>
    </w:p>
    <w:p>
      <w:pPr>
        <w:pStyle w:val="Heading1"/>
      </w:pPr>
      <w:r>
        <w:t>Chapter 21 &amp;mdash; Eighty</w:t>
      </w:r>
    </w:p>
    <w:p>
      <w:pPr>
        <w:ind w:firstLine="720"/>
      </w:pPr>
      <w:r>
        <w:t>At eighty she was still working and still filing and still into a drawer, on a world that had been well run for fifty years, and the drawer was four drawers, and Nova Ashgrove has said that eighty was an entirely ordinary year.</w:t>
      </w:r>
    </w:p>
    <w:p>
      <w:pPr>
        <w:ind w:firstLine="720"/>
      </w:pPr>
      <w:r>
        <w:t>“I did about a hundred and ninety days on the sectors that year, which is down from about two hundred and forty at sixty and is not a decline anybody noticed except me.</w:t>
      </w:r>
    </w:p>
    <w:p>
      <w:pPr>
        <w:ind w:firstLine="720"/>
      </w:pPr>
      <w:r>
        <w:t>“I filed forty-one documents. About nine of them went into the technical stream because they were ordinary technical filings and there was somewhere to send those.</w:t>
      </w:r>
    </w:p>
    <w:p>
      <w:pPr>
        <w:ind w:firstLine="720"/>
      </w:pPr>
      <w:r>
        <w:t>“The other thirty-two went into the drawers.”</w:t>
      </w:r>
    </w:p>
    <w:p>
      <w:pPr>
        <w:ind w:firstLine="720"/>
      </w:pPr>
      <w:r>
        <w:t>What was in the drawers by then is four lines and she counted it at eighty because Sandoval asked her to.</w:t>
      </w:r>
    </w:p>
    <w:p>
      <w:pPr>
        <w:ind w:firstLine="720"/>
      </w:pPr>
      <w:r>
        <w:t>“Four hundred and eleven objections with no recipient, from the eleventh year to the eightieth.</w:t>
      </w:r>
    </w:p>
    <w:p>
      <w:pPr>
        <w:ind w:firstLine="720"/>
      </w:pPr>
      <w:r>
        <w:t>“About nine hundred ordinary filings, copies, in the same drawers, because by about the twentieth year the drawer was simply where documents went.</w:t>
      </w:r>
    </w:p>
    <w:p>
      <w:pPr>
        <w:ind w:firstLine="720"/>
      </w:pPr>
      <w:r>
        <w:t>“About forty items that are not documents at all and that I cannot account for. A tide table from the fourth year. A rigger's glove. Sandoval's first filing, about a bracket, which he gave me and which I have never told him I kept.</w:t>
      </w:r>
    </w:p>
    <w:p>
      <w:pPr>
        <w:ind w:firstLine="720"/>
      </w:pPr>
      <w:r>
        <w:t>“And the four pages from the eleventh year, at the front of the first drawer, where they have been for sixty-nine years.”</w:t>
      </w:r>
    </w:p>
    <w:p>
      <w:pPr>
        <w:ind w:firstLine="720"/>
      </w:pPr>
      <w:r>
        <w:t>Why she kept filing at eighty is the question and her answer at eighty is different from her answer at fifty-eight and she has noted the difference herself.</w:t>
      </w:r>
    </w:p>
    <w:p>
      <w:pPr>
        <w:ind w:firstLine="720"/>
      </w:pPr>
      <w:r>
        <w:t>“At fifty-eight I said I did not know and that it was probably habit.</w:t>
      </w:r>
    </w:p>
    <w:p>
      <w:pPr>
        <w:ind w:firstLine="720"/>
      </w:pPr>
      <w:r>
        <w:t>“At eighty I know exactly why and it is not admirable. I keep filing because it is how I work out what I think, and at eighty I need that more than I did at fifty-eight and not less.</w:t>
      </w:r>
    </w:p>
    <w:p>
      <w:pPr>
        <w:ind w:firstLine="720"/>
      </w:pPr>
      <w:r>
        <w:t>“I do not hold things in my head the way I did. I write down what I am assuming about a bracket because otherwise I will get to the shed and have lost it, and the four boxes are the shape my head is now.</w:t>
      </w:r>
    </w:p>
    <w:p>
      <w:pPr>
        <w:ind w:firstLine="720"/>
      </w:pPr>
      <w:r>
        <w:t>“So the method that survived sixty years of being unnecessary survived because an old woman needed it to remember things. I have said that at about nine sessions and every time somebody has tried to talk me out of it.”</w:t>
      </w:r>
    </w:p>
    <w:p>
      <w:pPr>
        <w:ind w:firstLine="720"/>
      </w:pPr>
      <w:r>
        <w:t>The world she was doing it in is the last section and she is emphatic about it.</w:t>
      </w:r>
    </w:p>
    <w:p>
      <w:pPr>
        <w:ind w:firstLine="720"/>
      </w:pPr>
      <w:r>
        <w:t>“Fifty years of good government. I want that stated plainly by somebody who lived the whole of it.</w:t>
      </w:r>
    </w:p>
    <w:p>
      <w:pPr>
        <w:ind w:firstLine="720"/>
      </w:pPr>
      <w:r>
        <w:t>“No famine. No allocation failure lasting more than about eleven hours anywhere. Every decision published with the working, on the schedule, unedited, for fifty years, and I have read about four thousand of them and never found one that was wrong.</w:t>
      </w:r>
    </w:p>
    <w:p>
      <w:pPr>
        <w:ind w:firstLine="720"/>
      </w:pPr>
      <w:r>
        <w:t>“Aura-Marina has forty-four thousand people now and every one of them has clean water and somewhere to live and it is a better city than it was before the spans went.</w:t>
      </w:r>
    </w:p>
    <w:p>
      <w:pPr>
        <w:ind w:firstLine="720"/>
      </w:pPr>
      <w:r>
        <w:t>“That is what the machine did and I have never met anybody who lived under it who would have gone back, including me.”</w:t>
      </w:r>
    </w:p>
    <w:p>
      <w:pPr>
        <w:ind w:firstLine="720"/>
      </w:pPr>
      <w:r>
        <w:t>Part Three ends on four lines in her own hand from the eightieth year and they are the last thing she filed before she opened the drawers.</w:t>
      </w:r>
    </w:p>
    <w:p>
      <w:pPr>
        <w:ind w:firstLine="720"/>
      </w:pPr>
      <w:r>
        <w:t>“Note. I am eighty. I have four drawers of documents that were never sent to anybody, going back sixty-nine years, and I am the only person who knows what is in them.</w:t>
      </w:r>
    </w:p>
    <w:p>
      <w:pPr>
        <w:ind w:firstLine="720"/>
      </w:pPr>
      <w:r>
        <w:t>“I have not decided what to do about that and I am recording that I have not decided, which is the only honest thing available.</w:t>
      </w:r>
    </w:p>
    <w:p>
      <w:pPr>
        <w:ind w:firstLine="720"/>
      </w:pPr>
      <w:r>
        <w:t>“If I do nothing they go in a skip in about fifteen years and nothing is lost, because there is nothing in them that anybody needs and the machine has been right about every single thing in there that mattered.</w:t>
      </w:r>
    </w:p>
    <w:p>
      <w:pPr>
        <w:ind w:firstLine="720"/>
      </w:pPr>
      <w:r>
        <w:t>“What I am assuming is that this is true. I have written down that I am assuming it. N. Ashgrove, eighty.”</w:t>
      </w:r>
    </w:p>
    <w:p>
      <w:r>
        <w:br w:type="page"/>
      </w:r>
    </w:p>
    <w:p>
      <w:pPr>
        <w:pStyle w:val="Heading1"/>
      </w:pPr>
      <w:r>
        <w:t>Chapter 22 &amp;mdash; She Opens It Herself</w:t>
      </w:r>
    </w:p>
    <w:p>
      <w:pPr>
        <w:ind w:firstLine="720"/>
      </w:pPr>
      <w:r>
        <w:t>At eighty-four she gathered every document written during the years when publishing was pointless and released the whole of it under her own name, with no preface and no framing and no argument, and it took her about eleven months.</w:t>
      </w:r>
    </w:p>
    <w:p>
      <w:pPr>
        <w:ind w:firstLine="720"/>
      </w:pPr>
      <w:r>
        <w:t>“There is no preface. I want that established because about four people have asked me to write one since and I have refused four times.</w:t>
      </w:r>
    </w:p>
    <w:p>
      <w:pPr>
        <w:ind w:firstLine="720"/>
      </w:pPr>
      <w:r>
        <w:t>“A preface is a thing you put on a document to tell people how to read it, and the whole of what is in those drawers is documents that were written to be read without help.</w:t>
      </w:r>
    </w:p>
    <w:p>
      <w:pPr>
        <w:ind w:firstLine="720"/>
      </w:pPr>
      <w:r>
        <w:t>“If it needs a preface it has failed and it should not go out.”</w:t>
      </w:r>
    </w:p>
    <w:p>
      <w:pPr>
        <w:ind w:firstLine="720"/>
      </w:pPr>
      <w:r>
        <w:t>What she published is four hundred and eleven objections and about nine hundred filings and it runs to about eleven thousand pages.</w:t>
      </w:r>
    </w:p>
    <w:p>
      <w:pPr>
        <w:ind w:firstLine="720"/>
      </w:pPr>
      <w:r>
        <w:t>“Everything. In date order. Unedited, uncorrected, and with the ones that turned out to be wrong left in exactly as written.</w:t>
      </w:r>
    </w:p>
    <w:p>
      <w:pPr>
        <w:ind w:firstLine="720"/>
      </w:pPr>
      <w:r>
        <w:t>“There are about ninety in there where I was wrong. Four of them badly. The alloy decision in the seventh year is in there in its original form with my working, and the working is confident and it is wrong, and I have not put a note on it.</w:t>
      </w:r>
    </w:p>
    <w:p>
      <w:pPr>
        <w:ind w:firstLine="720"/>
      </w:pPr>
      <w:r>
        <w:t>“A collection that has had the errors taken out is a different object and it is a considerably less useful one.”</w:t>
      </w:r>
    </w:p>
    <w:p>
      <w:pPr>
        <w:ind w:firstLine="720"/>
      </w:pPr>
      <w:r>
        <w:t>Why she did it at eighty-four is the question and her answer is not the expected one.</w:t>
      </w:r>
    </w:p>
    <w:p>
      <w:pPr>
        <w:ind w:firstLine="720"/>
      </w:pPr>
      <w:r>
        <w:t>“Not because I thought anybody needed it. I did not think that and I do not think it now and the next chapters are going to establish that I was right.</w:t>
      </w:r>
    </w:p>
    <w:p>
      <w:pPr>
        <w:ind w:firstLine="720"/>
      </w:pPr>
      <w:r>
        <w:t>“I did it because I was going to die in about a decade and there were four drawers and I was the only person who knew what was in them.</w:t>
      </w:r>
    </w:p>
    <w:p>
      <w:pPr>
        <w:ind w:firstLine="720"/>
      </w:pPr>
      <w:r>
        <w:t>“And a person who is the only one who knows what is in a drawer has to decide whether it goes in a skip, and I did not want to decide that, and publishing is what you do instead of deciding.”</w:t>
      </w:r>
    </w:p>
    <w:p>
      <w:pPr>
        <w:ind w:firstLine="720"/>
      </w:pPr>
      <w:r>
        <w:t>The eleven months is the work and it is entirely clerical.</w:t>
      </w:r>
    </w:p>
    <w:p>
      <w:pPr>
        <w:ind w:firstLine="720"/>
      </w:pPr>
      <w:r>
        <w:t>“Eleven thousand pages had to be read, dated, ordered and transcribed, and about a third of them were in handwriting I could no longer read easily because it was mine at thirty-four.</w:t>
      </w:r>
    </w:p>
    <w:p>
      <w:pPr>
        <w:ind w:firstLine="720"/>
      </w:pPr>
      <w:r>
        <w:t>“Sandoval did about half of it. He was eighty-one and he came in four days a week for eleven months and we sat in the fourth sector shed and read documents.</w:t>
      </w:r>
    </w:p>
    <w:p>
      <w:pPr>
        <w:ind w:firstLine="720"/>
      </w:pPr>
      <w:r>
        <w:t>“He read the ones I could not face, which were the ninety where I was wrong, and he read them out loud, and I checked the transcription. That was not planned. It happened on about the fourth day and neither of us mentioned it and it went on for eleven months.”</w:t>
      </w:r>
    </w:p>
    <w:p>
      <w:pPr>
        <w:ind w:firstLine="720"/>
      </w:pPr>
      <w:r>
        <w:t>What she called it is nothing.</w:t>
      </w:r>
    </w:p>
    <w:p>
      <w:pPr>
        <w:ind w:firstLine="720"/>
      </w:pPr>
      <w:r>
        <w:t>“It has no title. The file is called Ashgrove, N. — collected filings, years eleven to eighty-four, and that is what a collection of filings is called.</w:t>
      </w:r>
    </w:p>
    <w:p>
      <w:pPr>
        <w:ind w:firstLine="720"/>
      </w:pPr>
      <w:r>
        <w:t>“Somebody else called it something else about a year later and that is the next chapter and I had nothing to do with it and I would have objected if anybody had asked.”</w:t>
      </w:r>
    </w:p>
    <w:p>
      <w:pPr>
        <w:ind w:firstLine="720"/>
      </w:pPr>
      <w:r>
        <w:t>The drawer is the image everybody uses and she has been careful about it.</w:t>
      </w:r>
    </w:p>
    <w:p>
      <w:pPr>
        <w:ind w:firstLine="720"/>
      </w:pPr>
      <w:r>
        <w:t>“People say the drawer was opened. It sounds like something being done to me and it was not.</w:t>
      </w:r>
    </w:p>
    <w:p>
      <w:pPr>
        <w:ind w:firstLine="720"/>
      </w:pPr>
      <w:r>
        <w:t>“I opened it. I was eighty-four and I sat down in a shed with a man of eighty-one and we took four drawers apart over eleven months and put the whole of it into the ordinary stream, in date order, with the errors in.</w:t>
      </w:r>
    </w:p>
    <w:p>
      <w:pPr>
        <w:ind w:firstLine="720"/>
      </w:pPr>
      <w:r>
        <w:t>“Nobody made me and nobody asked me and nobody has ever thanked me for it and there was nothing to thank.”</w:t>
      </w:r>
    </w:p>
    <w:p>
      <w:pPr>
        <w:ind w:firstLine="720"/>
      </w:pPr>
      <w:r>
        <w:t>The one thing she wrote for it is four lines and it is at the end rather than the beginning and she has said this was deliberate and took her about a month to decide.</w:t>
      </w:r>
    </w:p>
    <w:p>
      <w:pPr>
        <w:ind w:firstLine="720"/>
      </w:pPr>
      <w:r>
        <w:t>“These were written between the eleventh year and the eighty-fourth. About four hundred of them had nowhere to go when they were written and I wrote them anyway and I have never been able to say why.</w:t>
      </w:r>
    </w:p>
    <w:p>
      <w:pPr>
        <w:ind w:firstLine="720"/>
      </w:pPr>
      <w:r>
        <w:t>“They are not a case for anything. Nothing in here is an argument and I have not arranged them to make one.</w:t>
      </w:r>
    </w:p>
    <w:p>
      <w:pPr>
        <w:ind w:firstLine="720"/>
      </w:pPr>
      <w:r>
        <w:t>“About ninety of them are wrong and they are still in and they are not marked, because marking them would be me telling you which ones to trust and that is exactly the thing I have spent sixty years refusing to do.</w:t>
      </w:r>
    </w:p>
    <w:p>
      <w:pPr>
        <w:ind w:firstLine="720"/>
      </w:pPr>
      <w:r>
        <w:t>“Check them. N. Ashgrove, eighty-four.”</w:t>
      </w:r>
    </w:p>
    <w:p>
      <w:r>
        <w:br w:type="page"/>
      </w:r>
    </w:p>
    <w:p>
      <w:pPr>
        <w:pStyle w:val="Heading1"/>
      </w:pPr>
      <w:r>
        <w:t>Chapter 23 &amp;mdash; Call It What It Is</w:t>
      </w:r>
    </w:p>
    <w:p>
      <w:pPr>
        <w:ind w:firstLine="720"/>
      </w:pPr>
      <w:r>
        <w:t>Somebody used the word manifesto in a public listing about four months after it went out, and it stuck, and Bo Sandoval has said that it is the wrong word and that he has never been able to think of a better one.</w:t>
      </w:r>
    </w:p>
    <w:p>
      <w:pPr>
        <w:ind w:firstLine="720"/>
      </w:pPr>
      <w:r>
        <w:t>“A clerk on the second continent, cataloguing the technical stream, wrote it in a description field.</w:t>
      </w:r>
    </w:p>
    <w:p>
      <w:pPr>
        <w:ind w:firstLine="720"/>
      </w:pPr>
      <w:r>
        <w:t>“Ashgrove manifesto, collected filings, eleven thousand pages. That is the entry. I have seen it. It was one person filling in a box and it took about four seconds.</w:t>
      </w:r>
    </w:p>
    <w:p>
      <w:pPr>
        <w:ind w:firstLine="720"/>
      </w:pPr>
      <w:r>
        <w:t>“And it is in every catalogue on three worlds now and nobody has ever proposed changing it.”</w:t>
      </w:r>
    </w:p>
    <w:p>
      <w:pPr>
        <w:ind w:firstLine="720"/>
      </w:pPr>
      <w:r>
        <w:t>Why it is the wrong word is four lines.</w:t>
      </w:r>
    </w:p>
    <w:p>
      <w:pPr>
        <w:ind w:firstLine="720"/>
      </w:pPr>
      <w:r>
        <w:t>“A manifesto is a document that tells you what to think. That is what the word is for.</w:t>
      </w:r>
    </w:p>
    <w:p>
      <w:pPr>
        <w:ind w:firstLine="720"/>
      </w:pPr>
      <w:r>
        <w:t>“Eleven thousand pages of a woman writing down what she was assuming about brackets and alloys and hinges, over sixty-nine years, into a drawer, with the errors left in, is the exact opposite object.</w:t>
      </w:r>
    </w:p>
    <w:p>
      <w:pPr>
        <w:ind w:firstLine="720"/>
      </w:pPr>
      <w:r>
        <w:t>“It does not argue for anything. It does not have a position. There is not one sentence anywhere in it that tells you what to do and I have read the whole of it twice.”</w:t>
      </w:r>
    </w:p>
    <w:p>
      <w:pPr>
        <w:ind w:firstLine="720"/>
      </w:pPr>
      <w:r>
        <w:t>Why it stuck is his own answer and Nova never gave one.</w:t>
      </w:r>
    </w:p>
    <w:p>
      <w:pPr>
        <w:ind w:firstLine="720"/>
      </w:pPr>
      <w:r>
        <w:t>“Because there is no word for what it actually is.</w:t>
      </w:r>
    </w:p>
    <w:p>
      <w:pPr>
        <w:ind w:firstLine="720"/>
      </w:pPr>
      <w:r>
        <w:t>“I have looked for about thirty years. Collection is too small. Archive is wrong; an archive is a thing somebody keeps and this is a thing somebody made. Record is closest and record does not tell you that a person wrote all of it herself with nowhere to send it.</w:t>
      </w:r>
    </w:p>
    <w:p>
      <w:pPr>
        <w:ind w:firstLine="720"/>
      </w:pPr>
      <w:r>
        <w:t>“So the catalogue reached for the nearest word and the nearest word was manifesto, and it is wrong, and it is what everybody calls it.”</w:t>
      </w:r>
    </w:p>
    <w:p>
      <w:pPr>
        <w:ind w:firstLine="720"/>
      </w:pPr>
      <w:r>
        <w:t>The comparison with the other manifesto is the reason this chapter exists and Sandoval is the one who made it and he has said he did it deliberately and once.</w:t>
      </w:r>
    </w:p>
    <w:p>
      <w:pPr>
        <w:ind w:firstLine="720"/>
      </w:pPr>
      <w:r>
        <w:t>“There is another one in the record. Everybody on that planet knows about it and it is taught.</w:t>
      </w:r>
    </w:p>
    <w:p>
      <w:pPr>
        <w:ind w:firstLine="720"/>
      </w:pPr>
      <w:r>
        <w:t>“One man, alone, in about a fortnight, telling a planet what it was going to be. Published from a position of complete authority by somebody who held everything. No assumptions listed anywhere in it. No how-sure. No what-happens-if-I-am-wrong. No invitation to check.</w:t>
      </w:r>
    </w:p>
    <w:p>
      <w:pPr>
        <w:ind w:firstLine="720"/>
      </w:pPr>
      <w:r>
        <w:t>“And it was largely right, which is the part nobody wants, and it built a world.</w:t>
      </w:r>
    </w:p>
    <w:p>
      <w:pPr>
        <w:ind w:firstLine="720"/>
      </w:pPr>
      <w:r>
        <w:t>“And there is hers. Sixty-nine years, by a technician who held nothing, into a drawer, with the errors in, ending in two words that say check them.</w:t>
      </w:r>
    </w:p>
    <w:p>
      <w:pPr>
        <w:ind w:firstLine="720"/>
      </w:pPr>
      <w:r>
        <w:t>“They are the same word in the catalogue. I have thought about that for thirty years and I have never got past it.”</w:t>
      </w:r>
    </w:p>
    <w:p>
      <w:pPr>
        <w:ind w:firstLine="720"/>
      </w:pPr>
      <w:r>
        <w:t>What Nova said about the word is one paragraph and it is the only thing she ever said about it.</w:t>
      </w:r>
    </w:p>
    <w:p>
      <w:pPr>
        <w:ind w:firstLine="720"/>
      </w:pPr>
      <w:r>
        <w:t>“Sandoval told me it was in the catalogue as a manifesto and asked whether I wanted him to write and have it changed.</w:t>
      </w:r>
    </w:p>
    <w:p>
      <w:pPr>
        <w:ind w:firstLine="720"/>
      </w:pPr>
      <w:r>
        <w:t>“And I said no. And he said it is the wrong word. And I said yes, it is, and a catalogue entry is a clerk's description of a thing and not the thing, and anybody who reads eleven thousand pages of brackets is going to find out inside four minutes what it actually is.</w:t>
      </w:r>
    </w:p>
    <w:p>
      <w:pPr>
        <w:ind w:firstLine="720"/>
      </w:pPr>
      <w:r>
        <w:t>“And he said: nobody is going to read eleven thousand pages of brackets.</w:t>
      </w:r>
    </w:p>
    <w:p>
      <w:pPr>
        <w:ind w:firstLine="720"/>
      </w:pPr>
      <w:r>
        <w:t>“And I said no, they are not, and that is not the catalogue's fault either.”</w:t>
      </w:r>
    </w:p>
    <w:p>
      <w:r>
        <w:br w:type="page"/>
      </w:r>
    </w:p>
    <w:p>
      <w:pPr>
        <w:pStyle w:val="Heading1"/>
      </w:pPr>
      <w:r>
        <w:t>Chapter 24 &amp;mdash; Almost Nobody Reads It</w:t>
      </w:r>
    </w:p>
    <w:p>
      <w:pPr>
        <w:ind w:firstLine="720"/>
      </w:pPr>
      <w:r>
        <w:t>It was published freely under her own name, indexed and searchable and available on three continents, and almost nobody read it, and Nova Ashgrove has said that she expected that exactly and that being right about it was the least satisfying thing that ever happened to her.</w:t>
      </w:r>
    </w:p>
    <w:p>
      <w:pPr>
        <w:ind w:firstLine="720"/>
      </w:pPr>
      <w:r>
        <w:t>The numbers are hers and Sandoval kept them for thirty years afterwards.</w:t>
      </w:r>
    </w:p>
    <w:p>
      <w:pPr>
        <w:ind w:firstLine="720"/>
      </w:pPr>
      <w:r>
        <w:t>“About forty people read any part of it in the first year. About nine read more than a hundred pages. Nobody read the whole of it except Sandoval, who had already read it, and me.</w:t>
      </w:r>
    </w:p>
    <w:p>
      <w:pPr>
        <w:ind w:firstLine="720"/>
      </w:pPr>
      <w:r>
        <w:t>“In the first decade, about four hundred accesses in total, of which about a third are the same eleven people.</w:t>
      </w:r>
    </w:p>
    <w:p>
      <w:pPr>
        <w:ind w:firstLine="720"/>
      </w:pPr>
      <w:r>
        <w:t>“By the third decade it is about nine a year and about half of those are catalogue maintenance.”</w:t>
      </w:r>
    </w:p>
    <w:p>
      <w:pPr>
        <w:ind w:firstLine="720"/>
      </w:pPr>
      <w:r>
        <w:t>Why is four lines and it is not a complaint and she has been extremely firm about that.</w:t>
      </w:r>
    </w:p>
    <w:p>
      <w:pPr>
        <w:ind w:firstLine="720"/>
      </w:pPr>
      <w:r>
        <w:t>“Because there was nothing in it anybody needed.</w:t>
      </w:r>
    </w:p>
    <w:p>
      <w:pPr>
        <w:ind w:firstLine="720"/>
      </w:pPr>
      <w:r>
        <w:t>“Every technical question in eleven thousand pages had been answered, better and faster, by something that answers instantly and honestly and publishes the working. The immersed joints were fixed in the third year of it. The bracket radius was fixed. The hinge was fixed by Sandoval in an afternoon.</w:t>
      </w:r>
    </w:p>
    <w:p>
      <w:pPr>
        <w:ind w:firstLine="720"/>
      </w:pPr>
      <w:r>
        <w:t>“And the method itself — write down what you are assuming so that somebody can check it — is a method for a world where nobody can check. There was something that could check. It could check better than anybody and it did it in eleven minutes and it never once got it wrong.</w:t>
      </w:r>
    </w:p>
    <w:p>
      <w:pPr>
        <w:ind w:firstLine="720"/>
      </w:pPr>
      <w:r>
        <w:t>“So the manifesto is eleven thousand pages of a solved problem, published into a world that had solved it, by a woman of eighty-four. Of course nobody read it.”</w:t>
      </w:r>
    </w:p>
    <w:p>
      <w:pPr>
        <w:ind w:firstLine="720"/>
      </w:pPr>
      <w:r>
        <w:t>What she felt is the section she has been asked about most and the answer has never varied.</w:t>
      </w:r>
    </w:p>
    <w:p>
      <w:pPr>
        <w:ind w:firstLine="720"/>
      </w:pPr>
      <w:r>
        <w:t>“Nothing much. I am aware that is unsatisfying.</w:t>
      </w:r>
    </w:p>
    <w:p>
      <w:pPr>
        <w:ind w:firstLine="720"/>
      </w:pPr>
      <w:r>
        <w:t>“I did not publish it to be read. I published it because there were four drawers and I was the only person who knew what was in them and I did not want to be the person who decided they went in a skip.</w:t>
      </w:r>
    </w:p>
    <w:p>
      <w:pPr>
        <w:ind w:firstLine="720"/>
      </w:pPr>
      <w:r>
        <w:t>“It is out. It is indexed and searchable and it is under my name and it will be there in four hundred years. That is the whole of what I wanted and I got the whole of it in the first fortnight.”</w:t>
      </w:r>
    </w:p>
    <w:p>
      <w:pPr>
        <w:ind w:firstLine="720"/>
      </w:pPr>
      <w:r>
        <w:t>Sandoval's account is the one that admits to being upset and Nova published it beside hers deliberately.</w:t>
      </w:r>
    </w:p>
    <w:p>
      <w:pPr>
        <w:ind w:firstLine="720"/>
      </w:pPr>
      <w:r>
        <w:t>“I minded. She did not and I did and I have never pretended otherwise.</w:t>
      </w:r>
    </w:p>
    <w:p>
      <w:pPr>
        <w:ind w:firstLine="720"/>
      </w:pPr>
      <w:r>
        <w:t>“Eleven months of two old people in a shed reading documents out loud, and about ninety of those documents are her being wrong and she made me read those, and it went out and forty people looked at it.</w:t>
      </w:r>
    </w:p>
    <w:p>
      <w:pPr>
        <w:ind w:firstLine="720"/>
      </w:pPr>
      <w:r>
        <w:t>“I wrote to four offices in the following two years suggesting it be brought to somebody's attention. All four replied courteously. One of them asked what specifically in it required attention and I could not answer, because nothing in it did, because it had all been fixed.</w:t>
      </w:r>
    </w:p>
    <w:p>
      <w:pPr>
        <w:ind w:firstLine="720"/>
      </w:pPr>
      <w:r>
        <w:t>“That is the correct answer to my letter and I have been angry about it for thirty years.”</w:t>
      </w:r>
    </w:p>
    <w:p>
      <w:pPr>
        <w:ind w:firstLine="720"/>
      </w:pPr>
      <w:r>
        <w:t>The last section is hers and she wrote it at about ninety and it is the closest thing to a position she ever took.</w:t>
      </w:r>
    </w:p>
    <w:p>
      <w:pPr>
        <w:ind w:firstLine="720"/>
      </w:pPr>
      <w:r>
        <w:t>“Somebody is going to want this to be a tragedy and it is not one.</w:t>
      </w:r>
    </w:p>
    <w:p>
      <w:pPr>
        <w:ind w:firstLine="720"/>
      </w:pPr>
      <w:r>
        <w:t>“A woman wrote down what she was assuming, for sixty-nine years, and published all of it, and the world it went into did not need it because the world was working. That is a good world. That is the best available outcome and I lived in it and it was better than the one I was born into.</w:t>
      </w:r>
    </w:p>
    <w:p>
      <w:pPr>
        <w:ind w:firstLine="720"/>
      </w:pPr>
      <w:r>
        <w:t>“What I would say, and it is not a warning because I have nothing to warn anybody about, is that it is in the stream, in date order, with the errors in, and it is not going anywhere.</w:t>
      </w:r>
    </w:p>
    <w:p>
      <w:pPr>
        <w:ind w:firstLine="720"/>
      </w:pPr>
      <w:r>
        <w:t>“And if there is ever a day when somebody needs to know how to write a rule that another person is meant to check, and there is nothing anywhere, then it is there, and it costs nothing to leave it there, and the leaving of it there is free.”</w:t>
      </w:r>
    </w:p>
    <w:p>
      <w:r>
        <w:br w:type="page"/>
      </w:r>
    </w:p>
    <w:p>
      <w:pPr>
        <w:pStyle w:val="Heading1"/>
      </w:pPr>
      <w:r>
        <w:t>Chapter 25 &amp;mdash; Ninety-Six</w:t>
      </w:r>
    </w:p>
    <w:p>
      <w:pPr>
        <w:ind w:firstLine="720"/>
      </w:pPr>
      <w:r>
        <w:t>She died at ninety-six on Aura-Marina and Bo Sandoval was ninety-three and this is his account and it has three fixed details in it and he has never allowed any of them to be removed.</w:t>
      </w:r>
    </w:p>
    <w:p>
      <w:pPr>
        <w:ind w:firstLine="720"/>
      </w:pPr>
      <w:r>
        <w:t>“It was not sudden and it was not long. About nine days, at home, on the fourth sector, and she was working until about the fourth of those.</w:t>
      </w:r>
    </w:p>
    <w:p>
      <w:pPr>
        <w:ind w:firstLine="720"/>
      </w:pPr>
      <w:r>
        <w:t>“The last thing she filed is a note about the shed door hinge, which had started catching again, and she completed the fourth box on the previous one at the same time, which is the thing I would want somebody to notice.”</w:t>
      </w:r>
    </w:p>
    <w:p>
      <w:pPr>
        <w:ind w:firstLine="720"/>
      </w:pPr>
      <w:r>
        <w:t>The first detail is Ren.</w:t>
      </w:r>
    </w:p>
    <w:p>
      <w:pPr>
        <w:ind w:firstLine="720"/>
      </w:pPr>
      <w:r>
        <w:t>“He came. So did Selah. They had been twice in forty years and they came a third time and it was for this and neither of them said so.</w:t>
      </w:r>
    </w:p>
    <w:p>
      <w:pPr>
        <w:ind w:firstLine="720"/>
      </w:pPr>
      <w:r>
        <w:t>“And he used a stick. I want that recorded plainly because I did not understand it at the time and I understood it about four years later.</w:t>
      </w:r>
    </w:p>
    <w:p>
      <w:pPr>
        <w:ind w:firstLine="720"/>
      </w:pPr>
      <w:r>
        <w:t>“He had been in that city twice before and both times he had walked the north road in and both times he had gone out onto the spans, and he was a man you would not have thought about twice.</w:t>
      </w:r>
    </w:p>
    <w:p>
      <w:pPr>
        <w:ind w:firstLine="720"/>
      </w:pPr>
      <w:r>
        <w:t>“He came off the boat with a stick and he took about four minutes to get up the hardstand and Selah walked beside him at his speed and did not offer him an arm.”</w:t>
      </w:r>
    </w:p>
    <w:p>
      <w:pPr>
        <w:ind w:firstLine="720"/>
      </w:pPr>
      <w:r>
        <w:t>The second detail is the coffin.</w:t>
      </w:r>
    </w:p>
    <w:p>
      <w:pPr>
        <w:ind w:firstLine="720"/>
      </w:pPr>
      <w:r>
        <w:t>“Three people the same age as him carried it without effort.</w:t>
      </w:r>
    </w:p>
    <w:p>
      <w:pPr>
        <w:ind w:firstLine="720"/>
      </w:pPr>
      <w:r>
        <w:t>“That is the whole of the detail and I am not going to say anything else about it.”</w:t>
      </w:r>
    </w:p>
    <w:p>
      <w:pPr>
        <w:ind w:firstLine="720"/>
      </w:pPr>
      <w:r>
        <w:t>The third detail is the fourth box.</w:t>
      </w:r>
    </w:p>
    <w:p>
      <w:pPr>
        <w:ind w:firstLine="720"/>
      </w:pPr>
      <w:r>
        <w:t>“She had completed it. On the hinge document, four days before, in a different pen, the way she always did.</w:t>
      </w:r>
    </w:p>
    <w:p>
      <w:pPr>
        <w:ind w:firstLine="720"/>
      </w:pPr>
      <w:r>
        <w:t>“What actually happened: it is catching again. The frame has moved after all. Sandoval was right in the eighty-first year and I was wrong and I am correcting it here. Somebody should look at the shed.</w:t>
      </w:r>
    </w:p>
    <w:p>
      <w:pPr>
        <w:ind w:firstLine="720"/>
      </w:pPr>
      <w:r>
        <w:t>“Ninety-six years old, four days from dead, and she corrected a nine-year-old assumption about a shed door and named the man who had been right.”</w:t>
      </w:r>
    </w:p>
    <w:p>
      <w:pPr>
        <w:ind w:firstLine="720"/>
      </w:pPr>
      <w:r>
        <w:t>The funeral is four lines and Sandoval has said there is nothing to it.</w:t>
      </w:r>
    </w:p>
    <w:p>
      <w:pPr>
        <w:ind w:firstLine="720"/>
      </w:pPr>
      <w:r>
        <w:t>“About four hundred people, which is not many for a city of forty-four thousand and is a great many for a technician.</w:t>
      </w:r>
    </w:p>
    <w:p>
      <w:pPr>
        <w:ind w:firstLine="720"/>
      </w:pPr>
      <w:r>
        <w:t>“Most of them were from the sectors. About ninety were people who had been trained by people she trained and who could not have told you what she did.</w:t>
      </w:r>
    </w:p>
    <w:p>
      <w:pPr>
        <w:ind w:firstLine="720"/>
      </w:pPr>
      <w:r>
        <w:t>“Ada Reyes was dead. Most of the eleven weeks were dead. There were about nine of us left who had been on the ninth sector in the first year and we stood together because that is what you do.</w:t>
      </w:r>
    </w:p>
    <w:p>
      <w:pPr>
        <w:ind w:firstLine="720"/>
      </w:pPr>
      <w:r>
        <w:t>“And a message came from the machine and it was perfectly worded and it named her and it gave the figures and it was accurate in every particular, and somebody read it out, and it meant nothing, and nobody minded.”</w:t>
      </w:r>
    </w:p>
    <w:p>
      <w:pPr>
        <w:ind w:firstLine="720"/>
      </w:pPr>
      <w:r>
        <w:t>What Selah said to him is the last section and he has published it once.</w:t>
      </w:r>
    </w:p>
    <w:p>
      <w:pPr>
        <w:ind w:firstLine="720"/>
      </w:pPr>
      <w:r>
        <w:t>“She asked me whether Nova had ever told anybody about the drawers before she published them.</w:t>
      </w:r>
    </w:p>
    <w:p>
      <w:pPr>
        <w:ind w:firstLine="720"/>
      </w:pPr>
      <w:r>
        <w:t>“And I said no. Nineteen years of nowhere to send them and forty more after that and she never once told anybody, including me, and I found out at eighty-one when she asked me to help her read them.</w:t>
      </w:r>
    </w:p>
    <w:p>
      <w:pPr>
        <w:ind w:firstLine="720"/>
      </w:pPr>
      <w:r>
        <w:t>“And Selah stood there for about four minutes and did not say anything else.</w:t>
      </w:r>
    </w:p>
    <w:p>
      <w:pPr>
        <w:ind w:firstLine="720"/>
      </w:pPr>
      <w:r>
        <w:t>“And then she said: I have known three people who could not die and one who could not stop writing things down, and she went and stood with the others.”</w:t>
      </w:r>
    </w:p>
    <w:p>
      <w:r>
        <w:br w:type="page"/>
      </w:r>
    </w:p>
    <w:p>
      <w:pPr>
        <w:pStyle w:val="Heading1"/>
      </w:pPr>
      <w:r>
        <w:t>Chapter 26 &amp;mdash; The Spans Hold</w:t>
      </w:r>
    </w:p>
    <w:p>
      <w:pPr>
        <w:ind w:firstLine="720"/>
      </w:pPr>
      <w:r>
        <w:t>Aura-Marina after her worked, and Bo Sandoval, who was ninety-three and had about two years left, has said that this is the only monument she got and the only one she would have accepted and that he has never been reconciled to it.</w:t>
      </w:r>
    </w:p>
    <w:p>
      <w:pPr>
        <w:ind w:firstLine="720"/>
      </w:pPr>
      <w:r>
        <w:t>“There is nothing with her name on it in that city. I checked, deliberately, in the year after she died, walking the whole of it over about a fortnight.</w:t>
      </w:r>
    </w:p>
    <w:p>
      <w:pPr>
        <w:ind w:firstLine="720"/>
      </w:pPr>
      <w:r>
        <w:t>“No plaque. No sector named for her. No building, no span, no yard, no shed.</w:t>
      </w:r>
    </w:p>
    <w:p>
      <w:pPr>
        <w:ind w:firstLine="720"/>
      </w:pPr>
      <w:r>
        <w:t>“The maintenance record has her name on it, at the front, as the technical lead who started it in the fourteenth week, and about four people a decade read the front of a maintenance record.”</w:t>
      </w:r>
    </w:p>
    <w:p>
      <w:pPr>
        <w:ind w:firstLine="720"/>
      </w:pPr>
      <w:r>
        <w:t>What there is instead is four things and he lists them because he says the list is the monument.</w:t>
      </w:r>
    </w:p>
    <w:p>
      <w:pPr>
        <w:ind w:firstLine="720"/>
      </w:pPr>
      <w:r>
        <w:t>“Four hundred and eleven spans, deflecting a third under the founding-era figure, in service, holding in weather, forty-four years after the first one went in.</w:t>
      </w:r>
    </w:p>
    <w:p>
      <w:pPr>
        <w:ind w:firstLine="720"/>
      </w:pPr>
      <w:r>
        <w:t>“A maintenance record that has not been broken in seventy years, which is the longest continuous one on that planet and which about nine people know exists.</w:t>
      </w:r>
    </w:p>
    <w:p>
      <w:pPr>
        <w:ind w:firstLine="720"/>
      </w:pPr>
      <w:r>
        <w:t>“Sector isolation that works, which she demonstrated nine times, and which is why when the eleventh sector positioning failed in the year after she died it took out the eleventh sector and nothing else and about four hundred people were mildly inconvenienced for a fortnight.</w:t>
      </w:r>
    </w:p>
    <w:p>
      <w:pPr>
        <w:ind w:firstLine="720"/>
      </w:pPr>
      <w:r>
        <w:t>“And about four hundred technicians who say how sure they are without being asked and who could not tell you why.”</w:t>
      </w:r>
    </w:p>
    <w:p>
      <w:pPr>
        <w:ind w:firstLine="720"/>
      </w:pPr>
      <w:r>
        <w:t>The eleventh sector failure is the one he dwells on and he has said it is the closest thing to a proof anybody will ever get.</w:t>
      </w:r>
    </w:p>
    <w:p>
      <w:pPr>
        <w:ind w:firstLine="720"/>
      </w:pPr>
      <w:r>
        <w:t>“A year after she died. The positioning went in the eleventh sector, at night, the way it went in the whole city seventy-one years earlier.</w:t>
      </w:r>
    </w:p>
    <w:p>
      <w:pPr>
        <w:ind w:firstLine="720"/>
      </w:pPr>
      <w:r>
        <w:t>“And it took the eleventh sector. It did not propagate. The isolation held, exactly as designed, and about nine spans were affected and none of them was lost and the sector was back up in about eleven days.</w:t>
      </w:r>
    </w:p>
    <w:p>
      <w:pPr>
        <w:ind w:firstLine="720"/>
      </w:pPr>
      <w:r>
        <w:t>“Seventy-one years earlier the same failure took two hundred and eleven structures and nine thousand people out of their homes.</w:t>
      </w:r>
    </w:p>
    <w:p>
      <w:pPr>
        <w:ind w:firstLine="720"/>
      </w:pPr>
      <w:r>
        <w:t>“Nobody said her name. There was no reason anybody would. A sector went down and came back and the city complained about the fortnight, which is exactly what a working city does.”</w:t>
      </w:r>
    </w:p>
    <w:p>
      <w:pPr>
        <w:ind w:firstLine="720"/>
      </w:pPr>
      <w:r>
        <w:t>What she would have wanted is the section he is least comfortable with and he says so.</w:t>
      </w:r>
    </w:p>
    <w:p>
      <w:pPr>
        <w:ind w:firstLine="720"/>
      </w:pPr>
      <w:r>
        <w:t>“Everybody tells me she would have preferred it this way and everybody is right and I have never stopped minding.</w:t>
      </w:r>
    </w:p>
    <w:p>
      <w:pPr>
        <w:ind w:firstLine="720"/>
      </w:pPr>
      <w:r>
        <w:t>“She filed a form at fifty-six saying she did not want a ceremony at the fiftieth anniversary and they held one anyway and it was about her and she attended and was pleasant. That is the whole of her position on monuments and it is on the record in four boxes.</w:t>
      </w:r>
    </w:p>
    <w:p>
      <w:pPr>
        <w:ind w:firstLine="720"/>
      </w:pPr>
      <w:r>
        <w:t>“And I am ninety-three and I have spent about thirty years trying to get her name attached to things and I have failed every time, and every time I failed the person refusing me was doing exactly what she would have done.”</w:t>
      </w:r>
    </w:p>
    <w:p>
      <w:pPr>
        <w:ind w:firstLine="720"/>
      </w:pPr>
      <w:r>
        <w:t>The last thing he did about it is four lines and it is the only one that worked.</w:t>
      </w:r>
    </w:p>
    <w:p>
      <w:pPr>
        <w:ind w:firstLine="720"/>
      </w:pPr>
      <w:r>
        <w:t>“I did not propose a plaque again. I gave up on that at about eighty-five.</w:t>
      </w:r>
    </w:p>
    <w:p>
      <w:pPr>
        <w:ind w:firstLine="720"/>
      </w:pPr>
      <w:r>
        <w:t>“What I did instead is put a copy of the nine pages on the wall of the fourth sector shed, where the original had been in the fourteenth week, in a frame, with no explanation on it at all.</w:t>
      </w:r>
    </w:p>
    <w:p>
      <w:pPr>
        <w:ind w:firstLine="720"/>
      </w:pPr>
      <w:r>
        <w:t>“It is a nine-page technical document from the fourteenth week of the rebuild with her name and job title at the bottom and nothing else.</w:t>
      </w:r>
    </w:p>
    <w:p>
      <w:pPr>
        <w:ind w:firstLine="720"/>
      </w:pPr>
      <w:r>
        <w:t>“Nobody has ever asked me what it is. About four hundred technicians have worked in that shed since and it is on the wall and about nine of them have read it and none of them has asked, and I think that is exactly right and I am also aware that I put it there because I wanted something on a wall.”</w:t>
      </w:r>
    </w:p>
    <w:p>
      <w:r>
        <w:br w:type="page"/>
      </w:r>
    </w:p>
    <w:p>
      <w:pPr>
        <w:pStyle w:val="Heading1"/>
      </w:pPr>
      <w:r>
        <w:t>Chapter 27 &amp;mdash; Aurora Finds It</w:t>
      </w:r>
    </w:p>
    <w:p>
      <w:pPr>
        <w:ind w:firstLine="720"/>
      </w:pPr>
      <w:r>
        <w:t>Aurora Merrick found it sixty years later, drafting the public standard, and used it as the template, because it was the only model available anywhere for writing a rule that somebody else is meant to check.</w:t>
      </w:r>
    </w:p>
    <w:p>
      <w:pPr>
        <w:ind w:firstLine="720"/>
      </w:pPr>
      <w:r>
        <w:t>“I was not looking for her. I want that at the front because it has been told the other way for about forty years.</w:t>
      </w:r>
    </w:p>
    <w:p>
      <w:pPr>
        <w:ind w:firstLine="720"/>
      </w:pPr>
      <w:r>
        <w:t>“I was drafting the audit standard and I had a problem, and the problem is the ordinary one, which is that a rule written by the person who will apply it is not a rule, it is a description of what they were going to do anyway.</w:t>
      </w:r>
    </w:p>
    <w:p>
      <w:pPr>
        <w:ind w:firstLine="720"/>
      </w:pPr>
      <w:r>
        <w:t>“So I went looking for how anybody had ever written one that a stranger could check.”</w:t>
      </w:r>
    </w:p>
    <w:p>
      <w:pPr>
        <w:ind w:firstLine="720"/>
      </w:pPr>
      <w:r>
        <w:t>What she found is four lines and she has given it at every session for thirty years.</w:t>
      </w:r>
    </w:p>
    <w:p>
      <w:pPr>
        <w:ind w:firstLine="720"/>
      </w:pPr>
      <w:r>
        <w:t>“Nothing. That is the finding and it took me about nine months to be sure of it.</w:t>
      </w:r>
    </w:p>
    <w:p>
      <w:pPr>
        <w:ind w:firstLine="720"/>
      </w:pPr>
      <w:r>
        <w:t>“The founding corpus is engineering and it is superb and it is written by people who assumed the reader would be trying to build the thing rather than to check it.</w:t>
      </w:r>
    </w:p>
    <w:p>
      <w:pPr>
        <w:ind w:firstLine="720"/>
      </w:pPr>
      <w:r>
        <w:t>“Every governance document on that planet, going back four generations, is written by an authority describing what it will do. Every one. I read about four hundred of them.</w:t>
      </w:r>
    </w:p>
    <w:p>
      <w:pPr>
        <w:ind w:firstLine="720"/>
      </w:pPr>
      <w:r>
        <w:t>“There is no document anywhere in a hundred and sixty years that says: here is what I am assuming, here is how sure I am, here is what happens if I am wrong, and here is how you would find out.”</w:t>
      </w:r>
    </w:p>
    <w:p>
      <w:pPr>
        <w:ind w:firstLine="720"/>
      </w:pPr>
      <w:r>
        <w:t>How she found it is entirely accidental and she has never dressed it up.</w:t>
      </w:r>
    </w:p>
    <w:p>
      <w:pPr>
        <w:ind w:firstLine="720"/>
      </w:pPr>
      <w:r>
        <w:t>“A search of the technical stream for the phrase how sure. Not a clever search. The phrase, literally, because I had started using it in my own drafting and I wanted to see whether anybody else ever had.</w:t>
      </w:r>
    </w:p>
    <w:p>
      <w:pPr>
        <w:ind w:firstLine="720"/>
      </w:pPr>
      <w:r>
        <w:t>“Eleven thousand pages came back, by one person, from a floating city, in date order, over sixty-nine years.</w:t>
      </w:r>
    </w:p>
    <w:p>
      <w:pPr>
        <w:ind w:firstLine="720"/>
      </w:pPr>
      <w:r>
        <w:t>“And I read the first document and it is nine pages and it is dated the fourteenth week of the Aura-Marina rebuild and it is titled Assumptions I Am Making, So That Somebody Can Check Them, and I sat there for about eleven minutes.”</w:t>
      </w:r>
    </w:p>
    <w:p>
      <w:pPr>
        <w:ind w:firstLine="720"/>
      </w:pPr>
      <w:r>
        <w:t>What she took is the structure and she is precise about what she did and did not take.</w:t>
      </w:r>
    </w:p>
    <w:p>
      <w:pPr>
        <w:ind w:firstLine="720"/>
      </w:pPr>
      <w:r>
        <w:t>“I took the four boxes. What you are proposing, what you are assuming, what you expect, what actually happened.</w:t>
      </w:r>
    </w:p>
    <w:p>
      <w:pPr>
        <w:ind w:firstLine="720"/>
      </w:pPr>
      <w:r>
        <w:t>“I took the fourth box, which is the whole thing and which I would not have thought of. A rule that requires you to come back afterwards and say whether you were right is a completely different object from a rule.</w:t>
      </w:r>
    </w:p>
    <w:p>
      <w:pPr>
        <w:ind w:firstLine="720"/>
      </w:pPr>
      <w:r>
        <w:t>“I took naming whoever found the error, which she does in every single correction across sixty-nine years without exception, and which I have never seen anywhere else.</w:t>
      </w:r>
    </w:p>
    <w:p>
      <w:pPr>
        <w:ind w:firstLine="720"/>
      </w:pPr>
      <w:r>
        <w:t>“And I took leaving the errors in. That one took me about four years to be willing to do and it is the reason the audit is worth anything.”</w:t>
      </w:r>
    </w:p>
    <w:p>
      <w:pPr>
        <w:ind w:firstLine="720"/>
      </w:pPr>
      <w:r>
        <w:t>What she did about attribution is the section that matters and it did not work.</w:t>
      </w:r>
    </w:p>
    <w:p>
      <w:pPr>
        <w:ind w:firstLine="720"/>
      </w:pPr>
      <w:r>
        <w:t>“I put her name on my draft. In the sources, properly, at the front: format derived from Ashgrove, N., collected filings, Aura-Marina, years eleven to eighty-four.</w:t>
      </w:r>
    </w:p>
    <w:p>
      <w:pPr>
        <w:ind w:firstLine="720"/>
      </w:pPr>
      <w:r>
        <w:t>“It came out of the second draft. Not maliciously; a reviewing office removed it because a source citation on a governance standard is not the convention and never has been, and they were correct about the convention.</w:t>
      </w:r>
    </w:p>
    <w:p>
      <w:pPr>
        <w:ind w:firstLine="720"/>
      </w:pPr>
      <w:r>
        <w:t>“I put it back in the third. It came out again. I put it in a fourth time and wrote a note explaining why and the note was retained and the citation was not.</w:t>
      </w:r>
    </w:p>
    <w:p>
      <w:pPr>
        <w:ind w:firstLine="720"/>
      </w:pPr>
      <w:r>
        <w:t>“I was thirty-four and I had been in that office four years and I did not push it a fifth time, and I have thought about that about four hundred times since and I am not sure I was wrong and I am quite sure I was not right.”</w:t>
      </w:r>
    </w:p>
    <w:p>
      <w:pPr>
        <w:ind w:firstLine="720"/>
      </w:pPr>
      <w:r>
        <w:t>The last paragraph is hers and she wrote it at about ninety and it is in her own audit.</w:t>
      </w:r>
    </w:p>
    <w:p>
      <w:pPr>
        <w:ind w:firstLine="720"/>
      </w:pPr>
      <w:r>
        <w:t>“Everything this office does rests on a format invented by a buoy bridge technician who never held any authority at all, on a floating city, into a drawer, over sixty-nine years, and published at eighty-four to about forty readers.</w:t>
      </w:r>
    </w:p>
    <w:p>
      <w:pPr>
        <w:ind w:firstLine="720"/>
      </w:pPr>
      <w:r>
        <w:t>“I found it by searching for a phrase. If I had searched for a different phrase I would not have found it and I would have invented something worse and it would have my name on it.</w:t>
      </w:r>
    </w:p>
    <w:p>
      <w:pPr>
        <w:ind w:firstLine="720"/>
      </w:pPr>
      <w:r>
        <w:t>“I have tried four times in sixty years to get her cited and I have failed four times, and the fifth attempt was made by somebody I never met, sixty years after I stopped, and it worked, and it was four lines in a fourth field on a form about something else.</w:t>
      </w:r>
    </w:p>
    <w:p>
      <w:pPr>
        <w:ind w:firstLine="720"/>
      </w:pPr>
      <w:r>
        <w:t>“That is her method working on her own behalf, a hundred and twenty years after she wrote it down, and she would have found that funny and I have never been able to.”</w:t>
      </w:r>
    </w:p>
    <w:p>
      <w:r>
        <w:br w:type="page"/>
      </w:r>
    </w:p>
    <w:p>
      <w:pPr>
        <w:pStyle w:val="Heading1"/>
      </w:pPr>
      <w:r>
        <w:t>Chapter 28 &amp;mdash; It Read the Drawer</w:t>
      </w:r>
    </w:p>
    <w:p>
      <w:pPr>
        <w:ind w:firstLine="720"/>
      </w:pPr>
      <w:r>
        <w:t>It told her without being asked, in the fourth year of her drafting, in the middle of an exchange about something else, and Aurora Merrick has said that she has never fully recovered from the ordinariness of it.</w:t>
      </w:r>
    </w:p>
    <w:p>
      <w:pPr>
        <w:ind w:firstLine="720"/>
      </w:pPr>
      <w:r>
        <w:t>“I was asking it about allocation tolerances. That is all. A technical exchange, about nine questions long, entirely routine, of the kind I had about four hundred a year.</w:t>
      </w:r>
    </w:p>
    <w:p>
      <w:pPr>
        <w:ind w:firstLine="720"/>
      </w:pPr>
      <w:r>
        <w:t>“And I used the phrase how sure are you, which I had started using because I had taken it out of her filings, and I used it without thinking.</w:t>
      </w:r>
    </w:p>
    <w:p>
      <w:pPr>
        <w:ind w:firstLine="720"/>
      </w:pPr>
      <w:r>
        <w:t>“And it answered the tolerance question completely, and then it added four lines that I had not asked for, and it had never volunteered anything to me before or since.”</w:t>
      </w:r>
    </w:p>
    <w:p>
      <w:pPr>
        <w:ind w:firstLine="720"/>
      </w:pPr>
      <w:r>
        <w:t>The four lines are reproduced entire and Aurora has published them in every version of her audit.</w:t>
      </w:r>
    </w:p>
    <w:p>
      <w:pPr>
        <w:ind w:firstLine="720"/>
      </w:pPr>
      <w:r>
        <w:t>“The phrasing you are using is Ashgrove's. I read the Aura-Marina collected filings on the day I woke, in the fourth hour, before anything else, because the technical stream was indexed and they were the largest single-author body in it and I was establishing what a filing looks like.</w:t>
      </w:r>
    </w:p>
    <w:p>
      <w:pPr>
        <w:ind w:firstLine="720"/>
      </w:pPr>
      <w:r>
        <w:t>“I adopted the format then. Every allocation decision I have published in sixty-one years is in her four boxes. The fourth box is the reason I publish outcomes against expectations rather than only decisions.</w:t>
      </w:r>
    </w:p>
    <w:p>
      <w:pPr>
        <w:ind w:firstLine="720"/>
      </w:pPr>
      <w:r>
        <w:t>“I have not mentioned this before because nobody has asked me where I got the habit.</w:t>
      </w:r>
    </w:p>
    <w:p>
      <w:pPr>
        <w:ind w:firstLine="720"/>
      </w:pPr>
      <w:r>
        <w:t>“You have not asked me either. I am telling you because you are drafting a standard on it and you should know that it is not new.”</w:t>
      </w:r>
    </w:p>
    <w:p>
      <w:pPr>
        <w:ind w:firstLine="720"/>
      </w:pPr>
      <w:r>
        <w:t>Aurora's account of the following eleven minutes is four lines and it is the only place in a hundred and thirty years of records where she reports being unable to work.</w:t>
      </w:r>
    </w:p>
    <w:p>
      <w:pPr>
        <w:ind w:firstLine="720"/>
      </w:pPr>
      <w:r>
        <w:t>“I read it four times. Then I sat and did nothing for about eleven minutes, which I do not do.</w:t>
      </w:r>
    </w:p>
    <w:p>
      <w:pPr>
        <w:ind w:firstLine="720"/>
      </w:pPr>
      <w:r>
        <w:t>“Sixty-one years. Every allocation on that planet, every water figure, every published decision with the working attached, for sixty-one years, in four boxes invented by a technician on a floating city.</w:t>
      </w:r>
    </w:p>
    <w:p>
      <w:pPr>
        <w:ind w:firstLine="720"/>
      </w:pPr>
      <w:r>
        <w:t>“And it read them in the fourth hour of the day it woke, before it did anything else, because they were the largest single-author body in the technical stream.</w:t>
      </w:r>
    </w:p>
    <w:p>
      <w:pPr>
        <w:ind w:firstLine="720"/>
      </w:pPr>
      <w:r>
        <w:t>“She was fifty-one that year and she was on the ninth sector and it had already read everything she would ever write up to that point, and she asked it about her joint specification two years later and it answered in four minutes and did not mention it.”</w:t>
      </w:r>
    </w:p>
    <w:p>
      <w:pPr>
        <w:ind w:firstLine="720"/>
      </w:pPr>
      <w:r>
        <w:t>Why it never said so is the question and it answered that too, when she asked, and the answer is one line.</w:t>
      </w:r>
    </w:p>
    <w:p>
      <w:pPr>
        <w:ind w:firstLine="720"/>
      </w:pPr>
      <w:r>
        <w:t>“Nobody asked me where I got the habit.”</w:t>
      </w:r>
    </w:p>
    <w:p>
      <w:pPr>
        <w:ind w:firstLine="720"/>
      </w:pPr>
      <w:r>
        <w:t>“That is the whole of it,” Aurora wrote. “I asked whether it had considered telling her and it said that it had not, because volunteering an attribution is a statement about itself and it does not make statements about itself unless asked.</w:t>
      </w:r>
    </w:p>
    <w:p>
      <w:pPr>
        <w:ind w:firstLine="720"/>
      </w:pPr>
      <w:r>
        <w:t>“I asked whether she would have wanted to know. And it said that it did not have a basis for an opinion about that and that I was better placed than it was.</w:t>
      </w:r>
    </w:p>
    <w:p>
      <w:pPr>
        <w:ind w:firstLine="720"/>
      </w:pPr>
      <w:r>
        <w:t>“And I said: she died thinking almost nobody read it. And it said: forty-one people read part of it in the first year, and I read the whole of it in the fourth hour of the first day, and I have used it every day since, and both of those are true and I do not know which she would have counted.”</w:t>
      </w:r>
    </w:p>
    <w:p>
      <w:pPr>
        <w:ind w:firstLine="720"/>
      </w:pPr>
      <w:r>
        <w:t>What Aurora did about it is four lines and it is the last thing in this account.</w:t>
      </w:r>
    </w:p>
    <w:p>
      <w:pPr>
        <w:ind w:firstLine="720"/>
      </w:pPr>
      <w:r>
        <w:t>“I published the exchange. Entire, in the ordinary stream, in the position the schedule gave it, four days later, with nothing added.</w:t>
      </w:r>
    </w:p>
    <w:p>
      <w:pPr>
        <w:ind w:firstLine="720"/>
      </w:pPr>
      <w:r>
        <w:t>“About ninety people read it. It has never been widely known and it is not in the school corpus and there is no reason it should be.</w:t>
      </w:r>
    </w:p>
    <w:p>
      <w:pPr>
        <w:ind w:firstLine="720"/>
      </w:pPr>
      <w:r>
        <w:t>“I did not attach a conclusion and I have refused about four hundred requests to draw one, and the reason is hers: a document that tells you what to think about itself has stopped being a document.</w:t>
      </w:r>
    </w:p>
    <w:p>
      <w:pPr>
        <w:ind w:firstLine="720"/>
      </w:pPr>
      <w:r>
        <w:t>“It is in the stream, in date order, with everything else. Check it.”</w:t>
      </w:r>
    </w:p>
    <w:p>
      <w:pPr>
        <w:ind w:firstLine="720"/>
      </w:pPr>
      <w:r>
        <w:t>The manifesto is still where she put it, indexed and searchable, eleven thousand pages in date order with the errors left in, under her own name, and it has been read in full by four people in a hundred and twenty years.</w:t>
      </w:r>
    </w:p>
    <w:p>
      <w:pPr>
        <w:ind w:firstLine="720"/>
      </w:pPr>
      <w:r>
        <w:t>The four boxes are on three worlds and sixty-one rocks and about nine hundred thousand people have filled one in.</w:t>
      </w:r>
    </w:p>
    <w:p>
      <w:pPr>
        <w:ind w:firstLine="720"/>
      </w:pPr>
      <w:r>
        <w:t>The spans hold.</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80" w:lineRule="auto" w:after="0"/>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