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Carried</w:t>
      </w:r>
    </w:p>
    <w:p>
      <w:pPr>
        <w:pStyle w:val="Heading1"/>
      </w:pPr>
      <w:r>
        <w:t>Chapter 1 &amp;mdash; First-Light</w:t>
      </w:r>
    </w:p>
    <w:p>
      <w:pPr>
        <w:ind w:firstLine="720"/>
      </w:pPr>
      <w:r>
        <w:t>Eighteen kilos, and fourteen of them at the trailhead by the time the light came over the eastern shoulder, which was about what Bob had expected and one fewer than he had hoped for.</w:t>
      </w:r>
    </w:p>
    <w:p>
      <w:pPr>
        <w:ind w:firstLine="720"/>
      </w:pPr>
      <w:r>
        <w:t>The cold at that hour had a particular quality up here. Not sharp — sharp cold came later in the year and everybody dressed for it. This was the flat grey cold of a valley that had not decided yet whether to have weather, and it got into the fingers while you were doing collar work and nowhere else.</w:t>
      </w:r>
    </w:p>
    <w:p>
      <w:pPr>
        <w:ind w:firstLine="720"/>
      </w:pPr>
      <w:r>
        <w:t>He could have run the whole thing asleep by now.</w:t>
      </w:r>
    </w:p>
    <w:p>
      <w:pPr>
        <w:ind w:firstLine="720"/>
      </w:pPr>
      <w:r>
        <w:t>Eleven years of the same route. The loose scree at the first bend that ate a novice's ankle if they took it fast. The long dull middle where everybody stopped talking, which was not a coincidence and which he had stopped explaining to people. The shrine at two thirds. The descent, which hurt worse than the climb and always surprised the ones who had only ever thought about going up.</w:t>
      </w:r>
    </w:p>
    <w:p>
      <w:pPr>
        <w:ind w:firstLine="720"/>
      </w:pPr>
      <w:r>
        <w:t>He checked collars.</w:t>
      </w:r>
    </w:p>
    <w:p>
      <w:pPr>
        <w:ind w:firstLine="720"/>
      </w:pPr>
      <w:r>
        <w:t>That was the actual work of being a Guide, whatever the registry said about spiritual vocations. Walking down a line of people at first light with two fingers under a strap, feeling for the gap that would become a bruise by the third mile.</w:t>
      </w:r>
    </w:p>
    <w:p>
      <w:pPr>
        <w:ind w:firstLine="720"/>
      </w:pPr>
      <w:r>
        <w:t>Three of them needed adjusting.</w:t>
      </w:r>
    </w:p>
    <w:p>
      <w:pPr>
        <w:ind w:firstLine="720"/>
      </w:pPr>
      <w:r>
        <w:t>One was a man in his second month who had done everything right and simply had the wrong build for a borrowed rig. One was a boy of nineteen who had over-tightened, which they all do, because a tight rig feels safe standing still.</w:t>
      </w:r>
    </w:p>
    <w:p>
      <w:pPr>
        <w:ind w:firstLine="720"/>
      </w:pPr>
      <w:r>
        <w:t>And one was Dagny — six years on the walk, who should have known better and did know better, and had her heaviest plate riding a full hand too high because she had rigged it in the dark in a hurry.</w:t>
      </w:r>
    </w:p>
    <w:p>
      <w:pPr>
        <w:ind w:firstLine="720"/>
      </w:pPr>
      <w:r>
        <w:t>She let him move it without comment. That was the thing about Dagny. She never explained herself and she never argued, and Bob had come to read both as a kind of manners.</w:t>
      </w:r>
    </w:p>
    <w:p>
      <w:pPr>
        <w:ind w:firstLine="720"/>
      </w:pPr>
      <w:r>
        <w:t>"Salutations, my fellow downs," he said, when the line was right.</w:t>
      </w:r>
    </w:p>
    <w:p>
      <w:pPr>
        <w:ind w:firstLine="720"/>
      </w:pPr>
      <w:r>
        <w:t>He got it back in a ragged unison, about eleven of the fourteen bothering, which was normal.</w:t>
      </w:r>
    </w:p>
    <w:p>
      <w:pPr>
        <w:ind w:firstLine="720"/>
      </w:pPr>
      <w:r>
        <w:t>And he braced very slightly, as he always did, because the trailhead regular was there.</w:t>
      </w:r>
    </w:p>
    <w:p>
      <w:pPr>
        <w:ind w:firstLine="720"/>
      </w:pPr>
      <w:r>
        <w:t>He was always there. Bob had never learned his name and had long since passed the point where it would be reasonable to ask — there is a window for asking a man his name and it closes at about the fourth year. He sat on the bench by the marker post, most months, for reasons of his own that Bob had never enquired into.</w:t>
      </w:r>
    </w:p>
    <w:p>
      <w:pPr>
        <w:ind w:firstLine="720"/>
      </w:pPr>
      <w:r>
        <w:t>He lit up the way he always did.</w:t>
      </w:r>
    </w:p>
    <w:p>
      <w:pPr>
        <w:ind w:firstLine="720"/>
      </w:pPr>
      <w:r>
        <w:t>"Salutations! My fellow — down!"</w:t>
      </w:r>
    </w:p>
    <w:p>
      <w:pPr>
        <w:ind w:firstLine="720"/>
      </w:pPr>
      <w:r>
        <w:t>Wrong emphasis. Wrong beat. Delivered at a passing family who had nothing whatever to do with any of it and who smiled politely and kept walking.</w:t>
      </w:r>
    </w:p>
    <w:p>
      <w:pPr>
        <w:ind w:firstLine="720"/>
      </w:pPr>
      <w:r>
        <w:t>He was delighted. He had been delighted about this for years.</w:t>
      </w:r>
    </w:p>
    <w:p>
      <w:pPr>
        <w:ind w:firstLine="720"/>
      </w:pPr>
      <w:r>
        <w:t>Nobody on the line so much as turned.</w:t>
      </w:r>
    </w:p>
    <w:p>
      <w:pPr>
        <w:ind w:firstLine="720"/>
      </w:pPr>
      <w:r>
        <w:t>Bob's own pack was eighteen kilos of plate and four hundred grams of something else, wrapped in cloth at the bottom, under the spare strapping where nobody would find it by accident.</w:t>
      </w:r>
    </w:p>
    <w:p>
      <w:pPr>
        <w:ind w:firstLine="720"/>
      </w:pPr>
      <w:r>
        <w:t>He had carried it up this pass every month for eleven years.</w:t>
      </w:r>
    </w:p>
    <w:p>
      <w:pPr>
        <w:ind w:firstLine="720"/>
      </w:pPr>
      <w:r>
        <w:t>He had never once mentioned it to anybody, and nobody had ever thought to ask, because nobody asks the Guide.</w:t>
      </w:r>
    </w:p>
    <w:p>
      <w:pPr>
        <w:ind w:firstLine="720"/>
      </w:pPr>
      <w:r>
        <w:t>He shouldered it and started up.</w:t>
      </w:r>
    </w:p>
    <w:p>
      <w:r>
        <w:br w:type="page"/>
      </w:r>
    </w:p>
    <w:p>
      <w:pPr>
        <w:pStyle w:val="Heading1"/>
      </w:pPr>
      <w:r>
        <w:t>Chapter 2 &amp;mdash; Amethyst</w:t>
      </w:r>
    </w:p>
    <w:p>
      <w:pPr>
        <w:ind w:firstLine="720"/>
      </w:pPr>
      <w:r>
        <w:t>The newcomer arrived rigged wrong in a way that would have put her out for a month, and Bob had her fixed in under four minutes without saying a single word about it.</w:t>
      </w:r>
    </w:p>
    <w:p>
      <w:pPr>
        <w:ind w:firstLine="720"/>
      </w:pPr>
      <w:r>
        <w:t>She was twenty-nine or so — eleven years younger than him, near enough — and she had bought a collar rather than borrowed one, which was the mistake underneath the mistake.</w:t>
      </w:r>
    </w:p>
    <w:p>
      <w:pPr>
        <w:ind w:firstLine="720"/>
      </w:pPr>
      <w:r>
        <w:t>Borrowed collars come pre-broken. Somebody has already found the four things wrong with them and moved the seats, and the person lending it tells you what those four things are while handing it over, and half of guiding is that conversation happening without you.</w:t>
      </w:r>
    </w:p>
    <w:p>
      <w:pPr>
        <w:ind w:firstLine="720"/>
      </w:pPr>
      <w:r>
        <w:t>Bought collars come set for a catalogue body.</w:t>
      </w:r>
    </w:p>
    <w:p>
      <w:pPr>
        <w:ind w:firstLine="720"/>
      </w:pPr>
      <w:r>
        <w:t>Hers had the two heaviest plates hung forward and high, which feels correct standing still at a trailhead — it feels secure, it feels like the weight is where you can control it — and which would have driven the whole load into the front of her shoulders by the third mile and left her unable to lift her arm for a fortnight.</w:t>
      </w:r>
    </w:p>
    <w:p>
      <w:pPr>
        <w:ind w:firstLine="720"/>
      </w:pPr>
      <w:r>
        <w:t>He fell in beside her at the first bend.</w:t>
      </w:r>
    </w:p>
    <w:p>
      <w:pPr>
        <w:ind w:firstLine="720"/>
      </w:pPr>
      <w:r>
        <w:t>Said "here, hold this," and handed her his own water, so her hands were busy and she was not watching what he was doing to her back.</w:t>
      </w:r>
    </w:p>
    <w:p>
      <w:pPr>
        <w:ind w:firstLine="720"/>
      </w:pPr>
      <w:r>
        <w:t>Then he worked while she walked. Unclipped. Dropped the two forward plates to the low rear seats. Ran the strap out four holes — she was longer in the back than the catalogue had assumed, which is true of most people and is why catalogues are a problem. Brought the whole mass down and back until it sat where a pack should sit, over the hips and not the collarbone.</w:t>
      </w:r>
    </w:p>
    <w:p>
      <w:pPr>
        <w:ind w:firstLine="720"/>
      </w:pPr>
      <w:r>
        <w:t>Then he took his water back.</w:t>
      </w:r>
    </w:p>
    <w:p>
      <w:pPr>
        <w:ind w:firstLine="720"/>
      </w:pPr>
      <w:r>
        <w:t>He did not explain any of it.</w:t>
      </w:r>
    </w:p>
    <w:p>
      <w:pPr>
        <w:ind w:firstLine="720"/>
      </w:pPr>
      <w:r>
        <w:t>She would either notice, in about a mile, that the walk had stopped hurting in one specific place, and work out what he had done and why — or she would not, and she would be back next month, and he would do it again.</w:t>
      </w:r>
    </w:p>
    <w:p>
      <w:pPr>
        <w:ind w:firstLine="720"/>
      </w:pPr>
      <w:r>
        <w:t>That was the whole method and it was not his. His mother had done it to him at seventeen and had said nothing either, and he had worked it out somewhere around the second hour, and had never forgotten it, which was the point.</w:t>
      </w:r>
    </w:p>
    <w:p>
      <w:pPr>
        <w:ind w:firstLine="720"/>
      </w:pPr>
      <w:r>
        <w:t>Her name was Wren. She said it the way people do when they are expecting to be asked something else afterward — braced for the interview, ready to explain herself.</w:t>
      </w:r>
    </w:p>
    <w:p>
      <w:pPr>
        <w:ind w:firstLine="720"/>
      </w:pPr>
      <w:r>
        <w:t>Bob did not ask her anything else. Not that month.</w:t>
      </w:r>
    </w:p>
    <w:p>
      <w:pPr>
        <w:ind w:firstLine="720"/>
      </w:pPr>
      <w:r>
        <w:t>Eighteen kilos, fifteen present.</w:t>
      </w:r>
    </w:p>
    <w:p>
      <w:pPr>
        <w:ind w:firstLine="720"/>
      </w:pPr>
      <w:r>
        <w:t>Oz talked the entire ascent, as usual, most of it about an argument he was apparently having this week with Bly — who was not there, had not been there in the four years Bob had been quietly counting, and who Oz argued with as reliably and comfortably as other people breathed.</w:t>
      </w:r>
    </w:p>
    <w:p>
      <w:pPr>
        <w:ind w:firstLine="720"/>
      </w:pPr>
      <w:r>
        <w:t>"So I said to her, you cannot claim the middle position and also claim you were right the whole time —"</w:t>
      </w:r>
    </w:p>
    <w:p>
      <w:pPr>
        <w:ind w:firstLine="720"/>
      </w:pPr>
      <w:r>
        <w:t>"Was she there for this?"</w:t>
      </w:r>
    </w:p>
    <w:p>
      <w:pPr>
        <w:ind w:firstLine="720"/>
      </w:pPr>
      <w:r>
        <w:t>"She'll be there for it eventually," said Oz. "I'm rehearsing."</w:t>
      </w:r>
    </w:p>
    <w:p>
      <w:r>
        <w:br w:type="page"/>
      </w:r>
    </w:p>
    <w:p>
      <w:pPr>
        <w:pStyle w:val="Heading1"/>
      </w:pPr>
      <w:r>
        <w:t>Chapter 3 &amp;mdash; Velvet</w:t>
      </w:r>
    </w:p>
    <w:p>
      <w:pPr>
        <w:ind w:firstLine="720"/>
      </w:pPr>
      <w:r>
        <w:t>An ordinary Vigil, in the good weather, with nothing wrong anywhere on the line.</w:t>
      </w:r>
    </w:p>
    <w:p>
      <w:pPr>
        <w:ind w:firstLine="720"/>
      </w:pPr>
      <w:r>
        <w:t>They came up onto the pass at the usual hour. The wind was doing the thing it did in that month, which was nothing at all until you cleared the shoulder and then everything at once, and four people who had walked it a dozen times still got caught by it and swore, and one of them laughed at herself.</w:t>
      </w:r>
    </w:p>
    <w:p>
      <w:pPr>
        <w:ind w:firstLine="720"/>
      </w:pPr>
      <w:r>
        <w:t>The shrine was there being what it always was.</w:t>
      </w:r>
    </w:p>
    <w:p>
      <w:pPr>
        <w:ind w:firstLine="720"/>
      </w:pPr>
      <w:r>
        <w:t>Older than the practice. Not theirs. Kept immaculate by nobody.</w:t>
      </w:r>
    </w:p>
    <w:p>
      <w:pPr>
        <w:ind w:firstLine="720"/>
      </w:pPr>
      <w:r>
        <w:t>Every walker set their heaviest plate down on the step and picked it up again and went on. Four seconds each. Fourteen plates going down and fourteen coming up made a particular sound — stone on stone, fourteen times, with the pauses in it — that Bob had stopped hearing years ago in the way you stop hearing your own house.</w:t>
      </w:r>
    </w:p>
    <w:p>
      <w:pPr>
        <w:ind w:firstLine="720"/>
      </w:pPr>
      <w:r>
        <w:t>The long middle stretch was where he did his arithmetic.</w:t>
      </w:r>
    </w:p>
    <w:p>
      <w:pPr>
        <w:ind w:firstLine="720"/>
      </w:pPr>
      <w:r>
        <w:t>Because there was nothing else to do in it, and because it was the only place in his life he ever allowed himself. Not at home. Not in the evenings, which was a rule he had made at about thirty and had kept.</w:t>
      </w:r>
    </w:p>
    <w:p>
      <w:pPr>
        <w:ind w:firstLine="720"/>
      </w:pPr>
      <w:r>
        <w:t>His brother had taken the year at twenty-two.</w:t>
      </w:r>
    </w:p>
    <w:p>
      <w:pPr>
        <w:ind w:firstLine="720"/>
      </w:pPr>
      <w:r>
        <w:t>That was the tradition on both sides of the family and it was a good one. At majority you put the ballast down and lived one year exactly as everybody on this planet already lived — no plates, no rig, no Vigil — so that picking it back up afterward was a thing you chose instead of a thing you had been handed.</w:t>
      </w:r>
    </w:p>
    <w:p>
      <w:pPr>
        <w:ind w:firstLine="720"/>
      </w:pPr>
      <w:r>
        <w:t>Their mother had done it. Bob had done it, at twenty-two, and had spent most of that year feeling light in a way he disliked and could not explain to anybody, and had come back at twenty-three and never seriously considered otherwise.</w:t>
      </w:r>
    </w:p>
    <w:p>
      <w:pPr>
        <w:ind w:firstLine="720"/>
      </w:pPr>
      <w:r>
        <w:t>His brother had taken the year, and somewhere inside it had drifted off the Open Eye's ledger, and had not been counted since.</w:t>
      </w:r>
    </w:p>
    <w:p>
      <w:pPr>
        <w:ind w:firstLine="720"/>
      </w:pPr>
      <w:r>
        <w:t>Not dead.</w:t>
      </w:r>
    </w:p>
    <w:p>
      <w:pPr>
        <w:ind w:firstLine="720"/>
      </w:pPr>
      <w:r>
        <w:t>That was the whole of the difficulty and Bob had long ago stopped trying to explain it to people who wanted it to be simpler. Not declared anything. No date, no record, no finding of any kind — just a person who had stopped being heavy enough for the system to notice, in a civilisation that does not chase you.</w:t>
      </w:r>
    </w:p>
    <w:p>
      <w:pPr>
        <w:ind w:firstLine="720"/>
      </w:pPr>
      <w:r>
        <w:t>And a nearest community somewhere, obligated under the Bound Ledger to fold him back in without asking why he left.</w:t>
      </w:r>
    </w:p>
    <w:p>
      <w:pPr>
        <w:ind w:firstLine="720"/>
      </w:pPr>
      <w:r>
        <w:t>Which they might have done. Which somebody, somewhere, in principle, may have done years ago, and there would be no notification, because there is no mechanism for one, because he was never registered as missing in the first place.</w:t>
      </w:r>
    </w:p>
    <w:p>
      <w:pPr>
        <w:ind w:firstLine="720"/>
      </w:pPr>
      <w:r>
        <w:t>Ten years, this year.</w:t>
      </w:r>
    </w:p>
    <w:p>
      <w:pPr>
        <w:ind w:firstLine="720"/>
      </w:pPr>
      <w:r>
        <w:t>He would be thirty-two.</w:t>
      </w:r>
    </w:p>
    <w:p>
      <w:pPr>
        <w:ind w:firstLine="720"/>
      </w:pPr>
      <w:r>
        <w:t>Bob did the sum the way he did it every year, silently, between the shrine and the top — and then put it down and got on with the descent, which was the part that hurt.</w:t>
      </w:r>
    </w:p>
    <w:p>
      <w:r>
        <w:br w:type="page"/>
      </w:r>
    </w:p>
    <w:p>
      <w:pPr>
        <w:pStyle w:val="Heading1"/>
      </w:pPr>
      <w:r>
        <w:t>Chapter 4 &amp;mdash; Citadel</w:t>
      </w:r>
    </w:p>
    <w:p>
      <w:pPr>
        <w:ind w:firstLine="720"/>
      </w:pPr>
      <w:r>
        <w:t>"Going Weighted!" the regular called after them, warm as anything, entirely without malice, and got it wrong in the same three places he always got it wrong.</w:t>
      </w:r>
    </w:p>
    <w:p>
      <w:pPr>
        <w:ind w:firstLine="720"/>
      </w:pPr>
      <w:r>
        <w:t>Eighteen kilos. Fifteen present.</w:t>
      </w:r>
    </w:p>
    <w:p>
      <w:pPr>
        <w:ind w:firstLine="720"/>
      </w:pPr>
      <w:r>
        <w:t>Nobody looked at him.</w:t>
      </w:r>
    </w:p>
    <w:p>
      <w:pPr>
        <w:ind w:firstLine="720"/>
      </w:pPr>
      <w:r>
        <w:t>Bob noted it, moving up the line to check Wren's collar and finding it exactly where he had left it a month ago — which told him she had noticed, and had put it back the same way herself, and had said nothing about it, and he filed that.</w:t>
      </w:r>
    </w:p>
    <w:p>
      <w:pPr>
        <w:ind w:firstLine="720"/>
      </w:pPr>
      <w:r>
        <w:t>Not one person on the walk had so much as turned a head.</w:t>
      </w:r>
    </w:p>
    <w:p>
      <w:pPr>
        <w:ind w:firstLine="720"/>
      </w:pPr>
      <w:r>
        <w:t>Not out of contempt. Because every single one of them had been hearing that joke since they were children, from cheerful strangers, at trailheads and market stalls and in the corridor outside a school hall, and the not-turning had been trained into them by about the age of nine.</w:t>
      </w:r>
    </w:p>
    <w:p>
      <w:pPr>
        <w:ind w:firstLine="720"/>
      </w:pPr>
      <w:r>
        <w:t>It was not a cruel joke. It had never been a cruel joke.</w:t>
      </w:r>
    </w:p>
    <w:p>
      <w:pPr>
        <w:ind w:firstLine="720"/>
      </w:pPr>
      <w:r>
        <w:t>"Down" meant closer to the ground, and had never in the whole history of the word on this planet meant anything worse than that. The regular was not mocking anybody. He was having the time of his life on a bench in the cold.</w:t>
      </w:r>
    </w:p>
    <w:p>
      <w:pPr>
        <w:ind w:firstLine="720"/>
      </w:pPr>
      <w:r>
        <w:t>Oz noticed Bob noticing, because Oz noticed most things while appearing to notice none of them.</w:t>
      </w:r>
    </w:p>
    <w:p>
      <w:pPr>
        <w:ind w:firstLine="720"/>
      </w:pPr>
      <w:r>
        <w:t>"Eleven years," Oz said, halfway up, on the section where the ground eases and there is breath for talking. "Same line. Same delivery. Same wrong emphasis. And the same nothing from us. Every month."</w:t>
      </w:r>
    </w:p>
    <w:p>
      <w:pPr>
        <w:ind w:firstLine="720"/>
      </w:pPr>
      <w:r>
        <w:t>"He enjoys it."</w:t>
      </w:r>
    </w:p>
    <w:p>
      <w:pPr>
        <w:ind w:firstLine="720"/>
      </w:pPr>
      <w:r>
        <w:t>"He does. That's not my point." Oz shifted his rig — and Bob clocked it, the small hitch at the left shoulder, and filed that too and said nothing, because Oz would have hated being asked at that particular moment and Bob had learned which moments those were. "My point is that the joke isn't the joke anymore. The joke is that he does it, and we don't react, and he doesn't care that we don't react. Three moving parts, all of them fixed. That's not a joke, that's a mechanism."</w:t>
      </w:r>
    </w:p>
    <w:p>
      <w:pPr>
        <w:ind w:firstLine="720"/>
      </w:pPr>
      <w:r>
        <w:t>"You've thought about this a lot."</w:t>
      </w:r>
    </w:p>
    <w:p>
      <w:pPr>
        <w:ind w:firstLine="720"/>
      </w:pPr>
      <w:r>
        <w:t>"I have four hours a month and you don't talk," said Oz.</w:t>
      </w:r>
    </w:p>
    <w:p>
      <w:pPr>
        <w:ind w:firstLine="720"/>
      </w:pPr>
      <w:r>
        <w:t>Bob thought about it on the descent, which was unusual, because he did not generally give the regular any consideration beyond the small brace he had never managed to train out of himself.</w:t>
      </w:r>
    </w:p>
    <w:p>
      <w:pPr>
        <w:ind w:firstLine="720"/>
      </w:pPr>
      <w:r>
        <w:t>Oz was right that nothing about it had moved in eleven years. He was right that the not-reacting had become as fixed as the joke itself.</w:t>
      </w:r>
    </w:p>
    <w:p>
      <w:pPr>
        <w:ind w:firstLine="720"/>
      </w:pPr>
      <w:r>
        <w:t>What Oz had not said — and what Bob suspected he had deliberately not said, because Oz left things out on purpose about as often as he said them — was that the arrangement was a kindness running in both directions.</w:t>
      </w:r>
    </w:p>
    <w:p>
      <w:pPr>
        <w:ind w:firstLine="720"/>
      </w:pPr>
      <w:r>
        <w:t>A man got to make his joke. Fifteen people got to walk past it. And everybody came away with exactly what they had come for.</w:t>
      </w:r>
    </w:p>
    <w:p>
      <w:pPr>
        <w:ind w:firstLine="720"/>
      </w:pPr>
      <w:r>
        <w:t>At the bottom the regular waved.</w:t>
      </w:r>
    </w:p>
    <w:p>
      <w:pPr>
        <w:ind w:firstLine="720"/>
      </w:pPr>
      <w:r>
        <w:t>Bob raised a hand back, which he had also been doing for eleven years, and which he had never once thought about either.</w:t>
      </w:r>
    </w:p>
    <w:p>
      <w:r>
        <w:br w:type="page"/>
      </w:r>
    </w:p>
    <w:p>
      <w:pPr>
        <w:pStyle w:val="Heading1"/>
      </w:pPr>
      <w:r>
        <w:t>Chapter 5 &amp;mdash; Resonance</w:t>
      </w:r>
    </w:p>
    <w:p>
      <w:pPr>
        <w:ind w:firstLine="720"/>
      </w:pPr>
      <w:r>
        <w:t>Oz carried the conversation up the whole pass, which was the arrangement, and had been for as long as either of them had been walking it together.</w:t>
      </w:r>
    </w:p>
    <w:p>
      <w:pPr>
        <w:ind w:firstLine="720"/>
      </w:pPr>
      <w:r>
        <w:t>This month's instalment concerned a disagreement with Bly about whether a thing you had always intended to do but never done counted as a plan or a preference.</w:t>
      </w:r>
    </w:p>
    <w:p>
      <w:pPr>
        <w:ind w:firstLine="720"/>
      </w:pPr>
      <w:r>
        <w:t>Oz held that it was a preference, and that calling it a plan was a courtesy people extended to themselves. Bly, apparently, held otherwise — or would hold otherwise, or had held otherwise at some point in the last twenty years in a form Oz could reconstruct from memory well enough to argue against in real time on a mountain.</w:t>
      </w:r>
    </w:p>
    <w:p>
      <w:pPr>
        <w:ind w:firstLine="720"/>
      </w:pPr>
      <w:r>
        <w:t>Bob had met Bly perhaps four times.</w:t>
      </w:r>
    </w:p>
    <w:p>
      <w:pPr>
        <w:ind w:firstLine="720"/>
      </w:pPr>
      <w:r>
        <w:t>She was small and dry and gave the impression of finding Oz's entire existence extremely funny in a way she had no intention of ever telling him about. At the one function Bob had seen them at together, she had let Oz talk for about six minutes and then said one sentence that ended the subject, and Oz had looked delighted about it.</w:t>
      </w:r>
    </w:p>
    <w:p>
      <w:pPr>
        <w:ind w:firstLine="720"/>
      </w:pPr>
      <w:r>
        <w:t>The two of them had been having the same disagreement, in various costumes, for two decades. As far as Bob could tell, approximately eleven per cent of it had ever taken place with both parties present.</w:t>
      </w:r>
    </w:p>
    <w:p>
      <w:pPr>
        <w:ind w:firstLine="720"/>
      </w:pPr>
      <w:r>
        <w:t>"You could just ask her," Bob said.</w:t>
      </w:r>
    </w:p>
    <w:p>
      <w:pPr>
        <w:ind w:firstLine="720"/>
      </w:pPr>
      <w:r>
        <w:t>"I could. Then it'd be over."</w:t>
      </w:r>
    </w:p>
    <w:p>
      <w:pPr>
        <w:ind w:firstLine="720"/>
      </w:pPr>
      <w:r>
        <w:t>Bob listened, which was most of the job.</w:t>
      </w:r>
    </w:p>
    <w:p>
      <w:pPr>
        <w:ind w:firstLine="720"/>
      </w:pPr>
      <w:r>
        <w:t>People assumed the Guide's work was the words at the trailhead and the four seconds at the shrine. Those were the parts you could put on a registry form, and they took perhaps ninety seconds a month between them.</w:t>
      </w:r>
    </w:p>
    <w:p>
      <w:pPr>
        <w:ind w:firstLine="720"/>
      </w:pPr>
      <w:r>
        <w:t>The actual work was four hours of being the person somebody talked at while their shoulders hurt. Knowing which silences to fill and which to leave. Knowing that a man who has talked continuously for two hours is usually working toward something and will get there on his own if nobody helps him.</w:t>
      </w:r>
    </w:p>
    <w:p>
      <w:pPr>
        <w:ind w:firstLine="720"/>
      </w:pPr>
      <w:r>
        <w:t>He left this one.</w:t>
      </w:r>
    </w:p>
    <w:p>
      <w:pPr>
        <w:ind w:firstLine="720"/>
      </w:pPr>
      <w:r>
        <w:t>Oz got to the top of his own argument, found nothing there, and started a new one about whether the scree at the first bend had got worse this year or whether they had all simply got older.</w:t>
      </w:r>
    </w:p>
    <w:p>
      <w:pPr>
        <w:ind w:firstLine="720"/>
      </w:pPr>
      <w:r>
        <w:t>"Worse," said Bob.</w:t>
      </w:r>
    </w:p>
    <w:p>
      <w:pPr>
        <w:ind w:firstLine="720"/>
      </w:pPr>
      <w:r>
        <w:t>"Thank you," said Oz. "Bly says older."</w:t>
      </w:r>
    </w:p>
    <w:p>
      <w:pPr>
        <w:ind w:firstLine="720"/>
      </w:pPr>
      <w:r>
        <w:t>The plates went down on the step at two thirds and came up again. Fifteen of them, four seconds each — and Oz managed not to talk for the length of it, which he always managed, and which Bob had never remarked on because remarking on it would have made it a thing.</w:t>
      </w:r>
    </w:p>
    <w:p>
      <w:pPr>
        <w:ind w:firstLine="720"/>
      </w:pPr>
      <w:r>
        <w:t>Afterward, on the last stretch to the top, Oz picked up exactly where he had left off. Mid-sentence. As though the shrine had been a held breath rather than a stop.</w:t>
      </w:r>
    </w:p>
    <w:p>
      <w:pPr>
        <w:ind w:firstLine="720"/>
      </w:pPr>
      <w:r>
        <w:t>Bob had come to think of that as the truest thing he knew about the man.</w:t>
      </w:r>
    </w:p>
    <w:p>
      <w:pPr>
        <w:ind w:firstLine="720"/>
      </w:pPr>
      <w:r>
        <w:t>Oz treated the practice with complete seriousness, and would have been mortified to be told so.</w:t>
      </w:r>
    </w:p>
    <w:p>
      <w:r>
        <w:br w:type="page"/>
      </w:r>
    </w:p>
    <w:p>
      <w:pPr>
        <w:pStyle w:val="Heading1"/>
      </w:pPr>
      <w:r>
        <w:t>Chapter 6 &amp;mdash; Siphon</w:t>
      </w:r>
    </w:p>
    <w:p>
      <w:pPr>
        <w:ind w:firstLine="720"/>
      </w:pPr>
      <w:r>
        <w:t>An ordinary Vigil, and Bob let himself look properly at the shrine for once, which he did perhaps twice a year.</w:t>
      </w:r>
    </w:p>
    <w:p>
      <w:pPr>
        <w:ind w:firstLine="720"/>
      </w:pPr>
      <w:r>
        <w:t>It was older than the practice by a long way and it had never belonged to them.</w:t>
      </w:r>
    </w:p>
    <w:p>
      <w:pPr>
        <w:ind w:firstLine="720"/>
      </w:pPr>
      <w:r>
        <w:t>Somebody had built it as a place of worship for something else entirely, generations back — and the belief that built it had gone the way most of them went on this planet. Not suppressed. Not defeated. Distributed, until congregation became a thing you could change on a whim and a building for it stopped being necessary.</w:t>
      </w:r>
    </w:p>
    <w:p>
      <w:pPr>
        <w:ind w:firstLine="720"/>
      </w:pPr>
      <w:r>
        <w:t>The Accord protected the structure exactly as readily as it protected the belief.</w:t>
      </w:r>
    </w:p>
    <w:p>
      <w:pPr>
        <w:ind w:firstLine="720"/>
      </w:pPr>
      <w:r>
        <w:t>That was the whole of why it was still standing. Not because anyone had argued for it. Not because it was loved, or listed, or historic. A rule written for people covered buildings too, and nobody had ever found a reason to test it.</w:t>
      </w:r>
    </w:p>
    <w:p>
      <w:pPr>
        <w:ind w:firstLine="720"/>
      </w:pPr>
      <w:r>
        <w:t>Nobody maintained it.</w:t>
      </w:r>
    </w:p>
    <w:p>
      <w:pPr>
        <w:ind w:firstLine="720"/>
      </w:pPr>
      <w:r>
        <w:t>Bob had checked, years ago, in the way you check a thing that seems impossible. He had gone to the district office and asked, and a woman had looked for twenty minutes and found nothing — no rota, no fund, no listed custodian, no community that claimed it, no line in any budget.</w:t>
      </w:r>
    </w:p>
    <w:p>
      <w:pPr>
        <w:ind w:firstLine="720"/>
      </w:pPr>
      <w:r>
        <w:t>And it was immaculate.</w:t>
      </w:r>
    </w:p>
    <w:p>
      <w:pPr>
        <w:ind w:firstLine="720"/>
      </w:pPr>
      <w:r>
        <w:t>The step was swept. Not tidy — swept, which is a different thing and which you can see. The stone was sound. Somebody had reset three of the flags in the floor at some point in the last decade and had done it properly, matching the bedding, which is slow work and which nobody would do carelessly.</w:t>
      </w:r>
    </w:p>
    <w:p>
      <w:pPr>
        <w:ind w:firstLine="720"/>
      </w:pPr>
      <w:r>
        <w:t>He had never once caught anybody at it, and he had stopped hoping to. For about four years in his thirties he had made a point of arriving early, twice a season, and had found nothing every time.</w:t>
      </w:r>
    </w:p>
    <w:p>
      <w:pPr>
        <w:ind w:firstLine="720"/>
      </w:pPr>
      <w:r>
        <w:t>Fourteen plates went down on the step and fourteen came up. Four seconds each.</w:t>
      </w:r>
    </w:p>
    <w:p>
      <w:pPr>
        <w:ind w:firstLine="720"/>
      </w:pPr>
      <w:r>
        <w:t>Wren set hers down and picked it up and looked at Bob afterward, checking whether that had been all of it. He nodded.</w:t>
      </w:r>
    </w:p>
    <w:p>
      <w:pPr>
        <w:ind w:firstLine="720"/>
      </w:pPr>
      <w:r>
        <w:t>It had been all of it.</w:t>
      </w:r>
    </w:p>
    <w:p>
      <w:pPr>
        <w:ind w:firstLine="720"/>
      </w:pPr>
      <w:r>
        <w:t>Nobody said anything at the shrine. That was not a rule either. It had simply never happened.</w:t>
      </w:r>
    </w:p>
    <w:p>
      <w:pPr>
        <w:ind w:firstLine="720"/>
      </w:pPr>
      <w:r>
        <w:t>Bob had asked his mother about it once, when he was new to guiding and worried about doing the job wrong — which he had been, for about two years, in a way he had hidden badly.</w:t>
      </w:r>
    </w:p>
    <w:p>
      <w:pPr>
        <w:ind w:firstLine="720"/>
      </w:pPr>
      <w:r>
        <w:t>She had said that there had probably been words at some point, generations back, and that they had probably been fine. And that whatever they were, the practice had quietly shed them the way a body sheds a habit it no longer needs.</w:t>
      </w:r>
    </w:p>
    <w:p>
      <w:pPr>
        <w:ind w:firstLine="720"/>
      </w:pPr>
      <w:r>
        <w:t>What was left was a plate, a step, and four seconds.</w:t>
      </w:r>
    </w:p>
    <w:p>
      <w:pPr>
        <w:ind w:firstLine="720"/>
      </w:pPr>
      <w:r>
        <w:t>And she had said that if he ever found himself wanting to add anything to that, he should assume the wanting was about him.</w:t>
      </w:r>
    </w:p>
    <w:p>
      <w:pPr>
        <w:ind w:firstLine="720"/>
      </w:pPr>
      <w:r>
        <w:t>He had never added anything.</w:t>
      </w:r>
    </w:p>
    <w:p>
      <w:pPr>
        <w:ind w:firstLine="720"/>
      </w:pPr>
      <w:r>
        <w:t>Fourteen plates, four seconds each, and then the last stretch to the top with the wind coming over.</w:t>
      </w:r>
    </w:p>
    <w:p>
      <w:r>
        <w:br w:type="page"/>
      </w:r>
    </w:p>
    <w:p>
      <w:pPr>
        <w:pStyle w:val="Heading1"/>
      </w:pPr>
      <w:r>
        <w:t>Chapter 7 &amp;mdash; Founding</w:t>
      </w:r>
    </w:p>
    <w:p>
      <w:pPr>
        <w:ind w:firstLine="720"/>
      </w:pPr>
      <w:r>
        <w:t>Nineteen and a half kilos this month — the load had gone up in the spring, the way it did — and thirteen present, which was a thin turnout for good weather and which Bob wrote in the roster without comment.</w:t>
      </w:r>
    </w:p>
    <w:p>
      <w:pPr>
        <w:ind w:firstLine="720"/>
      </w:pPr>
      <w:r>
        <w:t>There was a hydrology crew working the culvert below the trailhead.</w:t>
      </w:r>
    </w:p>
    <w:p>
      <w:pPr>
        <w:ind w:firstLine="720"/>
      </w:pPr>
      <w:r>
        <w:t>Four of them, in the high-visibility rig that district contractors wore, with a vehicle parked where nobody parks. One had wandered up to the marker post to eat her lunch out of the wind, which was sensible, because the marker post is the only thing on that road that breaks it.</w:t>
      </w:r>
    </w:p>
    <w:p>
      <w:pPr>
        <w:ind w:firstLine="720"/>
      </w:pPr>
      <w:r>
        <w:t>She watched the line rigging up with straightforward friendly curiosity.</w:t>
      </w:r>
    </w:p>
    <w:p>
      <w:pPr>
        <w:ind w:firstLine="720"/>
      </w:pPr>
      <w:r>
        <w:t>Not the sideways look. Not the careful politeness of somebody deciding whether to say something. Plain interest, of the kind you would give any group of people doing an unfamiliar thing near your lunch.</w:t>
      </w:r>
    </w:p>
    <w:p>
      <w:pPr>
        <w:ind w:firstLine="720"/>
      </w:pPr>
      <w:r>
        <w:t>And she asked, of nobody in particular, whether they did the suit routine as well or whether this counted instead.</w:t>
      </w:r>
    </w:p>
    <w:p>
      <w:pPr>
        <w:ind w:firstLine="720"/>
      </w:pPr>
      <w:r>
        <w:t>"As well," said Dagny. "It's not the same thing."</w:t>
      </w:r>
    </w:p>
    <w:p>
      <w:pPr>
        <w:ind w:firstLine="720"/>
      </w:pPr>
      <w:r>
        <w:t>"No, I know," the woman said. "You'd have to, though, wouldn't you. Everybody has to."</w:t>
      </w:r>
    </w:p>
    <w:p>
      <w:pPr>
        <w:ind w:firstLine="720"/>
      </w:pPr>
      <w:r>
        <w:t>She said it the way you would say that everybody has to sleep.</w:t>
      </w:r>
    </w:p>
    <w:p>
      <w:pPr>
        <w:ind w:firstLine="720"/>
      </w:pPr>
      <w:r>
        <w:t>"My grandmother skipped it for a year and a half when I was small and they had her in for scans. Bones go soft. Whole planet. It's the gravity."</w:t>
      </w:r>
    </w:p>
    <w:p>
      <w:pPr>
        <w:ind w:firstLine="720"/>
      </w:pPr>
      <w:r>
        <w:t>"That's right," said Dagny.</w:t>
      </w:r>
    </w:p>
    <w:p>
      <w:pPr>
        <w:ind w:firstLine="720"/>
      </w:pPr>
      <w:r>
        <w:t>"Mad, really," the woman said — comfortable, entirely unbothered, already looking back down at her lunch — and that was the end of it.</w:t>
      </w:r>
    </w:p>
    <w:p>
      <w:pPr>
        <w:ind w:firstLine="720"/>
      </w:pPr>
      <w:r>
        <w:t>Bob checked a collar. Somebody laughed at something further down the line. A man asked whether anybody had a spare pin and two people did.</w:t>
      </w:r>
    </w:p>
    <w:p>
      <w:pPr>
        <w:ind w:firstLine="720"/>
      </w:pPr>
      <w:r>
        <w:t>Nobody in the scene registered anything at all.</w:t>
      </w:r>
    </w:p>
    <w:p>
      <w:pPr>
        <w:ind w:firstLine="720"/>
      </w:pPr>
      <w:r>
        <w:t>Because nothing had happened. A civilian had stated a documented medical fact that every single person present had known since childhood, in the same tone she might have used about the weather, and had then gone back to eating.</w:t>
      </w:r>
    </w:p>
    <w:p>
      <w:pPr>
        <w:ind w:firstLine="720"/>
      </w:pPr>
      <w:r>
        <w:t>He got them moving. It was a good climb — cold and clear, the kind where you can see the far side of the valley properly — and Oz talked most of it, and the plates went down on the step and came up again.</w:t>
      </w:r>
    </w:p>
    <w:p>
      <w:pPr>
        <w:ind w:firstLine="720"/>
      </w:pPr>
      <w:r>
        <w:t>Nineteen and a half kilos, thirteen present.</w:t>
      </w:r>
    </w:p>
    <w:p>
      <w:pPr>
        <w:ind w:firstLine="720"/>
      </w:pPr>
      <w:r>
        <w:t>And the sect's entire central claim sitting in the open at the trailhead, being agreed with by a woman eating her lunch.</w:t>
      </w:r>
    </w:p>
    <w:p>
      <w:pPr>
        <w:ind w:firstLine="720"/>
      </w:pPr>
      <w:r>
        <w:t>Nobody on the line thought about it again. Bob was fairly sure Dagny had forgotten the exchange before the first bend.</w:t>
      </w:r>
    </w:p>
    <w:p>
      <w:pPr>
        <w:ind w:firstLine="720"/>
      </w:pPr>
      <w:r>
        <w:t>There was nothing in it to remember. The woman had not been conceding a point, because she had not known there was a point to concede. And Dagny had not been winning one, because you cannot win an argument nobody is having.</w:t>
      </w:r>
    </w:p>
    <w:p>
      <w:pPr>
        <w:ind w:firstLine="720"/>
      </w:pPr>
      <w:r>
        <w:t>It occurred to Bob somewhere in the long middle that this was more or less the permanent condition of the whole business.</w:t>
      </w:r>
    </w:p>
    <w:p>
      <w:pPr>
        <w:ind w:firstLine="720"/>
      </w:pPr>
      <w:r>
        <w:t>Everything the Weighted said about the body was true, publicly documented, and taught to children. And none of it had ever done them the slightest good — because being right about a fact that everybody already agrees with earns a person precisely nothing.</w:t>
      </w:r>
    </w:p>
    <w:p>
      <w:r>
        <w:br w:type="page"/>
      </w:r>
    </w:p>
    <w:p>
      <w:pPr>
        <w:pStyle w:val="Heading1"/>
      </w:pPr>
      <w:r>
        <w:t>Chapter 8 &amp;mdash; Kush</w:t>
      </w:r>
    </w:p>
    <w:p>
      <w:pPr>
        <w:ind w:firstLine="720"/>
      </w:pPr>
      <w:r>
        <w:t>Wren asked him on the long middle stretch, which was where everybody asked, because it was the only part of the route with enough boredom in it to make a personal question feel accidental.</w:t>
      </w:r>
    </w:p>
    <w:p>
      <w:pPr>
        <w:ind w:firstLine="720"/>
      </w:pPr>
      <w:r>
        <w:t>"Why do you do it?"</w:t>
      </w:r>
    </w:p>
    <w:p>
      <w:pPr>
        <w:ind w:firstLine="720"/>
      </w:pPr>
      <w:r>
        <w:t>Bob gave her the answer.</w:t>
      </w:r>
    </w:p>
    <w:p>
      <w:pPr>
        <w:ind w:firstLine="720"/>
      </w:pPr>
      <w:r>
        <w:t>He had been giving it for eleven years and it was a good answer, and he believed it, and he had said it enough times that his mouth got there before the rest of him did.</w:t>
      </w:r>
    </w:p>
    <w:p>
      <w:pPr>
        <w:ind w:firstLine="720"/>
      </w:pPr>
      <w:r>
        <w:t>That the ease was real — that a third of a gravity is a gift and also a debt, and that a body given a world it does not have to push against will stop being able to push.</w:t>
      </w:r>
    </w:p>
    <w:p>
      <w:pPr>
        <w:ind w:firstLine="720"/>
      </w:pPr>
      <w:r>
        <w:t>That the routine keeps the bones and does nothing at all for the rest of it.</w:t>
      </w:r>
    </w:p>
    <w:p>
      <w:pPr>
        <w:ind w:firstLine="720"/>
      </w:pPr>
      <w:r>
        <w:t>That there is a difference between maintaining a body and inhabiting one, and that carrying is how you inhabit one on a planet that has arranged for you not to have to.</w:t>
      </w:r>
    </w:p>
    <w:p>
      <w:pPr>
        <w:ind w:firstLine="720"/>
      </w:pPr>
      <w:r>
        <w:t>That it is not penance, and anybody who tells you it is has misunderstood it badly — which he always put last, because it was the part people most needed and least expected.</w:t>
      </w:r>
    </w:p>
    <w:p>
      <w:pPr>
        <w:ind w:firstLine="720"/>
      </w:pPr>
      <w:r>
        <w:t>He was aware, somewhere around the third sentence, of his own delivery.</w:t>
      </w:r>
    </w:p>
    <w:p>
      <w:pPr>
        <w:ind w:firstLine="720"/>
      </w:pPr>
      <w:r>
        <w:t>Of the pauses being in the places where he had learned pauses worked. Of the small deprecating turn at the end that let a newcomer laugh and take the pressure off — which he had discovered by accident in his second year, when he had genuinely fumbled a sentence and a woman had laughed and relaxed, and which he had used ever since on purpose.</w:t>
      </w:r>
    </w:p>
    <w:p>
      <w:pPr>
        <w:ind w:firstLine="720"/>
      </w:pPr>
      <w:r>
        <w:t>It was true. All of it. He had not said one word he did not mean and would not have changed a phrase of it.</w:t>
      </w:r>
    </w:p>
    <w:p>
      <w:pPr>
        <w:ind w:firstLine="720"/>
      </w:pPr>
      <w:r>
        <w:t>He had also not thought about a single one of them.</w:t>
      </w:r>
    </w:p>
    <w:p>
      <w:pPr>
        <w:ind w:firstLine="720"/>
      </w:pPr>
      <w:r>
        <w:t>Wren said, "Huh," which was the good version of the response — the other version is a nod, and a nod means it did not land.</w:t>
      </w:r>
    </w:p>
    <w:p>
      <w:pPr>
        <w:ind w:firstLine="720"/>
      </w:pPr>
      <w:r>
        <w:t>And then: "That's better than what my cousin told me."</w:t>
      </w:r>
    </w:p>
    <w:p>
      <w:pPr>
        <w:ind w:firstLine="720"/>
      </w:pPr>
      <w:r>
        <w:t>"What did your cousin tell you?"</w:t>
      </w:r>
    </w:p>
    <w:p>
      <w:pPr>
        <w:ind w:firstLine="720"/>
      </w:pPr>
      <w:r>
        <w:t>"That it's a bit like a diet."</w:t>
      </w:r>
    </w:p>
    <w:p>
      <w:pPr>
        <w:ind w:firstLine="720"/>
      </w:pPr>
      <w:r>
        <w:t>Bob laughed, genuinely, and said that he had heard worse and could produce three worse if she wanted them, and she said she did, and he gave her two and kept the third.</w:t>
      </w:r>
    </w:p>
    <w:p>
      <w:pPr>
        <w:ind w:firstLine="720"/>
      </w:pPr>
      <w:r>
        <w:t>The moment moved on. She asked something about the descent. He told her about the knees and she did not believe him and she would.</w:t>
      </w:r>
    </w:p>
    <w:p>
      <w:pPr>
        <w:ind w:firstLine="720"/>
      </w:pPr>
      <w:r>
        <w:t>Four hundred grams sat in the bottom of his pack under the cloth, under the spare strapping, and did not come up.</w:t>
      </w:r>
    </w:p>
    <w:p>
      <w:pPr>
        <w:ind w:firstLine="720"/>
      </w:pPr>
      <w:r>
        <w:t>She had asked the question and he had answered it completely and honestly, and she had come away knowing exactly as much about why Bob carried as she had known at the trailhead.</w:t>
      </w:r>
    </w:p>
    <w:p>
      <w:pPr>
        <w:ind w:firstLine="720"/>
      </w:pPr>
      <w:r>
        <w:t>Which was nothing at all.</w:t>
      </w:r>
    </w:p>
    <w:p>
      <w:r>
        <w:br w:type="page"/>
      </w:r>
    </w:p>
    <w:p>
      <w:pPr>
        <w:pStyle w:val="Heading1"/>
      </w:pPr>
      <w:r>
        <w:t>Chapter 9 &amp;mdash; Ledger</w:t>
      </w:r>
    </w:p>
    <w:p>
      <w:pPr>
        <w:ind w:firstLine="720"/>
      </w:pPr>
      <w:r>
        <w:t>Nothing at all happened on the ninth Vigil of that year, which Bob noticed at the time and was glad about.</w:t>
      </w:r>
    </w:p>
    <w:p>
      <w:pPr>
        <w:ind w:firstLine="720"/>
      </w:pPr>
      <w:r>
        <w:t>Good weather. Fourteen up, fourteen down.</w:t>
      </w:r>
    </w:p>
    <w:p>
      <w:pPr>
        <w:ind w:firstLine="720"/>
      </w:pPr>
      <w:r>
        <w:t>Nobody rigged wrong. Nobody turned an ankle on the scree — which happens about twice a year and is always somebody experienced, because the experienced ones stop looking at it.</w:t>
      </w:r>
    </w:p>
    <w:p>
      <w:pPr>
        <w:ind w:firstLine="720"/>
      </w:pPr>
      <w:r>
        <w:t>And a girl of about seventeen who had come with her father got up the whole pass without once asking how far was left, which Bob thought was the single most promising thing he had seen all season and which he did not mention to her father, because fathers repeat things.</w:t>
      </w:r>
    </w:p>
    <w:p>
      <w:pPr>
        <w:ind w:firstLine="720"/>
      </w:pPr>
      <w:r>
        <w:t>Oz was in an excellent mood for no reason he could produce when asked.</w:t>
      </w:r>
    </w:p>
    <w:p>
      <w:pPr>
        <w:ind w:firstLine="720"/>
      </w:pPr>
      <w:r>
        <w:t>"I've decided I'm going to learn the recordings properly," he announced, somewhere below the shrine. "Not just listening. Making them. There's a man in the eastern tier who does whole commentaries over the old climbing footage and he's got a following, apparently — an actual following —"</w:t>
      </w:r>
    </w:p>
    <w:p>
      <w:pPr>
        <w:ind w:firstLine="720"/>
      </w:pPr>
      <w:r>
        <w:t>"You want a following."</w:t>
      </w:r>
    </w:p>
    <w:p>
      <w:pPr>
        <w:ind w:firstLine="720"/>
      </w:pPr>
      <w:r>
        <w:t>"I want to talk into something that doesn't answer back. Do you know how restful that sounds."</w:t>
      </w:r>
    </w:p>
    <w:p>
      <w:pPr>
        <w:ind w:firstLine="720"/>
      </w:pPr>
      <w:r>
        <w:t>He hitched the rig, left shoulder, the same small motion, and kept going without pausing.</w:t>
      </w:r>
    </w:p>
    <w:p>
      <w:pPr>
        <w:ind w:firstLine="720"/>
      </w:pPr>
      <w:r>
        <w:t>"Bly says I already do that and the something is her."</w:t>
      </w:r>
    </w:p>
    <w:p>
      <w:pPr>
        <w:ind w:firstLine="720"/>
      </w:pPr>
      <w:r>
        <w:t>"Bly's very good."</w:t>
      </w:r>
    </w:p>
    <w:p>
      <w:pPr>
        <w:ind w:firstLine="720"/>
      </w:pPr>
      <w:r>
        <w:t>"Bly is extremely good and I'd appreciate it if you didn't encourage her from a distance."</w:t>
      </w:r>
    </w:p>
    <w:p>
      <w:pPr>
        <w:ind w:firstLine="720"/>
      </w:pPr>
      <w:r>
        <w:t>They came over the top into the wind, and the whole valley was doing the thing it did about four times a year — the low cloud sitting below the pass, so that you walk out above it into hard clean sun with a white floor going out to the horizon and the far peaks standing in it like islands.</w:t>
      </w:r>
    </w:p>
    <w:p>
      <w:pPr>
        <w:ind w:firstLine="720"/>
      </w:pPr>
      <w:r>
        <w:t>Nobody said anything about it.</w:t>
      </w:r>
    </w:p>
    <w:p>
      <w:pPr>
        <w:ind w:firstLine="720"/>
      </w:pPr>
      <w:r>
        <w:t>Everybody stopped for a minute anyway. Fourteen people, at the top, in the wind, not commenting.</w:t>
      </w:r>
    </w:p>
    <w:p>
      <w:pPr>
        <w:ind w:firstLine="720"/>
      </w:pPr>
      <w:r>
        <w:t>Then they went down, and the descent hurt the way it always did, and Bob's knees complained the way they had started complaining last year — which he had not mentioned to anybody either, and which was a different thing from the other thing he had not mentioned, and he was aware of the distinction.</w:t>
      </w:r>
    </w:p>
    <w:p>
      <w:pPr>
        <w:ind w:firstLine="720"/>
      </w:pPr>
      <w:r>
        <w:t>At the bottom the regular was still on his bench and shouted something they mostly did not catch.</w:t>
      </w:r>
    </w:p>
    <w:p>
      <w:pPr>
        <w:ind w:firstLine="720"/>
      </w:pPr>
      <w:r>
        <w:t>The girl of about seventeen came off the last bend under her own steam, set her rig on the rack without being shown where the rack was, and asked her father when the next one was.</w:t>
      </w:r>
    </w:p>
    <w:p>
      <w:pPr>
        <w:ind w:firstLine="720"/>
      </w:pPr>
      <w:r>
        <w:t>Bob heard it from four metres away and did not turn round.</w:t>
      </w:r>
    </w:p>
    <w:p>
      <w:pPr>
        <w:ind w:firstLine="720"/>
      </w:pPr>
      <w:r>
        <w:t>Turning round would have made her aware of being noticed, and a seventeen-year-old aware of being noticed asks a different question.</w:t>
      </w:r>
    </w:p>
    <w:p>
      <w:pPr>
        <w:ind w:firstLine="720"/>
      </w:pPr>
      <w:r>
        <w:t>He wrote fourteen in the roster and drove home.</w:t>
      </w:r>
    </w:p>
    <w:p>
      <w:pPr>
        <w:ind w:firstLine="720"/>
      </w:pPr>
      <w:r>
        <w:t>Nothing had happened. It had taken four hours. It was the best walk of the year.</w:t>
      </w:r>
    </w:p>
    <w:p>
      <w:r>
        <w:br w:type="page"/>
      </w:r>
    </w:p>
    <w:p>
      <w:pPr>
        <w:pStyle w:val="Heading1"/>
      </w:pPr>
      <w:r>
        <w:t>Chapter 10 &amp;mdash; Stillness</w:t>
      </w:r>
    </w:p>
    <w:p>
      <w:pPr>
        <w:ind w:firstLine="720"/>
      </w:pPr>
      <w:r>
        <w:t>Nineteen and a half kilos, fourteen present, and the year closed exactly where it had opened — which Bob was old enough now to recognise as an achievement rather than a lack of one.</w:t>
      </w:r>
    </w:p>
    <w:p>
      <w:pPr>
        <w:ind w:firstLine="720"/>
      </w:pPr>
      <w:r>
        <w:t>Stillness was the last Vigil of the cycle and it always drew the people who had missed a few.</w:t>
      </w:r>
    </w:p>
    <w:p>
      <w:pPr>
        <w:ind w:firstLine="720"/>
      </w:pPr>
      <w:r>
        <w:t>There were two faces he had not seen since the spring. He did not comment on it, because commenting on it is how you lose them for good — a person who has missed four months and turns up in the eleventh is testing whether they can, and the correct response is to hand them a strap and ask nothing.</w:t>
      </w:r>
    </w:p>
    <w:p>
      <w:pPr>
        <w:ind w:firstLine="720"/>
      </w:pPr>
      <w:r>
        <w:t>He walked the line at first light with two fingers under each collar.</w:t>
      </w:r>
    </w:p>
    <w:p>
      <w:pPr>
        <w:ind w:firstLine="720"/>
      </w:pPr>
      <w:r>
        <w:t>Dagny's was right this time, which he noted and did not mention.</w:t>
      </w:r>
    </w:p>
    <w:p>
      <w:pPr>
        <w:ind w:firstLine="720"/>
      </w:pPr>
      <w:r>
        <w:t>Wren's was right, and had been right for months, and she had started arriving early and standing near the newer ones — not helping, not yet, just standing where a person who did not want to ask the Guide something could ask her instead.</w:t>
      </w:r>
    </w:p>
    <w:p>
      <w:pPr>
        <w:ind w:firstLine="720"/>
      </w:pPr>
      <w:r>
        <w:t>Bob recognised that from the inside and said nothing about it.</w:t>
      </w:r>
    </w:p>
    <w:p>
      <w:pPr>
        <w:ind w:firstLine="720"/>
      </w:pPr>
      <w:r>
        <w:t>"Salutations, my fellow downs."</w:t>
      </w:r>
    </w:p>
    <w:p>
      <w:pPr>
        <w:ind w:firstLine="720"/>
      </w:pPr>
      <w:r>
        <w:t>The regular obliged from his bench. Badly. Joyfully. Nobody turned.</w:t>
      </w:r>
    </w:p>
    <w:p>
      <w:pPr>
        <w:ind w:firstLine="720"/>
      </w:pPr>
      <w:r>
        <w:t>Up the scree. Into the long middle, with Oz talking about recordings and Bly and a dispute concerning a man in the eastern tier who had apparently done something unforgivable with a microphone.</w:t>
      </w:r>
    </w:p>
    <w:p>
      <w:pPr>
        <w:ind w:firstLine="720"/>
      </w:pPr>
      <w:r>
        <w:t>The shrine at two thirds — swept, sound, belonging to nobody.</w:t>
      </w:r>
    </w:p>
    <w:p>
      <w:pPr>
        <w:ind w:firstLine="720"/>
      </w:pPr>
      <w:r>
        <w:t>Fourteen plates down on the step and fourteen up. Four seconds each. No words.</w:t>
      </w:r>
    </w:p>
    <w:p>
      <w:pPr>
        <w:ind w:firstLine="720"/>
      </w:pPr>
      <w:r>
        <w:t>Over the top, out into the wind. Down the far side, which hurt.</w:t>
      </w:r>
    </w:p>
    <w:p>
      <w:pPr>
        <w:ind w:firstLine="720"/>
      </w:pPr>
      <w:r>
        <w:t>Eleven years of this.</w:t>
      </w:r>
    </w:p>
    <w:p>
      <w:pPr>
        <w:ind w:firstLine="720"/>
      </w:pPr>
      <w:r>
        <w:t>The load had gone up once this year and the roster had barely moved. Nobody had been hurt. Nobody had left badly.</w:t>
      </w:r>
    </w:p>
    <w:p>
      <w:pPr>
        <w:ind w:firstLine="720"/>
      </w:pPr>
      <w:r>
        <w:t>And Bob thought, coming off the last bend with his knees loud and his shoulders warm and the light going, that he had somehow arrived at a life with nothing in it that needed fixing.</w:t>
      </w:r>
    </w:p>
    <w:p>
      <w:pPr>
        <w:ind w:firstLine="720"/>
      </w:pPr>
      <w:r>
        <w:t>Four hundred grams at the bottom of his pack, under the cloth, unmentioned for another twelve months.</w:t>
      </w:r>
    </w:p>
    <w:p>
      <w:pPr>
        <w:ind w:firstLine="720"/>
      </w:pPr>
      <w:r>
        <w:t>He put the rig on the rack and went home.</w:t>
      </w:r>
    </w:p>
    <w:p>
      <w:pPr>
        <w:ind w:firstLine="720"/>
      </w:pPr>
      <w:r>
        <w:t>In the drive he sat for a moment with the engine off, which he did most months without noticing, and ran the year the way a Guide is supposed to.</w:t>
      </w:r>
    </w:p>
    <w:p>
      <w:pPr>
        <w:ind w:firstLine="720"/>
      </w:pPr>
      <w:r>
        <w:t>The load up once and holding. The roster at fourteen against fourteen. Two returning after a gap and neither of them asked about it. Wren steady since the spring and standing where the new ones could find her. Oz talking, Bly absent, the shrine swept by nobody.</w:t>
      </w:r>
    </w:p>
    <w:p>
      <w:pPr>
        <w:ind w:firstLine="720"/>
      </w:pPr>
      <w:r>
        <w:t>Whatever the job was, he had done it for eleven years.</w:t>
      </w:r>
    </w:p>
    <w:p>
      <w:pPr>
        <w:ind w:firstLine="720"/>
      </w:pPr>
      <w:r>
        <w:t>This year he had done it well.</w:t>
      </w:r>
    </w:p>
    <w:p>
      <w:pPr>
        <w:ind w:firstLine="720"/>
      </w:pPr>
      <w:r>
        <w:t>And there was nothing anywhere in front of him that looked like it needed to change.</w:t>
      </w:r>
    </w:p>
    <w:p>
      <w:r>
        <w:br w:type="page"/>
      </w:r>
    </w:p>
    <w:p>
      <w:pPr>
        <w:pStyle w:val="Heading1"/>
      </w:pPr>
      <w:r>
        <w:t>Chapter 11 &amp;mdash; First-Light</w:t>
      </w:r>
    </w:p>
    <w:p>
      <w:pPr>
        <w:ind w:firstLine="720"/>
      </w:pPr>
      <w:r>
        <w:t>Bob read it at the trailhead in the grey before anyone else arrived, on the public board where the civic notices went, between a change to the eastern water schedule and a call for volunteers to sit on a licensing panel.</w:t>
      </w:r>
    </w:p>
    <w:p>
      <w:pPr>
        <w:ind w:firstLine="720"/>
      </w:pPr>
      <w:r>
        <w:t>The board was a real board.</w:t>
      </w:r>
    </w:p>
    <w:p>
      <w:pPr>
        <w:ind w:firstLine="720"/>
      </w:pPr>
      <w:r>
        <w:t>Wood, under a perspex lid that had gone milky at the edges, on a post at the head of the approach road — one of the district's four, maintained by somebody on a rota not unlike his own. Everything went on it. Grazing permits. A lost dog. The dates for the reservoir survey.</w:t>
      </w:r>
    </w:p>
    <w:p>
      <w:pPr>
        <w:ind w:firstLine="720"/>
      </w:pPr>
      <w:r>
        <w:t>People still read them, out here, because the valley had never quite committed to doing it any other way, and because a man walking past a board will read a board.</w:t>
      </w:r>
    </w:p>
    <w:p>
      <w:pPr>
        <w:ind w:firstLine="720"/>
      </w:pPr>
      <w:r>
        <w:t>The Bone Lattice Programme.</w:t>
      </w:r>
    </w:p>
    <w:p>
      <w:pPr>
        <w:ind w:firstLine="720"/>
      </w:pPr>
      <w:r>
        <w:t>Elective. An engineered basalt-mineral lattice grown into the load-bearing bones over a course of about nine months, after which the daily suit routine became unnecessary — permanently, for the rest of the recipient's life.</w:t>
      </w:r>
    </w:p>
    <w:p>
      <w:pPr>
        <w:ind w:firstLine="720"/>
      </w:pPr>
      <w:r>
        <w:t>Available by application from the spring. Three professions listed as priority intake on occupational-load grounds, one of which was cliff-tier engineering.</w:t>
      </w:r>
    </w:p>
    <w:p>
      <w:pPr>
        <w:ind w:firstLine="720"/>
      </w:pPr>
      <w:r>
        <w:t>It was not addressed to them.</w:t>
      </w:r>
    </w:p>
    <w:p>
      <w:pPr>
        <w:ind w:firstLine="720"/>
      </w:pPr>
      <w:r>
        <w:t>That was the first thing Bob understood and the thing he kept coming back to for the rest of the year. There was no mention of the Weighted anywhere in it. No acknowledgement that a few thousand people on this planet had built a practice on exactly the problem this notice solved. No nod, no exception, no line about how the programme might interact with existing practices — which a document does include, when its authors have thought about you at all.</w:t>
      </w:r>
    </w:p>
    <w:p>
      <w:pPr>
        <w:ind w:firstLine="720"/>
      </w:pPr>
      <w:r>
        <w:t>It had been written for everybody, by people who had almost certainly never spent a minute thinking about the sect, and filed between the water schedule and the licensing panel because that is where notices go.</w:t>
      </w:r>
    </w:p>
    <w:p>
      <w:pPr>
        <w:ind w:firstLine="720"/>
      </w:pPr>
      <w:r>
        <w:t>He read it twice. Then a third time, slower, the way you read a tolerance figure.</w:t>
      </w:r>
    </w:p>
    <w:p>
      <w:pPr>
        <w:ind w:firstLine="720"/>
      </w:pPr>
      <w:r>
        <w:t>Then the others started arriving.</w:t>
      </w:r>
    </w:p>
    <w:p>
      <w:pPr>
        <w:ind w:firstLine="720"/>
      </w:pPr>
      <w:r>
        <w:t>Headlights on the approach road, one at a time, at the intervals they always came at, because everybody in that company had worked out years ago how long the drive took and had stopped leaving margin.</w:t>
      </w:r>
    </w:p>
    <w:p>
      <w:pPr>
        <w:ind w:firstLine="720"/>
      </w:pPr>
      <w:r>
        <w:t>He checked collars. He said the greeting. The regular obliged from his bench.</w:t>
      </w:r>
    </w:p>
    <w:p>
      <w:pPr>
        <w:ind w:firstLine="720"/>
      </w:pPr>
      <w:r>
        <w:t>And Bob got fourteen people up the pass at nineteen and a half kilos without mentioning it to a single one of them.</w:t>
      </w:r>
    </w:p>
    <w:p>
      <w:pPr>
        <w:ind w:firstLine="720"/>
      </w:pPr>
      <w:r>
        <w:t>He did not mention it to Oz — who talked the whole way up about a man in the eastern tier and a microphone, and did not look at the board on the way past, and whose left shoulder hitched twice on the steep section.</w:t>
      </w:r>
    </w:p>
    <w:p>
      <w:pPr>
        <w:ind w:firstLine="720"/>
      </w:pPr>
      <w:r>
        <w:t>At the shrine, fourteen plates went down and came up. Four seconds each.</w:t>
      </w:r>
    </w:p>
    <w:p>
      <w:pPr>
        <w:ind w:firstLine="720"/>
      </w:pPr>
      <w:r>
        <w:t>On the descent Bob thought about the licensing panel.</w:t>
      </w:r>
    </w:p>
    <w:p>
      <w:pPr>
        <w:ind w:firstLine="720"/>
      </w:pPr>
      <w:r>
        <w:t>About how many people would read that board this week — perhaps two hundred, in a district this size. About how many of them would get as far as the second item and stop.</w:t>
      </w:r>
    </w:p>
    <w:p>
      <w:pPr>
        <w:ind w:firstLine="720"/>
      </w:pPr>
      <w:r>
        <w:t>And about the fact that not one of them would understand they were reading anything at all.</w:t>
      </w:r>
    </w:p>
    <w:p>
      <w:pPr>
        <w:ind w:firstLine="720"/>
      </w:pPr>
      <w:r>
        <w:t>At the bottom he read the board one more time, alone, while the others racked their rigs.</w:t>
      </w:r>
    </w:p>
    <w:p>
      <w:pPr>
        <w:ind w:firstLine="720"/>
      </w:pPr>
      <w:r>
        <w:t>Between the water schedule and the licensing panel, in the same size type as both.</w:t>
      </w:r>
    </w:p>
    <w:p>
      <w:r>
        <w:br w:type="page"/>
      </w:r>
    </w:p>
    <w:p>
      <w:pPr>
        <w:pStyle w:val="Heading1"/>
      </w:pPr>
      <w:r>
        <w:t>Chapter 12 &amp;mdash; Amethyst</w:t>
      </w:r>
    </w:p>
    <w:p>
      <w:pPr>
        <w:ind w:firstLine="720"/>
      </w:pPr>
      <w:r>
        <w:t>By the second Vigil after the notice, everybody had read it, and the jokes started on the scree.</w:t>
      </w:r>
    </w:p>
    <w:p>
      <w:pPr>
        <w:ind w:firstLine="720"/>
      </w:pPr>
      <w:r>
        <w:t>They were careful jokes. That was what Bob noticed.</w:t>
      </w:r>
    </w:p>
    <w:p>
      <w:pPr>
        <w:ind w:firstLine="720"/>
      </w:pPr>
      <w:r>
        <w:t>This was a company of people who had been mocked gently their entire lives and had developed an excellent reflex for it — the deflection, the joining-in, the small dry line that lets a stranger off the hook. Every one of them could do it in their sleep.</w:t>
      </w:r>
    </w:p>
    <w:p>
      <w:pPr>
        <w:ind w:firstLine="720"/>
      </w:pPr>
      <w:r>
        <w:t>And none of that machinery was any use here.</w:t>
      </w:r>
    </w:p>
    <w:p>
      <w:pPr>
        <w:ind w:firstLine="720"/>
      </w:pPr>
      <w:r>
        <w:t>Because for the first time the thing to be joked about was internal, and there was nobody outside the company to aim it at.</w:t>
      </w:r>
    </w:p>
    <w:p>
      <w:pPr>
        <w:ind w:firstLine="720"/>
      </w:pPr>
      <w:r>
        <w:t>"Nine months," said Dagny, at the first bend. "I've had rigs take longer to break in."</w:t>
      </w:r>
    </w:p>
    <w:p>
      <w:pPr>
        <w:ind w:firstLine="720"/>
      </w:pPr>
      <w:r>
        <w:t>Small laugh. Not much of one. Two people, and one of them out of loyalty.</w:t>
      </w:r>
    </w:p>
    <w:p>
      <w:pPr>
        <w:ind w:firstLine="720"/>
      </w:pPr>
      <w:r>
        <w:t>Somebody else said that if the bones were going to be basalt they might as well save time and just carry the mountain, which got a better laugh — it was a better joke — and for about forty seconds it looked as though the subject was going to be survivable.</w:t>
      </w:r>
    </w:p>
    <w:p>
      <w:pPr>
        <w:ind w:firstLine="720"/>
      </w:pPr>
      <w:r>
        <w:t>Then Petrus said, "You'd still have to walk it, though."</w:t>
      </w:r>
    </w:p>
    <w:p>
      <w:pPr>
        <w:ind w:firstLine="720"/>
      </w:pPr>
      <w:r>
        <w:t>And there was a pause about four seconds long.</w:t>
      </w:r>
    </w:p>
    <w:p>
      <w:pPr>
        <w:ind w:firstLine="720"/>
      </w:pPr>
      <w:r>
        <w:t>Bob measured it. Four seconds is the length of a plate going down and coming up, and he had spent eleven years learning what four seconds feels like, and this was that.</w:t>
      </w:r>
    </w:p>
    <w:p>
      <w:pPr>
        <w:ind w:firstLine="720"/>
      </w:pPr>
      <w:r>
        <w:t>Then Wren said, "That's the bit, isn't it," and the conversation went somewhere else very quickly, and stayed there.</w:t>
      </w:r>
    </w:p>
    <w:p>
      <w:pPr>
        <w:ind w:firstLine="720"/>
      </w:pPr>
      <w:r>
        <w:t>Bob let it.</w:t>
      </w:r>
    </w:p>
    <w:p>
      <w:pPr>
        <w:ind w:firstLine="720"/>
      </w:pPr>
      <w:r>
        <w:t>Eleven years had taught him that a company works out how it is allowed to talk about a thing by talking about it badly for a while first. And that a Guide who steers that process ends up being the only person in the company with an opinion, which is the fastest way he knows to lose a walk.</w:t>
      </w:r>
    </w:p>
    <w:p>
      <w:pPr>
        <w:ind w:firstLine="720"/>
      </w:pPr>
      <w:r>
        <w:t>Nobody said the word Lattice out loud on the pass that day.</w:t>
      </w:r>
    </w:p>
    <w:p>
      <w:pPr>
        <w:ind w:firstLine="720"/>
      </w:pPr>
      <w:r>
        <w:t>He checked afterward, going back over it in the car. He was fairly sure of it — four hours, and they had referred to it throughout as</w:t>
      </w:r>
    </w:p>
    <w:p>
      <w:pPr>
        <w:ind w:firstLine="720"/>
      </w:pPr>
      <w:r>
        <w:t>the notice</w:t>
      </w:r>
    </w:p>
    <w:p>
      <w:pPr>
        <w:ind w:firstLine="720"/>
      </w:pPr>
      <w:r>
        <w:t>, or</w:t>
      </w:r>
    </w:p>
    <w:p>
      <w:pPr>
        <w:ind w:firstLine="720"/>
      </w:pPr>
      <w:r>
        <w:t>it</w:t>
      </w:r>
    </w:p>
    <w:p>
      <w:pPr>
        <w:ind w:firstLine="720"/>
      </w:pPr>
      <w:r>
        <w:t>, or</w:t>
      </w:r>
    </w:p>
    <w:p>
      <w:pPr>
        <w:ind w:firstLine="720"/>
      </w:pPr>
      <w:r>
        <w:t>that</w:t>
      </w:r>
    </w:p>
    <w:p>
      <w:pPr>
        <w:ind w:firstLine="720"/>
      </w:pPr>
      <w:r>
        <w:t>.</w:t>
      </w:r>
    </w:p>
    <w:p>
      <w:pPr>
        <w:ind w:firstLine="720"/>
      </w:pPr>
      <w:r>
        <w:t>And nobody had proposed that they should. There had been no agreement. Fourteen people had independently arrived at the same avoidance inside two weeks.</w:t>
      </w:r>
    </w:p>
    <w:p>
      <w:pPr>
        <w:ind w:firstLine="720"/>
      </w:pPr>
      <w:r>
        <w:t>The plates went down on the step. Fourteen of them, four seconds each.</w:t>
      </w:r>
    </w:p>
    <w:p>
      <w:pPr>
        <w:ind w:firstLine="720"/>
      </w:pPr>
      <w:r>
        <w:t>Oz — who could ordinarily be relied upon to say the unsayable thing early and cheerfully and defuse it for everybody, and who had done exactly that about a death on the western route four years ago and about Bob's own knees the previous autumn — said nothing at all on the subject from the trailhead to the car park.</w:t>
      </w:r>
    </w:p>
    <w:p>
      <w:pPr>
        <w:ind w:firstLine="720"/>
      </w:pPr>
      <w:r>
        <w:t>On the descent Petrus caught up with Bob and said, apropos of nothing, that he had not meant anything by what he had said about walking it.</w:t>
      </w:r>
    </w:p>
    <w:p>
      <w:pPr>
        <w:ind w:firstLine="720"/>
      </w:pPr>
      <w:r>
        <w:t>Bob said he knew.</w:t>
      </w:r>
    </w:p>
    <w:p>
      <w:pPr>
        <w:ind w:firstLine="720"/>
      </w:pPr>
      <w:r>
        <w:t>Petrus said, "Right," and went on ahead.</w:t>
      </w:r>
    </w:p>
    <w:p>
      <w:pPr>
        <w:ind w:firstLine="720"/>
      </w:pPr>
      <w:r>
        <w:t>It was the first apology anybody had offered on that pass in about four years, and it had been for a sentence six words long that was entirely true.</w:t>
      </w:r>
    </w:p>
    <w:p>
      <w:r>
        <w:br w:type="page"/>
      </w:r>
    </w:p>
    <w:p>
      <w:pPr>
        <w:pStyle w:val="Heading1"/>
      </w:pPr>
      <w:r>
        <w:t>Chapter 13 &amp;mdash; Velvet</w:t>
      </w:r>
    </w:p>
    <w:p>
      <w:pPr>
        <w:ind w:firstLine="720"/>
      </w:pPr>
      <w:r>
        <w:t>Three Vigils in and Oz had still not said one word about it, which was, by Bob's reckoning, the single strangest thing that had happened all year.</w:t>
      </w:r>
    </w:p>
    <w:p>
      <w:pPr>
        <w:ind w:firstLine="720"/>
      </w:pPr>
      <w:r>
        <w:t>He talked about everything else.</w:t>
      </w:r>
    </w:p>
    <w:p>
      <w:pPr>
        <w:ind w:firstLine="720"/>
      </w:pPr>
      <w:r>
        <w:t>At length about the recording project, which had acquired equipment and a name and no actual recordings. He relitigated a nine-year-old dispute with Bly about whether a person could reasonably be said to own a view — a dispute that had originated, as far as Bob could reconstruct, over a window in a rented flat neither of them had lived in for a decade.</w:t>
      </w:r>
    </w:p>
    <w:p>
      <w:pPr>
        <w:ind w:firstLine="720"/>
      </w:pPr>
      <w:r>
        <w:t>He had opinions about the scree. He had opinions about a change to the district transit timetable that affected neither of them.</w:t>
      </w:r>
    </w:p>
    <w:p>
      <w:pPr>
        <w:ind w:firstLine="720"/>
      </w:pPr>
      <w:r>
        <w:t>He did not mention the notice.</w:t>
      </w:r>
    </w:p>
    <w:p>
      <w:pPr>
        <w:ind w:firstLine="720"/>
      </w:pPr>
      <w:r>
        <w:t>And when Petrus tried a careful joke about it below the shrine — a small one, a testing one, offered into a gap — Oz laughed in the right place and did not add anything.</w:t>
      </w:r>
    </w:p>
    <w:p>
      <w:pPr>
        <w:ind w:firstLine="720"/>
      </w:pPr>
      <w:r>
        <w:t>Which for Oz was the conversational equivalent of leaving the room.</w:t>
      </w:r>
    </w:p>
    <w:p>
      <w:pPr>
        <w:ind w:firstLine="720"/>
      </w:pPr>
      <w:r>
        <w:t>Bob did not ask.</w:t>
      </w:r>
    </w:p>
    <w:p>
      <w:pPr>
        <w:ind w:firstLine="720"/>
      </w:pPr>
      <w:r>
        <w:t>He had reasons and he examined two of them on the climb and did not much like either.</w:t>
      </w:r>
    </w:p>
    <w:p>
      <w:pPr>
        <w:ind w:firstLine="720"/>
      </w:pPr>
      <w:r>
        <w:t>The first was that asking would have been a Guide's question rather than a friend's, and Oz would have heard the difference immediately — he always did, he had once told Bob to his face that he could tell when he was being guided at, and had been laughing when he said it and had meant it.</w:t>
      </w:r>
    </w:p>
    <w:p>
      <w:pPr>
        <w:ind w:firstLine="720"/>
      </w:pPr>
      <w:r>
        <w:t>The second, which he got to somewhere above the shrine, was that Bob already knew roughly what the answer was.</w:t>
      </w:r>
    </w:p>
    <w:p>
      <w:pPr>
        <w:ind w:firstLine="720"/>
      </w:pPr>
      <w:r>
        <w:t>He had known for about a year.</w:t>
      </w:r>
    </w:p>
    <w:p>
      <w:pPr>
        <w:ind w:firstLine="720"/>
      </w:pPr>
      <w:r>
        <w:t>And had been carefully not knowing it, in the way a man can hold a thing at exactly the distance where it does not have to be dealt with.</w:t>
      </w:r>
    </w:p>
    <w:p>
      <w:pPr>
        <w:ind w:firstLine="720"/>
      </w:pPr>
      <w:r>
        <w:t>Eleven years on cable rigs. Suspended off overhanging rock in a harness, four hundred metres of nothing under him, fitting pods into basalt with his arms above his head — which is the position that does it, and every cliff-tier engineer on the planet knows it does it, and they do it anyway because it is the job and the job is good.</w:t>
      </w:r>
    </w:p>
    <w:p>
      <w:pPr>
        <w:ind w:firstLine="720"/>
      </w:pPr>
      <w:r>
        <w:t>Plus ballast. Monthly. Up this pass. For most of the same years.</w:t>
      </w:r>
    </w:p>
    <w:p>
      <w:pPr>
        <w:ind w:firstLine="720"/>
      </w:pPr>
      <w:r>
        <w:t>The left shoulder hitched on the steep section, the way it had been hitching since last autumn. Oz did it without breaking stride or sentence — and he had got very good at doing it without breaking stride or sentence, which was itself the information, because a man does not get good at hiding something he is not thinking about.</w:t>
      </w:r>
    </w:p>
    <w:p>
      <w:pPr>
        <w:ind w:firstLine="720"/>
      </w:pPr>
      <w:r>
        <w:t>Nobody had said anything about Oz's shoulders out loud.</w:t>
      </w:r>
    </w:p>
    <w:p>
      <w:pPr>
        <w:ind w:firstLine="720"/>
      </w:pPr>
      <w:r>
        <w:t>Not Oz. Not Bly, as far as Bob knew, though he suspected Bly had said a great deal about them in private and been told to leave it.</w:t>
      </w:r>
    </w:p>
    <w:p>
      <w:pPr>
        <w:ind w:firstLine="720"/>
      </w:pPr>
      <w:r>
        <w:t>And not Bob.</w:t>
      </w:r>
    </w:p>
    <w:p>
      <w:pPr>
        <w:ind w:firstLine="720"/>
      </w:pPr>
      <w:r>
        <w:t>Fourteen plates on the step, four seconds each. Oz set his down and picked it up left-handed, which he had also started doing at some point that Bob could not now place.</w:t>
      </w:r>
    </w:p>
    <w:p>
      <w:pPr>
        <w:ind w:firstLine="720"/>
      </w:pPr>
      <w:r>
        <w:t>On the descent Bob found himself walking behind him for a stretch, watching the way he took the steeper steps — which was with the right leg leading every time, and had been for months.</w:t>
      </w:r>
    </w:p>
    <w:p>
      <w:pPr>
        <w:ind w:firstLine="720"/>
      </w:pPr>
      <w:r>
        <w:t>The kind of thing a body works out on its own, long before its owner has agreed to notice.</w:t>
      </w:r>
    </w:p>
    <w:p>
      <w:r>
        <w:br w:type="page"/>
      </w:r>
    </w:p>
    <w:p>
      <w:pPr>
        <w:pStyle w:val="Heading1"/>
      </w:pPr>
      <w:r>
        <w:t>Chapter 14 &amp;mdash; Citadel</w:t>
      </w:r>
    </w:p>
    <w:p>
      <w:pPr>
        <w:ind w:firstLine="720"/>
      </w:pPr>
      <w:r>
        <w:t>Nineteen and a half kilos, twelve present, and it was on the pass itself — in the long middle, where there was nothing else to do — that they finally talked about it properly.</w:t>
      </w:r>
    </w:p>
    <w:p>
      <w:pPr>
        <w:ind w:firstLine="720"/>
      </w:pPr>
      <w:r>
        <w:t>It was the most polite conversation Bob had ever been part of.</w:t>
      </w:r>
    </w:p>
    <w:p>
      <w:pPr>
        <w:ind w:firstLine="720"/>
      </w:pPr>
      <w:r>
        <w:t>Petrus opened it, which surprised nobody, because Petrus had been visibly holding it for three months and had twice started a sentence and abandoned it.</w:t>
      </w:r>
    </w:p>
    <w:p>
      <w:pPr>
        <w:ind w:firstLine="720"/>
      </w:pPr>
      <w:r>
        <w:t>He said that he wanted to say something, and that he wanted to say first that he was not saying it about anybody.</w:t>
      </w:r>
    </w:p>
    <w:p>
      <w:pPr>
        <w:ind w:firstLine="720"/>
      </w:pPr>
      <w:r>
        <w:t>Which everybody understood to mean Oz, and which everybody also understood to be sincerely meant.</w:t>
      </w:r>
    </w:p>
    <w:p>
      <w:pPr>
        <w:ind w:firstLine="720"/>
      </w:pPr>
      <w:r>
        <w:t>Then he said: the routine keeps the bones. The Lattice keeps the bones permanently. If what we are doing is about the bones, then in about nine months it is a solved problem, and we should be pleased about that. We should be the most pleased people on the planet about it.</w:t>
      </w:r>
    </w:p>
    <w:p>
      <w:pPr>
        <w:ind w:firstLine="720"/>
      </w:pPr>
      <w:r>
        <w:t>"And if it isn't about the bones," said Dagny, carefully, "then we should be able to say what it is about."</w:t>
      </w:r>
    </w:p>
    <w:p>
      <w:pPr>
        <w:ind w:firstLine="720"/>
      </w:pPr>
      <w:r>
        <w:t>"Yes," said Petrus. "That's the whole of my point. And I'd like somebody to say it, because I've been carrying for nine years and I find I can't."</w:t>
      </w:r>
    </w:p>
    <w:p>
      <w:pPr>
        <w:ind w:firstLine="720"/>
      </w:pPr>
      <w:r>
        <w:t>Nobody rushed in.</w:t>
      </w:r>
    </w:p>
    <w:p>
      <w:pPr>
        <w:ind w:firstLine="720"/>
      </w:pPr>
      <w:r>
        <w:t>Bob was proud of them for that and told none of them so. Four hours a month for years makes a company that knows how to leave a silence, and a silence after a question like that is the hardest thing a group of people can do.</w:t>
      </w:r>
    </w:p>
    <w:p>
      <w:pPr>
        <w:ind w:firstLine="720"/>
      </w:pPr>
      <w:r>
        <w:t>What followed was four or five people being enormously careful with each other for about forty minutes.</w:t>
      </w:r>
    </w:p>
    <w:p>
      <w:pPr>
        <w:ind w:firstLine="720"/>
      </w:pPr>
      <w:r>
        <w:t>Everybody prefaced. Everybody granted the other person's position before stating their own, and two of them granted it so thoroughly that it took a while to find out what they actually thought. Two people said some version of "I might be wrong about this" and one of them meant it.</w:t>
      </w:r>
    </w:p>
    <w:p>
      <w:pPr>
        <w:ind w:firstLine="720"/>
      </w:pPr>
      <w:r>
        <w:t>Wren said almost nothing and listened to all of it, which Bob noticed.</w:t>
      </w:r>
    </w:p>
    <w:p>
      <w:pPr>
        <w:ind w:firstLine="720"/>
      </w:pPr>
      <w:r>
        <w:t>Nobody raised their voice.</w:t>
      </w:r>
    </w:p>
    <w:p>
      <w:pPr>
        <w:ind w:firstLine="720"/>
      </w:pPr>
      <w:r>
        <w:t>And nobody got anywhere.</w:t>
      </w:r>
    </w:p>
    <w:p>
      <w:pPr>
        <w:ind w:firstLine="720"/>
      </w:pPr>
      <w:r>
        <w:t>By the shrine it had wound down into an agreement that it was a good conversation to have had — which Bob recognised as the thing a group says when it has discovered a disagreement it has no equipment for.</w:t>
      </w:r>
    </w:p>
    <w:p>
      <w:pPr>
        <w:ind w:firstLine="720"/>
      </w:pPr>
      <w:r>
        <w:t>Twelve plates on the step. Four seconds each.</w:t>
      </w:r>
    </w:p>
    <w:p>
      <w:pPr>
        <w:ind w:firstLine="720"/>
      </w:pPr>
      <w:r>
        <w:t>He heard the difference and said nothing.</w:t>
      </w:r>
    </w:p>
    <w:p>
      <w:pPr>
        <w:ind w:firstLine="720"/>
      </w:pPr>
      <w:r>
        <w:t>Oz did not contribute one word.</w:t>
      </w:r>
    </w:p>
    <w:p>
      <w:pPr>
        <w:ind w:firstLine="720"/>
      </w:pPr>
      <w:r>
        <w:t>At the bottom, Petrus thanked him for letting it run.</w:t>
      </w:r>
    </w:p>
    <w:p>
      <w:pPr>
        <w:ind w:firstLine="720"/>
      </w:pPr>
      <w:r>
        <w:t>Bob said he had not done anything — which was true, and which was also the whole of the skill, and Petrus laughed and said that was exactly what he meant.</w:t>
      </w:r>
    </w:p>
    <w:p>
      <w:pPr>
        <w:ind w:firstLine="720"/>
      </w:pPr>
      <w:r>
        <w:t>Driving home, Bob thought that the conversation had gone about as well as such a conversation could possibly go.</w:t>
      </w:r>
    </w:p>
    <w:p>
      <w:pPr>
        <w:ind w:firstLine="720"/>
      </w:pPr>
      <w:r>
        <w:t>And that this was the problem.</w:t>
      </w:r>
    </w:p>
    <w:p>
      <w:pPr>
        <w:ind w:firstLine="720"/>
      </w:pPr>
      <w:r>
        <w:t>Forty minutes of good-faith, well-mannered, genuinely kind disagreement between people who liked each other and had walked together for years.</w:t>
      </w:r>
    </w:p>
    <w:p>
      <w:pPr>
        <w:ind w:firstLine="720"/>
      </w:pPr>
      <w:r>
        <w:t>And not one person had changed their mind, or come away with anything they could use, or been given a single thing to hold.</w:t>
      </w:r>
    </w:p>
    <w:p>
      <w:r>
        <w:br w:type="page"/>
      </w:r>
    </w:p>
    <w:p>
      <w:pPr>
        <w:pStyle w:val="Heading1"/>
      </w:pPr>
      <w:r>
        <w:t>Chapter 15 &amp;mdash; Resonance</w:t>
      </w:r>
    </w:p>
    <w:p>
      <w:pPr>
        <w:ind w:firstLine="720"/>
      </w:pPr>
      <w:r>
        <w:t>An ordinary Vigil, and Bob spent most of it doing the thing a Guide is not supposed to do, which is counting.</w:t>
      </w:r>
    </w:p>
    <w:p>
      <w:pPr>
        <w:ind w:firstLine="720"/>
      </w:pPr>
      <w:r>
        <w:t>Twelve at the trailhead.</w:t>
      </w:r>
    </w:p>
    <w:p>
      <w:pPr>
        <w:ind w:firstLine="720"/>
      </w:pPr>
      <w:r>
        <w:t>It had been fourteen at the start of the year and fifteen in the good months of the last one, and he could have told you the figure for every month of the last eleven years without looking, because the roster was in his hand every single time and numbers stay.</w:t>
      </w:r>
    </w:p>
    <w:p>
      <w:pPr>
        <w:ind w:firstLine="720"/>
      </w:pPr>
      <w:r>
        <w:t>Two people were not there.</w:t>
      </w:r>
    </w:p>
    <w:p>
      <w:pPr>
        <w:ind w:firstLine="720"/>
      </w:pPr>
      <w:r>
        <w:t>Both of them had been at the last Vigil. Neither had said anything to him, and there was no reason on this world either of them should have — attendance was not a register, missing a month was not a statement, and in eleven years he had learned that treating an absence as a decision is the fastest way to turn it into one.</w:t>
      </w:r>
    </w:p>
    <w:p>
      <w:pPr>
        <w:ind w:firstLine="720"/>
      </w:pPr>
      <w:r>
        <w:t>He had watched a Guide on the northern route do exactly that, years ago. Rang people. Asked, kindly, whether everything was all right. Lost four of them inside a season, because a person who has quietly decided nothing yet will decide something the moment you make them account for it.</w:t>
      </w:r>
    </w:p>
    <w:p>
      <w:pPr>
        <w:ind w:firstLine="720"/>
      </w:pPr>
      <w:r>
        <w:t>So he checked collars in the grey. He said the greeting. The regular obliged from his bench with the wrong emphasis, delighted as ever, at a couple walking a dog.</w:t>
      </w:r>
    </w:p>
    <w:p>
      <w:pPr>
        <w:ind w:firstLine="720"/>
      </w:pPr>
      <w:r>
        <w:t>Up the scree. Into the long middle.</w:t>
      </w:r>
    </w:p>
    <w:p>
      <w:pPr>
        <w:ind w:firstLine="720"/>
      </w:pPr>
      <w:r>
        <w:t>And nobody discussed the notice at all — having apparently used up the whole subject on the last walk and arrived, without any of them proposing it, at the general understanding that it was now a thing you did not bring up.</w:t>
      </w:r>
    </w:p>
    <w:p>
      <w:pPr>
        <w:ind w:firstLine="720"/>
      </w:pPr>
      <w:r>
        <w:t>The shrine at two thirds. Swept, sound, belonging to nobody.</w:t>
      </w:r>
    </w:p>
    <w:p>
      <w:pPr>
        <w:ind w:firstLine="720"/>
      </w:pPr>
      <w:r>
        <w:t>Twelve plates went down on the step and twelve came up. Four seconds each.</w:t>
      </w:r>
    </w:p>
    <w:p>
      <w:pPr>
        <w:ind w:firstLine="720"/>
      </w:pPr>
      <w:r>
        <w:t>Bob had told himself for years that he did not hear the sound.</w:t>
      </w:r>
    </w:p>
    <w:p>
      <w:pPr>
        <w:ind w:firstLine="720"/>
      </w:pPr>
      <w:r>
        <w:t>That had been true, more or less, when it was fourteen or fifteen every month and had been for a decade — the way you stop hearing a clock.</w:t>
      </w:r>
    </w:p>
    <w:p>
      <w:pPr>
        <w:ind w:firstLine="720"/>
      </w:pPr>
      <w:r>
        <w:t>It was not true now.</w:t>
      </w:r>
    </w:p>
    <w:p>
      <w:pPr>
        <w:ind w:firstLine="720"/>
      </w:pPr>
      <w:r>
        <w:t>And he found, standing at the back the way he always did so that he went last, that he could not make it untrue again. That he was going to be able to hear it from here on, every month, for as long as he did this.</w:t>
      </w:r>
    </w:p>
    <w:p>
      <w:pPr>
        <w:ind w:firstLine="720"/>
      </w:pPr>
      <w:r>
        <w:t>Over the top into the wind, and down the far side, which hurt.</w:t>
      </w:r>
    </w:p>
    <w:p>
      <w:pPr>
        <w:ind w:firstLine="720"/>
      </w:pPr>
      <w:r>
        <w:t>His knees. Oz's shoulder. A company two smaller than it had been.</w:t>
      </w:r>
    </w:p>
    <w:p>
      <w:pPr>
        <w:ind w:firstLine="720"/>
      </w:pPr>
      <w:r>
        <w:t>And nobody saying one word about any of the three.</w:t>
      </w:r>
    </w:p>
    <w:p>
      <w:pPr>
        <w:ind w:firstLine="720"/>
      </w:pPr>
      <w:r>
        <w:t>At the rack he wrote twelve in the roster.</w:t>
      </w:r>
    </w:p>
    <w:p>
      <w:pPr>
        <w:ind w:firstLine="720"/>
      </w:pPr>
      <w:r>
        <w:t>Then sat in the car for a while with the engine off, which he had started doing more often, and did not manage to work out what he thought he was waiting for.</w:t>
      </w:r>
    </w:p>
    <w:p>
      <w:pPr>
        <w:ind w:firstLine="720"/>
      </w:pPr>
      <w:r>
        <w:t>Eleven years he had run this walk. For ten and a half of them the number in that column had been a piece of admin — something you wrote so that the district office had a figure, which nobody at the district office had ever asked him about.</w:t>
      </w:r>
    </w:p>
    <w:p>
      <w:pPr>
        <w:ind w:firstLine="720"/>
      </w:pPr>
      <w:r>
        <w:t>He put the roster in the glovebox and drove home.</w:t>
      </w:r>
    </w:p>
    <w:p>
      <w:r>
        <w:br w:type="page"/>
      </w:r>
    </w:p>
    <w:p>
      <w:pPr>
        <w:pStyle w:val="Heading1"/>
      </w:pPr>
      <w:r>
        <w:t>Chapter 16 &amp;mdash; Siphon</w:t>
      </w:r>
    </w:p>
    <w:p>
      <w:pPr>
        <w:ind w:firstLine="720"/>
      </w:pPr>
      <w:r>
        <w:t>A newcomer asked him on the long middle stretch — a man of about fifty, come up on his own, with a borrowed collar Bob had spent four minutes fixing at the trailhead.</w:t>
      </w:r>
    </w:p>
    <w:p>
      <w:pPr>
        <w:ind w:firstLine="720"/>
      </w:pPr>
      <w:r>
        <w:t>Borrowed, and borrowed from somebody who had not walked in a while, judging by the seats. Bob had made a note to find out who and had already half worked it out from the make.</w:t>
      </w:r>
    </w:p>
    <w:p>
      <w:pPr>
        <w:ind w:firstLine="720"/>
      </w:pPr>
      <w:r>
        <w:t>"Why do you do it?"</w:t>
      </w:r>
    </w:p>
    <w:p>
      <w:pPr>
        <w:ind w:firstLine="720"/>
      </w:pPr>
      <w:r>
        <w:t>Bob gave the answer.</w:t>
      </w:r>
    </w:p>
    <w:p>
      <w:pPr>
        <w:ind w:firstLine="720"/>
      </w:pPr>
      <w:r>
        <w:t>That the ease was real, that a third of a gravity was a gift and also a debt, that a body given a world it does not have to push against will stop being able to push. That the routine keeps the bones and does nothing at all for the rest of it. That there is a difference between maintaining a body and inhabiting one, and that carrying is how you inhabit one on a planet that has arranged for you not to have to.</w:t>
      </w:r>
    </w:p>
    <w:p>
      <w:pPr>
        <w:ind w:firstLine="720"/>
      </w:pPr>
      <w:r>
        <w:t>He got as far as</w:t>
      </w:r>
    </w:p>
    <w:p>
      <w:pPr>
        <w:ind w:firstLine="720"/>
      </w:pPr>
      <w:r>
        <w:t>the routine keeps the bones and does nothing at all for the rest of it.</w:t>
      </w:r>
    </w:p>
    <w:p>
      <w:pPr>
        <w:ind w:firstLine="720"/>
      </w:pPr>
      <w:r>
        <w:t>And heard it.</w:t>
      </w:r>
    </w:p>
    <w:p>
      <w:pPr>
        <w:ind w:firstLine="720"/>
      </w:pPr>
      <w:r>
        <w:t>Not thought about it. Heard it — in his own voice, out loud, in the open air, the way you hear a recording of yourself and discover that your voice is not the one you have been listening to your whole life.</w:t>
      </w:r>
    </w:p>
    <w:p>
      <w:pPr>
        <w:ind w:firstLine="720"/>
      </w:pPr>
      <w:r>
        <w:t>Because the sentence had a shape.</w:t>
      </w:r>
    </w:p>
    <w:p>
      <w:pPr>
        <w:ind w:firstLine="720"/>
      </w:pPr>
      <w:r>
        <w:t>And the shape had a hole in it.</w:t>
      </w:r>
    </w:p>
    <w:p>
      <w:pPr>
        <w:ind w:firstLine="720"/>
      </w:pPr>
      <w:r>
        <w:t>And the hole was that</w:t>
      </w:r>
    </w:p>
    <w:p>
      <w:pPr>
        <w:ind w:firstLine="720"/>
      </w:pPr>
      <w:r>
        <w:t>the rest of it</w:t>
      </w:r>
    </w:p>
    <w:p>
      <w:pPr>
        <w:ind w:firstLine="720"/>
      </w:pPr>
      <w:r>
        <w:t>had never once been specified. In eleven years. By him. Out loud. To anybody.</w:t>
      </w:r>
    </w:p>
    <w:p>
      <w:pPr>
        <w:ind w:firstLine="720"/>
      </w:pPr>
      <w:r>
        <w:t>He had built the entire answer around a gap and delivered it four hundred times, and it had worked every single time — because a person asking a stranger a personal question halfway up a mountain is not listening for a hole. They are listening for whether the man answering means it.</w:t>
      </w:r>
    </w:p>
    <w:p>
      <w:pPr>
        <w:ind w:firstLine="720"/>
      </w:pPr>
      <w:r>
        <w:t>And he did mean it. That was not the problem. It had never been the problem.</w:t>
      </w:r>
    </w:p>
    <w:p>
      <w:pPr>
        <w:ind w:firstLine="720"/>
      </w:pPr>
      <w:r>
        <w:t>He finished the answer.</w:t>
      </w:r>
    </w:p>
    <w:p>
      <w:pPr>
        <w:ind w:firstLine="720"/>
      </w:pPr>
      <w:r>
        <w:t>The pauses were in the right places. The small deprecating turn at the end landed and the man laughed and the pressure came off, exactly the way it had for eleven years.</w:t>
      </w:r>
    </w:p>
    <w:p>
      <w:pPr>
        <w:ind w:firstLine="720"/>
      </w:pPr>
      <w:r>
        <w:t>"That's good," the man said. "That's better than I expected, honestly."</w:t>
      </w:r>
    </w:p>
    <w:p>
      <w:pPr>
        <w:ind w:firstLine="720"/>
      </w:pPr>
      <w:r>
        <w:t>"It's had a lot of practice," said Bob.</w:t>
      </w:r>
    </w:p>
    <w:p>
      <w:pPr>
        <w:ind w:firstLine="720"/>
      </w:pPr>
      <w:r>
        <w:t>Which was the truest thing he said all day, and which the man took, correctly, as a joke.</w:t>
      </w:r>
    </w:p>
    <w:p>
      <w:pPr>
        <w:ind w:firstLine="720"/>
      </w:pPr>
      <w:r>
        <w:t>The man came back the next month, and the month after that, and Bob was glad about it and could not entirely enjoy it.</w:t>
      </w:r>
    </w:p>
    <w:p>
      <w:pPr>
        <w:ind w:firstLine="720"/>
      </w:pPr>
      <w:r>
        <w:t>Because the answer had worked.</w:t>
      </w:r>
    </w:p>
    <w:p>
      <w:pPr>
        <w:ind w:firstLine="720"/>
      </w:pPr>
      <w:r>
        <w:t>That was the part he kept returning to on the descent. Not that he had said something hollow — he had not, every word of it was true and he would defend all of it.</w:t>
      </w:r>
    </w:p>
    <w:p>
      <w:pPr>
        <w:ind w:firstLine="720"/>
      </w:pPr>
      <w:r>
        <w:t>But that he had said something true with a hole in the middle of it, and it had done its job perfectly, as it had for eleven years, on everybody.</w:t>
      </w:r>
    </w:p>
    <w:p>
      <w:pPr>
        <w:ind w:firstLine="720"/>
      </w:pPr>
      <w:r>
        <w:t>Including, until that afternoon, on him.</w:t>
      </w:r>
    </w:p>
    <w:p>
      <w:r>
        <w:br w:type="page"/>
      </w:r>
    </w:p>
    <w:p>
      <w:pPr>
        <w:pStyle w:val="Heading1"/>
      </w:pPr>
      <w:r>
        <w:t>Chapter 17 &amp;mdash; Founding</w:t>
      </w:r>
    </w:p>
    <w:p>
      <w:pPr>
        <w:ind w:firstLine="720"/>
      </w:pPr>
      <w:r>
        <w:t>Twenty-one kilos this year, twelve present, and Petrus asked him the question directly, on the pass, in front of about six people.</w:t>
      </w:r>
    </w:p>
    <w:p>
      <w:pPr>
        <w:ind w:firstLine="720"/>
      </w:pPr>
      <w:r>
        <w:t>He was not being aggressive.</w:t>
      </w:r>
    </w:p>
    <w:p>
      <w:pPr>
        <w:ind w:firstLine="720"/>
      </w:pPr>
      <w:r>
        <w:t>Bob wanted that clear in his own head afterward and made a point of holding on to it, because the memory would have been easier to carry if Petrus had been unkind and he had not been.</w:t>
      </w:r>
    </w:p>
    <w:p>
      <w:pPr>
        <w:ind w:firstLine="720"/>
      </w:pPr>
      <w:r>
        <w:t>He asked the way a man asks about something that is keeping him awake. Slightly too fast. Having plainly decided on the drive up that he was going to.</w:t>
      </w:r>
    </w:p>
    <w:p>
      <w:pPr>
        <w:ind w:firstLine="720"/>
      </w:pPr>
      <w:r>
        <w:t>"What's it for, Bob? Now. Not what was it for. If the softening can just be fixed — and it can, they've fixed it, it's in the notices — what is this for?"</w:t>
      </w:r>
    </w:p>
    <w:p>
      <w:pPr>
        <w:ind w:firstLine="720"/>
      </w:pPr>
      <w:r>
        <w:t>And Bob gave the answer.</w:t>
      </w:r>
    </w:p>
    <w:p>
      <w:pPr>
        <w:ind w:firstLine="720"/>
      </w:pPr>
      <w:r>
        <w:t>The eleven-year answer. Gift and debt, the body given a world it does not have to push against, the difference between maintaining a body and inhabiting one.</w:t>
      </w:r>
    </w:p>
    <w:p>
      <w:pPr>
        <w:ind w:firstLine="720"/>
      </w:pPr>
      <w:r>
        <w:t>He watched it land wrong.</w:t>
      </w:r>
    </w:p>
    <w:p>
      <w:pPr>
        <w:ind w:firstLine="720"/>
      </w:pPr>
      <w:r>
        <w:t>Not badly. Nobody argued. Nobody scoffed. Petrus nodded slowly the whole way through it, which was worse than either.</w:t>
      </w:r>
    </w:p>
    <w:p>
      <w:pPr>
        <w:ind w:firstLine="720"/>
      </w:pPr>
      <w:r>
        <w:t>What Bob saw, in about four faces, was people receiving a very good answer to a question that had not been asked.</w:t>
      </w:r>
    </w:p>
    <w:p>
      <w:pPr>
        <w:ind w:firstLine="720"/>
      </w:pPr>
      <w:r>
        <w:t>The sound of a thing built to explain why a person</w:t>
      </w:r>
    </w:p>
    <w:p>
      <w:pPr>
        <w:ind w:firstLine="720"/>
      </w:pPr>
      <w:r>
        <w:t>starts</w:t>
      </w:r>
    </w:p>
    <w:p>
      <w:pPr>
        <w:ind w:firstLine="720"/>
      </w:pPr>
      <w:r>
        <w:t>— which is what a newcomer needs on a mountain, and what he had spent eleven years perfecting for exactly that audience — being applied to the entirely different problem of why a person continues after the reason is gone.</w:t>
      </w:r>
    </w:p>
    <w:p>
      <w:pPr>
        <w:ind w:firstLine="720"/>
      </w:pPr>
      <w:r>
        <w:t>He heard it go past Petrus the way a thrown thing goes past somebody who has stopped reaching.</w:t>
      </w:r>
    </w:p>
    <w:p>
      <w:pPr>
        <w:ind w:firstLine="720"/>
      </w:pPr>
      <w:r>
        <w:t>Petrus said, "Right."</w:t>
      </w:r>
    </w:p>
    <w:p>
      <w:pPr>
        <w:ind w:firstLine="720"/>
      </w:pPr>
      <w:r>
        <w:t>And then, after a moment, "Thanks."</w:t>
      </w:r>
    </w:p>
    <w:p>
      <w:pPr>
        <w:ind w:firstLine="720"/>
      </w:pPr>
      <w:r>
        <w:t>And meant both, which was the thing Bob could not put down afterward. There was no sarcasm anywhere in it. Petrus had asked his Guide for something and had been given something else and had thanked him for it politely, because that is what you do.</w:t>
      </w:r>
    </w:p>
    <w:p>
      <w:pPr>
        <w:ind w:firstLine="720"/>
      </w:pPr>
      <w:r>
        <w:t>Bob said something about the shrine to change the subject.</w:t>
      </w:r>
    </w:p>
    <w:p>
      <w:pPr>
        <w:ind w:firstLine="720"/>
      </w:pPr>
      <w:r>
        <w:t>It worked. It always works. Twelve people walked on.</w:t>
      </w:r>
    </w:p>
    <w:p>
      <w:pPr>
        <w:ind w:firstLine="720"/>
      </w:pPr>
      <w:r>
        <w:t>Twelve plates on the step, four seconds each. Over the top into the wind.</w:t>
      </w:r>
    </w:p>
    <w:p>
      <w:pPr>
        <w:ind w:firstLine="720"/>
      </w:pPr>
      <w:r>
        <w:t>He had been giving that answer since he was twenty-nine years old.</w:t>
      </w:r>
    </w:p>
    <w:p>
      <w:pPr>
        <w:ind w:firstLine="720"/>
      </w:pPr>
      <w:r>
        <w:t>He had never in his life had to think of a second one — and it occurred to him on the descent, with his knees loud and the light going, that he had no idea whatever how a person went about it. Where you would even start. Whether you sit down and do it, or whether it has to arrive.</w:t>
      </w:r>
    </w:p>
    <w:p>
      <w:pPr>
        <w:ind w:firstLine="720"/>
      </w:pPr>
      <w:r>
        <w:t>At the bottom Petrus racked his rig and said, "See you next month."</w:t>
      </w:r>
    </w:p>
    <w:p>
      <w:pPr>
        <w:ind w:firstLine="720"/>
      </w:pPr>
      <w:r>
        <w:t>And did see him next month, and the month after, which Bob would think about a great deal later.</w:t>
      </w:r>
    </w:p>
    <w:p>
      <w:pPr>
        <w:ind w:firstLine="720"/>
      </w:pPr>
      <w:r>
        <w:t>The question had not been an exit.</w:t>
      </w:r>
    </w:p>
    <w:p>
      <w:pPr>
        <w:ind w:firstLine="720"/>
      </w:pPr>
      <w:r>
        <w:t>That was what he had misread, standing on the pass with six faces turned toward him. Petrus had not been building toward leaving. He had been asking his Guide for something to hold, in front of witnesses, having found nothing on his own in three months of trying.</w:t>
      </w:r>
    </w:p>
    <w:p>
      <w:pPr>
        <w:ind w:firstLine="720"/>
      </w:pPr>
      <w:r>
        <w:t>And Bob had handed him a very good answer to a different question, and watched him take it politely, and moved the conversation on.</w:t>
      </w:r>
    </w:p>
    <w:p>
      <w:r>
        <w:br w:type="page"/>
      </w:r>
    </w:p>
    <w:p>
      <w:pPr>
        <w:pStyle w:val="Heading1"/>
      </w:pPr>
      <w:r>
        <w:t>Chapter 18 &amp;mdash; Kush</w:t>
      </w:r>
    </w:p>
    <w:p>
      <w:pPr>
        <w:ind w:firstLine="720"/>
      </w:pPr>
      <w:r>
        <w:t>A quiet Vigil, and Bob turned it over the entire climb and arrived precisely nowhere.</w:t>
      </w:r>
    </w:p>
    <w:p>
      <w:pPr>
        <w:ind w:firstLine="720"/>
      </w:pPr>
      <w:r>
        <w:t>He tried it as a question about the body first, because that was the ground he actually knew.</w:t>
      </w:r>
    </w:p>
    <w:p>
      <w:pPr>
        <w:ind w:firstLine="720"/>
      </w:pPr>
      <w:r>
        <w:t>A lattice keeps the bones. Carrying keeps the bones and also the tendons, the balance, the small stabilising muscle nobody names, the capacity to be tired and continue.</w:t>
      </w:r>
    </w:p>
    <w:p>
      <w:pPr>
        <w:ind w:firstLine="720"/>
      </w:pPr>
      <w:r>
        <w:t>He got about that far before conceding that a decent proportion of it was recoverable with a routine, and that he was assembling a case rather than answering a question — and he knew the difference, because he had spent eleven years listening to newcomers assemble cases at him.</w:t>
      </w:r>
    </w:p>
    <w:p>
      <w:pPr>
        <w:ind w:firstLine="720"/>
      </w:pPr>
      <w:r>
        <w:t>He tried it as a question about attention.</w:t>
      </w:r>
    </w:p>
    <w:p>
      <w:pPr>
        <w:ind w:firstLine="720"/>
      </w:pPr>
      <w:r>
        <w:t>That a practice is a way of paying attention to a fact you would otherwise stop noticing. That the load is not the point; the load is a device for keeping something in view.</w:t>
      </w:r>
    </w:p>
    <w:p>
      <w:pPr>
        <w:ind w:firstLine="720"/>
      </w:pPr>
      <w:r>
        <w:t>That was better. He liked it for nearly a mile — long enough to start building sentences with it, and to notice he was building sentences with it.</w:t>
      </w:r>
    </w:p>
    <w:p>
      <w:pPr>
        <w:ind w:firstLine="720"/>
      </w:pPr>
      <w:r>
        <w:t>Then he ran it past himself in Petrus's voice.</w:t>
      </w:r>
    </w:p>
    <w:p>
      <w:pPr>
        <w:ind w:firstLine="720"/>
      </w:pPr>
      <w:r>
        <w:t>And heard how it sounds to a man of fifty-four with a bad back:</w:t>
      </w:r>
    </w:p>
    <w:p>
      <w:pPr>
        <w:ind w:firstLine="720"/>
      </w:pPr>
      <w:r>
        <w:t>you should keep hurting so as to notice things.</w:t>
      </w:r>
    </w:p>
    <w:p>
      <w:pPr>
        <w:ind w:firstLine="720"/>
      </w:pPr>
      <w:r>
        <w:t>Which was not what he meant. And was exactly what he had said.</w:t>
      </w:r>
    </w:p>
    <w:p>
      <w:pPr>
        <w:ind w:firstLine="720"/>
      </w:pPr>
      <w:r>
        <w:t>He tried it as a question about company.</w:t>
      </w:r>
    </w:p>
    <w:p>
      <w:pPr>
        <w:ind w:firstLine="720"/>
      </w:pPr>
      <w:r>
        <w:t>And shied off it fast, for reasons he did not examine, and which were sitting in the bottom of his pack wrapped in cloth about eleven inches from his own spine.</w:t>
      </w:r>
    </w:p>
    <w:p>
      <w:pPr>
        <w:ind w:firstLine="720"/>
      </w:pPr>
      <w:r>
        <w:t>He tried, briefly and without much conviction, thinking about it as a question about being right — that the sect had been correct about the softening for four generations and had received nothing for it. That the Lattice arriving as a civic notice between a water schedule and a licensing panel was the final proof that nobody had ever been listening, or ever would.</w:t>
      </w:r>
    </w:p>
    <w:p>
      <w:pPr>
        <w:ind w:firstLine="720"/>
      </w:pPr>
      <w:r>
        <w:t>He put that one down quickly.</w:t>
      </w:r>
    </w:p>
    <w:p>
      <w:pPr>
        <w:ind w:firstLine="720"/>
      </w:pPr>
      <w:r>
        <w:t>It was true. It was also self-pity, and he had no use for self-pity on a mountain, and he had told other people so.</w:t>
      </w:r>
    </w:p>
    <w:p>
      <w:pPr>
        <w:ind w:firstLine="720"/>
      </w:pPr>
      <w:r>
        <w:t>Twelve plates on the step. Four seconds each.</w:t>
      </w:r>
    </w:p>
    <w:p>
      <w:pPr>
        <w:ind w:firstLine="720"/>
      </w:pPr>
      <w:r>
        <w:t>By the top he had four half-answers and no whole one — which was, he understood without much comfort, roughly the state of every person on the walk behind him.</w:t>
      </w:r>
    </w:p>
    <w:p>
      <w:pPr>
        <w:ind w:firstLine="720"/>
      </w:pPr>
      <w:r>
        <w:t>On the descent he caught himself constructing an answer</w:t>
      </w:r>
    </w:p>
    <w:p>
      <w:pPr>
        <w:ind w:firstLine="720"/>
      </w:pPr>
      <w:r>
        <w:t>for Petrus</w:t>
      </w:r>
    </w:p>
    <w:p>
      <w:pPr>
        <w:ind w:firstLine="720"/>
      </w:pPr>
      <w:r>
        <w:t>rather than for himself.</w:t>
      </w:r>
    </w:p>
    <w:p>
      <w:pPr>
        <w:ind w:firstLine="720"/>
      </w:pPr>
      <w:r>
        <w:t>And stopped. And found that he had been doing it since the first bend.</w:t>
      </w:r>
    </w:p>
    <w:p>
      <w:pPr>
        <w:ind w:firstLine="720"/>
      </w:pPr>
      <w:r>
        <w:t>That was the trouble with the job, and it had taken him eleven years and one civic notice to see it plainly.</w:t>
      </w:r>
    </w:p>
    <w:p>
      <w:pPr>
        <w:ind w:firstLine="720"/>
      </w:pPr>
      <w:r>
        <w:t>A Guide asks every newcomer why they came. He is good at it, and he means it, and he remembers what they tell him — Bob could have told you why every one of the twelve people behind him had started, including the two he no longer believed.</w:t>
      </w:r>
    </w:p>
    <w:p>
      <w:pPr>
        <w:ind w:firstLine="720"/>
      </w:pPr>
      <w:r>
        <w:t>And nobody has ever once thought to ask the Guide.</w:t>
      </w:r>
    </w:p>
    <w:p>
      <w:pPr>
        <w:ind w:firstLine="720"/>
      </w:pPr>
      <w:r>
        <w:t>Because the Guide is the fixed point of the walk, and fixed points are not asked things.</w:t>
      </w:r>
    </w:p>
    <w:p>
      <w:pPr>
        <w:ind w:firstLine="720"/>
      </w:pPr>
      <w:r>
        <w:t>And after enough years a man can arrive at the top of a pass having never said his own reason out loud to a living soul.</w:t>
      </w:r>
    </w:p>
    <w:p>
      <w:r>
        <w:br w:type="page"/>
      </w:r>
    </w:p>
    <w:p>
      <w:pPr>
        <w:pStyle w:val="Heading1"/>
      </w:pPr>
      <w:r>
        <w:t>Chapter 19 &amp;mdash; Ledger</w:t>
      </w:r>
    </w:p>
    <w:p>
      <w:pPr>
        <w:ind w:firstLine="720"/>
      </w:pPr>
      <w:r>
        <w:t>Oz was in tremendous form, and Bob would spend a good deal of the following year going back over this particular four hours.</w:t>
      </w:r>
    </w:p>
    <w:p>
      <w:pPr>
        <w:ind w:firstLine="720"/>
      </w:pPr>
      <w:r>
        <w:t>Nothing happened in it.</w:t>
      </w:r>
    </w:p>
    <w:p>
      <w:pPr>
        <w:ind w:firstLine="720"/>
      </w:pPr>
      <w:r>
        <w:t>That was the point of it at the time and it is the point of it now, and Bob has never been able to decide whether writing it down changes that.</w:t>
      </w:r>
    </w:p>
    <w:p>
      <w:pPr>
        <w:ind w:firstLine="720"/>
      </w:pPr>
      <w:r>
        <w:t>Oz talked from the trailhead to the car park, more or less continuously, about:</w:t>
      </w:r>
    </w:p>
    <w:p>
      <w:pPr>
        <w:ind w:firstLine="720"/>
      </w:pPr>
      <w:r>
        <w:t>The recording project, which had now acquired a second piece of equipment and still no recordings, and which he defended at some length on the grounds that preparation is itself a form of output — a position he held with complete sincerity and had held about four other things over the years.</w:t>
      </w:r>
    </w:p>
    <w:p>
      <w:pPr>
        <w:ind w:firstLine="720"/>
      </w:pPr>
      <w:r>
        <w:t>The man in the eastern tier, whose crimes against a microphone had apparently deepened.</w:t>
      </w:r>
    </w:p>
    <w:p>
      <w:pPr>
        <w:ind w:firstLine="720"/>
      </w:pPr>
      <w:r>
        <w:t>Bly, and a disagreement about a chair. Not a metaphorical chair. An actual chair, which one of them had bought and the other considered a mistake, and which had been in the flat for six months and had become, by Oz's own cheerful admission, load-bearing in a way no chair should be.</w:t>
      </w:r>
    </w:p>
    <w:p>
      <w:pPr>
        <w:ind w:firstLine="720"/>
      </w:pPr>
      <w:r>
        <w:t>The scree, which was worse.</w:t>
      </w:r>
    </w:p>
    <w:p>
      <w:pPr>
        <w:ind w:firstLine="720"/>
      </w:pPr>
      <w:r>
        <w:t>And whether a person could be said to have a favourite kind of weather, or whether that was simply a favourite kind of mood with weather attached — which was the best thing he said all day and which he threw away in about nine seconds.</w:t>
      </w:r>
    </w:p>
    <w:p>
      <w:pPr>
        <w:ind w:firstLine="720"/>
      </w:pPr>
      <w:r>
        <w:t>He asked Bob three questions about the roster and listened to none of the answers.</w:t>
      </w:r>
    </w:p>
    <w:p>
      <w:pPr>
        <w:ind w:firstLine="720"/>
      </w:pPr>
      <w:r>
        <w:t>At the steep section the left shoulder hitched. Twice. He talked straight through it both times.</w:t>
      </w:r>
    </w:p>
    <w:p>
      <w:pPr>
        <w:ind w:firstLine="720"/>
      </w:pPr>
      <w:r>
        <w:t>At the shrine he set his plate down and picked it up left-handed.</w:t>
      </w:r>
    </w:p>
    <w:p>
      <w:pPr>
        <w:ind w:firstLine="720"/>
      </w:pPr>
      <w:r>
        <w:t>On the descent — which is the part that hurts everybody, and which is where a company goes quiet whatever the year — he did the thing he had started doing about a year ago, which was to go slightly quiet for the first four minutes and then start again as though nothing had interrupted him.</w:t>
      </w:r>
    </w:p>
    <w:p>
      <w:pPr>
        <w:ind w:firstLine="720"/>
      </w:pPr>
      <w:r>
        <w:t>At the bottom he said, "Same time next month," which he said every month.</w:t>
      </w:r>
    </w:p>
    <w:p>
      <w:pPr>
        <w:ind w:firstLine="720"/>
      </w:pPr>
      <w:r>
        <w:t>Bob said, "Same time next month."</w:t>
      </w:r>
    </w:p>
    <w:p>
      <w:pPr>
        <w:ind w:firstLine="720"/>
      </w:pPr>
      <w:r>
        <w:t>The regular shouted something from his bench and Oz shouted something cheerful back, which he was the only one who ever did, and which the regular loved and had loved for years.</w:t>
      </w:r>
    </w:p>
    <w:p>
      <w:pPr>
        <w:ind w:firstLine="720"/>
      </w:pPr>
      <w:r>
        <w:t>Bob wrote twelve in the roster and drove home.</w:t>
      </w:r>
    </w:p>
    <w:p>
      <w:pPr>
        <w:ind w:firstLine="720"/>
      </w:pPr>
      <w:r>
        <w:t>And thought — insofar as he thought about it at all, which was not much, because it had been an ordinary walk in a difficult year and he was tired — that it had been a good four hours. That Oz was on excellent form. And that whatever had been eating at him about the notice back in the spring seemed to have passed off.</w:t>
      </w:r>
    </w:p>
    <w:p>
      <w:pPr>
        <w:ind w:firstLine="720"/>
      </w:pPr>
      <w:r>
        <w:t>He would go back over that four hours a great many times, afterward, looking for the place where he should have asked.</w:t>
      </w:r>
    </w:p>
    <w:p>
      <w:pPr>
        <w:ind w:firstLine="720"/>
      </w:pPr>
      <w:r>
        <w:t>There was not one.</w:t>
      </w:r>
    </w:p>
    <w:p>
      <w:pPr>
        <w:ind w:firstLine="720"/>
      </w:pPr>
      <w:r>
        <w:t>That is the thing he would eventually have to accept, and it took him most of the following year: Oz had given him a completely ordinary Vigil. On purpose. Expertly. Four hours filled so smoothly that no question could have got in edgeways.</w:t>
      </w:r>
    </w:p>
    <w:p>
      <w:pPr>
        <w:ind w:firstLine="720"/>
      </w:pPr>
      <w:r>
        <w:t>And Bob had taken it.</w:t>
      </w:r>
    </w:p>
    <w:p>
      <w:r>
        <w:br w:type="page"/>
      </w:r>
    </w:p>
    <w:p>
      <w:pPr>
        <w:pStyle w:val="Heading1"/>
      </w:pPr>
      <w:r>
        <w:t>Chapter 20 &amp;mdash; Stillness</w:t>
      </w:r>
    </w:p>
    <w:p>
      <w:pPr>
        <w:ind w:firstLine="720"/>
      </w:pPr>
      <w:r>
        <w:t>Twenty-one kilos, eleven present, and the second year closed two down from where it had started.</w:t>
      </w:r>
    </w:p>
    <w:p>
      <w:pPr>
        <w:ind w:firstLine="720"/>
      </w:pPr>
      <w:r>
        <w:t>Both of them had told him.</w:t>
      </w:r>
    </w:p>
    <w:p>
      <w:pPr>
        <w:ind w:firstLine="720"/>
      </w:pPr>
      <w:r>
        <w:t>Which Bob appreciated more than he could reasonably have expected either of them to understand, and more than he could have said to either of them without making it strange.</w:t>
      </w:r>
    </w:p>
    <w:p>
      <w:pPr>
        <w:ind w:firstLine="720"/>
      </w:pPr>
      <w:r>
        <w:t>Dagny had said it at the rack after the last Vigil. Straightforwardly, no preamble, holding her collar in one hand.</w:t>
      </w:r>
    </w:p>
    <w:p>
      <w:pPr>
        <w:ind w:firstLine="720"/>
      </w:pPr>
      <w:r>
        <w:t>That she had thought about it a great deal. That she had been carrying for six years and had loved most of it. And that she had worked out — recently, and not because of the notice, though she conceded the notice had started it — that she had been doing it because her father had, and not for any reason she could locate in herself.</w:t>
      </w:r>
    </w:p>
    <w:p>
      <w:pPr>
        <w:ind w:firstLine="720"/>
      </w:pPr>
      <w:r>
        <w:t>And that finding that out had rather taken the legs from under it.</w:t>
      </w:r>
    </w:p>
    <w:p>
      <w:pPr>
        <w:ind w:firstLine="720"/>
      </w:pPr>
      <w:r>
        <w:t>She said she was fine. She looked fine. She was fine.</w:t>
      </w:r>
    </w:p>
    <w:p>
      <w:pPr>
        <w:ind w:firstLine="720"/>
      </w:pPr>
      <w:r>
        <w:t>Bob had said the only thing there is to say, which is that the rack is there if she wants it, and she had said she knew, and had not come back, and he had not expected her to.</w:t>
      </w:r>
    </w:p>
    <w:p>
      <w:pPr>
        <w:ind w:firstLine="720"/>
      </w:pPr>
      <w:r>
        <w:t>The other was a woman called Ise who had only been walking two years.</w:t>
      </w:r>
    </w:p>
    <w:p>
      <w:pPr>
        <w:ind w:firstLine="720"/>
      </w:pPr>
      <w:r>
        <w:t>She said, essentially, that the notice had made her realise she had joined something she had never actually agreed with. That she had liked the people and the walk and the being-part-of-it, and had never once believed the thing underneath it. And that she felt she owed everybody the honesty of saying so rather than just not turning up.</w:t>
      </w:r>
    </w:p>
    <w:p>
      <w:pPr>
        <w:ind w:firstLine="720"/>
      </w:pPr>
      <w:r>
        <w:t>She had shaken his hand. She had been embarrassed about shaking his hand, and had done it anyway, which Bob thought was the most creditable thing anybody did that year.</w:t>
      </w:r>
    </w:p>
    <w:p>
      <w:pPr>
        <w:ind w:firstLine="720"/>
      </w:pPr>
      <w:r>
        <w:t>Neither departure was a wound.</w:t>
      </w:r>
    </w:p>
    <w:p>
      <w:pPr>
        <w:ind w:firstLine="720"/>
      </w:pPr>
      <w:r>
        <w:t>He had watched people leave for eleven years and he knew the difference between the ones who go quiet and the ones who go clean. The quiet ones are the injury — they stop answering, and you find out in the spring, and there is always something you could have done in the autumn.</w:t>
      </w:r>
    </w:p>
    <w:p>
      <w:pPr>
        <w:ind w:firstLine="720"/>
      </w:pPr>
      <w:r>
        <w:t>Both of these had gone clean.</w:t>
      </w:r>
    </w:p>
    <w:p>
      <w:pPr>
        <w:ind w:firstLine="720"/>
      </w:pPr>
      <w:r>
        <w:t>Eleven at the trailhead in the grey. He checked collars, said the greeting, got the regular's version back off the bench.</w:t>
      </w:r>
    </w:p>
    <w:p>
      <w:pPr>
        <w:ind w:firstLine="720"/>
      </w:pPr>
      <w:r>
        <w:t>Eleven plates on the step at two thirds. Four seconds each, and the sound of it.</w:t>
      </w:r>
    </w:p>
    <w:p>
      <w:pPr>
        <w:ind w:firstLine="720"/>
      </w:pPr>
      <w:r>
        <w:t>Oz's shoulder, unmentioned. Bob's own answer, unrepaired.</w:t>
      </w:r>
    </w:p>
    <w:p>
      <w:pPr>
        <w:ind w:firstLine="720"/>
      </w:pPr>
      <w:r>
        <w:t>He sat in the drive with the engine off and ran the year the way a Guide is supposed to.</w:t>
      </w:r>
    </w:p>
    <w:p>
      <w:pPr>
        <w:ind w:firstLine="720"/>
      </w:pPr>
      <w:r>
        <w:t>The load up to twenty-one and holding. The roster down two, both clean, both said so. Wren steady and standing where the new ones could find her — she had rigged somebody at the trailhead that morning, badly at first and then correctly, and Bob had watched and not stepped in. Petrus still coming, still without an answer.</w:t>
      </w:r>
    </w:p>
    <w:p>
      <w:pPr>
        <w:ind w:firstLine="720"/>
      </w:pPr>
      <w:r>
        <w:t>A conversation on the pass that had gone perfectly well and settled nothing whatsoever.</w:t>
      </w:r>
    </w:p>
    <w:p>
      <w:pPr>
        <w:ind w:firstLine="720"/>
      </w:pPr>
      <w:r>
        <w:t>Nothing had broken.</w:t>
      </w:r>
    </w:p>
    <w:p>
      <w:pPr>
        <w:ind w:firstLine="720"/>
      </w:pPr>
      <w:r>
        <w:t>He was fairly sure of that. Sure enough to go inside without sitting there any longer.</w:t>
      </w:r>
    </w:p>
    <w:p>
      <w:pPr>
        <w:ind w:firstLine="720"/>
      </w:pPr>
      <w:r>
        <w:t>And he was wrong about it, in one specific place, that he had been walking beside every month for four years.</w:t>
      </w:r>
    </w:p>
    <w:p>
      <w:r>
        <w:br w:type="page"/>
      </w:r>
    </w:p>
    <w:p>
      <w:pPr>
        <w:pStyle w:val="Heading1"/>
      </w:pPr>
      <w:r>
        <w:t>Chapter 21 &amp;mdash; First-Light</w:t>
      </w:r>
    </w:p>
    <w:p>
      <w:pPr>
        <w:ind w:firstLine="720"/>
      </w:pPr>
      <w:r>
        <w:t>Oz told him in the car park, before anybody else arrived, standing beside his own rig with the straps already over one shoulder.</w:t>
      </w:r>
    </w:p>
    <w:p>
      <w:pPr>
        <w:ind w:firstLine="720"/>
      </w:pPr>
      <w:r>
        <w:t>He had come early. That was the first thing Bob registered and the thing that told him it was coming — Oz had never been early to anything in twenty years, and had a whole routine about it that he performed at least twice a season.</w:t>
      </w:r>
    </w:p>
    <w:p>
      <w:pPr>
        <w:ind w:firstLine="720"/>
      </w:pPr>
      <w:r>
        <w:t>"I've had the Lattice. Started in the spring. It's nine months, so I'm about four in."</w:t>
      </w:r>
    </w:p>
    <w:p>
      <w:pPr>
        <w:ind w:firstLine="720"/>
      </w:pPr>
      <w:r>
        <w:t>A pause. And then, because he was Oz:</w:t>
      </w:r>
    </w:p>
    <w:p>
      <w:pPr>
        <w:ind w:firstLine="720"/>
      </w:pPr>
      <w:r>
        <w:t>"You're going to be very kind about this and I'd rather you weren't."</w:t>
      </w:r>
    </w:p>
    <w:p>
      <w:pPr>
        <w:ind w:firstLine="720"/>
      </w:pPr>
      <w:r>
        <w:t>Bob said the first true thing that came to him, which was, "How are the shoulders."</w:t>
      </w:r>
    </w:p>
    <w:p>
      <w:pPr>
        <w:ind w:firstLine="720"/>
      </w:pPr>
      <w:r>
        <w:t>"Better. Not fixed. It's the bones, it's not the tendons."</w:t>
      </w:r>
    </w:p>
    <w:p>
      <w:pPr>
        <w:ind w:firstLine="720"/>
      </w:pPr>
      <w:r>
        <w:t>He was looking at the marker post rather than at Bob. The light was still grey. Somewhere down the approach road the first set of headlights had appeared and neither of them acknowledged it.</w:t>
      </w:r>
    </w:p>
    <w:p>
      <w:pPr>
        <w:ind w:firstLine="720"/>
      </w:pPr>
      <w:r>
        <w:t>"Eleven years on the rigs, Bob. Eleven years hanging off a harness fitting pods into overhangs with my arms above my head. And eleven years of this on top of it. And I've woken up every single day since I was thirty-one with a decision to make about how much of the day I'm going to spend managing my own back."</w:t>
      </w:r>
    </w:p>
    <w:p>
      <w:pPr>
        <w:ind w:firstLine="720"/>
      </w:pPr>
      <w:r>
        <w:t>He got the second strap up. The motion was easier than it had been in the autumn and Bob saw that too.</w:t>
      </w:r>
    </w:p>
    <w:p>
      <w:pPr>
        <w:ind w:firstLine="720"/>
      </w:pPr>
      <w:r>
        <w:t>"They offered it to me because of the job. Cliff-tier's one of the three on the priority list, it's in the notice, you read it same as I did. I'd have taken it for the job alone."</w:t>
      </w:r>
    </w:p>
    <w:p>
      <w:pPr>
        <w:ind w:firstLine="720"/>
      </w:pPr>
      <w:r>
        <w:t>He shrugged, and the shrug was the most careful thing about the whole conversation.</w:t>
      </w:r>
    </w:p>
    <w:p>
      <w:pPr>
        <w:ind w:firstLine="720"/>
      </w:pPr>
      <w:r>
        <w:t>"The rest of it I've thought about more than you'd think."</w:t>
      </w:r>
    </w:p>
    <w:p>
      <w:pPr>
        <w:ind w:firstLine="720"/>
      </w:pPr>
      <w:r>
        <w:t>"I believe you."</w:t>
      </w:r>
    </w:p>
    <w:p>
      <w:pPr>
        <w:ind w:firstLine="720"/>
      </w:pPr>
      <w:r>
        <w:t>"I know you do. That's not the same as it being all right."</w:t>
      </w:r>
    </w:p>
    <w:p>
      <w:pPr>
        <w:ind w:firstLine="720"/>
      </w:pPr>
      <w:r>
        <w:t>He said it lightly. It was the only moment in four hours where the lightness did not quite hold.</w:t>
      </w:r>
    </w:p>
    <w:p>
      <w:pPr>
        <w:ind w:firstLine="720"/>
      </w:pPr>
      <w:r>
        <w:t>"I'm walking. Same load. I want to be clear I'm not making a point — I just don't know what else to do on the first of the month."</w:t>
      </w:r>
    </w:p>
    <w:p>
      <w:pPr>
        <w:ind w:firstLine="720"/>
      </w:pPr>
      <w:r>
        <w:t>So he walked.</w:t>
      </w:r>
    </w:p>
    <w:p>
      <w:pPr>
        <w:ind w:firstLine="720"/>
      </w:pPr>
      <w:r>
        <w:t>Twenty-one kilos, the same as everybody, on bones that could not soften now and never would again.</w:t>
      </w:r>
    </w:p>
    <w:p>
      <w:pPr>
        <w:ind w:firstLine="720"/>
      </w:pPr>
      <w:r>
        <w:t>Eleven present.</w:t>
      </w:r>
    </w:p>
    <w:p>
      <w:pPr>
        <w:ind w:firstLine="720"/>
      </w:pPr>
      <w:r>
        <w:t>Everybody was kind.</w:t>
      </w:r>
    </w:p>
    <w:p>
      <w:pPr>
        <w:ind w:firstLine="720"/>
      </w:pPr>
      <w:r>
        <w:t>That was the worst of it. Nobody said anything wrong. About four people said something so carefully constructed that Bob could hear the drafting in it — the pauses in the wrong places, the clause that had been added on the drive up.</w:t>
      </w:r>
    </w:p>
    <w:p>
      <w:pPr>
        <w:ind w:firstLine="720"/>
      </w:pPr>
      <w:r>
        <w:t>And Petrus shook his hand at the shrine, for no stated reason, which nobody has ever done at that shrine in the whole of its history and which Bob did not know what to do with.</w:t>
      </w:r>
    </w:p>
    <w:p>
      <w:pPr>
        <w:ind w:firstLine="720"/>
      </w:pPr>
      <w:r>
        <w:t>Oz talked the whole way up.</w:t>
      </w:r>
    </w:p>
    <w:p>
      <w:pPr>
        <w:ind w:firstLine="720"/>
      </w:pPr>
      <w:r>
        <w:t>At the shrine he set his plate down and picked it up left-handed, the way he had been doing for a year, out of a habit his body no longer had any reason to keep.</w:t>
      </w:r>
    </w:p>
    <w:p>
      <w:pPr>
        <w:ind w:firstLine="720"/>
      </w:pPr>
      <w:r>
        <w:t>Driving home, Bob tried to locate what he actually felt and could not get it to hold still.</w:t>
      </w:r>
    </w:p>
    <w:p>
      <w:pPr>
        <w:ind w:firstLine="720"/>
      </w:pPr>
      <w:r>
        <w:t>It was not betrayal. Oz had betrayed nothing and owed him nothing and had told him first, before the company, standing in a car park in the dark, which had cost him something.</w:t>
      </w:r>
    </w:p>
    <w:p>
      <w:pPr>
        <w:ind w:firstLine="720"/>
      </w:pPr>
      <w:r>
        <w:t>It was not disappointment, which would have required Bob to have had a position for Oz to fall short of, and he did not have one and had spent a year discovering that he did not.</w:t>
      </w:r>
    </w:p>
    <w:p>
      <w:pPr>
        <w:ind w:firstLine="720"/>
      </w:pPr>
      <w:r>
        <w:t>It was closer to the feeling of a room being rearranged while you were out. Everything still present. Everything still yours. And your hand going to the wrong place for the light switch.</w:t>
      </w:r>
    </w:p>
    <w:p>
      <w:r>
        <w:br w:type="page"/>
      </w:r>
    </w:p>
    <w:p>
      <w:pPr>
        <w:pStyle w:val="Heading1"/>
      </w:pPr>
      <w:r>
        <w:t>Chapter 22 &amp;mdash; Amethyst</w:t>
      </w:r>
    </w:p>
    <w:p>
      <w:pPr>
        <w:ind w:firstLine="720"/>
      </w:pPr>
      <w:r>
        <w:t>He talked the whole way up, exactly as he always had, and Bob found he could not bear it.</w:t>
      </w:r>
    </w:p>
    <w:p>
      <w:pPr>
        <w:ind w:firstLine="720"/>
      </w:pPr>
      <w:r>
        <w:t>That was the thing nobody could have warned him about, and the thing he has never been able to explain to anybody without sounding unkind.</w:t>
      </w:r>
    </w:p>
    <w:p>
      <w:pPr>
        <w:ind w:firstLine="720"/>
      </w:pPr>
      <w:r>
        <w:t>If Oz had gone quiet — or apologetic, or defensive, or careful. If he had walked up that pass carrying himself differently in any way at all, there would have been something to respond to.</w:t>
      </w:r>
    </w:p>
    <w:p>
      <w:pPr>
        <w:ind w:firstLine="720"/>
      </w:pPr>
      <w:r>
        <w:t>And Bob was good at responding. It was the whole of his competence. Eleven years of knowing which silences to fill.</w:t>
      </w:r>
    </w:p>
    <w:p>
      <w:pPr>
        <w:ind w:firstLine="720"/>
      </w:pPr>
      <w:r>
        <w:t>Instead:</w:t>
      </w:r>
    </w:p>
    <w:p>
      <w:pPr>
        <w:ind w:firstLine="720"/>
      </w:pPr>
      <w:r>
        <w:t>The recording project, which had now acquired a third piece of equipment and a stated release date that Bob privately did not believe in and said so, and was told he had no vision.</w:t>
      </w:r>
    </w:p>
    <w:p>
      <w:pPr>
        <w:ind w:firstLine="720"/>
      </w:pPr>
      <w:r>
        <w:t>The man in the eastern tier.</w:t>
      </w:r>
    </w:p>
    <w:p>
      <w:pPr>
        <w:ind w:firstLine="720"/>
      </w:pPr>
      <w:r>
        <w:t>The scree, worse again.</w:t>
      </w:r>
    </w:p>
    <w:p>
      <w:pPr>
        <w:ind w:firstLine="720"/>
      </w:pPr>
      <w:r>
        <w:t>And then, on the steep section, the twenty-year argument with Bly — running at her absence the way it had run at her absence for two decades. This time on the subject of whether a person is obliged to finish a book they have stopped enjoying.</w:t>
      </w:r>
    </w:p>
    <w:p>
      <w:pPr>
        <w:ind w:firstLine="720"/>
      </w:pPr>
      <w:r>
        <w:t>"She'd say yes. She'd say you owe the thing your attention because you started it."</w:t>
      </w:r>
    </w:p>
    <w:p>
      <w:pPr>
        <w:ind w:firstLine="720"/>
      </w:pPr>
      <w:r>
        <w:t>"Would she."</w:t>
      </w:r>
    </w:p>
    <w:p>
      <w:pPr>
        <w:ind w:firstLine="720"/>
      </w:pPr>
      <w:r>
        <w:t>"She would, and she'd be wrong, and I'd tell her so, and she'd say I only think that because I've never finished anything."</w:t>
      </w:r>
    </w:p>
    <w:p>
      <w:pPr>
        <w:ind w:firstLine="720"/>
      </w:pPr>
      <w:r>
        <w:t>Oz laughed at that. Genuinely. At his own expense, the way he had laughed at his own expense for twenty years, in exactly the same register.</w:t>
      </w:r>
    </w:p>
    <w:p>
      <w:pPr>
        <w:ind w:firstLine="720"/>
      </w:pPr>
      <w:r>
        <w:t>The left shoulder did not hitch on the steep section.</w:t>
      </w:r>
    </w:p>
    <w:p>
      <w:pPr>
        <w:ind w:firstLine="720"/>
      </w:pPr>
      <w:r>
        <w:t>Bob noticed it the way you notice a clock that has stopped. Not the sound — the absence of it. The place in the walk where a thing had happened every month for two years, and now did not.</w:t>
      </w:r>
    </w:p>
    <w:p>
      <w:pPr>
        <w:ind w:firstLine="720"/>
      </w:pPr>
      <w:r>
        <w:t>And he understood, standing on a slope he had walked four hundred times, that he had been listening for that hitch for two years without ever once naming what he was listening for.</w:t>
      </w:r>
    </w:p>
    <w:p>
      <w:pPr>
        <w:ind w:firstLine="720"/>
      </w:pPr>
      <w:r>
        <w:t>Eleven plates on the step at two thirds.</w:t>
      </w:r>
    </w:p>
    <w:p>
      <w:pPr>
        <w:ind w:firstLine="720"/>
      </w:pPr>
      <w:r>
        <w:t>Four seconds each. Oz's among them, set down and picked up left-handed, out of a habit his body no longer had any reason to keep.</w:t>
      </w:r>
    </w:p>
    <w:p>
      <w:pPr>
        <w:ind w:firstLine="720"/>
      </w:pPr>
      <w:r>
        <w:t>Bob said nothing about any of it. The whole way up and the whole way down.</w:t>
      </w:r>
    </w:p>
    <w:p>
      <w:pPr>
        <w:ind w:firstLine="720"/>
      </w:pPr>
      <w:r>
        <w:t>What he understood, somewhere on the descent, was that Oz had made a decision Bob had not been consulted about, was not owed a say in, and would have supported if asked.</w:t>
      </w:r>
    </w:p>
    <w:p>
      <w:pPr>
        <w:ind w:firstLine="720"/>
      </w:pPr>
      <w:r>
        <w:t>And had then, with complete good faith and no ceremony whatsoever, carried on exactly as before — because that was the honest thing to do, and because any alteration would have been a performance, and Oz did not perform.</w:t>
      </w:r>
    </w:p>
    <w:p>
      <w:pPr>
        <w:ind w:firstLine="720"/>
      </w:pPr>
      <w:r>
        <w:t>Which left Bob with a grievance that had no object anywhere in it.</w:t>
      </w:r>
    </w:p>
    <w:p>
      <w:pPr>
        <w:ind w:firstLine="720"/>
      </w:pPr>
      <w:r>
        <w:t>He turned it over the whole way down and could not find a single person to attach it to.</w:t>
      </w:r>
    </w:p>
    <w:p>
      <w:pPr>
        <w:ind w:firstLine="720"/>
      </w:pPr>
      <w:r>
        <w:t>And arrived at the car park with it still in his hands.</w:t>
      </w:r>
    </w:p>
    <w:p>
      <w:r>
        <w:br w:type="page"/>
      </w:r>
    </w:p>
    <w:p>
      <w:pPr>
        <w:pStyle w:val="Heading1"/>
      </w:pPr>
      <w:r>
        <w:t>Chapter 23 &amp;mdash; Velvet</w:t>
      </w:r>
    </w:p>
    <w:p>
      <w:pPr>
        <w:ind w:firstLine="720"/>
      </w:pPr>
      <w:r>
        <w:t>The quietest walk of the eleven years, and not one person said why.</w:t>
      </w:r>
    </w:p>
    <w:p>
      <w:pPr>
        <w:ind w:firstLine="720"/>
      </w:pPr>
      <w:r>
        <w:t>The weather was good. That was almost the worst part — it was one of the four or five days a year when the pass is simply a pleasure, cold and bright with the far side of the valley standing out sharp, and eleven people walked up it barely speaking.</w:t>
      </w:r>
    </w:p>
    <w:p>
      <w:pPr>
        <w:ind w:firstLine="720"/>
      </w:pPr>
      <w:r>
        <w:t>Bob knew what they were doing, because he was doing it too.</w:t>
      </w:r>
    </w:p>
    <w:p>
      <w:pPr>
        <w:ind w:firstLine="720"/>
      </w:pPr>
      <w:r>
        <w:t>Every single person on that pass was privately auditing themselves.</w:t>
      </w:r>
    </w:p>
    <w:p>
      <w:pPr>
        <w:ind w:firstLine="720"/>
      </w:pPr>
      <w:r>
        <w:t>The knee that had started clicking. The lower back that took an hour to come right in the mornings and had for about two years. The shoulder. The hip. The thing you do not mention because mentioning it makes it a fact about you rather than a thing about the day.</w:t>
      </w:r>
    </w:p>
    <w:p>
      <w:pPr>
        <w:ind w:firstLine="720"/>
      </w:pPr>
      <w:r>
        <w:t>And running it against a fact that had been in the civic notices for two years and had now, for the first time, walked up a mountain beside them at twenty-one kilos and talked about a microphone.</w:t>
      </w:r>
    </w:p>
    <w:p>
      <w:pPr>
        <w:ind w:firstLine="720"/>
      </w:pPr>
      <w:r>
        <w:t>Petrus, who was fifty-four, and who had been quiet since the first bend.</w:t>
      </w:r>
    </w:p>
    <w:p>
      <w:pPr>
        <w:ind w:firstLine="720"/>
      </w:pPr>
      <w:r>
        <w:t>Wren, who was thirty-one and had nothing wrong with her at all — and who was, Bob suspected, doing the arithmetic hardest of anybody. Because thirty-one is the age at which a person first genuinely believes that the arithmetic will one day apply to them, and it arrives all at once, usually while watching somebody older.</w:t>
      </w:r>
    </w:p>
    <w:p>
      <w:pPr>
        <w:ind w:firstLine="720"/>
      </w:pPr>
      <w:r>
        <w:t>Nobody raised it.</w:t>
      </w:r>
    </w:p>
    <w:p>
      <w:pPr>
        <w:ind w:firstLine="720"/>
      </w:pPr>
      <w:r>
        <w:t>There had been one long careful conversation about the Lattice in Year Two, forty minutes on this same stretch, and it had settled nothing. And the company had drawn from that the entirely reasonable conclusion that talking did not help.</w:t>
      </w:r>
    </w:p>
    <w:p>
      <w:pPr>
        <w:ind w:firstLine="720"/>
      </w:pPr>
      <w:r>
        <w:t>And had stopped.</w:t>
      </w:r>
    </w:p>
    <w:p>
      <w:pPr>
        <w:ind w:firstLine="720"/>
      </w:pPr>
      <w:r>
        <w:t>What replaced it was a walk in which eleven people thought about the same thing for four hours and discussed the weather.</w:t>
      </w:r>
    </w:p>
    <w:p>
      <w:pPr>
        <w:ind w:firstLine="720"/>
      </w:pPr>
      <w:r>
        <w:t>Somebody mentioned the reservoir survey. Somebody else knew a man on it. That took about nine minutes and was the longest sustained conversation of the day.</w:t>
      </w:r>
    </w:p>
    <w:p>
      <w:pPr>
        <w:ind w:firstLine="720"/>
      </w:pPr>
      <w:r>
        <w:t>The shrine, and the plates, and four seconds each.</w:t>
      </w:r>
    </w:p>
    <w:p>
      <w:pPr>
        <w:ind w:firstLine="720"/>
      </w:pPr>
      <w:r>
        <w:t>Bob went last, the way he always did.</w:t>
      </w:r>
    </w:p>
    <w:p>
      <w:pPr>
        <w:ind w:firstLine="720"/>
      </w:pPr>
      <w:r>
        <w:t>On the descent he caught the ordinary sound of it — boots, breath, somebody's strap creaking, the wind coming over the shoulder in the place it always comes over.</w:t>
      </w:r>
    </w:p>
    <w:p>
      <w:pPr>
        <w:ind w:firstLine="720"/>
      </w:pPr>
      <w:r>
        <w:t>And he thought that anybody watching from a distance would have said this was a company entirely at peace.</w:t>
      </w:r>
    </w:p>
    <w:p>
      <w:pPr>
        <w:ind w:firstLine="720"/>
      </w:pPr>
      <w:r>
        <w:t>And would not have been wrong, exactly.</w:t>
      </w:r>
    </w:p>
    <w:p>
      <w:pPr>
        <w:ind w:firstLine="720"/>
      </w:pPr>
      <w:r>
        <w:t>And would have had no idea.</w:t>
      </w:r>
    </w:p>
    <w:p>
      <w:pPr>
        <w:ind w:firstLine="720"/>
      </w:pPr>
      <w:r>
        <w:t>Wren fell in beside him for a stretch near the bottom and asked, apropos of nothing, how long he had been guiding.</w:t>
      </w:r>
    </w:p>
    <w:p>
      <w:pPr>
        <w:ind w:firstLine="720"/>
      </w:pPr>
      <w:r>
        <w:t>He said eleven years.</w:t>
      </w:r>
    </w:p>
    <w:p>
      <w:pPr>
        <w:ind w:firstLine="720"/>
      </w:pPr>
      <w:r>
        <w:t>She said, "And before that?"</w:t>
      </w:r>
    </w:p>
    <w:p>
      <w:pPr>
        <w:ind w:firstLine="720"/>
      </w:pPr>
      <w:r>
        <w:t>And he said his family had carried, both sides, and that he had come to it the ordinary way.</w:t>
      </w:r>
    </w:p>
    <w:p>
      <w:pPr>
        <w:ind w:firstLine="720"/>
      </w:pPr>
      <w:r>
        <w:t>She did not ask the next question.</w:t>
      </w:r>
    </w:p>
    <w:p>
      <w:pPr>
        <w:ind w:firstLine="720"/>
      </w:pPr>
      <w:r>
        <w:t>And Bob noticed, with a small unpleasant clarity, that he had been braced for it — and that nobody had ever asked it. That in eleven years of standing at a trailhead putting a version of the same question to every stranger who turned up, not one of them had ever thought to put it back to him.</w:t>
      </w:r>
    </w:p>
    <w:p>
      <w:r>
        <w:br w:type="page"/>
      </w:r>
    </w:p>
    <w:p>
      <w:pPr>
        <w:pStyle w:val="Heading1"/>
      </w:pPr>
      <w:r>
        <w:t>Chapter 24 &amp;mdash; Citadel</w:t>
      </w:r>
    </w:p>
    <w:p>
      <w:pPr>
        <w:ind w:firstLine="720"/>
      </w:pPr>
      <w:r>
        <w:t>Twenty-one kilos, nine present, and the argument they had all been not having finally happened on the long middle stretch, and nobody raised their voice once.</w:t>
      </w:r>
    </w:p>
    <w:p>
      <w:pPr>
        <w:ind w:firstLine="720"/>
      </w:pPr>
      <w:r>
        <w:t>Petrus had it on one side.</w:t>
      </w:r>
    </w:p>
    <w:p>
      <w:pPr>
        <w:ind w:firstLine="720"/>
      </w:pPr>
      <w:r>
        <w:t>He said: the premise does not require suffering. Our claim was always that the ease makes people soft and that a body needs a load. That claim is true. It has always been true. It is now solved — permanently, medically, for anybody who wants it and can get on the list.</w:t>
      </w:r>
    </w:p>
    <w:p>
      <w:pPr>
        <w:ind w:firstLine="720"/>
      </w:pPr>
      <w:r>
        <w:t>And if we are honest people we should say so and be glad. And if what remains is only that we like walking up a hill together on the first of the month, then that is a fine thing to be, and we should call it that, and there is no shame anywhere in it.</w:t>
      </w:r>
    </w:p>
    <w:p>
      <w:pPr>
        <w:ind w:firstLine="720"/>
      </w:pPr>
      <w:r>
        <w:t>He had clearly written it. Bob could hear the drafting again, and this time it was not carefulness — it was a man who had worked something out and did not want to lose it in the saying.</w:t>
      </w:r>
    </w:p>
    <w:p>
      <w:pPr>
        <w:ind w:firstLine="720"/>
      </w:pPr>
      <w:r>
        <w:t>Wren had it on the other, which surprised everybody including Bob.</w:t>
      </w:r>
    </w:p>
    <w:p>
      <w:pPr>
        <w:ind w:firstLine="720"/>
      </w:pPr>
      <w:r>
        <w:t>She said: the practice was never really about the suffering. It was never even about the bones — the bones were the argument we used, because it was the one that could be checked, and because a sect that can point at a scan gets left alone.</w:t>
      </w:r>
    </w:p>
    <w:p>
      <w:pPr>
        <w:ind w:firstLine="720"/>
      </w:pPr>
      <w:r>
        <w:t>What we actually do, she said, is put a weight on and carry it up a hill and set it down and pick it up again.</w:t>
      </w:r>
    </w:p>
    <w:p>
      <w:pPr>
        <w:ind w:firstLine="720"/>
      </w:pPr>
      <w:r>
        <w:t>That is not a treatment. It never was. Nobody here started doing it because a doctor told them to.</w:t>
      </w:r>
    </w:p>
    <w:p>
      <w:pPr>
        <w:ind w:firstLine="720"/>
      </w:pPr>
      <w:r>
        <w:t>And then she said the thing Bob thought about for the next year.</w:t>
      </w:r>
    </w:p>
    <w:p>
      <w:pPr>
        <w:ind w:firstLine="720"/>
      </w:pPr>
      <w:r>
        <w:t>She said that if the Lattice had existed when she was nineteen, she would have taken it — without hesitating, she said, I'd have taken it in a week.</w:t>
      </w:r>
    </w:p>
    <w:p>
      <w:pPr>
        <w:ind w:firstLine="720"/>
      </w:pPr>
      <w:r>
        <w:t>And she would still have been standing at that trailhead the following month.</w:t>
      </w:r>
    </w:p>
    <w:p>
      <w:pPr>
        <w:ind w:firstLine="720"/>
      </w:pPr>
      <w:r>
        <w:t>Both of them were right.</w:t>
      </w:r>
    </w:p>
    <w:p>
      <w:pPr>
        <w:ind w:firstLine="720"/>
      </w:pPr>
      <w:r>
        <w:t>That was the whole difficulty and every single person on the pass could see it, and two of them said so out loud, which did not help.</w:t>
      </w:r>
    </w:p>
    <w:p>
      <w:pPr>
        <w:ind w:firstLine="720"/>
      </w:pPr>
      <w:r>
        <w:t>It went on the better part of an hour and finished nowhere.</w:t>
      </w:r>
    </w:p>
    <w:p>
      <w:pPr>
        <w:ind w:firstLine="720"/>
      </w:pPr>
      <w:r>
        <w:t>At the end Petrus said, "Well."</w:t>
      </w:r>
    </w:p>
    <w:p>
      <w:pPr>
        <w:ind w:firstLine="720"/>
      </w:pPr>
      <w:r>
        <w:t>And Wren said, "Yes."</w:t>
      </w:r>
    </w:p>
    <w:p>
      <w:pPr>
        <w:ind w:firstLine="720"/>
      </w:pPr>
      <w:r>
        <w:t>And they walked up the rest of it side by side, which Bob thought was the best outcome available and possibly the only one.</w:t>
      </w:r>
    </w:p>
    <w:p>
      <w:pPr>
        <w:ind w:firstLine="720"/>
      </w:pPr>
      <w:r>
        <w:t>Oz said nothing.</w:t>
      </w:r>
    </w:p>
    <w:p>
      <w:pPr>
        <w:ind w:firstLine="720"/>
      </w:pPr>
      <w:r>
        <w:t>Bob, who was the Guide, and whose job at that moment was arguably to have a position, discovered that he did not know what his was.</w:t>
      </w:r>
    </w:p>
    <w:p>
      <w:pPr>
        <w:ind w:firstLine="720"/>
      </w:pPr>
      <w:r>
        <w:t>Nine plates on the step at two thirds. Four seconds each.</w:t>
      </w:r>
    </w:p>
    <w:p>
      <w:pPr>
        <w:ind w:firstLine="720"/>
      </w:pPr>
      <w:r>
        <w:t>On the descent he went back over it and found the thing that troubled him most, which was not that the two positions disagreed.</w:t>
      </w:r>
    </w:p>
    <w:p>
      <w:pPr>
        <w:ind w:firstLine="720"/>
      </w:pPr>
      <w:r>
        <w:t>It was that both of them, held honestly and followed all the way out, arrived at the same place.</w:t>
      </w:r>
    </w:p>
    <w:p>
      <w:pPr>
        <w:ind w:firstLine="720"/>
      </w:pPr>
      <w:r>
        <w:t>A group of people walking up a hill on the first of the month for reasons that were entirely their own and no longer shared.</w:t>
      </w:r>
    </w:p>
    <w:p>
      <w:pPr>
        <w:ind w:firstLine="720"/>
      </w:pPr>
      <w:r>
        <w:t>Petrus's version got there by subtraction. Wren's got there by insisting nothing had been lost.</w:t>
      </w:r>
    </w:p>
    <w:p>
      <w:pPr>
        <w:ind w:firstLine="720"/>
      </w:pPr>
      <w:r>
        <w:t>And the destination was identical.</w:t>
      </w:r>
    </w:p>
    <w:p>
      <w:r>
        <w:br w:type="page"/>
      </w:r>
    </w:p>
    <w:p>
      <w:pPr>
        <w:pStyle w:val="Heading1"/>
      </w:pPr>
      <w:r>
        <w:t>Chapter 25 &amp;mdash; Resonance</w:t>
      </w:r>
    </w:p>
    <w:p>
      <w:pPr>
        <w:ind w:firstLine="720"/>
      </w:pPr>
      <w:r>
        <w:t>Nine at the trailhead, and nobody said the number, including Bob, whose entire job was counting.</w:t>
      </w:r>
    </w:p>
    <w:p>
      <w:pPr>
        <w:ind w:firstLine="720"/>
      </w:pPr>
      <w:r>
        <w:t>He wrote it in the roster the way he wrote it every month. Same column. Same hand. The little downstroke on the nine that his mother had made and that he had picked up without meaning to.</w:t>
      </w:r>
    </w:p>
    <w:p>
      <w:pPr>
        <w:ind w:firstLine="720"/>
      </w:pPr>
      <w:r>
        <w:t>And did not say it out loud.</w:t>
      </w:r>
    </w:p>
    <w:p>
      <w:pPr>
        <w:ind w:firstLine="720"/>
      </w:pPr>
      <w:r>
        <w:t>And noticed himself not saying it, which was new, and which he did not enjoy.</w:t>
      </w:r>
    </w:p>
    <w:p>
      <w:pPr>
        <w:ind w:firstLine="720"/>
      </w:pPr>
      <w:r>
        <w:t>Eleven years of running this walk had taught him that a company will bear almost anything except being told what it is doing.</w:t>
      </w:r>
    </w:p>
    <w:p>
      <w:pPr>
        <w:ind w:firstLine="720"/>
      </w:pPr>
      <w:r>
        <w:t>If he had stood at the marker post and said</w:t>
      </w:r>
    </w:p>
    <w:p>
      <w:pPr>
        <w:ind w:firstLine="720"/>
      </w:pPr>
      <w:r>
        <w:t>we were fourteen two years ago and we are nine now</w:t>
      </w:r>
    </w:p>
    <w:p>
      <w:pPr>
        <w:ind w:firstLine="720"/>
      </w:pPr>
      <w:r>
        <w:t>— every single person there would have heard something in it. An accusation. A plea. A Guide asking to be reassured, which is the worst of the three and the hardest to come back from.</w:t>
      </w:r>
    </w:p>
    <w:p>
      <w:pPr>
        <w:ind w:firstLine="720"/>
      </w:pPr>
      <w:r>
        <w:t>And one of them would have stopped coming because of it. He could not have told you which. He was entirely certain of the fact.</w:t>
      </w:r>
    </w:p>
    <w:p>
      <w:pPr>
        <w:ind w:firstLine="720"/>
      </w:pPr>
      <w:r>
        <w:t>So he checked collars. He said the greeting.</w:t>
      </w:r>
    </w:p>
    <w:p>
      <w:pPr>
        <w:ind w:firstLine="720"/>
      </w:pPr>
      <w:r>
        <w:t>The regular obliged from his bench with the wrong emphasis, delighted as ever, at a man walking two dogs who did not break stride.</w:t>
      </w:r>
    </w:p>
    <w:p>
      <w:pPr>
        <w:ind w:firstLine="720"/>
      </w:pPr>
      <w:r>
        <w:t>Up the scree, the long middle, the shrine.</w:t>
      </w:r>
    </w:p>
    <w:p>
      <w:pPr>
        <w:ind w:firstLine="720"/>
      </w:pPr>
      <w:r>
        <w:t>Nine plates went down on the step and nine came up. Four seconds each.</w:t>
      </w:r>
    </w:p>
    <w:p>
      <w:pPr>
        <w:ind w:firstLine="720"/>
      </w:pPr>
      <w:r>
        <w:t>And the sound of that had become a thing Bob heard the way you hear your own name in a room — not chosen, not resisted, simply arriving before anything else does.</w:t>
      </w:r>
    </w:p>
    <w:p>
      <w:pPr>
        <w:ind w:firstLine="720"/>
      </w:pPr>
      <w:r>
        <w:t>It was a good walk.</w:t>
      </w:r>
    </w:p>
    <w:p>
      <w:pPr>
        <w:ind w:firstLine="720"/>
      </w:pPr>
      <w:r>
        <w:t>That was the part he had not expected and had begun to find hardest. The walks were good.</w:t>
      </w:r>
    </w:p>
    <w:p>
      <w:pPr>
        <w:ind w:firstLine="720"/>
      </w:pPr>
      <w:r>
        <w:t>Nine people who had each thought carefully about whether to be there, in a year when thinking carefully about it had become unavoidable, and had come anyway. On a clear day. With a hill in front of them.</w:t>
      </w:r>
    </w:p>
    <w:p>
      <w:pPr>
        <w:ind w:firstLine="720"/>
      </w:pPr>
      <w:r>
        <w:t>Better company, by any honest measure, than the fourteen of two years ago — because fourteen had included four people who had never once examined why they were there, and nine did not include any.</w:t>
      </w:r>
    </w:p>
    <w:p>
      <w:pPr>
        <w:ind w:firstLine="720"/>
      </w:pPr>
      <w:r>
        <w:t>He had begun, that autumn, to understand something about his own occupation that no registry entry covered.</w:t>
      </w:r>
    </w:p>
    <w:p>
      <w:pPr>
        <w:ind w:firstLine="720"/>
      </w:pPr>
      <w:r>
        <w:t>A Vigil Guide leads new practitioners through Grounding. That is a sentence you can put on a form and it is the sentence on his.</w:t>
      </w:r>
    </w:p>
    <w:p>
      <w:pPr>
        <w:ind w:firstLine="720"/>
      </w:pPr>
      <w:r>
        <w:t>What it means in practice is that when a company is thinning, the Guide is the only person present who is professionally obliged to have an opinion about it — and structurally forbidden from expressing one.</w:t>
      </w:r>
    </w:p>
    <w:p>
      <w:pPr>
        <w:ind w:firstLine="720"/>
      </w:pPr>
      <w:r>
        <w:t>Eleven years he had been the fixed point.</w:t>
      </w:r>
    </w:p>
    <w:p>
      <w:pPr>
        <w:ind w:firstLine="720"/>
      </w:pPr>
      <w:r>
        <w:t>It had never once cost him anything before.</w:t>
      </w:r>
    </w:p>
    <w:p>
      <w:pPr>
        <w:ind w:firstLine="720"/>
      </w:pPr>
      <w:r>
        <w:t>He wrote nine in the roster, put it in the glovebox, and drove home.</w:t>
      </w:r>
    </w:p>
    <w:p>
      <w:r>
        <w:br w:type="page"/>
      </w:r>
    </w:p>
    <w:p>
      <w:pPr>
        <w:pStyle w:val="Heading1"/>
      </w:pPr>
      <w:r>
        <w:t>Chapter 26 &amp;mdash; Siphon</w:t>
      </w:r>
    </w:p>
    <w:p>
      <w:pPr>
        <w:ind w:firstLine="720"/>
      </w:pPr>
      <w:r>
        <w:t>He caught himself at the top of the steep section with one hand pressed flat against his own lower back, standing still, doing an inventory.</w:t>
      </w:r>
    </w:p>
    <w:p>
      <w:pPr>
        <w:ind w:firstLine="720"/>
      </w:pPr>
      <w:r>
        <w:t>It did not hurt.</w:t>
      </w:r>
    </w:p>
    <w:p>
      <w:pPr>
        <w:ind w:firstLine="720"/>
      </w:pPr>
      <w:r>
        <w:t>He stood there another moment to be sure, with nine people strung out below him on the slope and nobody near enough to ask what he was doing, and it did not hurt.</w:t>
      </w:r>
    </w:p>
    <w:p>
      <w:pPr>
        <w:ind w:firstLine="720"/>
      </w:pPr>
      <w:r>
        <w:t>And there was no reason it should. He was forty-two. He had carried for most of his life, and his back was in better condition than that of most men he knew who had never carried anything heavier than a bag of shopping — which is the actual medical position and is in the literature and is one of the four things the sect is right about that nobody disputes.</w:t>
      </w:r>
    </w:p>
    <w:p>
      <w:pPr>
        <w:ind w:firstLine="720"/>
      </w:pPr>
      <w:r>
        <w:t>His knees, on the descent, complained.</w:t>
      </w:r>
    </w:p>
    <w:p>
      <w:pPr>
        <w:ind w:firstLine="720"/>
      </w:pPr>
      <w:r>
        <w:t>They had complained for two years. That was different and he knew it was different — knees are a joint problem and the load is not the cause, a physician had told him so in about nine words — and he had been calling it different for long enough now that the calling had started to feel like a position rather than a fact.</w:t>
      </w:r>
    </w:p>
    <w:p>
      <w:pPr>
        <w:ind w:firstLine="720"/>
      </w:pPr>
      <w:r>
        <w:t>What he noticed — and this was the thing that stayed with him all the way down and into the following month — was not the check itself.</w:t>
      </w:r>
    </w:p>
    <w:p>
      <w:pPr>
        <w:ind w:firstLine="720"/>
      </w:pPr>
      <w:r>
        <w:t>It was that he had run it automatically.</w:t>
      </w:r>
    </w:p>
    <w:p>
      <w:pPr>
        <w:ind w:firstLine="720"/>
      </w:pPr>
      <w:r>
        <w:t>Nobody had asked him anything. Nothing had happened on the pass. He had simply arrived at the top of a slope, and his body had produced a small unrequested audit of its own condition, and he had performed it without deciding to.</w:t>
      </w:r>
    </w:p>
    <w:p>
      <w:pPr>
        <w:ind w:firstLine="720"/>
      </w:pPr>
      <w:r>
        <w:t>And he had done that because there was now an answer available at the end of it.</w:t>
      </w:r>
    </w:p>
    <w:p>
      <w:pPr>
        <w:ind w:firstLine="720"/>
      </w:pPr>
      <w:r>
        <w:t>Two years ago a knee was a knee. You had it. You managed it. It was the weather, and you compared it with other people's knees at the rack, and that was the whole of the transaction.</w:t>
      </w:r>
    </w:p>
    <w:p>
      <w:pPr>
        <w:ind w:firstLine="720"/>
      </w:pPr>
      <w:r>
        <w:t>Now every ache on the planet had a question attached to it.</w:t>
      </w:r>
    </w:p>
    <w:p>
      <w:pPr>
        <w:ind w:firstLine="720"/>
      </w:pPr>
      <w:r>
        <w:t>And the question was the same question. And it arrived unbidden, in everybody, all the time, in a district of about nine hundred people and on a planet of billions.</w:t>
      </w:r>
    </w:p>
    <w:p>
      <w:pPr>
        <w:ind w:firstLine="720"/>
      </w:pPr>
      <w:r>
        <w:t>Nine plates on the step. Four seconds each.</w:t>
      </w:r>
    </w:p>
    <w:p>
      <w:pPr>
        <w:ind w:firstLine="720"/>
      </w:pPr>
      <w:r>
        <w:t>He thought: this is what the notice actually did.</w:t>
      </w:r>
    </w:p>
    <w:p>
      <w:pPr>
        <w:ind w:firstLine="720"/>
      </w:pPr>
      <w:r>
        <w:t>Not the split. Not the roster, not Dagny, not Ise, not the forty minutes on the pass that settled nothing.</w:t>
      </w:r>
    </w:p>
    <w:p>
      <w:pPr>
        <w:ind w:firstLine="720"/>
      </w:pPr>
      <w:r>
        <w:t>It put a question into every body on the planet that cannot now be got out.</w:t>
      </w:r>
    </w:p>
    <w:p>
      <w:pPr>
        <w:ind w:firstLine="720"/>
      </w:pPr>
      <w:r>
        <w:t>Petrus caught him at the rack afterward and said, half a joke, "You were miles away up there."</w:t>
      </w:r>
    </w:p>
    <w:p>
      <w:pPr>
        <w:ind w:firstLine="720"/>
      </w:pPr>
      <w:r>
        <w:t>"Knees," said Bob.</w:t>
      </w:r>
    </w:p>
    <w:p>
      <w:pPr>
        <w:ind w:firstLine="720"/>
      </w:pPr>
      <w:r>
        <w:t>Which was true, and which was also the first time in eleven years he had used a true thing to close a conversation rather than open one.</w:t>
      </w:r>
    </w:p>
    <w:p>
      <w:pPr>
        <w:ind w:firstLine="720"/>
      </w:pPr>
      <w:r>
        <w:t>Petrus said, "Aren't we all," and racked his rig, and went home.</w:t>
      </w:r>
    </w:p>
    <w:p>
      <w:r>
        <w:br w:type="page"/>
      </w:r>
    </w:p>
    <w:p>
      <w:pPr>
        <w:pStyle w:val="Heading1"/>
      </w:pPr>
      <w:r>
        <w:t>Chapter 27 &amp;mdash; Founding</w:t>
      </w:r>
    </w:p>
    <w:p>
      <w:pPr>
        <w:ind w:firstLine="720"/>
      </w:pPr>
      <w:r>
        <w:t>The offer came in a consultation room with a window, from a woman of about sixty who was extremely good at her job.</w:t>
      </w:r>
    </w:p>
    <w:p>
      <w:pPr>
        <w:ind w:firstLine="720"/>
      </w:pPr>
      <w:r>
        <w:t>He had gone in about the knees.</w:t>
      </w:r>
    </w:p>
    <w:p>
      <w:pPr>
        <w:ind w:firstLine="720"/>
      </w:pPr>
      <w:r>
        <w:t>That was genuinely why he had gone in — they had been loud for two years and he had finally booked the appointment his own mother would have booked for him a year earlier, and had told nobody he was going, which he did not examine at the time.</w:t>
      </w:r>
    </w:p>
    <w:p>
      <w:pPr>
        <w:ind w:firstLine="720"/>
      </w:pPr>
      <w:r>
        <w:t>The room had a window looking onto a yard with four bins and a tree in it. He remembers the tree.</w:t>
      </w:r>
    </w:p>
    <w:p>
      <w:pPr>
        <w:ind w:firstLine="720"/>
      </w:pPr>
      <w:r>
        <w:t>She examined the knees properly. Took her time. Said they were wear rather than damage, and explained the difference in a way he understood immediately and could have repeated afterward, which is rarer than it should be.</w:t>
      </w:r>
    </w:p>
    <w:p>
      <w:pPr>
        <w:ind w:firstLine="720"/>
      </w:pPr>
      <w:r>
        <w:t>She gave him a set of things to do. Wrote them down. Drew one of them.</w:t>
      </w:r>
    </w:p>
    <w:p>
      <w:pPr>
        <w:ind w:firstLine="720"/>
      </w:pPr>
      <w:r>
        <w:t>And then said — without any change of tone whatsoever, in the same register she had used for the exercises — that on his occupational profile and load history he would be an appropriate candidate for the Lattice Programme, and that she was obliged to tell him so.</w:t>
      </w:r>
    </w:p>
    <w:p>
      <w:pPr>
        <w:ind w:firstLine="720"/>
      </w:pPr>
      <w:r>
        <w:t>She was not selling it.</w:t>
      </w:r>
    </w:p>
    <w:p>
      <w:pPr>
        <w:ind w:firstLine="720"/>
      </w:pPr>
      <w:r>
        <w:t>That was what undid him. He had braced, on the drive in, for the possibility that it might come up, and he had braced for a pitch — for enthusiasm, or for the particular gentleness people use when they think you belong to something.</w:t>
      </w:r>
    </w:p>
    <w:p>
      <w:pPr>
        <w:ind w:firstLine="720"/>
      </w:pPr>
      <w:r>
        <w:t>She listed it the way she had listed the exercises. This is available. These are the indications. This is the course, nine months. Here is what it does and does not do.</w:t>
      </w:r>
    </w:p>
    <w:p>
      <w:pPr>
        <w:ind w:firstLine="720"/>
      </w:pPr>
      <w:r>
        <w:t>She mentioned that it would not help the knees.</w:t>
      </w:r>
    </w:p>
    <w:p>
      <w:pPr>
        <w:ind w:firstLine="720"/>
      </w:pPr>
      <w:r>
        <w:t>She was scrupulous about that. She said it twice, in slightly different words, to make sure it had gone in.</w:t>
      </w:r>
    </w:p>
    <w:p>
      <w:pPr>
        <w:ind w:firstLine="720"/>
      </w:pPr>
      <w:r>
        <w:t>Bob said, "I'll think about it."</w:t>
      </w:r>
    </w:p>
    <w:p>
      <w:pPr>
        <w:ind w:firstLine="720"/>
      </w:pPr>
      <w:r>
        <w:t>He had eleven years of practice at declining things gracefully. He had declined a district administrative post twice, and a place on a regional panel, and an interview with somebody writing about the sect. He had a whole set of ways to say no that left the other person feeling well treated, and he was proud of them in a small private way.</w:t>
      </w:r>
    </w:p>
    <w:p>
      <w:pPr>
        <w:ind w:firstLine="720"/>
      </w:pPr>
      <w:r>
        <w:t>He used none of them.</w:t>
      </w:r>
    </w:p>
    <w:p>
      <w:pPr>
        <w:ind w:firstLine="720"/>
      </w:pPr>
      <w:r>
        <w:t>He said</w:t>
      </w:r>
    </w:p>
    <w:p>
      <w:pPr>
        <w:ind w:firstLine="720"/>
      </w:pPr>
      <w:r>
        <w:t>I'll think about it</w:t>
      </w:r>
    </w:p>
    <w:p>
      <w:pPr>
        <w:ind w:firstLine="720"/>
      </w:pPr>
      <w:r>
        <w:t>, which is what a person says when they are going to think about it.</w:t>
      </w:r>
    </w:p>
    <w:p>
      <w:pPr>
        <w:ind w:firstLine="720"/>
      </w:pPr>
      <w:r>
        <w:t>Walking to the car he tried to locate the moment where he had decided not to decline.</w:t>
      </w:r>
    </w:p>
    <w:p>
      <w:pPr>
        <w:ind w:firstLine="720"/>
      </w:pPr>
      <w:r>
        <w:t>And could not find one. Because there had not been a moment.</w:t>
      </w:r>
    </w:p>
    <w:p>
      <w:pPr>
        <w:ind w:firstLine="720"/>
      </w:pPr>
      <w:r>
        <w:t>There had been a sentence. And a pause exactly long enough for a no. And then a different sentence.</w:t>
      </w:r>
    </w:p>
    <w:p>
      <w:pPr>
        <w:ind w:firstLine="720"/>
      </w:pPr>
      <w:r>
        <w:t>Twenty-one kilos and eight present that month, and Bob led the Vigil, and did not mention it to a single person.</w:t>
      </w:r>
    </w:p>
    <w:p>
      <w:pPr>
        <w:ind w:firstLine="720"/>
      </w:pPr>
      <w:r>
        <w:t>The eight of them got up and down in good order. Wren rigged a newcomer at the first bend — badly at first, then correctly — and Bob watched her do it and let her finish without stepping in, which he had decided some months ago was the right call and which cost him something every time.</w:t>
      </w:r>
    </w:p>
    <w:p>
      <w:pPr>
        <w:ind w:firstLine="720"/>
      </w:pPr>
      <w:r>
        <w:t>Eight plates on the step. Four seconds each.</w:t>
      </w:r>
    </w:p>
    <w:p>
      <w:pPr>
        <w:ind w:firstLine="720"/>
      </w:pPr>
      <w:r>
        <w:t>On the descent his knees were exactly as loud as they had been the previous month.</w:t>
      </w:r>
    </w:p>
    <w:p>
      <w:pPr>
        <w:ind w:firstLine="720"/>
      </w:pPr>
      <w:r>
        <w:t>And would be exactly as loud whatever he decided, because she had been scrupulous about that.</w:t>
      </w:r>
    </w:p>
    <w:p>
      <w:pPr>
        <w:ind w:firstLine="720"/>
      </w:pPr>
      <w:r>
        <w:t>And he found he could not stop turning that particular detail over: that the one thing which had actually taken him into the room was the one thing the offer would not touch.</w:t>
      </w:r>
    </w:p>
    <w:p>
      <w:r>
        <w:br w:type="page"/>
      </w:r>
    </w:p>
    <w:p>
      <w:pPr>
        <w:pStyle w:val="Heading1"/>
      </w:pPr>
      <w:r>
        <w:t>Chapter 28 &amp;mdash; Kush</w:t>
      </w:r>
    </w:p>
    <w:p>
      <w:pPr>
        <w:ind w:firstLine="720"/>
      </w:pPr>
      <w:r>
        <w:t>An ordinary Vigil, and Bob got up the pass and down it again without saying one word about the consultation room to anybody.</w:t>
      </w:r>
    </w:p>
    <w:p>
      <w:pPr>
        <w:ind w:firstLine="720"/>
      </w:pPr>
      <w:r>
        <w:t>Including, he was aware, to himself.</w:t>
      </w:r>
    </w:p>
    <w:p>
      <w:pPr>
        <w:ind w:firstLine="720"/>
      </w:pPr>
      <w:r>
        <w:t>He had a method for difficult things and the method was the long middle stretch.</w:t>
      </w:r>
    </w:p>
    <w:p>
      <w:pPr>
        <w:ind w:firstLine="720"/>
      </w:pPr>
      <w:r>
        <w:t>That was where he did the brother-arithmetic, once a year, in the month it belonged to. Where he had turned Petrus's question over for a whole climb the year before. Where anything that needed sitting with got sat with, at a walking pace, with nothing to look at.</w:t>
      </w:r>
    </w:p>
    <w:p>
      <w:pPr>
        <w:ind w:firstLine="720"/>
      </w:pPr>
      <w:r>
        <w:t>It was the reason he had never particularly minded the boredom of that section. He had a use for it. He had had a use for it since he was about thirty.</w:t>
      </w:r>
    </w:p>
    <w:p>
      <w:pPr>
        <w:ind w:firstLine="720"/>
      </w:pPr>
      <w:r>
        <w:t>He did not use it.</w:t>
      </w:r>
    </w:p>
    <w:p>
      <w:pPr>
        <w:ind w:firstLine="720"/>
      </w:pPr>
      <w:r>
        <w:t>He got to the long middle and found himself checking Wren's collar, which did not need checking and which he had checked at the trailhead.</w:t>
      </w:r>
    </w:p>
    <w:p>
      <w:pPr>
        <w:ind w:firstLine="720"/>
      </w:pPr>
      <w:r>
        <w:t>Then talking to Petrus about drainage — the reservoir survey, the culvert, a thing about a culvert — which he did not care about and had never cared about.</w:t>
      </w:r>
    </w:p>
    <w:p>
      <w:pPr>
        <w:ind w:firstLine="720"/>
      </w:pPr>
      <w:r>
        <w:t>Then walking up beside a newer man and asking him a question about his work with real and sustained interest, and asking a follow-up, and then another one.</w:t>
      </w:r>
    </w:p>
    <w:p>
      <w:pPr>
        <w:ind w:firstLine="720"/>
      </w:pPr>
      <w:r>
        <w:t>Four hours. And he filled every one of them.</w:t>
      </w:r>
    </w:p>
    <w:p>
      <w:pPr>
        <w:ind w:firstLine="720"/>
      </w:pPr>
      <w:r>
        <w:t>Eight plates on the step at two thirds. Four seconds each.</w:t>
      </w:r>
    </w:p>
    <w:p>
      <w:pPr>
        <w:ind w:firstLine="720"/>
      </w:pPr>
      <w:r>
        <w:t>Bob set his down and picked it up and did not think about the woman with the window, or the tree in the yard, or the pause exactly long enough for a no.</w:t>
      </w:r>
    </w:p>
    <w:p>
      <w:pPr>
        <w:ind w:firstLine="720"/>
      </w:pPr>
      <w:r>
        <w:t>At the bottom Oz said, "You're in a mood."</w:t>
      </w:r>
    </w:p>
    <w:p>
      <w:pPr>
        <w:ind w:firstLine="720"/>
      </w:pPr>
      <w:r>
        <w:t>"I'm not."</w:t>
      </w:r>
    </w:p>
    <w:p>
      <w:pPr>
        <w:ind w:firstLine="720"/>
      </w:pPr>
      <w:r>
        <w:t>"You've been sociable. You're never sociable." Oz racked his rig, unhurried, both shoulders even. "Same time next month."</w:t>
      </w:r>
    </w:p>
    <w:p>
      <w:pPr>
        <w:ind w:firstLine="720"/>
      </w:pPr>
      <w:r>
        <w:t>"Same time next month," said Bob, and drove home, and did not think about it there either.</w:t>
      </w:r>
    </w:p>
    <w:p>
      <w:pPr>
        <w:ind w:firstLine="720"/>
      </w:pPr>
      <w:r>
        <w:t>He was aware, in a distant way, that he had spent an entire Vigil doing what he had watched Oz do for two years before the spring.</w:t>
      </w:r>
    </w:p>
    <w:p>
      <w:pPr>
        <w:ind w:firstLine="720"/>
      </w:pPr>
      <w:r>
        <w:t>Filling four hours so completely that nobody — including himself — could get a question into them.</w:t>
      </w:r>
    </w:p>
    <w:p>
      <w:pPr>
        <w:ind w:firstLine="720"/>
      </w:pPr>
      <w:r>
        <w:t>It had looked effortless from the outside. He had assumed it was effortless. He had spent a year being quietly annoyed at how effortless it looked.</w:t>
      </w:r>
    </w:p>
    <w:p>
      <w:pPr>
        <w:ind w:firstLine="720"/>
      </w:pPr>
      <w:r>
        <w:t>It was not effortless. It was work, and he was tired at the bottom in a way that had nothing whatever to do with twenty-one kilos.</w:t>
      </w:r>
    </w:p>
    <w:p>
      <w:pPr>
        <w:ind w:firstLine="720"/>
      </w:pPr>
      <w:r>
        <w:t>He thought about apologising to Oz for something.</w:t>
      </w:r>
    </w:p>
    <w:p>
      <w:pPr>
        <w:ind w:firstLine="720"/>
      </w:pPr>
      <w:r>
        <w:t>And could not have said what.</w:t>
      </w:r>
    </w:p>
    <w:p>
      <w:pPr>
        <w:ind w:firstLine="720"/>
      </w:pPr>
      <w:r>
        <w:t>And did not.</w:t>
      </w:r>
    </w:p>
    <w:p>
      <w:r>
        <w:br w:type="page"/>
      </w:r>
    </w:p>
    <w:p>
      <w:pPr>
        <w:pStyle w:val="Heading1"/>
      </w:pPr>
      <w:r>
        <w:t>Chapter 29 &amp;mdash; Ledger</w:t>
      </w:r>
    </w:p>
    <w:p>
      <w:pPr>
        <w:ind w:firstLine="720"/>
      </w:pPr>
      <w:r>
        <w:t>Eight again, and Bob led the walk the way he had led four hundred of them, which was the one thing he could still do without deciding anything.</w:t>
      </w:r>
    </w:p>
    <w:p>
      <w:pPr>
        <w:ind w:firstLine="720"/>
      </w:pPr>
      <w:r>
        <w:t>Two fingers under each collar in the grey. Eight of them. It took about ninety seconds now and had taken four minutes when the company was fifteen, and he had noticed that too.</w:t>
      </w:r>
    </w:p>
    <w:p>
      <w:pPr>
        <w:ind w:firstLine="720"/>
      </w:pPr>
      <w:r>
        <w:t>The greeting. The regular, who had a flask this month, which was new.</w:t>
      </w:r>
    </w:p>
    <w:p>
      <w:pPr>
        <w:ind w:firstLine="720"/>
      </w:pPr>
      <w:r>
        <w:t>Up the scree.</w:t>
      </w:r>
    </w:p>
    <w:p>
      <w:pPr>
        <w:ind w:firstLine="720"/>
      </w:pPr>
      <w:r>
        <w:t>A word to the man at the back who was struggling and did not want it mentioned in front of the others — which is a specific skill and consists mostly of walking beside somebody and saying something about your own knees.</w:t>
      </w:r>
    </w:p>
    <w:p>
      <w:pPr>
        <w:ind w:firstLine="720"/>
      </w:pPr>
      <w:r>
        <w:t>A longer stop than usual at the top of the first section, because two people needed it and neither of them would have asked. Bob called it for himself. He said his laces, which everybody knew was not his laces, and which is the polite fiction the stop runs on and has run on for eleven years.</w:t>
      </w:r>
    </w:p>
    <w:p>
      <w:pPr>
        <w:ind w:firstLine="720"/>
      </w:pPr>
      <w:r>
        <w:t>It occurred to him somewhere in the middle that this was the entire content of his competence.</w:t>
      </w:r>
    </w:p>
    <w:p>
      <w:pPr>
        <w:ind w:firstLine="720"/>
      </w:pPr>
      <w:r>
        <w:t>He knew who needed a stop before they did.</w:t>
      </w:r>
    </w:p>
    <w:p>
      <w:pPr>
        <w:ind w:firstLine="720"/>
      </w:pPr>
      <w:r>
        <w:t>He could re-rig a stranger in four minutes without breaking step.</w:t>
      </w:r>
    </w:p>
    <w:p>
      <w:pPr>
        <w:ind w:firstLine="720"/>
      </w:pPr>
      <w:r>
        <w:t>He could get eight people up a mountain and back without any of them feeling managed, which is harder than it sounds and which he had watched three other Guides fail at.</w:t>
      </w:r>
    </w:p>
    <w:p>
      <w:pPr>
        <w:ind w:firstLine="720"/>
      </w:pPr>
      <w:r>
        <w:t>None of that required him to have an answer to anything.</w:t>
      </w:r>
    </w:p>
    <w:p>
      <w:pPr>
        <w:ind w:firstLine="720"/>
      </w:pPr>
      <w:r>
        <w:t>He had not decided about the Lattice. The letter was in a drawer at home with a date on it that was still some way off.</w:t>
      </w:r>
    </w:p>
    <w:p>
      <w:pPr>
        <w:ind w:firstLine="720"/>
      </w:pPr>
      <w:r>
        <w:t>He had not decided what the practice was for now — Petrus had asked him a year ago, in front of six people, and had never asked again, and Bob had noticed that he had never asked again and had understood exactly what it meant.</w:t>
      </w:r>
    </w:p>
    <w:p>
      <w:pPr>
        <w:ind w:firstLine="720"/>
      </w:pPr>
      <w:r>
        <w:t>And he had not, in fifteen years, said out loud to any living person that he had a brother.</w:t>
      </w:r>
    </w:p>
    <w:p>
      <w:pPr>
        <w:ind w:firstLine="720"/>
      </w:pPr>
      <w:r>
        <w:t>That the brother had taken the customary year at twenty-two. That there had been no death and no declaration and no date. That somewhere a community might have folded him in without asking why he left, and might have done it eleven years ago, and that Bob had no way in the world to know and had stopped constructing ways.</w:t>
      </w:r>
    </w:p>
    <w:p>
      <w:pPr>
        <w:ind w:firstLine="720"/>
      </w:pPr>
      <w:r>
        <w:t>He had done none of it.</w:t>
      </w:r>
    </w:p>
    <w:p>
      <w:pPr>
        <w:ind w:firstLine="720"/>
      </w:pPr>
      <w:r>
        <w:t>And every first of the month he could still put two fingers under a collar and get people up a hill.</w:t>
      </w:r>
    </w:p>
    <w:p>
      <w:pPr>
        <w:ind w:firstLine="720"/>
      </w:pPr>
      <w:r>
        <w:t>Eight plates on the step, four seconds each. Down the far side, which hurt.</w:t>
      </w:r>
    </w:p>
    <w:p>
      <w:pPr>
        <w:ind w:firstLine="720"/>
      </w:pPr>
      <w:r>
        <w:t>At the bottom the struggling man came over, embarrassed, to say thank you for the stop.</w:t>
      </w:r>
    </w:p>
    <w:p>
      <w:pPr>
        <w:ind w:firstLine="720"/>
      </w:pPr>
      <w:r>
        <w:t>Bob said the stop had been for his own knees.</w:t>
      </w:r>
    </w:p>
    <w:p>
      <w:pPr>
        <w:ind w:firstLine="720"/>
      </w:pPr>
      <w:r>
        <w:t>Which was a lie. And the man knew it was a lie, and took it gratefully, because it let him say thank you without having to be somebody who had needed one.</w:t>
      </w:r>
    </w:p>
    <w:p>
      <w:pPr>
        <w:ind w:firstLine="720"/>
      </w:pPr>
      <w:r>
        <w:t>That, Bob thought, driving home — that small mutual courtesy, performed correctly by both parties, requiring nothing to be admitted by either —</w:t>
      </w:r>
    </w:p>
    <w:p>
      <w:pPr>
        <w:ind w:firstLine="720"/>
      </w:pPr>
      <w:r>
        <w:t>That was as close to a description of his actual profession as he had ever come.</w:t>
      </w:r>
    </w:p>
    <w:p>
      <w:r>
        <w:br w:type="page"/>
      </w:r>
    </w:p>
    <w:p>
      <w:pPr>
        <w:pStyle w:val="Heading1"/>
      </w:pPr>
      <w:r>
        <w:t>Chapter 30 &amp;mdash; Stillness</w:t>
      </w:r>
    </w:p>
    <w:p>
      <w:pPr>
        <w:ind w:firstLine="720"/>
      </w:pPr>
      <w:r>
        <w:t>Six.</w:t>
      </w:r>
    </w:p>
    <w:p>
      <w:pPr>
        <w:ind w:firstLine="720"/>
      </w:pPr>
      <w:r>
        <w:t>Bob wrote it in the roster at the trailhead in the grey and then stood for a moment with the book open, because there was nothing else to do with a number like that.</w:t>
      </w:r>
    </w:p>
    <w:p>
      <w:pPr>
        <w:ind w:firstLine="720"/>
      </w:pPr>
      <w:r>
        <w:t>Petrus. Wren. Oz. A woman called Idalie who had walked for three years and said almost nothing and had never missed a month. The struggling man from last month, who had come back. And Bob.</w:t>
      </w:r>
    </w:p>
    <w:p>
      <w:pPr>
        <w:ind w:firstLine="720"/>
      </w:pPr>
      <w:r>
        <w:t>He checked six collars.</w:t>
      </w:r>
    </w:p>
    <w:p>
      <w:pPr>
        <w:ind w:firstLine="720"/>
      </w:pPr>
      <w:r>
        <w:t>It took four minutes, because he did all six properly rather than quickly, and because there was no reason to hurry and nobody waiting behind them.</w:t>
      </w:r>
    </w:p>
    <w:p>
      <w:pPr>
        <w:ind w:firstLine="720"/>
      </w:pPr>
      <w:r>
        <w:t>"Salutations, my fellow downs."</w:t>
      </w:r>
    </w:p>
    <w:p>
      <w:pPr>
        <w:ind w:firstLine="720"/>
      </w:pPr>
      <w:r>
        <w:t>Six voices. It does not carry, at six. He had never known that before, because he had never said it to six.</w:t>
      </w:r>
    </w:p>
    <w:p>
      <w:pPr>
        <w:ind w:firstLine="720"/>
      </w:pPr>
      <w:r>
        <w:t>Up the scree. The long middle. Oz talked and the others listened, and it was — Bob would think about this a great deal — a good walk. Fine weather. Among people who had each separately decided to be there in a year when deciding was the whole of it.</w:t>
      </w:r>
    </w:p>
    <w:p>
      <w:pPr>
        <w:ind w:firstLine="720"/>
      </w:pPr>
      <w:r>
        <w:t>At two thirds they came up onto the shrine.</w:t>
      </w:r>
    </w:p>
    <w:p>
      <w:pPr>
        <w:ind w:firstLine="720"/>
      </w:pPr>
      <w:r>
        <w:t>Idalie went first. Set her heaviest plate on the step. Picked it up. Went on.</w:t>
      </w:r>
    </w:p>
    <w:p>
      <w:pPr>
        <w:ind w:firstLine="720"/>
      </w:pPr>
      <w:r>
        <w:t>Four seconds.</w:t>
      </w:r>
    </w:p>
    <w:p>
      <w:pPr>
        <w:ind w:firstLine="720"/>
      </w:pPr>
      <w:r>
        <w:t>Then the struggling man, who was careful about it, the way people are in their first year.</w:t>
      </w:r>
    </w:p>
    <w:p>
      <w:pPr>
        <w:ind w:firstLine="720"/>
      </w:pPr>
      <w:r>
        <w:t>Then Petrus.</w:t>
      </w:r>
    </w:p>
    <w:p>
      <w:pPr>
        <w:ind w:firstLine="720"/>
      </w:pPr>
      <w:r>
        <w:t>Then Wren.</w:t>
      </w:r>
    </w:p>
    <w:p>
      <w:pPr>
        <w:ind w:firstLine="720"/>
      </w:pPr>
      <w:r>
        <w:t>Then Oz, left-handed.</w:t>
      </w:r>
    </w:p>
    <w:p>
      <w:pPr>
        <w:ind w:firstLine="720"/>
      </w:pPr>
      <w:r>
        <w:t>Then Bob.</w:t>
      </w:r>
    </w:p>
    <w:p>
      <w:pPr>
        <w:ind w:firstLine="720"/>
      </w:pPr>
      <w:r>
        <w:t>Six plates going down and six coming up.</w:t>
      </w:r>
    </w:p>
    <w:p>
      <w:pPr>
        <w:ind w:firstLine="720"/>
      </w:pPr>
      <w:r>
        <w:t>He had heard fourteen for a decade. He had heard eleven last year and nine in the spring and eight through the autumn, and he had told himself each time that he had not noticed.</w:t>
      </w:r>
    </w:p>
    <w:p>
      <w:pPr>
        <w:ind w:firstLine="720"/>
      </w:pPr>
      <w:r>
        <w:t>Six is four seconds times six and then silence.</w:t>
      </w:r>
    </w:p>
    <w:p>
      <w:pPr>
        <w:ind w:firstLine="720"/>
      </w:pPr>
      <w:r>
        <w:t>On a step that has taken that sound for longer than the practice has existed. Longer than the sect. Longer than anybody's grandmother.</w:t>
      </w:r>
    </w:p>
    <w:p>
      <w:pPr>
        <w:ind w:firstLine="720"/>
      </w:pPr>
      <w:r>
        <w:t>It was over in half a minute.</w:t>
      </w:r>
    </w:p>
    <w:p>
      <w:pPr>
        <w:ind w:firstLine="720"/>
      </w:pPr>
      <w:r>
        <w:t>And it was so much smaller than it had been.</w:t>
      </w:r>
    </w:p>
    <w:p>
      <w:pPr>
        <w:ind w:firstLine="720"/>
      </w:pPr>
      <w:r>
        <w:t>Nobody said anything. Nobody ever says anything at the shrine.</w:t>
      </w:r>
    </w:p>
    <w:p>
      <w:pPr>
        <w:ind w:firstLine="720"/>
      </w:pPr>
      <w:r>
        <w:t>They went over the top and down the far side, and at the bottom the regular was on his bench, and he stood up when he saw them coming the way he always did.</w:t>
      </w:r>
    </w:p>
    <w:p>
      <w:pPr>
        <w:ind w:firstLine="720"/>
      </w:pPr>
      <w:r>
        <w:t>And called out, delighted, with the wrong emphasis, exactly as he had for eleven years:</w:t>
      </w:r>
    </w:p>
    <w:p>
      <w:pPr>
        <w:ind w:firstLine="720"/>
      </w:pPr>
      <w:r>
        <w:t>"Salutations! My fellow — down!"</w:t>
      </w:r>
    </w:p>
    <w:p>
      <w:pPr>
        <w:ind w:firstLine="720"/>
      </w:pPr>
      <w:r>
        <w:t>He was not being cruel. He had never once been cruel. He did not know how many of them there had been last year and would not have thought to count.</w:t>
      </w:r>
    </w:p>
    <w:p>
      <w:pPr>
        <w:ind w:firstLine="720"/>
      </w:pPr>
      <w:r>
        <w:t>Six of them racked their rigs.</w:t>
      </w:r>
    </w:p>
    <w:p>
      <w:pPr>
        <w:ind w:firstLine="720"/>
      </w:pPr>
      <w:r>
        <w:t>None of them looked at him.</w:t>
      </w:r>
    </w:p>
    <w:p>
      <w:pPr>
        <w:ind w:firstLine="720"/>
      </w:pPr>
      <w:r>
        <w:t>And he waved them off happily and did not notice anything at all, and was not supposed to.</w:t>
      </w:r>
    </w:p>
    <w:p>
      <w:pPr>
        <w:ind w:firstLine="720"/>
      </w:pPr>
      <w:r>
        <w:t>Bob wrote six in the roster in the car with the engine off, and looked at the column of it — fourteen, fifteen, fourteen, thirteen, fourteen, then twelve, eleven, then nine, eight, eight, six.</w:t>
      </w:r>
    </w:p>
    <w:p>
      <w:pPr>
        <w:ind w:firstLine="720"/>
      </w:pPr>
      <w:r>
        <w:t>Three years of a number going one way.</w:t>
      </w:r>
    </w:p>
    <w:p>
      <w:pPr>
        <w:ind w:firstLine="720"/>
      </w:pPr>
      <w:r>
        <w:t>He did not feel what he had expected to feel about it, and he sat there a while trying to work out what he did feel, and got as far as this:</w:t>
      </w:r>
    </w:p>
    <w:p>
      <w:pPr>
        <w:ind w:firstLine="720"/>
      </w:pPr>
      <w:r>
        <w:t>That they had been six today. That all six had walked well.</w:t>
      </w:r>
    </w:p>
    <w:p>
      <w:pPr>
        <w:ind w:firstLine="720"/>
      </w:pPr>
      <w:r>
        <w:t>And that he could not name a single thing he would have done differently in three years to make it fourteen.</w:t>
      </w:r>
    </w:p>
    <w:p>
      <w:r>
        <w:br w:type="page"/>
      </w:r>
    </w:p>
    <w:p>
      <w:pPr>
        <w:pStyle w:val="Heading1"/>
      </w:pPr>
      <w:r>
        <w:t>Chapter 31 &amp;mdash; First-Light</w:t>
      </w:r>
    </w:p>
    <w:p>
      <w:pPr>
        <w:ind w:firstLine="720"/>
      </w:pPr>
      <w:r>
        <w:t>Seven at the trailhead, which was one more than the last Vigil of the previous year, and Bob had spent the whole month refusing to let himself make anything of it.</w:t>
      </w:r>
    </w:p>
    <w:p>
      <w:pPr>
        <w:ind w:firstLine="720"/>
      </w:pPr>
      <w:r>
        <w:t>One is not a trend. He knew that. He had watched other Guides make one into a trend and had privately thought less of them for it.</w:t>
      </w:r>
    </w:p>
    <w:p>
      <w:pPr>
        <w:ind w:firstLine="720"/>
      </w:pPr>
      <w:r>
        <w:t>There was no manual.</w:t>
      </w:r>
    </w:p>
    <w:p>
      <w:pPr>
        <w:ind w:firstLine="720"/>
      </w:pPr>
      <w:r>
        <w:t>He had gone looking, in the winter, in a spirit he was not proud of and had told nobody about. Some part of him had genuinely believed that four generations of a practice with a registered occupation attached to it must have produced a document somewhere — that somebody, at some point, had written down what a Guide does in a year like the one he had just had.</w:t>
      </w:r>
    </w:p>
    <w:p>
      <w:pPr>
        <w:ind w:firstLine="720"/>
      </w:pPr>
      <w:r>
        <w:t>He went to the district office. He went to the regional archive, which took a day and two buses.</w:t>
      </w:r>
    </w:p>
    <w:p>
      <w:pPr>
        <w:ind w:firstLine="720"/>
      </w:pPr>
      <w:r>
        <w:t>There was nothing.</w:t>
      </w:r>
    </w:p>
    <w:p>
      <w:pPr>
        <w:ind w:firstLine="720"/>
      </w:pPr>
      <w:r>
        <w:t>There was a form for registering as a Vigil Guide. There was a short canonical description of what one does, filed under spiritual vocations, which runs to about forty words and which he could already recite.</w:t>
      </w:r>
    </w:p>
    <w:p>
      <w:pPr>
        <w:ind w:firstLine="720"/>
      </w:pPr>
      <w:r>
        <w:t>And beyond that, four generations of people who had learned it by walking behind somebody who was doing it.</w:t>
      </w:r>
    </w:p>
    <w:p>
      <w:pPr>
        <w:ind w:firstLine="720"/>
      </w:pPr>
      <w:r>
        <w:t>No doctrine. No writings. No commentary, no dispute, no schism, nothing anybody had ever needed to consult — because in four generations nothing had ever happened to the practice that a person could not work out on a hill.</w:t>
      </w:r>
    </w:p>
    <w:p>
      <w:pPr>
        <w:ind w:firstLine="720"/>
      </w:pPr>
      <w:r>
        <w:t>He had found that funny for about a day.</w:t>
      </w:r>
    </w:p>
    <w:p>
      <w:pPr>
        <w:ind w:firstLine="720"/>
      </w:pPr>
      <w:r>
        <w:t>And then had stopped finding it funny, somewhere on the second bus.</w:t>
      </w:r>
    </w:p>
    <w:p>
      <w:pPr>
        <w:ind w:firstLine="720"/>
      </w:pPr>
      <w:r>
        <w:t>So he did the only thing available, which was to turn up on the first of the month and run the walk.</w:t>
      </w:r>
    </w:p>
    <w:p>
      <w:pPr>
        <w:ind w:firstLine="720"/>
      </w:pPr>
      <w:r>
        <w:t>Seven collars. The greeting. The regular obliged.</w:t>
      </w:r>
    </w:p>
    <w:p>
      <w:pPr>
        <w:ind w:firstLine="720"/>
      </w:pPr>
      <w:r>
        <w:t>Oz was there — four months past the end of his course now, on bones that would not soften again, carrying twenty-one kilos, talking about the recording project.</w:t>
      </w:r>
    </w:p>
    <w:p>
      <w:pPr>
        <w:ind w:firstLine="720"/>
      </w:pPr>
      <w:r>
        <w:t>Which had, astonishingly, produced an actual recording. Forty minutes long. He described it in detail to a captive audience of six people who could not walk faster than him and would not have wanted to.</w:t>
      </w:r>
    </w:p>
    <w:p>
      <w:pPr>
        <w:ind w:firstLine="720"/>
      </w:pPr>
      <w:r>
        <w:t>Nobody on that pass could have told a stranger what the practice was for.</w:t>
      </w:r>
    </w:p>
    <w:p>
      <w:pPr>
        <w:ind w:firstLine="720"/>
      </w:pPr>
      <w:r>
        <w:t>All seven of them were on it.</w:t>
      </w:r>
    </w:p>
    <w:p>
      <w:pPr>
        <w:ind w:firstLine="720"/>
      </w:pPr>
      <w:r>
        <w:t>Seven plates on the step at two thirds, four seconds each.</w:t>
      </w:r>
    </w:p>
    <w:p>
      <w:pPr>
        <w:ind w:firstLine="720"/>
      </w:pPr>
      <w:r>
        <w:t>Bob heard the difference from six and said nothing about that either.</w:t>
      </w:r>
    </w:p>
    <w:p>
      <w:pPr>
        <w:ind w:firstLine="720"/>
      </w:pPr>
      <w:r>
        <w:t>What he had settled on, over that winter, was smaller than a doctrine and he suspected it was all he was going to get.</w:t>
      </w:r>
    </w:p>
    <w:p>
      <w:pPr>
        <w:ind w:firstLine="720"/>
      </w:pPr>
      <w:r>
        <w:t>That the practice is whatever the seven people at the trailhead on the first of the month are doing.</w:t>
      </w:r>
    </w:p>
    <w:p>
      <w:pPr>
        <w:ind w:firstLine="720"/>
      </w:pPr>
      <w:r>
        <w:t>That his job is to make sure they can do it without hurting themselves.</w:t>
      </w:r>
    </w:p>
    <w:p>
      <w:pPr>
        <w:ind w:firstLine="720"/>
      </w:pPr>
      <w:r>
        <w:t>And that anybody who wants it to be more than that is welcome to say so on the pass, where everybody can hear.</w:t>
      </w:r>
    </w:p>
    <w:p>
      <w:pPr>
        <w:ind w:firstLine="720"/>
      </w:pPr>
      <w:r>
        <w:t>Nobody had said so.</w:t>
      </w:r>
    </w:p>
    <w:p>
      <w:pPr>
        <w:ind w:firstLine="720"/>
      </w:pPr>
      <w:r>
        <w:t>Three years of the largest change in four generations, and not one person had proposed a rule.</w:t>
      </w:r>
    </w:p>
    <w:p>
      <w:r>
        <w:br w:type="page"/>
      </w:r>
    </w:p>
    <w:p>
      <w:pPr>
        <w:pStyle w:val="Heading1"/>
      </w:pPr>
      <w:r>
        <w:t>Chapter 32 &amp;mdash; Amethyst</w:t>
      </w:r>
    </w:p>
    <w:p>
      <w:pPr>
        <w:ind w:firstLine="720"/>
      </w:pPr>
      <w:r>
        <w:t>He had stopped giving the old answer, and it took him until the long middle stretch to notice that he had.</w:t>
      </w:r>
    </w:p>
    <w:p>
      <w:pPr>
        <w:ind w:firstLine="720"/>
      </w:pPr>
      <w:r>
        <w:t>A newcomer had asked him at the trailhead — a woman in her forties, entirely straightforward about it, asking the way you ask a shopkeeper what time they close.</w:t>
      </w:r>
    </w:p>
    <w:p>
      <w:pPr>
        <w:ind w:firstLine="720"/>
      </w:pPr>
      <w:r>
        <w:t>Why do you do it?</w:t>
      </w:r>
    </w:p>
    <w:p>
      <w:pPr>
        <w:ind w:firstLine="720"/>
      </w:pPr>
      <w:r>
        <w:t>And Bob had said: "That's a better question than it sounds. Ask me again at the top."</w:t>
      </w:r>
    </w:p>
    <w:p>
      <w:pPr>
        <w:ind w:firstLine="720"/>
      </w:pPr>
      <w:r>
        <w:t>Which was not the eleven-year answer. It was not any answer.</w:t>
      </w:r>
    </w:p>
    <w:p>
      <w:pPr>
        <w:ind w:firstLine="720"/>
      </w:pPr>
      <w:r>
        <w:t>It was, he thought, walking up the scree with his ears warm, a fairly transparent piece of stalling dressed as depth — the sort of thing he would have been quietly unimpressed by in another Guide.</w:t>
      </w:r>
    </w:p>
    <w:p>
      <w:pPr>
        <w:ind w:firstLine="720"/>
      </w:pPr>
      <w:r>
        <w:t>The woman had taken it perfectly well and gone off to talk to Petrus, who could be relied upon to tell a newcomer something true within four minutes.</w:t>
      </w:r>
    </w:p>
    <w:p>
      <w:pPr>
        <w:ind w:firstLine="720"/>
      </w:pPr>
      <w:r>
        <w:t>But he had not said the other thing.</w:t>
      </w:r>
    </w:p>
    <w:p>
      <w:pPr>
        <w:ind w:firstLine="720"/>
      </w:pPr>
      <w:r>
        <w:t>That was the fact he kept returning to for the rest of the climb. Gift and debt, the body given a world it does not have to push against, the difference between maintaining a body and inhabiting one — the whole apparatus was still there. Fully assembled. Available.</w:t>
      </w:r>
    </w:p>
    <w:p>
      <w:pPr>
        <w:ind w:firstLine="720"/>
      </w:pPr>
      <w:r>
        <w:t>And he had opened his mouth and it had not come out.</w:t>
      </w:r>
    </w:p>
    <w:p>
      <w:pPr>
        <w:ind w:firstLine="720"/>
      </w:pPr>
      <w:r>
        <w:t>And he had not decided that it would not.</w:t>
      </w:r>
    </w:p>
    <w:p>
      <w:pPr>
        <w:ind w:firstLine="720"/>
      </w:pPr>
      <w:r>
        <w:t>He worked at it the rest of the way up.</w:t>
      </w:r>
    </w:p>
    <w:p>
      <w:pPr>
        <w:ind w:firstLine="720"/>
      </w:pPr>
      <w:r>
        <w:t>What he had, when he laid it all out honestly, was three fragments.</w:t>
      </w:r>
    </w:p>
    <w:p>
      <w:pPr>
        <w:ind w:firstLine="720"/>
      </w:pPr>
      <w:r>
        <w:t>Something about the practice not being a treatment — which was true and was Wren's, not his, and he was aware of having borrowed it.</w:t>
      </w:r>
    </w:p>
    <w:p>
      <w:pPr>
        <w:ind w:firstLine="720"/>
      </w:pPr>
      <w:r>
        <w:t>Something about the difference between a thing you do because it works and a thing you do because you do it, which he could not get into a single sentence and had been trying to for eight months.</w:t>
      </w:r>
    </w:p>
    <w:p>
      <w:pPr>
        <w:ind w:firstLine="720"/>
      </w:pPr>
      <w:r>
        <w:t>And a strong, unhelpful, entirely unusable conviction that Wren had been closer than Petrus on the pass that day, and that he could not reconstruct why, and that this bothered him more than the rest of it put together.</w:t>
      </w:r>
    </w:p>
    <w:p>
      <w:pPr>
        <w:ind w:firstLine="720"/>
      </w:pPr>
      <w:r>
        <w:t>Three fragments. Nothing that would survive contact with a stranger on a mountain.</w:t>
      </w:r>
    </w:p>
    <w:p>
      <w:pPr>
        <w:ind w:firstLine="720"/>
      </w:pPr>
      <w:r>
        <w:t>At the top the woman did ask him again.</w:t>
      </w:r>
    </w:p>
    <w:p>
      <w:pPr>
        <w:ind w:firstLine="720"/>
      </w:pPr>
      <w:r>
        <w:t>Which he had not expected — most people do not, and he had half counted on that.</w:t>
      </w:r>
    </w:p>
    <w:p>
      <w:pPr>
        <w:ind w:firstLine="720"/>
      </w:pPr>
      <w:r>
        <w:t>Bob said: "I don't have a good answer this year. I've had one for eleven years and it's stopped fitting. Come back in the spring and I might."</w:t>
      </w:r>
    </w:p>
    <w:p>
      <w:pPr>
        <w:ind w:firstLine="720"/>
      </w:pPr>
      <w:r>
        <w:t>She said, "All right."</w:t>
      </w:r>
    </w:p>
    <w:p>
      <w:pPr>
        <w:ind w:firstLine="720"/>
      </w:pPr>
      <w:r>
        <w:t>And came back the following month.</w:t>
      </w:r>
    </w:p>
    <w:p>
      <w:pPr>
        <w:ind w:firstLine="720"/>
      </w:pPr>
      <w:r>
        <w:t>Which was, Bob thought afterward, a considerably better outcome than the eleven-year answer had ever produced.</w:t>
      </w:r>
    </w:p>
    <w:p>
      <w:pPr>
        <w:ind w:firstLine="720"/>
      </w:pPr>
      <w:r>
        <w:t>The old one closed the subject. People heard it, liked it, and stopped asking — that had been its function, and he had not understood that it was its function until it stopped working.</w:t>
      </w:r>
    </w:p>
    <w:p>
      <w:pPr>
        <w:ind w:firstLine="720"/>
      </w:pPr>
      <w:r>
        <w:t>Seven plates on the step. Four seconds each.</w:t>
      </w:r>
    </w:p>
    <w:p>
      <w:r>
        <w:br w:type="page"/>
      </w:r>
    </w:p>
    <w:p>
      <w:pPr>
        <w:pStyle w:val="Heading1"/>
      </w:pPr>
      <w:r>
        <w:t>Chapter 33 &amp;mdash; Velvet</w:t>
      </w:r>
    </w:p>
    <w:p>
      <w:pPr>
        <w:ind w:firstLine="720"/>
      </w:pPr>
      <w:r>
        <w:t>A good walk, in the kind of weather that makes a pass worth having, and Oz was on tremendous form.</w:t>
      </w:r>
    </w:p>
    <w:p>
      <w:pPr>
        <w:ind w:firstLine="720"/>
      </w:pPr>
      <w:r>
        <w:t>The recording had a second instalment.</w:t>
      </w:r>
    </w:p>
    <w:p>
      <w:pPr>
        <w:ind w:firstLine="720"/>
      </w:pPr>
      <w:r>
        <w:t>There had been listeners — an actual number of them, which Oz produced twice in ten minutes and clearly intended to produce again, and which Bob had already decided he would ask about at the top so that Oz could produce it a third time without having to engineer it.</w:t>
      </w:r>
    </w:p>
    <w:p>
      <w:pPr>
        <w:ind w:firstLine="720"/>
      </w:pPr>
      <w:r>
        <w:t>And one of them had written to him with a correction about a piece of rigging history.</w:t>
      </w:r>
    </w:p>
    <w:p>
      <w:pPr>
        <w:ind w:firstLine="720"/>
      </w:pPr>
      <w:r>
        <w:t>Which Oz was still furious about, and was enjoying being furious about, and had plainly been saving.</w:t>
      </w:r>
    </w:p>
    <w:p>
      <w:pPr>
        <w:ind w:firstLine="720"/>
      </w:pPr>
      <w:r>
        <w:t>"The man's wrong. He's wrong, Bob, and he's wrong at length, and he's signed it with his profession, which is what tells you everything."</w:t>
      </w:r>
    </w:p>
    <w:p>
      <w:pPr>
        <w:ind w:firstLine="720"/>
      </w:pPr>
      <w:r>
        <w:t>"What's his profession?"</w:t>
      </w:r>
    </w:p>
    <w:p>
      <w:pPr>
        <w:ind w:firstLine="720"/>
      </w:pPr>
      <w:r>
        <w:t>"Doesn't matter. It's the signing."</w:t>
      </w:r>
    </w:p>
    <w:p>
      <w:pPr>
        <w:ind w:firstLine="720"/>
      </w:pPr>
      <w:r>
        <w:t>He shifted the rig. Both shoulders. Evenly.</w:t>
      </w:r>
    </w:p>
    <w:p>
      <w:pPr>
        <w:ind w:firstLine="720"/>
      </w:pPr>
      <w:r>
        <w:t>"Bly says I should write back and thank him."</w:t>
      </w:r>
    </w:p>
    <w:p>
      <w:pPr>
        <w:ind w:firstLine="720"/>
      </w:pPr>
      <w:r>
        <w:t>"Will you?"</w:t>
      </w:r>
    </w:p>
    <w:p>
      <w:pPr>
        <w:ind w:firstLine="720"/>
      </w:pPr>
      <w:r>
        <w:t>"I've drafted four. They get worse." A pause, and the small laugh he did at his own expense. "She'll be right, obviously. She's been right since I was twenty-nine and it's never once helped."</w:t>
      </w:r>
    </w:p>
    <w:p>
      <w:pPr>
        <w:ind w:firstLine="720"/>
      </w:pPr>
      <w:r>
        <w:t>Bob had been braced, since the spring, for the moment this stopped being funny.</w:t>
      </w:r>
    </w:p>
    <w:p>
      <w:pPr>
        <w:ind w:firstLine="720"/>
      </w:pPr>
      <w:r>
        <w:t>For Oz to be diminished by what he had done. Or embarrassed by it. Or for the friendship to develop the careful patch that friendships develop over a subject nobody can raise — the small permanent detour, the topic you route around so smoothly that after a year you forget it is there.</w:t>
      </w:r>
    </w:p>
    <w:p>
      <w:pPr>
        <w:ind w:firstLine="720"/>
      </w:pPr>
      <w:r>
        <w:t>It had not happened.</w:t>
      </w:r>
    </w:p>
    <w:p>
      <w:pPr>
        <w:ind w:firstLine="720"/>
      </w:pPr>
      <w:r>
        <w:t>Oz had taken the Lattice and remained, in every observable particular, precisely himself. Loud. Funny on purpose and funnier by accident. Arguing with an absent woman he had loved for twenty years about a man in the eastern tier who had done something unforgivable with a microphone.</w:t>
      </w:r>
    </w:p>
    <w:p>
      <w:pPr>
        <w:ind w:firstLine="720"/>
      </w:pPr>
      <w:r>
        <w:t>Walking up a hill on the first of the month for reasons he had never once articulated and would have been embarrassed to be asked about.</w:t>
      </w:r>
    </w:p>
    <w:p>
      <w:pPr>
        <w:ind w:firstLine="720"/>
      </w:pPr>
      <w:r>
        <w:t>Seven plates on the step, four seconds each, Oz's set down left-handed.</w:t>
      </w:r>
    </w:p>
    <w:p>
      <w:pPr>
        <w:ind w:firstLine="720"/>
      </w:pPr>
      <w:r>
        <w:t>Bob thought, on the descent, that he had spent a year waiting for his friend to become a tragedy.</w:t>
      </w:r>
    </w:p>
    <w:p>
      <w:pPr>
        <w:ind w:firstLine="720"/>
      </w:pPr>
      <w:r>
        <w:t>And that his friend had declined.</w:t>
      </w:r>
    </w:p>
    <w:p>
      <w:pPr>
        <w:ind w:firstLine="720"/>
      </w:pPr>
      <w:r>
        <w:t>At the bottom Oz said, "Same time next month," which he had said every month for the better part of twenty years, and Bob said it back, and they racked their rigs beside each other and drove off in different directions.</w:t>
      </w:r>
    </w:p>
    <w:p>
      <w:pPr>
        <w:ind w:firstLine="720"/>
      </w:pPr>
      <w:r>
        <w:t>Bob was aware that the story of the last three years, if anybody were telling one, would want Oz to be the cost of something.</w:t>
      </w:r>
    </w:p>
    <w:p>
      <w:pPr>
        <w:ind w:firstLine="720"/>
      </w:pPr>
      <w:r>
        <w:t>He was not.</w:t>
      </w:r>
    </w:p>
    <w:p>
      <w:pPr>
        <w:ind w:firstLine="720"/>
      </w:pPr>
      <w:r>
        <w:t>He was a man with a bad back who had it fixed. And who kept walking up a hill on the first of the month afterward. And who had never in twelve years explained to anybody why he did that, and had never been asked.</w:t>
      </w:r>
    </w:p>
    <w:p>
      <w:pPr>
        <w:ind w:firstLine="720"/>
      </w:pPr>
      <w:r>
        <w:t>Because nobody asks the ones who simply turn up.</w:t>
      </w:r>
    </w:p>
    <w:p>
      <w:r>
        <w:br w:type="page"/>
      </w:r>
    </w:p>
    <w:p>
      <w:pPr>
        <w:pStyle w:val="Heading1"/>
      </w:pPr>
      <w:r>
        <w:t>Chapter 34 &amp;mdash; Citadel</w:t>
      </w:r>
    </w:p>
    <w:p>
      <w:pPr>
        <w:ind w:firstLine="720"/>
      </w:pPr>
      <w:r>
        <w:t>They met the other one coming down while they were going up, at the narrow place below the shrine where two parties have to sort themselves out, and it took four seconds.</w:t>
      </w:r>
    </w:p>
    <w:p>
      <w:pPr>
        <w:ind w:firstLine="720"/>
      </w:pPr>
      <w:r>
        <w:t>He was a man of about fifty, alone, carrying a rig Bob had never seen the like of — not plates on a collar but a single flat weight, close, high on the back, strapped in a way that suggested it had been strapped that way a very long time.</w:t>
      </w:r>
    </w:p>
    <w:p>
      <w:pPr>
        <w:ind w:firstLine="720"/>
      </w:pPr>
      <w:r>
        <w:t>The eight of them stood aside and let him through. He nodded, the way anybody nods.</w:t>
      </w:r>
    </w:p>
    <w:p>
      <w:pPr>
        <w:ind w:firstLine="720"/>
      </w:pPr>
      <w:r>
        <w:t>And Bob saw it. He could not afterward explain what he had seen or point to the piece of it that did the work: something in how the load sat, in the fact that there was one weight and not several, in the man's total lack of interest in the eight rigged people he was walking past.</w:t>
      </w:r>
    </w:p>
    <w:p>
      <w:pPr>
        <w:ind w:firstLine="720"/>
      </w:pPr>
      <w:r>
        <w:t>He had it on because he was not going to take it off.</w:t>
      </w:r>
    </w:p>
    <w:p>
      <w:pPr>
        <w:ind w:firstLine="720"/>
      </w:pPr>
      <w:r>
        <w:t>Bob said — and he had no idea why he said anything, having not spoken to a stranger on that pass in three years — "Salutations, my fellow down."</w:t>
      </w:r>
    </w:p>
    <w:p>
      <w:pPr>
        <w:ind w:firstLine="720"/>
      </w:pPr>
      <w:r>
        <w:t>The man stopped. Looked at him with plain, uncomprehending courtesy. Said, "Sorry?"</w:t>
      </w:r>
    </w:p>
    <w:p>
      <w:pPr>
        <w:ind w:firstLine="720"/>
      </w:pPr>
      <w:r>
        <w:t>Not hostile. Not amused. He simply had not understood a single word of it, and there was nothing on his face that recognised any part of what Bob was.</w:t>
      </w:r>
    </w:p>
    <w:p>
      <w:pPr>
        <w:ind w:firstLine="720"/>
      </w:pPr>
      <w:r>
        <w:t>"Nothing," said Bob. "Good walk."</w:t>
      </w:r>
    </w:p>
    <w:p>
      <w:pPr>
        <w:ind w:firstLine="720"/>
      </w:pPr>
      <w:r>
        <w:t>"Good walk," the man said, and went on down.</w:t>
      </w:r>
    </w:p>
    <w:p>
      <w:pPr>
        <w:ind w:firstLine="720"/>
      </w:pPr>
      <w:r>
        <w:t>Twenty-one kilos, eight present. Bob walked the rest of the pass without speaking, through the shrine and over the top and the whole way down, and nobody asked him about it.</w:t>
      </w:r>
    </w:p>
    <w:p>
      <w:pPr>
        <w:ind w:firstLine="720"/>
      </w:pPr>
      <w:r>
        <w:t>Eight plates on the step at two thirds. Four seconds each. Bob set his down and picked it up and could not have told anybody, then or later, what he had been thinking about while he did it.</w:t>
      </w:r>
    </w:p>
    <w:p>
      <w:pPr>
        <w:ind w:firstLine="720"/>
      </w:pPr>
      <w:r>
        <w:t>He had known there were two traditions. Everybody knew that, in the loose way everybody knows things about a place they have never been. He had simply never in his life stood four feet from the other one and had it look straight through him.</w:t>
      </w:r>
    </w:p>
    <w:p>
      <w:r>
        <w:br w:type="page"/>
      </w:r>
    </w:p>
    <w:p>
      <w:pPr>
        <w:pStyle w:val="Heading1"/>
      </w:pPr>
      <w:r>
        <w:t>Chapter 35 &amp;mdash; Resonance</w:t>
      </w:r>
    </w:p>
    <w:p>
      <w:pPr>
        <w:ind w:firstLine="720"/>
      </w:pPr>
      <w:r>
        <w:t>Nobody asked.</w:t>
      </w:r>
    </w:p>
    <w:p>
      <w:pPr>
        <w:ind w:firstLine="720"/>
      </w:pPr>
      <w:r>
        <w:t>That was the mercy of the company he had, and he was aware of it as a mercy for the whole four hours.</w:t>
      </w:r>
    </w:p>
    <w:p>
      <w:pPr>
        <w:ind w:firstLine="720"/>
      </w:pPr>
      <w:r>
        <w:t>He had walked an entire pass in silence the previous month — from the narrow place below the shrine all the way to the car park, four hours, without saying anything beyond what the job required — and eight people had let him.</w:t>
      </w:r>
    </w:p>
    <w:p>
      <w:pPr>
        <w:ind w:firstLine="720"/>
      </w:pPr>
      <w:r>
        <w:t>This month they let him be most of the way quiet again.</w:t>
      </w:r>
    </w:p>
    <w:p>
      <w:pPr>
        <w:ind w:firstLine="720"/>
      </w:pPr>
      <w:r>
        <w:t>And Oz filled the space without once making it obvious he was filling it, which Bob understood perfectly well and was grateful for and did not mention, because mentioning it would have ended it.</w:t>
      </w:r>
    </w:p>
    <w:p>
      <w:pPr>
        <w:ind w:firstLine="720"/>
      </w:pPr>
      <w:r>
        <w:t>What he kept coming back to was the one weight.</w:t>
      </w:r>
    </w:p>
    <w:p>
      <w:pPr>
        <w:ind w:firstLine="720"/>
      </w:pPr>
      <w:r>
        <w:t>High on the back. Strapped in a way that suggested it had been strapped that way a very long time.</w:t>
      </w:r>
    </w:p>
    <w:p>
      <w:pPr>
        <w:ind w:firstLine="720"/>
      </w:pPr>
      <w:r>
        <w:t>And the fact that a man he had never met had been carrying it up the same pass — the same pass, the one Bob had walked four hundred times — for what had plainly been years, on a system that shared not one word with his own.</w:t>
      </w:r>
    </w:p>
    <w:p>
      <w:pPr>
        <w:ind w:firstLine="720"/>
      </w:pPr>
      <w:r>
        <w:t>No Vigil. No Guide. No first of the month, as far as Bob could tell, because he had never once seen him in eleven years and he would have remembered.</w:t>
      </w:r>
    </w:p>
    <w:p>
      <w:pPr>
        <w:ind w:firstLine="720"/>
      </w:pPr>
      <w:r>
        <w:t>No greeting. No plates.</w:t>
      </w:r>
    </w:p>
    <w:p>
      <w:pPr>
        <w:ind w:firstLine="720"/>
      </w:pPr>
      <w:r>
        <w:t>And — this was the part that would not leave him alone — no setting it down.</w:t>
      </w:r>
    </w:p>
    <w:p>
      <w:pPr>
        <w:ind w:firstLine="720"/>
      </w:pPr>
      <w:r>
        <w:t>Four seconds is the whole of what Bob's tradition does at that shrine. Down, and up. The setting down is the rite. There is nothing else in it.</w:t>
      </w:r>
    </w:p>
    <w:p>
      <w:pPr>
        <w:ind w:firstLine="720"/>
      </w:pPr>
      <w:r>
        <w:t>And a man had walked past that step with a single weight he does not take off.</w:t>
      </w:r>
    </w:p>
    <w:p>
      <w:pPr>
        <w:ind w:firstLine="720"/>
      </w:pPr>
      <w:r>
        <w:t>He did the arithmetic on the long middle stretch.</w:t>
      </w:r>
    </w:p>
    <w:p>
      <w:pPr>
        <w:ind w:firstLine="720"/>
      </w:pPr>
      <w:r>
        <w:t>Out of season. Unprompted. For the first time in his life at a moment other than Velvet, which is the month it belongs to and has belonged to since he was thirty.</w:t>
      </w:r>
    </w:p>
    <w:p>
      <w:pPr>
        <w:ind w:firstLine="720"/>
      </w:pPr>
      <w:r>
        <w:t>Twenty-two when he took the year. Ten years gone at the start of all this.</w:t>
      </w:r>
    </w:p>
    <w:p>
      <w:pPr>
        <w:ind w:firstLine="720"/>
      </w:pPr>
      <w:r>
        <w:t>Thirty-six now.</w:t>
      </w:r>
    </w:p>
    <w:p>
      <w:pPr>
        <w:ind w:firstLine="720"/>
      </w:pPr>
      <w:r>
        <w:t>Bob had never in fifteen years done that sum outside the one walk a year he had assigned to it. That was the arrangement he had made with himself and he had kept it the way he kept everything.</w:t>
      </w:r>
    </w:p>
    <w:p>
      <w:pPr>
        <w:ind w:firstLine="720"/>
      </w:pPr>
      <w:r>
        <w:t>And he understood, standing on a slope in the wrong month, that the sum had come loose from its place.</w:t>
      </w:r>
    </w:p>
    <w:p>
      <w:pPr>
        <w:ind w:firstLine="720"/>
      </w:pPr>
      <w:r>
        <w:t>And that a thing which comes loose from its place does not usually go back.</w:t>
      </w:r>
    </w:p>
    <w:p>
      <w:pPr>
        <w:ind w:firstLine="720"/>
      </w:pPr>
      <w:r>
        <w:t>Eight plates on the step. Four seconds each.</w:t>
      </w:r>
    </w:p>
    <w:p>
      <w:pPr>
        <w:ind w:firstLine="720"/>
      </w:pPr>
      <w:r>
        <w:t>At the bottom Wren asked whether he was all right, in the specific tone of somebody who has decided to ask once and not again.</w:t>
      </w:r>
    </w:p>
    <w:p>
      <w:pPr>
        <w:ind w:firstLine="720"/>
      </w:pPr>
      <w:r>
        <w:t>Bob said he was.</w:t>
      </w:r>
    </w:p>
    <w:p>
      <w:pPr>
        <w:ind w:firstLine="720"/>
      </w:pPr>
      <w:r>
        <w:t>She accepted it and racked her rig and did not look back at him.</w:t>
      </w:r>
    </w:p>
    <w:p>
      <w:pPr>
        <w:ind w:firstLine="720"/>
      </w:pPr>
      <w:r>
        <w:t>He thought, driving home: she asked.</w:t>
      </w:r>
    </w:p>
    <w:p>
      <w:pPr>
        <w:ind w:firstLine="720"/>
      </w:pPr>
      <w:r>
        <w:t>In fifteen years, she is the first. And she asked the small version rather than the large one, and she asked it in a car park where I could say no.</w:t>
      </w:r>
    </w:p>
    <w:p>
      <w:pPr>
        <w:ind w:firstLine="720"/>
      </w:pPr>
      <w:r>
        <w:t>He had said no.</w:t>
      </w:r>
    </w:p>
    <w:p>
      <w:pPr>
        <w:ind w:firstLine="720"/>
      </w:pPr>
      <w:r>
        <w:t>He noticed that he had said no.</w:t>
      </w:r>
    </w:p>
    <w:p>
      <w:r>
        <w:br w:type="page"/>
      </w:r>
    </w:p>
    <w:p>
      <w:pPr>
        <w:pStyle w:val="Heading1"/>
      </w:pPr>
      <w:r>
        <w:t>Chapter 36 &amp;mdash; Siphon</w:t>
      </w:r>
    </w:p>
    <w:p>
      <w:pPr>
        <w:ind w:firstLine="720"/>
      </w:pPr>
      <w:r>
        <w:t>He got as far as the words. That was further than he had ever got before.</w:t>
      </w:r>
    </w:p>
    <w:p>
      <w:pPr>
        <w:ind w:firstLine="720"/>
      </w:pPr>
      <w:r>
        <w:t>They were most of the way up, in the good stretch below the shrine where the ground eases and the talking usually stops of its own accord.</w:t>
      </w:r>
    </w:p>
    <w:p>
      <w:pPr>
        <w:ind w:firstLine="720"/>
      </w:pPr>
      <w:r>
        <w:t>Oz had run out of the recording project for once and had gone comfortably quiet — which he did perhaps three times a year and which was never awkward, and which Bob had always understood to be a kind of offer.</w:t>
      </w:r>
    </w:p>
    <w:p>
      <w:pPr>
        <w:ind w:firstLine="720"/>
      </w:pPr>
      <w:r>
        <w:t>There was nobody within twenty metres of either of them.</w:t>
      </w:r>
    </w:p>
    <w:p>
      <w:pPr>
        <w:ind w:firstLine="720"/>
      </w:pPr>
      <w:r>
        <w:t>Bob had it in his mouth.</w:t>
      </w:r>
    </w:p>
    <w:p>
      <w:pPr>
        <w:ind w:firstLine="720"/>
      </w:pPr>
      <w:r>
        <w:t>There's a thing in my pack.</w:t>
      </w:r>
    </w:p>
    <w:p>
      <w:pPr>
        <w:ind w:firstLine="720"/>
      </w:pPr>
      <w:r>
        <w:t>Four words. And after them a second sentence he had never assembled — he had tried, over the years, in the car, and had never got past about six versions of the opening. And after that a third that would have had his brother's name in it, which no living person had heard him say aloud in fifteen years.</w:t>
      </w:r>
    </w:p>
    <w:p>
      <w:pPr>
        <w:ind w:firstLine="720"/>
      </w:pPr>
      <w:r>
        <w:t>What stopped him was not fear of being thought foolish.</w:t>
      </w:r>
    </w:p>
    <w:p>
      <w:pPr>
        <w:ind w:firstLine="720"/>
      </w:pPr>
      <w:r>
        <w:t>He examined that afterward at some length, because it would have been the comfortable explanation and he distrusted it for exactly that reason. Oz would not have thought him foolish. Oz had never thought anybody foolish in his life, which was one of about four reasons Bob had liked him for twenty years.</w:t>
      </w:r>
    </w:p>
    <w:p>
      <w:pPr>
        <w:ind w:firstLine="720"/>
      </w:pPr>
      <w:r>
        <w:t>It was that Oz would have been kind about it.</w:t>
      </w:r>
    </w:p>
    <w:p>
      <w:pPr>
        <w:ind w:firstLine="720"/>
      </w:pPr>
      <w:r>
        <w:t>Immediately. Completely. With real feeling — he would have stopped walking, which he never did.</w:t>
      </w:r>
    </w:p>
    <w:p>
      <w:pPr>
        <w:ind w:firstLine="720"/>
      </w:pPr>
      <w:r>
        <w:t>And he would have understood at once that he had been handed the only thing Bob had. And would have carried it carefully from that moment on, because he was that sort of man and could not have done otherwise.</w:t>
      </w:r>
    </w:p>
    <w:p>
      <w:pPr>
        <w:ind w:firstLine="720"/>
      </w:pPr>
      <w:r>
        <w:t>And their twenty years would have quietly reorganised itself around the fact. Permanently. Not worse — better, probably, by most measures anybody could name.</w:t>
      </w:r>
    </w:p>
    <w:p>
      <w:pPr>
        <w:ind w:firstLine="720"/>
      </w:pPr>
      <w:r>
        <w:t>And Bob would have become a man Oz was gentle with.</w:t>
      </w:r>
    </w:p>
    <w:p>
      <w:pPr>
        <w:ind w:firstLine="720"/>
      </w:pPr>
      <w:r>
        <w:t>Four hundred grams at the bottom of the pack, wrapped in cloth, under the spare strapping.</w:t>
      </w:r>
    </w:p>
    <w:p>
      <w:pPr>
        <w:ind w:firstLine="720"/>
      </w:pPr>
      <w:r>
        <w:t>A self-righting figure about ten centimetres tall, made on Earth for a full Earth gravity, of the kind a child wind-up-walks across a table and lets tip and watches right itself.</w:t>
      </w:r>
    </w:p>
    <w:p>
      <w:pPr>
        <w:ind w:firstLine="720"/>
      </w:pPr>
      <w:r>
        <w:t>Which had never once righted itself on this planet. At a third of a gravity it wobbles and drifts and will not settle, and it never will, and the arithmetic of that is not complicated and Bob had done it years ago.</w:t>
      </w:r>
    </w:p>
    <w:p>
      <w:pPr>
        <w:ind w:firstLine="720"/>
      </w:pPr>
      <w:r>
        <w:t>Given to him by somebody who knew that perfectly well and gave it to him anyway.</w:t>
      </w:r>
    </w:p>
    <w:p>
      <w:pPr>
        <w:ind w:firstLine="720"/>
      </w:pPr>
      <w:r>
        <w:t>"You all right?" said Oz.</w:t>
      </w:r>
    </w:p>
    <w:p>
      <w:pPr>
        <w:ind w:firstLine="720"/>
      </w:pPr>
      <w:r>
        <w:t>"Knees," said Bob.</w:t>
      </w:r>
    </w:p>
    <w:p>
      <w:pPr>
        <w:ind w:firstLine="720"/>
      </w:pPr>
      <w:r>
        <w:t>"Aren't we all," said Oz, and started up again about the man in the eastern tier.</w:t>
      </w:r>
    </w:p>
    <w:p>
      <w:pPr>
        <w:ind w:firstLine="720"/>
      </w:pPr>
      <w:r>
        <w:t>Seven plates on the step. Four seconds each. Bob's went down with four hundred grams in the pack above it, as it had every month for twelve years.</w:t>
      </w:r>
    </w:p>
    <w:p>
      <w:pPr>
        <w:ind w:firstLine="720"/>
      </w:pPr>
      <w:r>
        <w:t>He thought, on the descent, that he had just discovered the actual shape of the thing.</w:t>
      </w:r>
    </w:p>
    <w:p>
      <w:pPr>
        <w:ind w:firstLine="720"/>
      </w:pPr>
      <w:r>
        <w:t>And that it was not what he had assumed for fifteen years.</w:t>
      </w:r>
    </w:p>
    <w:p>
      <w:pPr>
        <w:ind w:firstLine="720"/>
      </w:pPr>
      <w:r>
        <w:t>He had always told himself he did not speak because there was nothing to be done about it. Which is true, and which is not the reason.</w:t>
      </w:r>
    </w:p>
    <w:p>
      <w:pPr>
        <w:ind w:firstLine="720"/>
      </w:pPr>
      <w:r>
        <w:t>He did not speak because being known about it would change what he was to the people who knew.</w:t>
      </w:r>
    </w:p>
    <w:p>
      <w:pPr>
        <w:ind w:firstLine="720"/>
      </w:pPr>
      <w:r>
        <w:t>And he had built an entire working life on being the fixed point that other people say things to.</w:t>
      </w:r>
    </w:p>
    <w:p>
      <w:r>
        <w:br w:type="page"/>
      </w:r>
    </w:p>
    <w:p>
      <w:pPr>
        <w:pStyle w:val="Heading1"/>
      </w:pPr>
      <w:r>
        <w:t>Chapter 37 &amp;mdash; Founding</w:t>
      </w:r>
    </w:p>
    <w:p>
      <w:pPr>
        <w:ind w:firstLine="720"/>
      </w:pPr>
      <w:r>
        <w:t>Ten at the trailhead — the best number since Year Two — and Bob did not get to a single one of the three who needed rigging, because Wren got there first.</w:t>
      </w:r>
    </w:p>
    <w:p>
      <w:pPr>
        <w:ind w:firstLine="720"/>
      </w:pPr>
      <w:r>
        <w:t>She had a young man with a bought collar.</w:t>
      </w:r>
    </w:p>
    <w:p>
      <w:pPr>
        <w:ind w:firstLine="720"/>
      </w:pPr>
      <w:r>
        <w:t>Plates hung forward and high. Set for a catalogue body. The exact configuration, near enough, that she had arrived with herself eleven years ago on a cold morning in her first month.</w:t>
      </w:r>
    </w:p>
    <w:p>
      <w:pPr>
        <w:ind w:firstLine="720"/>
      </w:pPr>
      <w:r>
        <w:t>Bob watched from six metres away with a strap in his hand and did not move.</w:t>
      </w:r>
    </w:p>
    <w:p>
      <w:pPr>
        <w:ind w:firstLine="720"/>
      </w:pPr>
      <w:r>
        <w:t>She fell in beside him at the first bend.</w:t>
      </w:r>
    </w:p>
    <w:p>
      <w:pPr>
        <w:ind w:firstLine="720"/>
      </w:pPr>
      <w:r>
        <w:t>Said something Bob could not hear that made the man laugh and left his hands busy — Bob could not tell what she had handed him and rather hoped it was water.</w:t>
      </w:r>
    </w:p>
    <w:p>
      <w:pPr>
        <w:ind w:firstLine="720"/>
      </w:pPr>
      <w:r>
        <w:t>Unclipped. Dropped the two forward plates to the low rear seats. Ran the strap out — three holes, not four, because the man was shorter in the back than she was and she had looked.</w:t>
      </w:r>
    </w:p>
    <w:p>
      <w:pPr>
        <w:ind w:firstLine="720"/>
      </w:pPr>
      <w:r>
        <w:t>Brought the whole mass down and back over the hips and off the collarbone.</w:t>
      </w:r>
    </w:p>
    <w:p>
      <w:pPr>
        <w:ind w:firstLine="720"/>
      </w:pPr>
      <w:r>
        <w:t>Took whatever it was back off him.</w:t>
      </w:r>
    </w:p>
    <w:p>
      <w:pPr>
        <w:ind w:firstLine="720"/>
      </w:pPr>
      <w:r>
        <w:t>Four minutes. Walking. Without breaking step.</w:t>
      </w:r>
    </w:p>
    <w:p>
      <w:pPr>
        <w:ind w:firstLine="720"/>
      </w:pPr>
      <w:r>
        <w:t>She did not explain one word of it.</w:t>
      </w:r>
    </w:p>
    <w:p>
      <w:pPr>
        <w:ind w:firstLine="720"/>
      </w:pPr>
      <w:r>
        <w:t>Eleven years ago Bob had done exactly that to Wren on exactly that bend, and had never mentioned it afterward, and had assumed at the time — insofar as he had thought about it at all, which was not much, because it was a Tuesday and she was one of fifteen — that she would either work it out or she would not.</w:t>
      </w:r>
    </w:p>
    <w:p>
      <w:pPr>
        <w:ind w:firstLine="720"/>
      </w:pPr>
      <w:r>
        <w:t>She had worked it out.</w:t>
      </w:r>
    </w:p>
    <w:p>
      <w:pPr>
        <w:ind w:firstLine="720"/>
      </w:pPr>
      <w:r>
        <w:t>She had worked it out, and said nothing about it for a decade, and had now, on an ordinary first of the month in the fourth year of the worst stretch the company had ever had, done it to somebody else in silence.</w:t>
      </w:r>
    </w:p>
    <w:p>
      <w:pPr>
        <w:ind w:firstLine="720"/>
      </w:pPr>
      <w:r>
        <w:t>Bob put the strap back in his pocket.</w:t>
      </w:r>
    </w:p>
    <w:p>
      <w:pPr>
        <w:ind w:firstLine="720"/>
      </w:pPr>
      <w:r>
        <w:t>He did not say anything to her about it. Not at the shrine, not at the top, not at the rack.</w:t>
      </w:r>
    </w:p>
    <w:p>
      <w:pPr>
        <w:ind w:firstLine="720"/>
      </w:pPr>
      <w:r>
        <w:t>And she did not look over at any point to see whether he had noticed.</w:t>
      </w:r>
    </w:p>
    <w:p>
      <w:pPr>
        <w:ind w:firstLine="720"/>
      </w:pPr>
      <w:r>
        <w:t>Which was the part that told him it was properly done. A person who checks has not finished learning it.</w:t>
      </w:r>
    </w:p>
    <w:p>
      <w:pPr>
        <w:ind w:firstLine="720"/>
      </w:pPr>
      <w:r>
        <w:t>Ten plates on the step at two thirds. Four seconds each.</w:t>
      </w:r>
    </w:p>
    <w:p>
      <w:pPr>
        <w:ind w:firstLine="720"/>
      </w:pPr>
      <w:r>
        <w:t>On the descent Bob worked out that this was the first thing in three years he had felt straightforwardly good about, without any part of it needing to be reasoned around or set against something else.</w:t>
      </w:r>
    </w:p>
    <w:p>
      <w:pPr>
        <w:ind w:firstLine="720"/>
      </w:pPr>
      <w:r>
        <w:t>The company had lost eight people.</w:t>
      </w:r>
    </w:p>
    <w:p>
      <w:pPr>
        <w:ind w:firstLine="720"/>
      </w:pPr>
      <w:r>
        <w:t>It had gained a way of doing something.</w:t>
      </w:r>
    </w:p>
    <w:p>
      <w:pPr>
        <w:ind w:firstLine="720"/>
      </w:pPr>
      <w:r>
        <w:t>Nobody had written either of those facts down anywhere. There is nowhere to write them.</w:t>
      </w:r>
    </w:p>
    <w:p>
      <w:pPr>
        <w:ind w:firstLine="720"/>
      </w:pPr>
      <w:r>
        <w:t>And in eleven years' time there would be somebody on that pass rigging a stranger in silence who had no idea the method had a source — who would think, if they thought about it at all, that this was simply how it was done.</w:t>
      </w:r>
    </w:p>
    <w:p>
      <w:pPr>
        <w:ind w:firstLine="720"/>
      </w:pPr>
      <w:r>
        <w:t>Which was, he was fairly certain of this, exactly the correct outcome.</w:t>
      </w:r>
    </w:p>
    <w:p>
      <w:r>
        <w:br w:type="page"/>
      </w:r>
    </w:p>
    <w:p>
      <w:pPr>
        <w:pStyle w:val="Heading1"/>
      </w:pPr>
      <w:r>
        <w:t>Chapter 38 &amp;mdash; Kush</w:t>
      </w:r>
    </w:p>
    <w:p>
      <w:pPr>
        <w:ind w:firstLine="720"/>
      </w:pPr>
      <w:r>
        <w:t>He spent most of that Vigil deliberately doing nothing, as an experiment, and the walk went perfectly well without him.</w:t>
      </w:r>
    </w:p>
    <w:p>
      <w:pPr>
        <w:ind w:firstLine="720"/>
      </w:pPr>
      <w:r>
        <w:t>Wren took the rigging. Two of them, at the trailhead, before he had his own collar on.</w:t>
      </w:r>
    </w:p>
    <w:p>
      <w:pPr>
        <w:ind w:firstLine="720"/>
      </w:pPr>
      <w:r>
        <w:t>Petrus — who had somehow become the person who did this, without any conversation Bob was party to — made the call about a longer stop at the top of the first section.</w:t>
      </w:r>
    </w:p>
    <w:p>
      <w:pPr>
        <w:ind w:firstLine="720"/>
      </w:pPr>
      <w:r>
        <w:t>And made it correctly. About two minutes before Bob would have made it.</w:t>
      </w:r>
    </w:p>
    <w:p>
      <w:pPr>
        <w:ind w:firstLine="720"/>
      </w:pPr>
      <w:r>
        <w:t>And used the laces, which is the polite fiction the stop runs on, and which Bob had never taught anybody and had assumed nobody had noticed.</w:t>
      </w:r>
    </w:p>
    <w:p>
      <w:pPr>
        <w:ind w:firstLine="720"/>
      </w:pPr>
      <w:r>
        <w:t>Oz supplied four hours of continuous noise, which is a function, whatever else it is, and which Bob had come to understand was load-bearing in a way that would only be visible if it stopped.</w:t>
      </w:r>
    </w:p>
    <w:p>
      <w:pPr>
        <w:ind w:firstLine="720"/>
      </w:pPr>
      <w:r>
        <w:t>The newer ones had started asking each other things instead of asking Bob.</w:t>
      </w:r>
    </w:p>
    <w:p>
      <w:pPr>
        <w:ind w:firstLine="720"/>
      </w:pPr>
      <w:r>
        <w:t>That had happened at some point in the last year without any announcement — the woman from the spring explaining the shrine to somebody newer than her, and getting it right, and adding nothing to it. Four seconds. Down, and up. No words. She had said exactly that and then stopped, which is harder than it sounds.</w:t>
      </w:r>
    </w:p>
    <w:p>
      <w:pPr>
        <w:ind w:firstLine="720"/>
      </w:pPr>
      <w:r>
        <w:t>Bob walked at the back and watched a company that had spent three years losing people work out, without a single meeting and without one word of doctrine, how to run itself.</w:t>
      </w:r>
    </w:p>
    <w:p>
      <w:pPr>
        <w:ind w:firstLine="720"/>
      </w:pPr>
      <w:r>
        <w:t>He was not redundant and he knew it.</w:t>
      </w:r>
    </w:p>
    <w:p>
      <w:pPr>
        <w:ind w:firstLine="720"/>
      </w:pPr>
      <w:r>
        <w:t>There were still four things on that pass only he could do, and he could name all four, and one of them was standing at a trailhead in the grey putting a question to a stranger and remembering the answer for eleven years.</w:t>
      </w:r>
    </w:p>
    <w:p>
      <w:pPr>
        <w:ind w:firstLine="720"/>
      </w:pPr>
      <w:r>
        <w:t>But the walk did not now depend on him being certain about anything.</w:t>
      </w:r>
    </w:p>
    <w:p>
      <w:pPr>
        <w:ind w:firstLine="720"/>
      </w:pPr>
      <w:r>
        <w:t>Which it had, for eleven years. And which had been fine for as long as he was.</w:t>
      </w:r>
    </w:p>
    <w:p>
      <w:pPr>
        <w:ind w:firstLine="720"/>
      </w:pPr>
      <w:r>
        <w:t>Ten plates on the step. Four seconds each.</w:t>
      </w:r>
    </w:p>
    <w:p>
      <w:pPr>
        <w:ind w:firstLine="720"/>
      </w:pPr>
      <w:r>
        <w:t>Nobody had ever been told to be silent there and nobody ever was.</w:t>
      </w:r>
    </w:p>
    <w:p>
      <w:pPr>
        <w:ind w:firstLine="720"/>
      </w:pPr>
      <w:r>
        <w:t>At the rack the woman from the spring asked Petrus a question about the next Vigil and Petrus answered it correctly, and Bob heard both halves from four metres away and did not intervene.</w:t>
      </w:r>
    </w:p>
    <w:p>
      <w:pPr>
        <w:ind w:firstLine="720"/>
      </w:pPr>
      <w:r>
        <w:t>On the descent he thought: whatever this is now, it is not mine.</w:t>
      </w:r>
    </w:p>
    <w:p>
      <w:pPr>
        <w:ind w:firstLine="720"/>
      </w:pPr>
      <w:r>
        <w:t>It has stopped being the thing I hold up.</w:t>
      </w:r>
    </w:p>
    <w:p>
      <w:pPr>
        <w:ind w:firstLine="720"/>
      </w:pPr>
      <w:r>
        <w:t>That should feel like a loss. He turned it over the whole way down, expecting it to.</w:t>
      </w:r>
    </w:p>
    <w:p>
      <w:pPr>
        <w:ind w:firstLine="720"/>
      </w:pPr>
      <w:r>
        <w:t>It did not.</w:t>
      </w:r>
    </w:p>
    <w:p>
      <w:pPr>
        <w:ind w:firstLine="720"/>
      </w:pPr>
      <w:r>
        <w:t>He had thought for eleven years that being the fixed point was the job.</w:t>
      </w:r>
    </w:p>
    <w:p>
      <w:pPr>
        <w:ind w:firstLine="720"/>
      </w:pPr>
      <w:r>
        <w:t>It was not the job. It was a thing he had been — because a company that small and that unsure needed one, and because he had been very willing to be it, and because nobody had ever asked him whether he wanted to be.</w:t>
      </w:r>
    </w:p>
    <w:p>
      <w:r>
        <w:br w:type="page"/>
      </w:r>
    </w:p>
    <w:p>
      <w:pPr>
        <w:pStyle w:val="Heading1"/>
      </w:pPr>
      <w:r>
        <w:t>Chapter 39 &amp;mdash; Ledger</w:t>
      </w:r>
    </w:p>
    <w:p>
      <w:pPr>
        <w:ind w:firstLine="720"/>
      </w:pPr>
      <w:r>
        <w:t>He rehearsed it the entire climb, which he had never done before, and arrived at the shrine with nothing.</w:t>
      </w:r>
    </w:p>
    <w:p>
      <w:pPr>
        <w:ind w:firstLine="720"/>
      </w:pPr>
      <w:r>
        <w:t>He had fifteen years of unsaid things and he laid them out in order on the long middle stretch, like a man checking a rig before a walk — one at a time, in the order he would need them.</w:t>
      </w:r>
    </w:p>
    <w:p>
      <w:pPr>
        <w:ind w:firstLine="720"/>
      </w:pPr>
      <w:r>
        <w:t>That he had a brother.</w:t>
      </w:r>
    </w:p>
    <w:p>
      <w:pPr>
        <w:ind w:firstLine="720"/>
      </w:pPr>
      <w:r>
        <w:t>That the brother had taken the customary year at twenty-two, which their family had done for four generations and which is a good tradition, because it makes the coming back a choice and not an inheritance. That their mother had done it. That Bob had done it, and had spent most of it feeling light in a way he disliked.</w:t>
      </w:r>
    </w:p>
    <w:p>
      <w:pPr>
        <w:ind w:firstLine="720"/>
      </w:pPr>
      <w:r>
        <w:t>That somewhere inside that year he had drifted off the Open Eye's ledger and stopped being counted.</w:t>
      </w:r>
    </w:p>
    <w:p>
      <w:pPr>
        <w:ind w:firstLine="720"/>
      </w:pPr>
      <w:r>
        <w:t>That there was no death. No declaration. No date, no record, no finding, and nothing to grieve against — only a gap in a filing, which is not a thing a person can stand in front of.</w:t>
      </w:r>
    </w:p>
    <w:p>
      <w:pPr>
        <w:ind w:firstLine="720"/>
      </w:pPr>
      <w:r>
        <w:t>That the Bound Ledger obliges the nearest community to fold the Unweighted back in without asking why they left. That somebody, somewhere, may well have done exactly that, years ago, and would have had no reason to tell anybody and no idea who to tell.</w:t>
      </w:r>
    </w:p>
    <w:p>
      <w:pPr>
        <w:ind w:firstLine="720"/>
      </w:pPr>
      <w:r>
        <w:t>And that Bob had no way on this world of finding out, and had stopped, at about thirty-five, constructing ways.</w:t>
      </w:r>
    </w:p>
    <w:p>
      <w:pPr>
        <w:ind w:firstLine="720"/>
      </w:pPr>
      <w:r>
        <w:t>That he had worked out, at some point he could not now locate, that Weighted and Unweighted were privately the same word to him.</w:t>
      </w:r>
    </w:p>
    <w:p>
      <w:pPr>
        <w:ind w:firstLine="720"/>
      </w:pPr>
      <w:r>
        <w:t>Which is almost certainly wrong — they are not the same word, one is a practice and one is a status, and he had heard four people explain the difference and had agreed with all of them — and which he had never once been able to make stop.</w:t>
      </w:r>
    </w:p>
    <w:p>
      <w:pPr>
        <w:ind w:firstLine="720"/>
      </w:pPr>
      <w:r>
        <w:t>That he carried four hundred grams of Earth toy that had never worked here and never would.</w:t>
      </w:r>
    </w:p>
    <w:p>
      <w:pPr>
        <w:ind w:firstLine="720"/>
      </w:pPr>
      <w:r>
        <w:t>Given to him by the person it was going to outlast. That he had done the arithmetic on it, years ago, properly, and that the ballast is his own and the world is still the world and it does nothing for the figure whatsoever.</w:t>
      </w:r>
    </w:p>
    <w:p>
      <w:pPr>
        <w:ind w:firstLine="720"/>
      </w:pPr>
      <w:r>
        <w:t>And that it is not penance. That he would want that understood before anything else, by anybody, and that he had said as much to four hundred newcomers about the practice in general and had never once been able to say it about himself.</w:t>
      </w:r>
    </w:p>
    <w:p>
      <w:pPr>
        <w:ind w:firstLine="720"/>
      </w:pPr>
      <w:r>
        <w:t>That it is closer to company.</w:t>
      </w:r>
    </w:p>
    <w:p>
      <w:pPr>
        <w:ind w:firstLine="720"/>
      </w:pPr>
      <w:r>
        <w:t>Ten plates on the step. Four seconds each.</w:t>
      </w:r>
    </w:p>
    <w:p>
      <w:pPr>
        <w:ind w:firstLine="720"/>
      </w:pPr>
      <w:r>
        <w:t>He said none of it, to anybody, and went down the far side, which hurt.</w:t>
      </w:r>
    </w:p>
    <w:p>
      <w:pPr>
        <w:ind w:firstLine="720"/>
      </w:pPr>
      <w:r>
        <w:t>What he had learned, going through it in order for four hours, was that none of it was hard to say.</w:t>
      </w:r>
    </w:p>
    <w:p>
      <w:pPr>
        <w:ind w:firstLine="720"/>
      </w:pPr>
      <w:r>
        <w:t>He could hear himself saying it. The sentences were perfectly ordinary sentences. Any of the nine people on that pass would have received them well, and two of them would have received them very well indeed.</w:t>
      </w:r>
    </w:p>
    <w:p>
      <w:pPr>
        <w:ind w:firstLine="720"/>
      </w:pPr>
      <w:r>
        <w:t>The difficulty was not the saying.</w:t>
      </w:r>
    </w:p>
    <w:p>
      <w:pPr>
        <w:ind w:firstLine="720"/>
      </w:pPr>
      <w:r>
        <w:t>It was that he had gone fifteen years without.</w:t>
      </w:r>
    </w:p>
    <w:p>
      <w:pPr>
        <w:ind w:firstLine="720"/>
      </w:pPr>
      <w:r>
        <w:t>And that a thing you have not said for fifteen years develops a weight of its own that has nothing whatever to do with the thing.</w:t>
      </w:r>
    </w:p>
    <w:p>
      <w:pPr>
        <w:ind w:firstLine="720"/>
      </w:pPr>
      <w:r>
        <w:t>At the bottom the regular waved from his bench, and Bob raised a hand.</w:t>
      </w:r>
    </w:p>
    <w:p>
      <w:r>
        <w:br w:type="page"/>
      </w:r>
    </w:p>
    <w:p>
      <w:pPr>
        <w:pStyle w:val="Heading1"/>
      </w:pPr>
      <w:r>
        <w:t>Chapter 40 &amp;mdash; Stillness</w:t>
      </w:r>
    </w:p>
    <w:p>
      <w:pPr>
        <w:ind w:firstLine="720"/>
      </w:pPr>
      <w:r>
        <w:t>The fortieth Vigil, first of the month, in the grey.</w:t>
      </w:r>
    </w:p>
    <w:p>
      <w:pPr>
        <w:ind w:firstLine="720"/>
      </w:pPr>
      <w:r>
        <w:t>Bob was there before the others, the way he had been for twelve years now.</w:t>
      </w:r>
    </w:p>
    <w:p>
      <w:pPr>
        <w:ind w:firstLine="720"/>
      </w:pPr>
      <w:r>
        <w:t>He checked his own rig on the tailgate. Twenty-one kilos of plate, the same as the last three years — and at the bottom of the pack, wrapped in cloth, under the spare strapping, four hundred grams that had never appeared on any manifest.</w:t>
      </w:r>
    </w:p>
    <w:p>
      <w:pPr>
        <w:ind w:firstLine="720"/>
      </w:pPr>
      <w:r>
        <w:t>He had not decided anything.</w:t>
      </w:r>
    </w:p>
    <w:p>
      <w:pPr>
        <w:ind w:firstLine="720"/>
      </w:pPr>
      <w:r>
        <w:t>He wanted that clear in his own accounting, and he had gone over it in the car on the way up, honestly, the way he would have gone over somebody else's.</w:t>
      </w:r>
    </w:p>
    <w:p>
      <w:pPr>
        <w:ind w:firstLine="720"/>
      </w:pPr>
      <w:r>
        <w:t>He had not declined the Lattice. He had not taken it. The letter from the woman with the window was in a drawer at home with an expiry date on it that was still some way off, and he had looked at the date twice and put it back both times.</w:t>
      </w:r>
    </w:p>
    <w:p>
      <w:pPr>
        <w:ind w:firstLine="720"/>
      </w:pPr>
      <w:r>
        <w:t>He did not have an answer to Petrus's question. He had three fragments and had had three fragments since the spring.</w:t>
      </w:r>
    </w:p>
    <w:p>
      <w:pPr>
        <w:ind w:firstLine="720"/>
      </w:pPr>
      <w:r>
        <w:t>He had said nothing to Oz. Or to Wren. Or to anybody.</w:t>
      </w:r>
    </w:p>
    <w:p>
      <w:pPr>
        <w:ind w:firstLine="720"/>
      </w:pPr>
      <w:r>
        <w:t>Nine of them came up the road in ones and twos, at the intervals they always came at, headlights on the approach in the order he could have predicted.</w:t>
      </w:r>
    </w:p>
    <w:p>
      <w:pPr>
        <w:ind w:firstLine="720"/>
      </w:pPr>
      <w:r>
        <w:t>He checked collars.</w:t>
      </w:r>
    </w:p>
    <w:p>
      <w:pPr>
        <w:ind w:firstLine="720"/>
      </w:pPr>
      <w:r>
        <w:t>Wren checked two of them before he got there, and he let her, and she did not look up.</w:t>
      </w:r>
    </w:p>
    <w:p>
      <w:pPr>
        <w:ind w:firstLine="720"/>
      </w:pPr>
      <w:r>
        <w:t>"Salutations, my fellow downs."</w:t>
      </w:r>
    </w:p>
    <w:p>
      <w:pPr>
        <w:ind w:firstLine="720"/>
      </w:pPr>
      <w:r>
        <w:t>From the bench, joyfully, with the wrong emphasis, exactly as he had in the first month of the first year and every month between:</w:t>
      </w:r>
    </w:p>
    <w:p>
      <w:pPr>
        <w:ind w:firstLine="720"/>
      </w:pPr>
      <w:r>
        <w:t>"Salutations! My fellow — down!"</w:t>
      </w:r>
    </w:p>
    <w:p>
      <w:pPr>
        <w:ind w:firstLine="720"/>
      </w:pPr>
      <w:r>
        <w:t>Nobody turned.</w:t>
      </w:r>
    </w:p>
    <w:p>
      <w:pPr>
        <w:ind w:firstLine="720"/>
      </w:pPr>
      <w:r>
        <w:t>Bob raised a hand, which he had been doing for twelve years without thinking about it, and which he thought about this once.</w:t>
      </w:r>
    </w:p>
    <w:p>
      <w:pPr>
        <w:ind w:firstLine="720"/>
      </w:pPr>
      <w:r>
        <w:t>Up the scree. The long middle. Oz talking, Bly absent, the recording project on its fourth instalment and apparently now the subject of a dispute with a man in the eastern tier that had entered its second year.</w:t>
      </w:r>
    </w:p>
    <w:p>
      <w:pPr>
        <w:ind w:firstLine="720"/>
      </w:pPr>
      <w:r>
        <w:t>At two thirds the shrine.</w:t>
      </w:r>
    </w:p>
    <w:p>
      <w:pPr>
        <w:ind w:firstLine="720"/>
      </w:pPr>
      <w:r>
        <w:t>Swept, and sound, and belonging to nobody. Kept immaculate by no one anybody had ever caught at it, protected by an Accord that guards a building as readily as a belief, in a valley where nobody had ever found a reason to test it.</w:t>
      </w:r>
    </w:p>
    <w:p>
      <w:pPr>
        <w:ind w:firstLine="720"/>
      </w:pPr>
      <w:r>
        <w:t>Ten plates went down on the step and ten came up.</w:t>
      </w:r>
    </w:p>
    <w:p>
      <w:pPr>
        <w:ind w:firstLine="720"/>
      </w:pPr>
      <w:r>
        <w:t>Four seconds each.</w:t>
      </w:r>
    </w:p>
    <w:p>
      <w:pPr>
        <w:ind w:firstLine="720"/>
      </w:pPr>
      <w:r>
        <w:t>Bob set his down last.</w:t>
      </w:r>
    </w:p>
    <w:p>
      <w:pPr>
        <w:ind w:firstLine="720"/>
      </w:pPr>
      <w:r>
        <w:t>Twenty-one kilos. The same load he had carried up this pass every month for three years, and would carry next month — and had not raised, and had not lowered, and had stopped arguing with somewhere around the middle of the fourth year without noticing the argument ending.</w:t>
      </w:r>
    </w:p>
    <w:p>
      <w:pPr>
        <w:ind w:firstLine="720"/>
      </w:pPr>
      <w:r>
        <w:t>He picked it up.</w:t>
      </w:r>
    </w:p>
    <w:p>
      <w:pPr>
        <w:ind w:firstLine="720"/>
      </w:pPr>
      <w:r>
        <w:t>And the four hundred grams came up with it. Uncounted. Unmentioned. Entirely his.</w:t>
      </w:r>
    </w:p>
    <w:p>
      <w:pPr>
        <w:ind w:firstLine="720"/>
      </w:pPr>
      <w:r>
        <w:t>And he went on up the hill.</w:t>
      </w:r>
    </w:p>
    <w:p>
      <w:pPr>
        <w:ind w:firstLine="720"/>
      </w:pPr>
      <w:r>
        <w:t>Behind him the others came on — Wren, and Petrus, and Oz talking, and the woman from the spring, and six more, up a pass that had been walked on the first of the month for four generations by people who had never once agreed in writing about why.</w:t>
      </w:r>
    </w:p>
    <w:p>
      <w:pPr>
        <w:ind w:firstLine="720"/>
      </w:pPr>
      <w:r>
        <w:t>The figure had not worked in twelve years and would not work next month.</w:t>
      </w:r>
    </w:p>
    <w:p>
      <w:pPr>
        <w:ind w:firstLine="720"/>
      </w:pPr>
      <w:r>
        <w:t>It had been made on Earth, for Earth, by somebody who built it to fall correctly. And it had come to a world where it could not.</w:t>
      </w:r>
    </w:p>
    <w:p>
      <w:pPr>
        <w:ind w:firstLine="720"/>
      </w:pPr>
      <w:r>
        <w:t>And it never would.</w:t>
      </w:r>
    </w:p>
    <w:p>
      <w:pPr>
        <w:ind w:firstLine="720"/>
      </w:pPr>
      <w:r>
        <w:t>Bob carried it up the hill.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